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שער רוח הקודש</w:t>
      </w:r>
    </w:p>
    <w:p>
      <w:pPr>
        <w:spacing w:before="240" w:after="160"/>
        <w:jc w:val="center"/>
      </w:pPr>
      <w:r>
        <w:rPr>
          <w:rFonts w:ascii="Georgia" w:hAnsi="Georgia"/>
          <w:b/>
          <w:i w:val="0"/>
          <w:color w:val="000000"/>
          <w:sz w:val="40"/>
        </w:rPr>
        <w:t>Шаар Руах а-Кодеш</w:t>
      </w:r>
    </w:p>
    <w:p>
      <w:pPr>
        <w:spacing w:before="80" w:after="320"/>
        <w:jc w:val="center"/>
      </w:pPr>
      <w:r>
        <w:rPr>
          <w:rFonts w:ascii="Georgia" w:hAnsi="Georgia"/>
          <w:b w:val="0"/>
          <w:i/>
          <w:color w:val="000000"/>
          <w:sz w:val="27"/>
        </w:rPr>
        <w:t>Врата святого духа</w:t>
      </w:r>
    </w:p>
    <w:p>
      <w:pPr>
        <w:spacing w:before="160" w:after="360"/>
        <w:jc w:val="center"/>
      </w:pPr>
      <w:r>
        <w:rPr>
          <w:rFonts w:ascii="Georgia" w:hAnsi="Georgia"/>
          <w:b/>
          <w:i w:val="0"/>
          <w:color w:val="000000"/>
          <w:sz w:val="26"/>
        </w:rPr>
        <w:t>Святой Аризаль и Рабейну Хаим Виталь</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b w:val="0"/>
          <w:i w:val="0"/>
          <w:color w:val="000000"/>
          <w:sz w:val="40"/>
        </w:rPr>
        <w:t>Предисловие издателя</w:t>
      </w:r>
    </w:p>
    <w:p>
      <w:pPr>
        <w:spacing w:before="40" w:after="120"/>
        <w:jc w:val="both"/>
      </w:pPr>
      <w:r>
        <w:rPr>
          <w:rFonts w:ascii="Georgia" w:hAnsi="Georgia"/>
          <w:b w:val="0"/>
          <w:i w:val="0"/>
          <w:color w:val="000000"/>
          <w:sz w:val="24"/>
        </w:rPr>
        <w:t>Еще одно предисловие от выдающегося [мужа], исполненного величия и благолепия, дивного раввина, наполненного славой Г-сподней, Б-жественного каббалиста, святого человека, танны из Йерушалаима, отпрыска знатного рода, князя и сына князей, нашего уважаемого наставника и учителя, рабби Хая Рафаэля Йедидьи Абулафии, да светит светильник его, да пребудет он сияющим и вознесенным превыше всякого благословения:</w:t>
      </w:r>
    </w:p>
    <w:p>
      <w:pPr>
        <w:spacing w:before="40" w:after="120"/>
        <w:jc w:val="both"/>
      </w:pPr>
      <w:r>
        <w:rPr>
          <w:rFonts w:ascii="Georgia" w:hAnsi="Georgia"/>
          <w:b w:val="0"/>
          <w:i w:val="0"/>
          <w:color w:val="000000"/>
          <w:sz w:val="24"/>
        </w:rPr>
        <w:t xml:space="preserve">Как величествен этот день, когда выходят в свет и раскрываются эти книги дома учения нашего учителя АРИ, да защитят нас его заслуги! В них открывается и становится ведомо, сколь велика любовь Всевышнего к народу Исраэля: от великой Своей любви Он открыл им тайны Своей Торы. </w:t>
      </w:r>
      <w:r>
        <w:rPr>
          <w:rFonts w:ascii="Georgia" w:hAnsi="Georgia"/>
          <w:b w:val="0"/>
          <w:i/>
          <w:color w:val="000000"/>
          <w:sz w:val="24"/>
        </w:rPr>
        <w:t>«А с прямодушными — тайна Его»</w:t>
      </w:r>
      <w:r>
        <w:rPr>
          <w:rFonts w:ascii="Georgia" w:hAnsi="Georgia"/>
          <w:b w:val="0"/>
          <w:i w:val="0"/>
          <w:color w:val="000000"/>
          <w:sz w:val="24"/>
        </w:rPr>
        <w:t xml:space="preserve"> (Мишлей 3:32): обнажил Он Свою десницу, мышцу величия Своего, как известно тем, кто приобщился к тайне Г-сподней. Ведь благодаря ученикам Г-спода и раскрытию сокровенных тайн Он ниспошлет на нас изобилие (шефа) чистоты и </w:t>
      </w:r>
      <w:r>
        <w:rPr>
          <w:rFonts w:ascii="Georgia" w:hAnsi="Georgia"/>
          <w:b w:val="0"/>
          <w:i/>
          <w:color w:val="000000"/>
          <w:sz w:val="24"/>
        </w:rPr>
        <w:t>«рассечет скалы»</w:t>
      </w:r>
      <w:r>
        <w:rPr>
          <w:rFonts w:ascii="Georgia" w:hAnsi="Georgia"/>
          <w:b w:val="0"/>
          <w:i w:val="0"/>
          <w:color w:val="000000"/>
          <w:sz w:val="24"/>
        </w:rPr>
        <w:t xml:space="preserve"> (Теилим 78:15). И народ Исраэля проявит доблесть, чтобы совершать выяснения (бирурим) и высоко поднять знамя Общины Исраэля; и Он воздвигнет Свой шатер, когда зазвучит голос переписчиков. </w:t>
      </w:r>
      <w:r>
        <w:rPr>
          <w:rFonts w:ascii="Georgia" w:hAnsi="Georgia"/>
          <w:b w:val="0"/>
          <w:i/>
          <w:color w:val="000000"/>
          <w:sz w:val="24"/>
        </w:rPr>
        <w:t>«Вот, праведнику воздается на земле»</w:t>
      </w:r>
      <w:r>
        <w:rPr>
          <w:rFonts w:ascii="Georgia" w:hAnsi="Georgia"/>
          <w:b w:val="0"/>
          <w:i w:val="0"/>
          <w:color w:val="000000"/>
          <w:sz w:val="24"/>
        </w:rPr>
        <w:t xml:space="preserve"> (Мишлей 11:31); </w:t>
      </w:r>
      <w:r>
        <w:rPr>
          <w:rFonts w:ascii="Georgia" w:hAnsi="Georgia"/>
          <w:b w:val="0"/>
          <w:i/>
          <w:color w:val="000000"/>
          <w:sz w:val="24"/>
        </w:rPr>
        <w:t>«по любви Своей и по милосердию Своему Он искупил их»</w:t>
      </w:r>
      <w:r>
        <w:rPr>
          <w:rFonts w:ascii="Georgia" w:hAnsi="Georgia"/>
          <w:b w:val="0"/>
          <w:i w:val="0"/>
          <w:color w:val="000000"/>
          <w:sz w:val="24"/>
        </w:rPr>
        <w:t xml:space="preserve"> (Йешаяу 63:9), чтобы поднять Шхину [из праха], и поспешит Он приблизить вечное избавление наше. Как написано во многих местах в святом Зоаре и в «Тиккуней [а-Зоар]», благодаря раскрытию сокрытого [учения Торы] </w:t>
      </w:r>
      <w:r>
        <w:rPr>
          <w:rFonts w:ascii="Georgia" w:hAnsi="Georgia"/>
          <w:b w:val="0"/>
          <w:i/>
          <w:color w:val="000000"/>
          <w:sz w:val="24"/>
        </w:rPr>
        <w:t>«возвратятся сыновья в пределы свои»</w:t>
      </w:r>
      <w:r>
        <w:rPr>
          <w:rFonts w:ascii="Georgia" w:hAnsi="Georgia"/>
          <w:b w:val="0"/>
          <w:i w:val="0"/>
          <w:color w:val="000000"/>
          <w:sz w:val="24"/>
        </w:rPr>
        <w:t xml:space="preserve"> (Ирмеяу 31:16). И кто знает, быть может, именно </w:t>
      </w:r>
      <w:r>
        <w:rPr>
          <w:rFonts w:ascii="Georgia" w:hAnsi="Georgia"/>
          <w:b w:val="0"/>
          <w:i/>
          <w:color w:val="000000"/>
          <w:sz w:val="24"/>
        </w:rPr>
        <w:t>«для такого времени... придет избавление и спасение иудеям»</w:t>
      </w:r>
      <w:r>
        <w:rPr>
          <w:rFonts w:ascii="Georgia" w:hAnsi="Georgia"/>
          <w:b w:val="0"/>
          <w:i w:val="0"/>
          <w:color w:val="000000"/>
          <w:sz w:val="24"/>
        </w:rPr>
        <w:t xml:space="preserve"> (Эстер 4:14). Ведь настало время благоволения, и </w:t>
      </w:r>
      <w:r>
        <w:rPr>
          <w:rFonts w:ascii="Georgia" w:hAnsi="Georgia"/>
          <w:b w:val="0"/>
          <w:i/>
          <w:color w:val="000000"/>
          <w:sz w:val="24"/>
        </w:rPr>
        <w:t>«вот, время твое — время любви»</w:t>
      </w:r>
      <w:r>
        <w:rPr>
          <w:rFonts w:ascii="Georgia" w:hAnsi="Georgia"/>
          <w:b w:val="0"/>
          <w:i w:val="0"/>
          <w:color w:val="000000"/>
          <w:sz w:val="24"/>
        </w:rPr>
        <w:t xml:space="preserve"> (Йехезкель 16:8), чтобы напечатать и обнародовать «Книгу ихудим (единений)». А это седьмые врата из «Восьми врат», которые составил наш учитель рабби Шмуэль [Виталь], благословенной памяти, по рукописям господина отца своего, нашего учителя рабби Хаима Виталя, благословенной памяти, — то, что тот перенял из учения нашего учителя АРИ, благословенной памяти, — называемые «Шаар Руах а-Кодеш» (Врата святого духа). К этой книге присоединены и восьмые врата, называемые «Шаар а-Гильгулим» (Врата круговоротов), которые уже почти триста лет оставались в рукописях, и лишь теперь настало время благоволения выпустить их в свет и распространить в народе Исраэля. И благодаря жемчужинам их предисловий многие отвратятся от прегрешений и откроют глаза, чтобы </w:t>
      </w:r>
      <w:r>
        <w:rPr>
          <w:rFonts w:ascii="Georgia" w:hAnsi="Georgia"/>
          <w:b w:val="0"/>
          <w:i/>
          <w:color w:val="000000"/>
          <w:sz w:val="24"/>
        </w:rPr>
        <w:t>«познать мудрость и наставление»</w:t>
      </w:r>
      <w:r>
        <w:rPr>
          <w:rFonts w:ascii="Georgia" w:hAnsi="Georgia"/>
          <w:b w:val="0"/>
          <w:i w:val="0"/>
          <w:color w:val="000000"/>
          <w:sz w:val="24"/>
        </w:rPr>
        <w:t xml:space="preserve"> (Мишлей 1:2). Ведь глубина этих вещей общеизвестна, и кто может устоять пред АРИ, благословенной памяти, чтобы постичь сокровенную глубину его тайн, особенно в «Эц Хаим», «Мево Шеарим» и «Восьми вратах»!</w:t>
      </w:r>
    </w:p>
    <w:p>
      <w:pPr>
        <w:spacing w:before="40" w:after="120"/>
        <w:jc w:val="both"/>
      </w:pPr>
      <w:r>
        <w:rPr>
          <w:rFonts w:ascii="Georgia" w:hAnsi="Georgia"/>
          <w:b w:val="0"/>
          <w:i w:val="0"/>
          <w:color w:val="000000"/>
          <w:sz w:val="24"/>
        </w:rPr>
        <w:t xml:space="preserve">Однако по милости Г-сподней Он послал нам из небесной обители Своей того, о ком сказано: </w:t>
      </w:r>
      <w:r>
        <w:rPr>
          <w:rFonts w:ascii="Georgia" w:hAnsi="Georgia"/>
          <w:b w:val="0"/>
          <w:i/>
          <w:color w:val="000000"/>
          <w:sz w:val="24"/>
        </w:rPr>
        <w:t>«бодрствующий и святой»</w:t>
      </w:r>
      <w:r>
        <w:rPr>
          <w:rFonts w:ascii="Georgia" w:hAnsi="Georgia"/>
          <w:b w:val="0"/>
          <w:i w:val="0"/>
          <w:color w:val="000000"/>
          <w:sz w:val="24"/>
        </w:rPr>
        <w:t xml:space="preserve"> (Даниэль 4:10), и </w:t>
      </w:r>
      <w:r>
        <w:rPr>
          <w:rFonts w:ascii="Georgia" w:hAnsi="Georgia"/>
          <w:b w:val="0"/>
          <w:i/>
          <w:color w:val="000000"/>
          <w:sz w:val="24"/>
        </w:rPr>
        <w:t>«из него колышек, из него краеугольный камень»</w:t>
      </w:r>
      <w:r>
        <w:rPr>
          <w:rFonts w:ascii="Georgia" w:hAnsi="Georgia"/>
          <w:b w:val="0"/>
          <w:i w:val="0"/>
          <w:color w:val="000000"/>
          <w:sz w:val="24"/>
        </w:rPr>
        <w:t xml:space="preserve"> (Зхарья 10:4). Он осветил наши глаза своими святыми установлениями, указаниями и драгоценными примечаниями — наш учитель и наставник, глава благочестивых, знаменитый Б-жественный каббалист, наш уважаемый учитель рабби Сар-Шалом Мизрахи Шаръаби, да будет память праведника и святого благословенна для жизни будущего мира! Он </w:t>
      </w:r>
      <w:r>
        <w:rPr>
          <w:rFonts w:ascii="Georgia" w:hAnsi="Georgia"/>
          <w:b w:val="0"/>
          <w:i/>
          <w:color w:val="000000"/>
          <w:sz w:val="24"/>
        </w:rPr>
        <w:t>«велик в совете»</w:t>
      </w:r>
      <w:r>
        <w:rPr>
          <w:rFonts w:ascii="Georgia" w:hAnsi="Georgia"/>
          <w:b w:val="0"/>
          <w:i w:val="0"/>
          <w:color w:val="000000"/>
          <w:sz w:val="24"/>
        </w:rPr>
        <w:t xml:space="preserve"> (Ирмеяу 32:19) и наполнил весь мир благовониями [мудрости] — кто сможет исчислить его похвалы! Всем уже известно величие его мудрости и глубина его рассуждений: он приделал к Торе «ручки» [для понимания], чтобы осветить наши глаза в изучении истинной Торы своим святым трудом «Нахар Шалом». Потому и </w:t>
      </w:r>
      <w:r>
        <w:rPr>
          <w:rFonts w:ascii="Georgia" w:hAnsi="Georgia"/>
          <w:b w:val="0"/>
          <w:i/>
          <w:color w:val="000000"/>
          <w:sz w:val="24"/>
        </w:rPr>
        <w:t>«говорят сказители»</w:t>
      </w:r>
      <w:r>
        <w:rPr>
          <w:rFonts w:ascii="Georgia" w:hAnsi="Georgia"/>
          <w:b w:val="0"/>
          <w:i w:val="0"/>
          <w:color w:val="000000"/>
          <w:sz w:val="24"/>
        </w:rPr>
        <w:t xml:space="preserve"> (Бемидбар 21:27): всякий, кто учит слова Учителя [АРИ] в «Эц Хаим», «Восьми вратах» и «Мево Шеарим», не изучив книгу «Нахар Шалом» и предисловия к ней, </w:t>
      </w:r>
      <w:r>
        <w:rPr>
          <w:rFonts w:ascii="Georgia" w:hAnsi="Georgia"/>
          <w:b w:val="0"/>
          <w:i/>
          <w:color w:val="000000"/>
          <w:sz w:val="24"/>
        </w:rPr>
        <w:t>«будет бродить ощупью... как слепой бродит впотьмах»</w:t>
      </w:r>
      <w:r>
        <w:rPr>
          <w:rFonts w:ascii="Georgia" w:hAnsi="Georgia"/>
          <w:b w:val="0"/>
          <w:i w:val="0"/>
          <w:color w:val="000000"/>
          <w:sz w:val="24"/>
        </w:rPr>
        <w:t xml:space="preserve"> (Дварим 28:29), [учение его будет] </w:t>
      </w:r>
      <w:r>
        <w:rPr>
          <w:rFonts w:ascii="Georgia" w:hAnsi="Georgia"/>
          <w:b w:val="0"/>
          <w:i/>
          <w:color w:val="000000"/>
          <w:sz w:val="24"/>
        </w:rPr>
        <w:t>«безвкусным без соли»</w:t>
      </w:r>
      <w:r>
        <w:rPr>
          <w:rFonts w:ascii="Georgia" w:hAnsi="Georgia"/>
          <w:b w:val="0"/>
          <w:i w:val="0"/>
          <w:color w:val="000000"/>
          <w:sz w:val="24"/>
        </w:rPr>
        <w:t xml:space="preserve"> (Иов 6:6), и он не сумеет верно направить смысл слова. И хотя заслуга каждого, кто читает и изучает истинную Тору, пребывает с ним — подобно тому, кто учит и повторяет слова святого Зоара и черпает из трудов АРИ, — все же такое изучение остается для него подобным загадке, ведь нет никого, кто постиг бы корень и глубину предмета, [разве что случайно,] подобно тому, </w:t>
      </w:r>
      <w:r>
        <w:rPr>
          <w:rFonts w:ascii="Georgia" w:hAnsi="Georgia"/>
          <w:b w:val="0"/>
          <w:i/>
          <w:color w:val="000000"/>
          <w:sz w:val="24"/>
        </w:rPr>
        <w:t>«кто не злоумышлял»</w:t>
      </w:r>
      <w:r>
        <w:rPr>
          <w:rFonts w:ascii="Georgia" w:hAnsi="Georgia"/>
          <w:b w:val="0"/>
          <w:i w:val="0"/>
          <w:color w:val="000000"/>
          <w:sz w:val="24"/>
        </w:rPr>
        <w:t xml:space="preserve"> (Шмот 21:13). А те, кто пытается углубляться и вникать самостоятельно, приходят в замешательство: они погружаются </w:t>
      </w:r>
      <w:r>
        <w:rPr>
          <w:rFonts w:ascii="Georgia" w:hAnsi="Georgia"/>
          <w:b w:val="0"/>
          <w:i/>
          <w:color w:val="000000"/>
          <w:sz w:val="24"/>
        </w:rPr>
        <w:t>«в могучие воды»</w:t>
      </w:r>
      <w:r>
        <w:rPr>
          <w:rFonts w:ascii="Georgia" w:hAnsi="Georgia"/>
          <w:b w:val="0"/>
          <w:i w:val="0"/>
          <w:color w:val="000000"/>
          <w:sz w:val="24"/>
        </w:rPr>
        <w:t xml:space="preserve"> (Шмот 15:10), </w:t>
      </w:r>
      <w:r>
        <w:rPr>
          <w:rFonts w:ascii="Georgia" w:hAnsi="Georgia"/>
          <w:b w:val="0"/>
          <w:i/>
          <w:color w:val="000000"/>
          <w:sz w:val="24"/>
        </w:rPr>
        <w:t>«и опустились руки у всех [воинов]»</w:t>
      </w:r>
      <w:r>
        <w:rPr>
          <w:rFonts w:ascii="Georgia" w:hAnsi="Georgia"/>
          <w:b w:val="0"/>
          <w:i w:val="0"/>
          <w:color w:val="000000"/>
          <w:sz w:val="24"/>
        </w:rPr>
        <w:t xml:space="preserve"> (Теилим 76:6), и уподобляются они тому, кто пророчествовал, но не ведал, о чем пророчествует, — пока не перейдут через реку [«Нахар Шалом»]! По этой причине, желая принести заслугу многим, мы намерены напечатать его здесь во второй раз вслед за этими [книгами]. Дело в том, что [прежнее издание] совершенно разошлось и стало редким; с Б-жьей же помощью всякий, кто вглядится в этот текст своими глазами, увидит, сколько ошибок вкралось в первое издание, какая там была путаница выражений и искажение слов, — и просветлятся глаза мудрецов.</w:t>
      </w:r>
    </w:p>
    <w:p>
      <w:pPr>
        <w:spacing w:before="40" w:after="120"/>
        <w:jc w:val="both"/>
      </w:pPr>
      <w:r>
        <w:rPr>
          <w:rFonts w:ascii="Georgia" w:hAnsi="Georgia"/>
          <w:b w:val="0"/>
          <w:i w:val="0"/>
          <w:color w:val="000000"/>
          <w:sz w:val="24"/>
        </w:rPr>
        <w:t xml:space="preserve">Поэтому давайте воздадим благодарность этим великим столпам [мудрости], лучшим из людей возвышенных, о которых сказано: </w:t>
      </w:r>
      <w:r>
        <w:rPr>
          <w:rFonts w:ascii="Georgia" w:hAnsi="Georgia"/>
          <w:b w:val="0"/>
          <w:i/>
          <w:color w:val="000000"/>
          <w:sz w:val="24"/>
        </w:rPr>
        <w:t>«лучше двоим»</w:t>
      </w:r>
      <w:r>
        <w:rPr>
          <w:rFonts w:ascii="Georgia" w:hAnsi="Georgia"/>
          <w:b w:val="0"/>
          <w:i w:val="0"/>
          <w:color w:val="000000"/>
          <w:sz w:val="24"/>
        </w:rPr>
        <w:t xml:space="preserve"> (Коэлет 4:9), господам раввинам — нашему уважаемому учителю рабби Йосефу, по прозванию Бехор Виталь, да хранит его Творец и избавит, и нашему уважаемому учителю рабби Ицхаку Каламаро, да хранит его Творец и избавит! Сколько усилий они приложили, сколь много трудились и истощали себя физически и материально, чтобы выпустить в свет эти книги дома учения — упомянутые двое врат, которые </w:t>
      </w:r>
      <w:r>
        <w:rPr>
          <w:rFonts w:ascii="Georgia" w:hAnsi="Georgia"/>
          <w:b w:val="0"/>
          <w:i/>
          <w:color w:val="000000"/>
          <w:sz w:val="24"/>
        </w:rPr>
        <w:t>«вожделеннее золота»</w:t>
      </w:r>
      <w:r>
        <w:rPr>
          <w:rFonts w:ascii="Georgia" w:hAnsi="Georgia"/>
          <w:b w:val="0"/>
          <w:i w:val="0"/>
          <w:color w:val="000000"/>
          <w:sz w:val="24"/>
        </w:rPr>
        <w:t xml:space="preserve"> (Теилим 19:11) и драгоценнее </w:t>
      </w:r>
      <w:r>
        <w:rPr>
          <w:rFonts w:ascii="Georgia" w:hAnsi="Georgia"/>
          <w:b w:val="0"/>
          <w:i/>
          <w:color w:val="000000"/>
          <w:sz w:val="24"/>
        </w:rPr>
        <w:t>«множества жемчужин»</w:t>
      </w:r>
      <w:r>
        <w:rPr>
          <w:rFonts w:ascii="Georgia" w:hAnsi="Georgia"/>
          <w:b w:val="0"/>
          <w:i w:val="0"/>
          <w:color w:val="000000"/>
          <w:sz w:val="24"/>
        </w:rPr>
        <w:t xml:space="preserve"> (Мишлей 3:15)! Подобные им достойны благословения тройным [священническим] благословением, ведь они сами удостоились этой чести и принесли заслугу многим. И я воздаю благодарность моим братьям и друзьям — многим из тех, о ком сказано: </w:t>
      </w:r>
      <w:r>
        <w:rPr>
          <w:rFonts w:ascii="Georgia" w:hAnsi="Georgia"/>
          <w:b w:val="0"/>
          <w:i/>
          <w:color w:val="000000"/>
          <w:sz w:val="24"/>
        </w:rPr>
        <w:t>«драгоценные сыны Сиона»</w:t>
      </w:r>
      <w:r>
        <w:rPr>
          <w:rFonts w:ascii="Georgia" w:hAnsi="Georgia"/>
          <w:b w:val="0"/>
          <w:i w:val="0"/>
          <w:color w:val="000000"/>
          <w:sz w:val="24"/>
        </w:rPr>
        <w:t xml:space="preserve"> (Эйха 4:2), среди которых есть гении и раввины, сефарды и ашкеназы, да хранит их Г-сподь, а также знатоки Торы и выдающиеся мудрецы. Несмотря на крайнюю нужду, бедность и невзгоды, они не пожалели сил и с великой тягой к истине, от всего сердца </w:t>
      </w:r>
      <w:r>
        <w:rPr>
          <w:rFonts w:ascii="Georgia" w:hAnsi="Georgia"/>
          <w:b w:val="0"/>
          <w:i/>
          <w:color w:val="000000"/>
          <w:sz w:val="24"/>
        </w:rPr>
        <w:t>«купили истину»</w:t>
      </w:r>
      <w:r>
        <w:rPr>
          <w:rFonts w:ascii="Georgia" w:hAnsi="Georgia"/>
          <w:b w:val="0"/>
          <w:i w:val="0"/>
          <w:color w:val="000000"/>
          <w:sz w:val="24"/>
        </w:rPr>
        <w:t xml:space="preserve"> (Мишлей 23:23) и подписались на приобретение этой книги. Есть среди них и многие избранные мужи духа и почтенные хозяева домов, подписавшиеся от чистого сердца; да помянет их Г-сподь к добру, ведь здесь я не могу подробно перечислить их имена, </w:t>
      </w:r>
      <w:r>
        <w:rPr>
          <w:rFonts w:ascii="Georgia" w:hAnsi="Georgia"/>
          <w:b w:val="0"/>
          <w:i/>
          <w:color w:val="000000"/>
          <w:sz w:val="24"/>
        </w:rPr>
        <w:t>«ибо коротко ложе»</w:t>
      </w:r>
      <w:r>
        <w:rPr>
          <w:rFonts w:ascii="Georgia" w:hAnsi="Georgia"/>
          <w:b w:val="0"/>
          <w:i w:val="0"/>
          <w:color w:val="000000"/>
          <w:sz w:val="24"/>
        </w:rPr>
        <w:t xml:space="preserve"> (Йешаяу 28:20). И да помянет Г-сподь к добру и благословению всех покупателей! Да вознесет Он их и поддержит на вершинах успеха, и дарует им </w:t>
      </w:r>
      <w:r>
        <w:rPr>
          <w:rFonts w:ascii="Georgia" w:hAnsi="Georgia"/>
          <w:b w:val="0"/>
          <w:i/>
          <w:color w:val="000000"/>
          <w:sz w:val="24"/>
        </w:rPr>
        <w:t>«полноту радостей»</w:t>
      </w:r>
      <w:r>
        <w:rPr>
          <w:rFonts w:ascii="Georgia" w:hAnsi="Georgia"/>
          <w:b w:val="0"/>
          <w:i w:val="0"/>
          <w:color w:val="000000"/>
          <w:sz w:val="24"/>
        </w:rPr>
        <w:t xml:space="preserve"> (Теилим 16:11), </w:t>
      </w:r>
      <w:r>
        <w:rPr>
          <w:rFonts w:ascii="Georgia" w:hAnsi="Georgia"/>
          <w:b w:val="0"/>
          <w:i/>
          <w:color w:val="000000"/>
          <w:sz w:val="24"/>
        </w:rPr>
        <w:t>«и да будет им полная награда от Г-спода»</w:t>
      </w:r>
      <w:r>
        <w:rPr>
          <w:rFonts w:ascii="Georgia" w:hAnsi="Georgia"/>
          <w:b w:val="0"/>
          <w:i w:val="0"/>
          <w:color w:val="000000"/>
          <w:sz w:val="24"/>
        </w:rPr>
        <w:t xml:space="preserve"> (Рут 2:12)! А заслуга святого учителя, нашего наставника АРИ, благословенной памяти, и нашего учителя рабби Хаима Виталя, благословенной памяти, и нашего наставника рабби Сар-Шалома [Шаръаби], благословенной памяти, да послужит верной защитой, словно </w:t>
      </w:r>
      <w:r>
        <w:rPr>
          <w:rFonts w:ascii="Georgia" w:hAnsi="Georgia"/>
          <w:b w:val="0"/>
          <w:i/>
          <w:color w:val="000000"/>
          <w:sz w:val="24"/>
        </w:rPr>
        <w:t>«тысяча щитов»</w:t>
      </w:r>
      <w:r>
        <w:rPr>
          <w:rFonts w:ascii="Georgia" w:hAnsi="Georgia"/>
          <w:b w:val="0"/>
          <w:i w:val="0"/>
          <w:color w:val="000000"/>
          <w:sz w:val="24"/>
        </w:rPr>
        <w:t xml:space="preserve"> (Шир а-Ширим 4:4). И пусть удостоимся мы дожить до того, чтобы выпустить в свет остальные священные труды, остающиеся пока в рукописях! И в особенности — первые врата из восьми, а именно «Шаар а-Акдамот» (Врата предисловий), великие по объему и высочайшие по достоинству, а также книгу «Нахар Шалом». И потому взываю я громким голосом к нашим братьям из дома Исраэля, людям истины, стремящимся к изучению истинной Торы: </w:t>
      </w:r>
      <w:r>
        <w:rPr>
          <w:rFonts w:ascii="Georgia" w:hAnsi="Georgia"/>
          <w:b w:val="0"/>
          <w:i/>
          <w:color w:val="000000"/>
          <w:sz w:val="24"/>
        </w:rPr>
        <w:t>«Время действовать для Г-спода»</w:t>
      </w:r>
      <w:r>
        <w:rPr>
          <w:rFonts w:ascii="Georgia" w:hAnsi="Georgia"/>
          <w:b w:val="0"/>
          <w:i w:val="0"/>
          <w:color w:val="000000"/>
          <w:sz w:val="24"/>
        </w:rPr>
        <w:t xml:space="preserve"> (Теилим 119:126)! </w:t>
      </w:r>
      <w:r>
        <w:rPr>
          <w:rFonts w:ascii="Georgia" w:hAnsi="Georgia"/>
          <w:b w:val="0"/>
          <w:i/>
          <w:color w:val="000000"/>
          <w:sz w:val="24"/>
        </w:rPr>
        <w:t>«Расхищайте серебро, расхищайте золото»</w:t>
      </w:r>
      <w:r>
        <w:rPr>
          <w:rFonts w:ascii="Georgia" w:hAnsi="Georgia"/>
          <w:b w:val="0"/>
          <w:i w:val="0"/>
          <w:color w:val="000000"/>
          <w:sz w:val="24"/>
        </w:rPr>
        <w:t xml:space="preserve"> (Нахум 2:10), чтобы исполнить написанное в Писании: </w:t>
      </w:r>
      <w:r>
        <w:rPr>
          <w:rFonts w:ascii="Georgia" w:hAnsi="Georgia"/>
          <w:b w:val="0"/>
          <w:i/>
          <w:color w:val="000000"/>
          <w:sz w:val="24"/>
        </w:rPr>
        <w:t>«Купи истину»</w:t>
      </w:r>
      <w:r>
        <w:rPr>
          <w:rFonts w:ascii="Georgia" w:hAnsi="Georgia"/>
          <w:b w:val="0"/>
          <w:i w:val="0"/>
          <w:color w:val="000000"/>
          <w:sz w:val="24"/>
        </w:rPr>
        <w:t xml:space="preserve"> (Мишлей 23:23)! Благодаря этим средствам мы сможем собрать силы, чтобы напечатать упомянутые врата, упомянутую книгу и остальные священные рукописи и святые труды. И да пребудет Г-сподь нам в помощь, </w:t>
      </w:r>
      <w:r>
        <w:rPr>
          <w:rFonts w:ascii="Georgia" w:hAnsi="Georgia"/>
          <w:b w:val="0"/>
          <w:i/>
          <w:color w:val="000000"/>
          <w:sz w:val="24"/>
        </w:rPr>
        <w:t>«ибо наполнится земля знанием»</w:t>
      </w:r>
      <w:r>
        <w:rPr>
          <w:rFonts w:ascii="Georgia" w:hAnsi="Georgia"/>
          <w:b w:val="0"/>
          <w:i w:val="0"/>
          <w:color w:val="000000"/>
          <w:sz w:val="24"/>
        </w:rPr>
        <w:t xml:space="preserve"> (Йешаяу 11:9)! Радуйтесь же, праведники, и </w:t>
      </w:r>
      <w:r>
        <w:rPr>
          <w:rFonts w:ascii="Georgia" w:hAnsi="Georgia"/>
          <w:b w:val="0"/>
          <w:i/>
          <w:color w:val="000000"/>
          <w:sz w:val="24"/>
        </w:rPr>
        <w:t>«торжествуйте, все прямодушные сердцем»</w:t>
      </w:r>
      <w:r>
        <w:rPr>
          <w:rFonts w:ascii="Georgia" w:hAnsi="Georgia"/>
          <w:b w:val="0"/>
          <w:i w:val="0"/>
          <w:color w:val="000000"/>
          <w:sz w:val="24"/>
        </w:rPr>
        <w:t xml:space="preserve"> (Теилим 32:11), ведь тайны Торы, которые были сокрыты и утаены от глаз древних, вышли в свет и открылись в наши времена! В заслугу нашей Торы Он явит нам чудеса Свои, и удостоимся мы увидеть утешение Сиона, и избавит Он нас вечным избавлением.</w:t>
      </w:r>
    </w:p>
    <w:p>
      <w:pPr>
        <w:spacing w:before="40" w:after="120"/>
        <w:jc w:val="both"/>
      </w:pPr>
      <w:r>
        <w:rPr>
          <w:rFonts w:ascii="Georgia" w:hAnsi="Georgia"/>
          <w:b w:val="0"/>
          <w:i w:val="0"/>
          <w:color w:val="000000"/>
          <w:sz w:val="24"/>
        </w:rPr>
        <w:t xml:space="preserve">Поэтому я объявляю и говорю: таков закон Торы! В согласии со Святым, благословен Он, мы повелеваем и налагаем заклятие силою Торы, и силою святости Сиона и Йерушалаима: никакой человек не вправе перепечатывать эти книги никоим образом и ни в каком месте — ни на Земле [Исраэля], ни за ее пределами — без разрешения двух упомянутых господ раввинов, да хранит их Г-сподь, вплоть до истечения 15 лет со дня окончания этой печати. </w:t>
      </w:r>
      <w:r>
        <w:rPr>
          <w:rFonts w:ascii="Georgia" w:hAnsi="Georgia"/>
          <w:b w:val="0"/>
          <w:i/>
          <w:color w:val="000000"/>
          <w:sz w:val="24"/>
        </w:rPr>
        <w:t>«А слушающий меня будет жить безопасно»</w:t>
      </w:r>
      <w:r>
        <w:rPr>
          <w:rFonts w:ascii="Georgia" w:hAnsi="Georgia"/>
          <w:b w:val="0"/>
          <w:i w:val="0"/>
          <w:color w:val="000000"/>
          <w:sz w:val="24"/>
        </w:rPr>
        <w:t xml:space="preserve"> (Мишлей 1:33), и снизойдет на них благословение добра!</w:t>
      </w:r>
    </w:p>
    <w:p>
      <w:pPr>
        <w:spacing w:before="40" w:after="120"/>
        <w:jc w:val="both"/>
      </w:pPr>
      <w:r>
        <w:rPr>
          <w:rFonts w:ascii="Georgia" w:hAnsi="Georgia"/>
          <w:b w:val="0"/>
          <w:i w:val="0"/>
          <w:color w:val="000000"/>
          <w:sz w:val="24"/>
        </w:rPr>
        <w:t xml:space="preserve">Таковы слова того, кто молит и взывает к Отцу Небесному в обители ревностных служителей — в [иешиве] «Бейт-Эль», среди этих возвышенных людей, служа и предстоя пред Б-гом Небесным и горячо молясь за братьев наших в изгнании: [да] </w:t>
      </w:r>
      <w:r>
        <w:rPr>
          <w:rFonts w:ascii="Georgia" w:hAnsi="Georgia"/>
          <w:b w:val="0"/>
          <w:i/>
          <w:color w:val="000000"/>
          <w:sz w:val="24"/>
        </w:rPr>
        <w:t>«выведет Он нас к изобилию»</w:t>
      </w:r>
      <w:r>
        <w:rPr>
          <w:rFonts w:ascii="Georgia" w:hAnsi="Georgia"/>
          <w:b w:val="0"/>
          <w:i w:val="0"/>
          <w:color w:val="000000"/>
          <w:sz w:val="24"/>
        </w:rPr>
        <w:t xml:space="preserve"> (Теилим 66:12) и отстроит нам дом нашей святыни на горе Мориа! </w:t>
      </w:r>
      <w:r>
        <w:rPr>
          <w:rFonts w:ascii="Georgia" w:hAnsi="Georgia"/>
          <w:b w:val="0"/>
          <w:i/>
          <w:color w:val="000000"/>
          <w:sz w:val="24"/>
        </w:rPr>
        <w:t>«Б-г да помилует нас и благословит нас»</w:t>
      </w:r>
      <w:r>
        <w:rPr>
          <w:rFonts w:ascii="Georgia" w:hAnsi="Georgia"/>
          <w:b w:val="0"/>
          <w:i w:val="0"/>
          <w:color w:val="000000"/>
          <w:sz w:val="24"/>
        </w:rPr>
        <w:t xml:space="preserve"> (Теилим 67:2) постоянным благословением!</w:t>
      </w:r>
    </w:p>
    <w:p>
      <w:pPr>
        <w:spacing w:before="40" w:after="120"/>
        <w:jc w:val="both"/>
      </w:pPr>
      <w:r>
        <w:rPr>
          <w:rFonts w:ascii="Georgia" w:hAnsi="Georgia"/>
          <w:b w:val="0"/>
          <w:i w:val="0"/>
          <w:color w:val="000000"/>
          <w:sz w:val="24"/>
        </w:rPr>
        <w:t>И это я, ничтожнейший:</w:t>
      </w:r>
    </w:p>
    <w:p>
      <w:pPr>
        <w:spacing w:before="40" w:after="120"/>
        <w:jc w:val="both"/>
      </w:pPr>
      <w:r>
        <w:rPr>
          <w:rFonts w:ascii="Georgia" w:hAnsi="Georgia"/>
          <w:b w:val="0"/>
          <w:i w:val="0"/>
          <w:color w:val="000000"/>
          <w:sz w:val="24"/>
        </w:rPr>
        <w:t>Хай Рафаэль Йедидья Абулафия, да будет благим его конец.</w:t>
      </w:r>
    </w:p>
    <w:p>
      <w:r>
        <w:br w:type="page"/>
      </w:r>
    </w:p>
    <w:p>
      <w:pPr>
        <w:keepNext/>
        <w:spacing w:before="360" w:after="160"/>
        <w:jc w:val="center"/>
      </w:pPr>
      <w:r>
        <w:rPr>
          <w:rFonts w:ascii="Georgia" w:hAnsi="Georgia"/>
          <w:b w:val="0"/>
          <w:i w:val="0"/>
          <w:color w:val="000000"/>
          <w:sz w:val="40"/>
        </w:rPr>
        <w:t>Предисловие рабби Шмуэля Виталя</w:t>
      </w:r>
    </w:p>
    <w:p>
      <w:pPr>
        <w:spacing w:before="40" w:after="120"/>
        <w:jc w:val="both"/>
      </w:pPr>
      <w:r>
        <w:rPr>
          <w:rFonts w:ascii="Georgia" w:hAnsi="Georgia"/>
          <w:b w:val="0"/>
          <w:i w:val="0"/>
          <w:color w:val="000000"/>
          <w:sz w:val="24"/>
        </w:rPr>
        <w:t>Предисловие нашего учителя, рабби Шмуэля Виталя, благословенной памяти, сына нашего учителя, рабби Хаима Виталя, благословенной памяти.</w:t>
      </w:r>
    </w:p>
    <w:p>
      <w:pPr>
        <w:spacing w:before="40" w:after="120"/>
        <w:jc w:val="both"/>
      </w:pPr>
      <w:r>
        <w:rPr>
          <w:rFonts w:ascii="Georgia" w:hAnsi="Georgia"/>
          <w:b w:val="0"/>
          <w:i w:val="0"/>
          <w:color w:val="000000"/>
          <w:sz w:val="24"/>
        </w:rPr>
        <w:t xml:space="preserve">Говорит младший [сын], Шмуэль Виталь (да будет благ его конец), сын великого раввина, автора [этих трудов], досточтимого учителя нашего, рабби Хаима Виталя, память праведника благословенна. Счастлив я тем, что Святой [Творец], благословен Он, даровал мне благо, вел меня путем истины и стезями правды, удостоил меня, сохранил жизнь и поддержал меня до завершения моего великого труда — толкования на пять книг Торы, названного мною «Сефер Тоцаот Хаим» («Источники жизни»). Вслед за ним я составил и упорядочил вторую книгу с прекрасными рассуждениями — </w:t>
      </w:r>
      <w:r>
        <w:rPr>
          <w:rFonts w:ascii="Georgia" w:hAnsi="Georgia"/>
          <w:b w:val="0"/>
          <w:i/>
          <w:color w:val="000000"/>
          <w:sz w:val="24"/>
        </w:rPr>
        <w:t>«всесожжение каждого новомесячия в новомесячие его, на все месяцы года»</w:t>
      </w:r>
      <w:r>
        <w:rPr>
          <w:rFonts w:ascii="Georgia" w:hAnsi="Georgia"/>
          <w:b w:val="0"/>
          <w:i w:val="0"/>
          <w:color w:val="000000"/>
          <w:sz w:val="24"/>
        </w:rPr>
        <w:t xml:space="preserve"> (Бемидбар 28:14), для бдения в канун новомесячия, и назвал ее «Сефер Хохмот Нашим» («Мудрость женщин»), помимо книги респонсов, вопросы для которой возникают непрестанно, и она еще не завершена, а назвал я ее «Сефер Беэр Маим Хаим» («Колодец живых вод»). И видя, как годы настигают меня, я сказал себе в сердце: доколе книги отца моего, наставника и учителя моего, благословенна память его для жизни будущего мира, будут оставаться сокрытыми у меня? Неужели лишь </w:t>
      </w:r>
      <w:r>
        <w:rPr>
          <w:rFonts w:ascii="Georgia" w:hAnsi="Georgia"/>
          <w:b w:val="0"/>
          <w:i/>
          <w:color w:val="000000"/>
          <w:sz w:val="24"/>
        </w:rPr>
        <w:t>«я и дом мой будем служить Г-споду»</w:t>
      </w:r>
      <w:r>
        <w:rPr>
          <w:rFonts w:ascii="Georgia" w:hAnsi="Georgia"/>
          <w:b w:val="0"/>
          <w:i w:val="0"/>
          <w:color w:val="000000"/>
          <w:sz w:val="24"/>
        </w:rPr>
        <w:t xml:space="preserve"> (Йеошуа 24:15), а у других не будет в них доли? Ведь всякий читающий их изнеможет, потому что почти все они разрознены и разбросаны, как при даровании с Синая, и «нет в Торе более раннего и более позднего» (Псахим 6б): одно [рассуждение] вверху, а семь внизу, одно здесь, а другое там. Начал [я] с кувшина, а заканчиваю бочкой. Отец же мой и учитель, благословенна память его для жизни будущего мира, обладая разумом, широким, как вход в Притвор Храма, от которого не была скрыта ни одна тайна, собирал [всю мудрость] и оделял ею алчущих и жаждущих, но не обратил своего сердца к тому, чтобы приступить к этой работе и упорядочить все свои книги. Ныне же Г-сподь пробудил мой дух: я трудился, прилагал усилия, нашел [верный путь] и явил на свет должный строй этих книг, как воочию увидят глаза всякого читающего во всей ясности, с помощью Всевышнего, благословен Он. И разделил я их на восемь врат по воле отца моего и учителя, благословенна память его для жизни будущего мира, ведь я стремился лишь исполнить его волю. Правда, в некоторых местах я изменил его порядок по велению времени, исправил и устроил упомянутые восемь врат иными путями, чтобы читающему было предельно легко повторять и усваивать их. И я уповаю на милость Вышнего, да будет Он благословен, что благодаря этому труду </w:t>
      </w:r>
      <w:r>
        <w:rPr>
          <w:rFonts w:ascii="Georgia" w:hAnsi="Georgia"/>
          <w:b w:val="0"/>
          <w:i/>
          <w:color w:val="000000"/>
          <w:sz w:val="24"/>
        </w:rPr>
        <w:t>«наполнится земля ведением Г-спода»</w:t>
      </w:r>
      <w:r>
        <w:rPr>
          <w:rFonts w:ascii="Georgia" w:hAnsi="Georgia"/>
          <w:b w:val="0"/>
          <w:i w:val="0"/>
          <w:color w:val="000000"/>
          <w:sz w:val="24"/>
        </w:rPr>
        <w:t xml:space="preserve"> (Йешаяу 11:9), ведь я приложил великие усилия — и телесные, и денежные; да и </w:t>
      </w:r>
      <w:r>
        <w:rPr>
          <w:rFonts w:ascii="Georgia" w:hAnsi="Georgia"/>
          <w:b w:val="0"/>
          <w:i/>
          <w:color w:val="000000"/>
          <w:sz w:val="24"/>
        </w:rPr>
        <w:t>«свет очей моих — и того нет со мною»</w:t>
      </w:r>
      <w:r>
        <w:rPr>
          <w:rFonts w:ascii="Georgia" w:hAnsi="Georgia"/>
          <w:b w:val="0"/>
          <w:i w:val="0"/>
          <w:color w:val="000000"/>
          <w:sz w:val="24"/>
        </w:rPr>
        <w:t xml:space="preserve"> (Теилим 38:11) [так], как в прежние времена, ведь </w:t>
      </w:r>
      <w:r>
        <w:rPr>
          <w:rFonts w:ascii="Georgia" w:hAnsi="Georgia"/>
          <w:b w:val="0"/>
          <w:i/>
          <w:color w:val="000000"/>
          <w:sz w:val="24"/>
        </w:rPr>
        <w:t>«истощилась от страдания сила моя»</w:t>
      </w:r>
      <w:r>
        <w:rPr>
          <w:rFonts w:ascii="Georgia" w:hAnsi="Georgia"/>
          <w:b w:val="0"/>
          <w:i w:val="0"/>
          <w:color w:val="000000"/>
          <w:sz w:val="24"/>
        </w:rPr>
        <w:t xml:space="preserve"> (Теилим 31:11), приблизились дни старости, нет сил больше терпеть, а нехватка средств тягостнее всего. Но утешением мне послужит то, что я принесу заслугу многим вплоть до прихода нашего Машиаха, вскоре, в наши дни, когда наполнится земля ведением Г-спода благодаря сиянию мудрости Каббалы, </w:t>
      </w:r>
      <w:r>
        <w:rPr>
          <w:rFonts w:ascii="Georgia" w:hAnsi="Georgia"/>
          <w:b w:val="0"/>
          <w:i/>
          <w:color w:val="000000"/>
          <w:sz w:val="24"/>
        </w:rPr>
        <w:t>«и придет для Сиона Избавитель»</w:t>
      </w:r>
      <w:r>
        <w:rPr>
          <w:rFonts w:ascii="Georgia" w:hAnsi="Georgia"/>
          <w:b w:val="0"/>
          <w:i w:val="0"/>
          <w:color w:val="000000"/>
          <w:sz w:val="24"/>
        </w:rPr>
        <w:t xml:space="preserve"> (Йешаяу 59:20), да будет так, амен! Итак, я начинаю с седьмых врат — «Врат святого духа» (Шаар Руах а-Кодеш).</w:t>
      </w:r>
    </w:p>
    <w:p>
      <w:r>
        <w:br w:type="page"/>
      </w:r>
    </w:p>
    <w:p>
      <w:pPr>
        <w:keepNext/>
        <w:spacing w:before="360" w:after="160"/>
        <w:jc w:val="center"/>
      </w:pPr>
      <w:r>
        <w:rPr>
          <w:rFonts w:ascii="Georgia" w:hAnsi="Georgia"/>
          <w:b w:val="0"/>
          <w:i w:val="0"/>
          <w:color w:val="000000"/>
          <w:sz w:val="40"/>
        </w:rPr>
        <w:t>Учение о пророчестве и святом духе</w:t>
      </w:r>
    </w:p>
    <w:p>
      <w:pPr>
        <w:spacing w:before="40" w:after="120"/>
        <w:jc w:val="both"/>
      </w:pPr>
      <w:r>
        <w:rPr>
          <w:rFonts w:ascii="Georgia" w:hAnsi="Georgia"/>
          <w:b w:val="0"/>
          <w:i w:val="0"/>
          <w:color w:val="000000"/>
          <w:sz w:val="24"/>
        </w:rPr>
        <w:t>Врата святого духа</w:t>
      </w:r>
    </w:p>
    <w:p>
      <w:pPr>
        <w:spacing w:before="40" w:after="120"/>
        <w:jc w:val="both"/>
      </w:pPr>
      <w:r>
        <w:rPr>
          <w:rFonts w:ascii="Georgia" w:hAnsi="Georgia"/>
          <w:b w:val="0"/>
          <w:i w:val="0"/>
          <w:color w:val="000000"/>
          <w:sz w:val="24"/>
        </w:rPr>
        <w:t>Учение первое. В нем объясняется суть пророчества и святого духа, в чем они заключаются, а также разъясняются их ступени.</w:t>
      </w:r>
    </w:p>
    <w:p>
      <w:pPr>
        <w:spacing w:before="40" w:after="120"/>
        <w:jc w:val="both"/>
      </w:pPr>
      <w:r>
        <w:rPr>
          <w:rFonts w:ascii="Georgia" w:hAnsi="Georgia"/>
          <w:b w:val="0"/>
          <w:i w:val="0"/>
          <w:color w:val="000000"/>
          <w:sz w:val="24"/>
        </w:rPr>
        <w:t>Знай: когда человек праведен, благочестив, изучает Тору и молится с намерением (</w:t>
      </w:r>
      <w:r>
        <w:rPr>
          <w:rFonts w:ascii="Georgia" w:hAnsi="Georgia"/>
          <w:b w:val="0"/>
          <w:i/>
          <w:color w:val="000000"/>
          <w:sz w:val="24"/>
        </w:rPr>
        <w:t>кавана</w:t>
      </w:r>
      <w:r>
        <w:rPr>
          <w:rFonts w:ascii="Georgia" w:hAnsi="Georgia"/>
          <w:b w:val="0"/>
          <w:i w:val="0"/>
          <w:color w:val="000000"/>
          <w:sz w:val="24"/>
        </w:rPr>
        <w:t xml:space="preserve">), несомненно, нет ничего, что не имело бы реального действия. Ведь даже звук, возникающий от удара палки, не пропадает даром, как сказано в Зоаре (раздел «Шлах леха»), и ничто не исчезает впустую, упаси Б-г, но непременно из него создаются ангелы и святые духи, существующие и пребывающие [в вечности], как упоминается в разделе «Бешалах» (лист 59). И как сказали наши мудрецы, благословенной памяти: </w:t>
      </w:r>
      <w:r>
        <w:rPr>
          <w:rFonts w:ascii="Georgia" w:hAnsi="Georgia"/>
          <w:b w:val="0"/>
          <w:i/>
          <w:color w:val="000000"/>
          <w:sz w:val="24"/>
        </w:rPr>
        <w:t>«Всякий, исполняющий одну заповедь, приобретает себе одного защитника…»</w:t>
      </w:r>
      <w:r>
        <w:rPr>
          <w:rFonts w:ascii="Georgia" w:hAnsi="Georgia"/>
          <w:b w:val="0"/>
          <w:i w:val="0"/>
          <w:color w:val="000000"/>
          <w:sz w:val="24"/>
        </w:rPr>
        <w:t xml:space="preserve"> (Авот 4:11), ведь из речи человека рождаются добрые или дурные ангелы — сообразно его речи. И как сказано в Тиккуним: когда человек изучает Тору, голоса и пар, выходящие из его уст, становятся колесницей для душ древних праведников, чтобы те спустились вниз и обучали Торе этого человека. И как упоминается в [разделе Зоара] «Сава де-Мишпатим» (лист 100б) по поводу пара, речи и голоса — суть всех трех с Б-жьей помощью будет разъяснена ниже.</w:t>
      </w:r>
    </w:p>
    <w:p>
      <w:pPr>
        <w:spacing w:before="40" w:after="120"/>
        <w:jc w:val="both"/>
      </w:pPr>
      <w:r>
        <w:rPr>
          <w:rFonts w:ascii="Georgia" w:hAnsi="Georgia"/>
          <w:b w:val="0"/>
          <w:i w:val="0"/>
          <w:color w:val="000000"/>
          <w:sz w:val="24"/>
        </w:rPr>
        <w:t>Однако сказанное выше зависит от поступков человека. Если ту Тору, которую он изучает, он читает ради нее самой (</w:t>
      </w:r>
      <w:r>
        <w:rPr>
          <w:rFonts w:ascii="Georgia" w:hAnsi="Georgia"/>
          <w:b w:val="0"/>
          <w:i/>
          <w:color w:val="000000"/>
          <w:sz w:val="24"/>
        </w:rPr>
        <w:t>лишма</w:t>
      </w:r>
      <w:r>
        <w:rPr>
          <w:rFonts w:ascii="Georgia" w:hAnsi="Georgia"/>
          <w:b w:val="0"/>
          <w:i w:val="0"/>
          <w:color w:val="000000"/>
          <w:sz w:val="24"/>
        </w:rPr>
        <w:t xml:space="preserve">), то созданный из нее ангел будет в высшей степени свят, очень возвышен и абсолютно верен во всех своих словах, в совершенной истине. И точно так же, если он читает ее без искажений и ошибок, этот ангел будет безошибочным и верным во всех своих словах. Подобно этому и заповедь, исполняемая человеком: если она исполнена как положено, из нее создается очень святой ангел, как сказали наши мудрецы, благословенной памяти: </w:t>
      </w:r>
      <w:r>
        <w:rPr>
          <w:rFonts w:ascii="Georgia" w:hAnsi="Georgia"/>
          <w:b w:val="0"/>
          <w:i/>
          <w:color w:val="000000"/>
          <w:sz w:val="24"/>
        </w:rPr>
        <w:t>«Всякий, исполняющий одну заповедь, приобретает себе одного защитника…»</w:t>
      </w:r>
      <w:r>
        <w:rPr>
          <w:rFonts w:ascii="Georgia" w:hAnsi="Georgia"/>
          <w:b w:val="0"/>
          <w:i w:val="0"/>
          <w:color w:val="000000"/>
          <w:sz w:val="24"/>
        </w:rPr>
        <w:t xml:space="preserve"> (Авот 4:11). А насколько есть ущерб в этой заповеди, настолько же уменьшится и свет этого ангела. При этом несомненно, что сила ангела, созданного изучением Торы, превосходит силу ангела, возникшего благодаря заповеди, но не стоит вдаваться в эти частности. В этом и заключается суть ангелов, которые открываются человеку и сообщают ему о будущем и о сокровенных тайнах, и в книгах они называются магидами (</w:t>
      </w:r>
      <w:r>
        <w:rPr>
          <w:rFonts w:ascii="Georgia" w:hAnsi="Georgia"/>
          <w:b w:val="0"/>
          <w:i/>
          <w:color w:val="000000"/>
          <w:sz w:val="24"/>
        </w:rPr>
        <w:t>магидим</w:t>
      </w:r>
      <w:r>
        <w:rPr>
          <w:rFonts w:ascii="Georgia" w:hAnsi="Georgia"/>
          <w:b w:val="0"/>
          <w:i w:val="0"/>
          <w:color w:val="000000"/>
          <w:sz w:val="24"/>
        </w:rPr>
        <w:t>). Ведь они рождаются из трудов человека в Торе и заповедях. Есть люди, которым упомянутые магиды не открываются вовсе, а есть такие, кому они открываются, и все это зависит от уровня их душ или от их поступков, и не будем распространяться об этом. Бывают магиды абсолютно истинные — они создаются из Торы или заповедей, исполненных в совершенстве. А бывают магиды, которые лгут в части своих речей, и в них есть примесь обмана и лжи.</w:t>
      </w:r>
    </w:p>
    <w:p>
      <w:pPr>
        <w:spacing w:before="40" w:after="120"/>
        <w:jc w:val="both"/>
      </w:pPr>
      <w:r>
        <w:rPr>
          <w:rFonts w:ascii="Georgia" w:hAnsi="Georgia"/>
          <w:b w:val="0"/>
          <w:i w:val="0"/>
          <w:color w:val="000000"/>
          <w:sz w:val="24"/>
        </w:rPr>
        <w:t>Причина же в том, что если у человека было некое дурное свойство или неправда при изучении Торы или исполнении заповеди, то и созданный оттуда ангел включает в себя добро и зло: стороной добра он говорит слова истины, а стороной зла — слова лжи. Кроме того, есть магиды, возникающие только из мира Асия, — они создаются практическими заповедями, исполняемыми без намерения. Есть магиды из мира Ецира — они происходят от изучения Торы. И есть магиды из мира Брия — они рождаются от намерения и мысли человека при его занятиях Торой или заповедью. И в каждом мире есть множество различных ступеней и частностей, отличных друг от друга, но не будем удлинять [рассуждение]. Признак же, который передал мне мой учитель, благословенной памяти, таков: мы смотрим, правдив ли он во всех своих словах, обращены ли все его речи во имя Небес, и не окажется ли ложной хотя бы одна буква из сказанного им. А также если он умеет разъяснять сокровенный смысл и тайны Торы — такому мы безусловно можем верить. И по его словам можно узнать и оценить его величие и ступень — сообразно его познаниям.</w:t>
      </w:r>
    </w:p>
    <w:p>
      <w:pPr>
        <w:spacing w:before="40" w:after="120"/>
        <w:jc w:val="both"/>
      </w:pPr>
      <w:r>
        <w:rPr>
          <w:rFonts w:ascii="Georgia" w:hAnsi="Georgia"/>
          <w:b w:val="0"/>
          <w:i w:val="0"/>
          <w:color w:val="000000"/>
          <w:sz w:val="24"/>
        </w:rPr>
        <w:t xml:space="preserve">Суть пророчества и святого духа, несомненно, заключается в том, что свыше посылается голос, чтобы говорить с этим пророком или с обладателем святого духа. Однако этот высший духовный голос не может сам по себе обрести материальность и войти в уши пророка, если предварительно не облачится в материальный голос, выходящий из уст этого человека, когда тот в данный момент занимается Торой, молитвой или тому подобным. Тогда он облачается в него, соединяется с ним, достигает уха этого пророка, и тот слышит его; а без нынешнего материального голоса самого человека это произойти не может. Разъяснение же состоит в том, что прежний голос, из которого уже возникли святые ангелы и духи, как сказано выше, — это и есть сам голос пророчества. И когда этот голос приходит к человеку, чтобы возвестить ему пророчество, он приходит и облачается в этот нынешний материальный голос этого человека, исходящий от него в то время, когда на него опускается пророчество. В этом и заключается суть стиха: </w:t>
      </w:r>
      <w:r>
        <w:rPr>
          <w:rFonts w:ascii="Georgia" w:hAnsi="Georgia"/>
          <w:b w:val="0"/>
          <w:i/>
          <w:color w:val="000000"/>
          <w:sz w:val="24"/>
        </w:rPr>
        <w:t>«Дух Г-сподень говорит во мне, и слово Его на языке моем»</w:t>
      </w:r>
      <w:r>
        <w:rPr>
          <w:rFonts w:ascii="Georgia" w:hAnsi="Georgia"/>
          <w:b w:val="0"/>
          <w:i w:val="0"/>
          <w:color w:val="000000"/>
          <w:sz w:val="24"/>
        </w:rPr>
        <w:t xml:space="preserve"> (Шмуэль II 23:2). Ведь дух и слово — то есть прежняя речь, уже созданная изучением Торы и заповедей, как упомянуто выше, — пребывают теперь на его языке: прямо из его уст исходят голос и речь, и он буквально говорит своими устами, и тогда человек слышит это. В этом есть множество частностей, поскольку известно, что в человеке есть голос, речь и пар. И возможно, что прежний голос приходит теперь и облачается в нынешний голос, или прежняя речь приходит и облачается в его нынешнюю речь, или прежний пар — в нынешний пар, или прошедший голос — в нынешнюю речь либо в нынешний пар, или прежняя речь — в нынешний голос либо в нынешний пар, или прежний пар — в нынешний голос либо в нынешнюю речь. Возможно также и иначе: чтобы этот высший голос облачился в голос других праведников — либо живших до него в прежние времена, либо его современников, — и оба они соединятся, придут и будут говорить с ним. Или же высший голос может облачиться в речь либо в пар других праведников, как сказано.</w:t>
      </w:r>
    </w:p>
    <w:p>
      <w:pPr>
        <w:spacing w:before="40" w:after="120"/>
        <w:jc w:val="both"/>
      </w:pPr>
      <w:r>
        <w:rPr>
          <w:rFonts w:ascii="Georgia" w:hAnsi="Georgia"/>
          <w:b w:val="0"/>
          <w:i w:val="0"/>
          <w:color w:val="000000"/>
          <w:sz w:val="24"/>
        </w:rPr>
        <w:t>Однако знай: совершенно невозможно, чтобы голос, речь или пар другого праведника пришли говорить с ним, если только этот праведник не принадлежит к корню души этого нынешнего человека, или же если этот человек не исполнил какую-либо заповедь на уровне того праведника; и лишь благодаря одному из этих двух условий тот придет и будет пребывать на нем упомянутым образом. И подобно уровням, упомянутым выше относительно самого человека, существуют те же сочетания, когда они исходят от других праведников: чтобы голос прежнего праведника [был] в нынешних голосе, речи или паре этого человека, или речь прежнего праведника — в нынешних голосе, речи или паре этого человека, или пар того праведника — в нынешних голосе, речи или паре этого человека; и подобных сочетаний бесконечно много. И несомненно, гораздо более высокая ступень — когда прежние голос, речь или пар самого этого человека облачаются в его же собственные нынешние голос, речь или пар, чем когда голос, речь или пар других праведников облачаются в его нынешние голос, речь или пар. Ведь это указывает на то, что в его собственном голосе, речи или паре нет пророческой силы, пока к нему не присоединится сила другого праведника. Различие же между пророчеством и святым духом состоит в том, что пророчество исходит от мужского начала (</w:t>
      </w:r>
      <w:r>
        <w:rPr>
          <w:rFonts w:ascii="Georgia" w:hAnsi="Georgia"/>
          <w:b w:val="0"/>
          <w:i/>
          <w:color w:val="000000"/>
          <w:sz w:val="24"/>
        </w:rPr>
        <w:t>дехура</w:t>
      </w:r>
      <w:r>
        <w:rPr>
          <w:rFonts w:ascii="Georgia" w:hAnsi="Georgia"/>
          <w:b w:val="0"/>
          <w:i w:val="0"/>
          <w:color w:val="000000"/>
          <w:sz w:val="24"/>
        </w:rPr>
        <w:t>), а святой дух — от женского (</w:t>
      </w:r>
      <w:r>
        <w:rPr>
          <w:rFonts w:ascii="Georgia" w:hAnsi="Georgia"/>
          <w:b w:val="0"/>
          <w:i/>
          <w:color w:val="000000"/>
          <w:sz w:val="24"/>
        </w:rPr>
        <w:t>нуква</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пророчество происходит только от прошедших голоса или речи — будь то своих или других праведников, — которые облачаются сейчас в его нынешние голос, речь или пар; но из прошедшего пара — как своего, так и чужого — пророчество не нисходит. Святой же дух возникает исключительно из прошедшего пара — своего или чужого; от прошедших же голоса или речи — своих или других праведников — это называется не святым духом, а пророчеством. Но что касается нынешнего проявления, я забыл и сомневаюсь в том, что слышал об этом: происходит ли это исключительно в нынешнем паре или же бывает также в нынешних голосе или речи. Но относительно того, что относится к прошлому, мне совершенно ясно, что [святой дух возникает] только из прошедшего пара, а вовсе не из прошедших голоса или речи.</w:t>
      </w:r>
    </w:p>
    <w:p>
      <w:pPr>
        <w:spacing w:before="40" w:after="120"/>
        <w:jc w:val="both"/>
      </w:pPr>
      <w:r>
        <w:rPr>
          <w:rFonts w:ascii="Georgia" w:hAnsi="Georgia"/>
          <w:b w:val="0"/>
          <w:i w:val="0"/>
          <w:color w:val="000000"/>
          <w:sz w:val="24"/>
        </w:rPr>
        <w:t xml:space="preserve">Таким образом, у обладателей пророчества и у обладателей святого духа есть очень много ступеней, и порядок их достоинства определяется различием свойств их пророчества. Учитель всех пророков — Моше-рабейну, мир ему, а после него по ступени пророчества стояло пророчество пророка Шмуэля, мир ему, о котором Писание говорит: </w:t>
      </w:r>
      <w:r>
        <w:rPr>
          <w:rFonts w:ascii="Georgia" w:hAnsi="Georgia"/>
          <w:b w:val="0"/>
          <w:i/>
          <w:color w:val="000000"/>
          <w:sz w:val="24"/>
        </w:rPr>
        <w:t>«Моше и Аарон среди священнослужителей Его, и Шмуэль среди призывающих Имя Его»</w:t>
      </w:r>
      <w:r>
        <w:rPr>
          <w:rFonts w:ascii="Georgia" w:hAnsi="Georgia"/>
          <w:b w:val="0"/>
          <w:i w:val="0"/>
          <w:color w:val="000000"/>
          <w:sz w:val="24"/>
        </w:rPr>
        <w:t xml:space="preserve"> (Теилим 99:6). Моше-рабейну, мир ему, находился на наивысшей из всех ступеней: его собственный прежний голос облачался в его нынешний голос, и в нем соединились оба достоинства — оба голоса, первый и последний, принадлежали ему самому, и он не нуждался в других. Было и другое достоинство: как первый, так и последний были голосом, а ведь, как сказано выше, голос выше речи, а речь выше пара. И тем более он мог пророчествовать посредством голоса, речи или пара других праведников. За ним следовала ступень пророка Шмуэля, мир ему: она шла от его прежнего голоса к его нынешней речи (и тем более к нынешнему пару, и тем более от других праведников), однако нынешнего голоса он не удостоился. После этих двух ступеней идут ступени всех остальных пророков, и у них есть все прочие ступени, кроме упомянутых двух, принадлежавших Моше и пророку Шмуэлю, мир им. Ведь ни один другой пророк не постиг подлинного прошедшего голоса в своем нынешнем голосе или речи; но все остальные уровни присущи остальным пророкам, хотя ступени их и не равны между собой. И у одного ступень выше, чем у другого, сообразно указанному порядку ступеней. Среди же обладателей святого духа мелех Давид, мир ему, был главой всех обладателей святого духа, подобно тому как Моше-рабейну, мир ему, был в пророчестве главой всех пророков. И у мелеха Давида, мир ему, была величайшая ступень, существующая в святом духе: его прошедший пар облачался также в его собственный нынешний пар, и он не нуждался в чужом, подобно сказанному о ступени пророчества Моше-рабейну, мир ему. И мы уже говорили, что сомневаемся в услышанном нами: происходит ли это исключительно в нынешнем паре или же также в нынешних голосе или речи. И наивысшая ступень из всех принадлежала мелеху Давиду, мир ему, а все остальные ступени ниже первой разделяются между остальными обладателями святого духа, каждый по своей ступени. И второй путь представляется основным, поскольку благодаря этому в святом духе существует множество ступеней, как и в пророчестве; по первому же пути было бы всего лишь две ступени: первая — его собственный прежний пар в его втором [нынешнем] паре, а вторая — пар другого праведника в его нынешнем паре. Итак, разъяснено различие между пророчеством и святым духом, а также различие ступеней самого пророчества и святого духа — и все это со стороны самого воспринимающего: в его ли голосе или речи [это совершается].</w:t>
      </w:r>
    </w:p>
    <w:p>
      <w:pPr>
        <w:spacing w:before="40" w:after="120"/>
        <w:jc w:val="both"/>
      </w:pPr>
      <w:r>
        <w:rPr>
          <w:rFonts w:ascii="Georgia" w:hAnsi="Georgia"/>
          <w:b w:val="0"/>
          <w:i w:val="0"/>
          <w:color w:val="000000"/>
          <w:sz w:val="24"/>
        </w:rPr>
        <w:t>Теперь разъясним различие ступеней пророков по месту их укоренения — порядок ступеней пророков согласно тому, где они удерживаются и к чему привязаны наверху, и откуда нисходило пророчество каждого из них. В Зоаре объясняется, что пророки находятся в Нецах и Ход, как упоминается во многих местах Зоара и особенно в разделе «Пкудей», в чертоге Эцем а-Шамаим; то же, что выше них, не входит в категорию пророчества. Кроме того, мы находим, что Моше-рабейну, мир ему, пророчествовал из светящего зеркала (</w:t>
      </w:r>
      <w:r>
        <w:rPr>
          <w:rFonts w:ascii="Georgia" w:hAnsi="Georgia"/>
          <w:b w:val="0"/>
          <w:i/>
          <w:color w:val="000000"/>
          <w:sz w:val="24"/>
        </w:rPr>
        <w:t>аспакларья а-меира</w:t>
      </w:r>
      <w:r>
        <w:rPr>
          <w:rFonts w:ascii="Georgia" w:hAnsi="Georgia"/>
          <w:b w:val="0"/>
          <w:i w:val="0"/>
          <w:color w:val="000000"/>
          <w:sz w:val="24"/>
        </w:rPr>
        <w:t>), а остальные пророки пророчествовали из несветящего зеркала (</w:t>
      </w:r>
      <w:r>
        <w:rPr>
          <w:rFonts w:ascii="Georgia" w:hAnsi="Georgia"/>
          <w:b w:val="0"/>
          <w:i/>
          <w:color w:val="000000"/>
          <w:sz w:val="24"/>
        </w:rPr>
        <w:t>аспакларья ше-эйна меира</w:t>
      </w:r>
      <w:r>
        <w:rPr>
          <w:rFonts w:ascii="Georgia" w:hAnsi="Georgia"/>
          <w:b w:val="0"/>
          <w:i w:val="0"/>
          <w:color w:val="000000"/>
          <w:sz w:val="24"/>
        </w:rPr>
        <w:t xml:space="preserve">); и известно, что эти два наименования относятся к Тиферет и Малхут. И если так, это трудно понять: ведь разъяснено, что пророчество пребывает только в Нецах и Ход, тогда как в Малхут или в Есод пребывает святой дух — как же тогда они называются пророками? К тому же и о самом Моше мы находим в разделе «Берешит», что Моше — в Нецах, а Аарон — в Ход. Мы находим также, что Ход называется «величием Моше» [Говорит Шмуэль: как сказано: </w:t>
      </w:r>
      <w:r>
        <w:rPr>
          <w:rFonts w:ascii="Georgia" w:hAnsi="Georgia"/>
          <w:b w:val="0"/>
          <w:i/>
          <w:color w:val="000000"/>
          <w:sz w:val="24"/>
        </w:rPr>
        <w:t>«И возложи на него от величия твоего»</w:t>
      </w:r>
      <w:r>
        <w:rPr>
          <w:rFonts w:ascii="Georgia" w:hAnsi="Georgia"/>
          <w:b w:val="0"/>
          <w:i w:val="0"/>
          <w:color w:val="000000"/>
          <w:sz w:val="24"/>
        </w:rPr>
        <w:t xml:space="preserve"> (Бемидбар 27:20)]. Мы находим также, что Шмуэль пророчествовал из Нецах, как говорит Писание: </w:t>
      </w:r>
      <w:r>
        <w:rPr>
          <w:rFonts w:ascii="Georgia" w:hAnsi="Georgia"/>
          <w:b w:val="0"/>
          <w:i/>
          <w:color w:val="000000"/>
          <w:sz w:val="24"/>
        </w:rPr>
        <w:t>«И также Нецах (Вечность) Исраэля не скажет неправды…»</w:t>
      </w:r>
      <w:r>
        <w:rPr>
          <w:rFonts w:ascii="Georgia" w:hAnsi="Georgia"/>
          <w:b w:val="0"/>
          <w:i w:val="0"/>
          <w:color w:val="000000"/>
          <w:sz w:val="24"/>
        </w:rPr>
        <w:t xml:space="preserve"> (Шмуэль I 15:29). И если так, то как же согласуются все эти высказывания?</w:t>
      </w:r>
    </w:p>
    <w:p>
      <w:pPr>
        <w:spacing w:before="40" w:after="120"/>
        <w:jc w:val="both"/>
      </w:pPr>
      <w:r>
        <w:rPr>
          <w:rFonts w:ascii="Georgia" w:hAnsi="Georgia"/>
          <w:b w:val="0"/>
          <w:i w:val="0"/>
          <w:color w:val="000000"/>
          <w:sz w:val="24"/>
        </w:rPr>
        <w:t>Однако дело в том, что, как известно, НЕХИ де-ЗА включают в себя весь рост парцуфа Рахель — нуквы де-ЗА. Ибо три верхних сустава НЕХИ де-ЗА — это ее КАХАБ, а три средних сустава — это ее ХАГАТ [(Говорит Шмуэль: это требует выяснения, ведь он не упомянул нижнюю треть Тиферет де-ЗА, откуда начинается рост Рахель)], а три нижних сустава — это ее НЕХИ. Моше-рабейну, мир ему, глава всех пророков, пророчествовал от двух верхних суставов Нецах и Ход де-ЗА с их лицевой стороны (со стороны паним), а пророк Шмуэль пророчествовал со стороны паним верхнего сустава Нецах де-ЗА, что составляет половину ступени пророчества Моше-рабейну, мир ему, — однако это была высшая ее половина, то есть Нецах, включающая в себя и Ход. И потому Шмуэль был равновелик Моше-рабейну, мир ему, хотя между ними и было различие, ведь Моше-рабейну пророчествовал от обоих [суставов]. Ахия а-Шилони же пророчествовал с обратной стороны (со стороны ахораим) двух верхних суставов Нецах и Ход де-ЗА; и в том отношении, что он пророчествовал от обоих бедер, он превосходил Шмуэля, но в том отношении, что это было с обратной стороны, он уступал Шмуэлю. А пророк Элияу, мир ему, ученик Ахии а-Шилони, мир ему, пророчествовал с обратной стороны верхнего сустава Ход де-ЗА. Остальные же пророки находились в двух средних и двух нижних суставах Нецах и Ход, а также на всем протяжении Есод де-ЗА.</w:t>
      </w:r>
    </w:p>
    <w:p>
      <w:pPr>
        <w:spacing w:before="40" w:after="120"/>
        <w:jc w:val="both"/>
      </w:pPr>
      <w:r>
        <w:rPr>
          <w:rFonts w:ascii="Georgia" w:hAnsi="Georgia"/>
          <w:b w:val="0"/>
          <w:i w:val="0"/>
          <w:color w:val="000000"/>
          <w:sz w:val="24"/>
        </w:rPr>
        <w:t>И знай, что два верхних сустава Нецах и Ход выше Есода подобно тому, как ХУБ выше Даат. Есть и другое объяснение, касающееся самой нуквы, которая называется несветящим зеркалом; а иногда и ахораим де-ЗА называются несветящим зеркалом, поскольку оттуда получает питание женское начало. Аарон-коэн, мир ему, назывался «шафер Царицы» (</w:t>
      </w:r>
      <w:r>
        <w:rPr>
          <w:rFonts w:ascii="Georgia" w:hAnsi="Georgia"/>
          <w:b w:val="0"/>
          <w:i/>
          <w:color w:val="000000"/>
          <w:sz w:val="24"/>
        </w:rPr>
        <w:t>шошвина де-матронита</w:t>
      </w:r>
      <w:r>
        <w:rPr>
          <w:rFonts w:ascii="Georgia" w:hAnsi="Georgia"/>
          <w:b w:val="0"/>
          <w:i w:val="0"/>
          <w:color w:val="000000"/>
          <w:sz w:val="24"/>
        </w:rPr>
        <w:t xml:space="preserve">), и источник его пророчества был оттуда. И сообразно величию Моше-рабейну, мир ему, в мужском начале, Аарон обладал величием в нукве, Матроните; и в этом отношении Аарон признается равным Моше, как сказали наши мудрецы, благословенной памяти, о стихах: </w:t>
      </w:r>
      <w:r>
        <w:rPr>
          <w:rFonts w:ascii="Georgia" w:hAnsi="Georgia"/>
          <w:b w:val="0"/>
          <w:i/>
          <w:color w:val="000000"/>
          <w:sz w:val="24"/>
        </w:rPr>
        <w:t>«Это Аарон и Моше…»</w:t>
      </w:r>
      <w:r>
        <w:rPr>
          <w:rFonts w:ascii="Georgia" w:hAnsi="Georgia"/>
          <w:b w:val="0"/>
          <w:i w:val="0"/>
          <w:color w:val="000000"/>
          <w:sz w:val="24"/>
        </w:rPr>
        <w:t xml:space="preserve"> (Шмот 6:26) [и] </w:t>
      </w:r>
      <w:r>
        <w:rPr>
          <w:rFonts w:ascii="Georgia" w:hAnsi="Georgia"/>
          <w:b w:val="0"/>
          <w:i/>
          <w:color w:val="000000"/>
          <w:sz w:val="24"/>
        </w:rPr>
        <w:t>«Это Моше и Аарон…»</w:t>
      </w:r>
      <w:r>
        <w:rPr>
          <w:rFonts w:ascii="Georgia" w:hAnsi="Georgia"/>
          <w:b w:val="0"/>
          <w:i w:val="0"/>
          <w:color w:val="000000"/>
          <w:sz w:val="24"/>
        </w:rPr>
        <w:t xml:space="preserve"> (Шмот 6:27). Ведь подобно тому как Моше пророчествовал со стороны паним двух верхних суставов Нецах и Ход мужского начала, так же и Аарон пророчествовал со стороны паним двух мохин — ХУБ [Говорит Шмуэль: это требует выяснения, ведь выше он написал, что три верхних сустава НЕХИ де-ЗА — это КАХАБ, а здесь написал, что два верхних сустава — это ХУБ, и не упомянул Кетер, и это требует выяснения] нуквы, которые стоят напротив двух верхних суставов Нецах и Ход де-ЗА, как сказано. И подобно тому как существует множество ступеней у всех остальных пророков в двух средних и двух нижних суставах Нецах и Ход и во всем Есоде де-ЗА со стороны их паним и ахораим, как сказано выше, — точно так же есть и несколько других пророков, чье пророчество коренилось в нукве, во всем ее парцуфе, за исключением стороны паним двух ее первых мохин.</w:t>
      </w:r>
    </w:p>
    <w:p>
      <w:pPr>
        <w:spacing w:before="40" w:after="120"/>
        <w:jc w:val="both"/>
      </w:pPr>
      <w:r>
        <w:rPr>
          <w:rFonts w:ascii="Georgia" w:hAnsi="Georgia"/>
          <w:b w:val="0"/>
          <w:i w:val="0"/>
          <w:color w:val="000000"/>
          <w:sz w:val="24"/>
        </w:rPr>
        <w:t xml:space="preserve">Но во всех остальных свойствах есть множество ступеней пророков. Относительно же пророчества Йеошуа, мир ему, я сомневаюсь в том, как именно слышал от моего учителя, благословенной памяти: пророчествовал ли он от Есод де-ЗА, поскольку происходил из колена Йосефа, или же пророчествовал со стороны ахораим двух мохин де-нуква, ведь мы действительно находим изречение наших мудрецов, благословенной памяти: </w:t>
      </w:r>
      <w:r>
        <w:rPr>
          <w:rFonts w:ascii="Georgia" w:hAnsi="Georgia"/>
          <w:b w:val="0"/>
          <w:i/>
          <w:color w:val="000000"/>
          <w:sz w:val="24"/>
        </w:rPr>
        <w:t>«Лик Йеошуа — как лик луны»</w:t>
      </w:r>
      <w:r>
        <w:rPr>
          <w:rFonts w:ascii="Georgia" w:hAnsi="Georgia"/>
          <w:b w:val="0"/>
          <w:i w:val="0"/>
          <w:color w:val="000000"/>
          <w:sz w:val="24"/>
        </w:rPr>
        <w:t xml:space="preserve"> (Бава Батра 75а), а луна — это женское начало; и лишь между этими двумя возможностями я сомневаюсь, в какой из них он пребывал. Что же касается рабби Ишмаэля, рабби Акивы и рабби Нехуньи бен а-Кана, мир им, и им подобных, спускавшихся в Пардес, — это происходило в чертогах мира Ецира; и это те самые чертоги, о которых говорится там, в книге «Главы чертогов», как разъяснено у нас во «Вратах АБЕА» (см. там).</w:t>
      </w:r>
    </w:p>
    <w:p>
      <w:r>
        <w:br w:type="page"/>
      </w:r>
    </w:p>
    <w:p>
      <w:pPr>
        <w:keepNext/>
        <w:spacing w:before="360" w:after="160"/>
        <w:jc w:val="center"/>
      </w:pPr>
      <w:r>
        <w:rPr>
          <w:rFonts w:ascii="Georgia" w:hAnsi="Georgia"/>
          <w:b w:val="0"/>
          <w:i w:val="0"/>
          <w:color w:val="000000"/>
          <w:sz w:val="40"/>
        </w:rPr>
        <w:t>Вступление о старейшинах, судьях и пророках</w:t>
      </w:r>
    </w:p>
    <w:p>
      <w:pPr>
        <w:spacing w:before="40" w:after="120"/>
        <w:jc w:val="both"/>
      </w:pPr>
      <w:r>
        <w:rPr>
          <w:rFonts w:ascii="Georgia" w:hAnsi="Georgia"/>
          <w:b w:val="0"/>
          <w:i w:val="0"/>
          <w:color w:val="000000"/>
          <w:sz w:val="24"/>
        </w:rPr>
        <w:t>Что касается старейшин, судей, пророков и мужей Великого собрания: мы уже разбирали вопрос о хасадим — как часть их раскрыта ниже хазе (груди) де-ЗА, а часть скрыта выше этого места. В этих хасадим происходят спуск и подъем, представляющий собой возвращение светов снизу вверх до Кетер де-ЗА; точно так же во вторых мохин (светах разума), называемых ХУБ, есть подъем и спуск. Изложим в общих чертах порядок поколений в этих местах [парцуфа]. Здесь также есть две стороны: мохин со стороны Аба и мохин со стороны Има. Старейшины и судьи происходили от двух мохин де-Аба в ЗА: одни относились к подъему, другие — к спуску, а также происходили от ХУБ. Все пророки происходили от двух мохин де-Има в ЗА: одни — со стороны спуска, другие — со стороны подъема, а также от уровня Хохма и от уровня Бина. Мужи Великого собрания происходили от Даат со стороны Аба в ЗА, и среди них также были [ступени] подъема и спуска. Зугот (пары мудрецов) происходили от Даат со стороны Има в ЗА, и среди них тоже были подъем и спуск. Антигон из Сохо относился к подъему. А таннаи распределялись так: знатоки Писания (Микра) находились в скрытой трети Тиферет по пути спуска; знатоки Пророков (Невиим) — в Хеседе при спуске; знатоки Писаний (Ктувим) — в Гвуре при спуске; знатоки Мишны — в раскрытой [части] Тиферет по пути спуска; знатоки Талмуда — в Нецахе по пути спуска; знатоки Мидраша — в Ходе по пути спуска; знатоки Агады — в Есоде по пути спуска. Напротив всех этих ступеней есть [ступени] по пути подъема от Есода до Даат. Как именно? Знатоки Агады в Каббале — в Есоде; знатоки Мидраша в Каббале — в Ходе; знатоки Талмуда в Каббале — в Нецахе; знатоки Мишны в Каббале — в раскрытой [части] Тиферет. В скрытой [части] Тиферет — некудот (огласовки) Каббалы; в Гвуре — тагин (коронки) Каббалы; в Хеседе — таамим (вкусы) Каббалы. Подобным же образом обстоит дело с таннаями со стороны Аба во всех упомянутых путях: как при подъеме, так и при спуске, в точности согласно сказанному выше. И так же с амораями, с той лишь разницей, что они относятся к периоду малого состояния (катнут), называемому вскармливанием (йеника). Рабанан савораи соответствуют всему упомянутому выше, но относятся к периоду зачатия (ибур). Гаоны соответствуют всему сказанному выше, однако они пребывают в ЗА в таком его состоянии, каким оно было после исправления также и Аба ве-Има, когда Сам ЗА еще не был исправлен. Поским (законоучители) пребывают в ЗА после исправления только Атика и Ариха. Все же поколения после поским без исключения относятся к уровню ЗА после того, как был исправлен один лишь Атик Йомин. Все эти упомянутые ступени относятся исключительно к ЗА, а затем придет Машиах — вскоре, в наши дни, амен! Знай также, что все упомянутые ступени присутствуют и в Лее, в Рахели, в поколении пустыни и в Яакове; сущность же масоретов (хранителей традиции) пребывает в Яакове.</w:t>
      </w:r>
    </w:p>
    <w:p>
      <w:pPr>
        <w:spacing w:before="40" w:after="120"/>
        <w:jc w:val="both"/>
      </w:pPr>
      <w:r>
        <w:rPr>
          <w:rFonts w:ascii="Georgia" w:hAnsi="Georgia"/>
          <w:b w:val="0"/>
          <w:i w:val="0"/>
          <w:color w:val="000000"/>
          <w:sz w:val="24"/>
        </w:rPr>
        <w:t xml:space="preserve">Говорит Шмуэль: я счел нужным присоединить к сказанному постижение великого учителя, благословенна его память. Знай: подобно тому как по пульсу человека врачи тела распознают и узнают телесные недуги, так и мой учитель, благословенна его память, прощупывая пульс человека, распознавал по нему душевные болезни. Смысл же этого таков: знай, что высший Человек — это ЗА. И мы уже объясняли сокровенный смысл стиха: </w:t>
      </w:r>
      <w:r>
        <w:rPr>
          <w:rFonts w:ascii="Georgia" w:hAnsi="Georgia"/>
          <w:b w:val="0"/>
          <w:i/>
          <w:color w:val="000000"/>
          <w:sz w:val="24"/>
        </w:rPr>
        <w:t>«Все соделал Ты мудростью»</w:t>
      </w:r>
      <w:r>
        <w:rPr>
          <w:rFonts w:ascii="Georgia" w:hAnsi="Georgia"/>
          <w:b w:val="0"/>
          <w:i w:val="0"/>
          <w:color w:val="000000"/>
          <w:sz w:val="24"/>
        </w:rPr>
        <w:t xml:space="preserve"> (Теилим 104:24), — что высший Аба (Аба Илаа), являющийся Хохмой, служит жизненной силой для всего Ацилута. Когда высший свет Эйн Соф распространяется внутри Ацилута, он сначала облачается внутрь Аба и скрывается в нем; затем Аба распространяется внутри всего Ацилута до самого его конца. Внутри Аба облачена и укрыта жизненная сила всего Ацилута, скрываясь в нем, как упомянуто. Благодаря Аба весь Ацилут черпает высшую жизненную силу Эйн Соф, оживляющую весь мир Ацилут. В этом и заключается сокровенный смысл сказанного: </w:t>
      </w:r>
      <w:r>
        <w:rPr>
          <w:rFonts w:ascii="Georgia" w:hAnsi="Georgia"/>
          <w:b w:val="0"/>
          <w:i/>
          <w:color w:val="000000"/>
          <w:sz w:val="24"/>
        </w:rPr>
        <w:t>«Все соделал Ты мудростью»</w:t>
      </w:r>
      <w:r>
        <w:rPr>
          <w:rFonts w:ascii="Georgia" w:hAnsi="Georgia"/>
          <w:b w:val="0"/>
          <w:i w:val="0"/>
          <w:color w:val="000000"/>
          <w:sz w:val="24"/>
        </w:rPr>
        <w:t xml:space="preserve"> (Теилим 104:24). Эта Хохма распространяется в виде вен и артерий, несущих жизненную кровь человека, которые представляют собой известные пульсирующие сосуды. Внутри этих сосудов пульса сокрыта, утаена и облачена высшая жизненная сила Эйн Соф, оживляющая весь Ацилут.</w:t>
      </w:r>
    </w:p>
    <w:p>
      <w:pPr>
        <w:spacing w:before="40" w:after="120"/>
        <w:jc w:val="both"/>
      </w:pPr>
      <w:r>
        <w:rPr>
          <w:rFonts w:ascii="Georgia" w:hAnsi="Georgia"/>
          <w:b w:val="0"/>
          <w:i w:val="0"/>
          <w:color w:val="000000"/>
          <w:sz w:val="24"/>
        </w:rPr>
        <w:t>Таким образом, сам пульсирующий сосуд — это Аба, а жизнь внутри него — свет и жизненная сила Эйн Соф, оживляющая человека. И уже известно, что «все выясняется в мысли», как сказано в [описании] чертогов недельного раздела Пкудей: все триста двадцать искр (ШАХ) выясняются в мысли, и отходы со злом отделяются от добра. Поэтому чистая кровь, представляющая собой отборную жизненную силу, сокрыта в пульсе, а дурная кровь выходит наружу. Порой же из-за прегрешений человека у мысли нет сил произвести выяснение и вытолкнуть излишек отходов дурной крови наружу; тогда человек заболевает, и необходимо сделать ему кровопускание, чтобы она вышла наружу, — как известно врачам, пускающим кровь из пульсирующего сосуда. Известно, что Аба — это Имя АВАЯ с наполнением через букву йод, равным семидесяти двум (АБ), а его обратная сторона (ахораим) по гематрии равна слову «пульс» (</w:t>
      </w:r>
      <w:r>
        <w:rPr>
          <w:rFonts w:ascii="Georgia" w:hAnsi="Georgia"/>
          <w:b w:val="0"/>
          <w:i/>
          <w:color w:val="000000"/>
          <w:sz w:val="24"/>
        </w:rPr>
        <w:t>дофек</w:t>
      </w:r>
      <w:r>
        <w:rPr>
          <w:rFonts w:ascii="Georgia" w:hAnsi="Georgia"/>
          <w:b w:val="0"/>
          <w:i w:val="0"/>
          <w:color w:val="000000"/>
          <w:sz w:val="24"/>
        </w:rPr>
        <w:t xml:space="preserve">, </w:t>
      </w:r>
      <w:r>
        <w:rPr>
          <w:rFonts w:ascii="Georgia" w:hAnsi="Georgia" w:cs="Times New Roman"/>
          <w:b/>
          <w:i w:val="0"/>
          <w:color w:val="000000"/>
          <w:sz w:val="24"/>
          <w:rtl/>
          <w:szCs w:val="32"/>
        </w:rPr>
        <w:t>דֹּפֶק</w:t>
      </w:r>
      <w:r>
        <w:rPr>
          <w:rFonts w:ascii="Georgia" w:hAnsi="Georgia"/>
          <w:b w:val="0"/>
          <w:i w:val="0"/>
          <w:color w:val="000000"/>
          <w:sz w:val="24"/>
        </w:rPr>
        <w:t xml:space="preserve">; гематрия </w:t>
      </w:r>
      <w:r>
        <w:rPr>
          <w:rFonts w:ascii="Georgia" w:hAnsi="Georgia" w:cs="Times New Roman"/>
          <w:b/>
          <w:i w:val="0"/>
          <w:color w:val="000000"/>
          <w:sz w:val="24"/>
          <w:rtl/>
          <w:szCs w:val="32"/>
        </w:rPr>
        <w:t>דפ״ק</w:t>
      </w:r>
      <w:r>
        <w:rPr>
          <w:rFonts w:ascii="Georgia" w:hAnsi="Georgia"/>
          <w:b w:val="0"/>
          <w:i w:val="0"/>
          <w:color w:val="000000"/>
          <w:sz w:val="24"/>
        </w:rPr>
        <w:t xml:space="preserve"> = 184).</w:t>
      </w:r>
    </w:p>
    <w:p>
      <w:pPr>
        <w:spacing w:before="40" w:after="120"/>
        <w:jc w:val="both"/>
      </w:pPr>
      <w:r>
        <w:rPr>
          <w:rFonts w:ascii="Georgia" w:hAnsi="Georgia"/>
          <w:b w:val="0"/>
          <w:i w:val="0"/>
          <w:color w:val="000000"/>
          <w:sz w:val="24"/>
        </w:rPr>
        <w:t>Смысл же в том, что внутренняя суть Самого Аба не спускается вниз и не облачается в человека — спускаются лишь его ахораим; ведь известно, что никакая высшая ступень не спускается вниз иначе, как свойством своих ахораим, и это и есть упомянутый уровень пульса. По этой причине вся жизнь человека зависит от пульса и все его болезни распознаются по нему: по мере проступка и греха, совершаемого человеком, уменьшается тот свет и жизненная сила внутри пульса. Известно также сказанное в «Тиккуним», что существует десять видов пульса: камац, патах, цере и так далее. Разъяснение этого в том, что огласовки (некудот) пребывают в Хохме, как известно, и все эти удары пульса соответствуют начертанию огласовок. И когда ты прощупываешь пульс рукой, то обнаруживаешь, что иногда он бьет одной точкой, а затем бьет второй точкой рядом с ней — таков сокровенный смысл знака цере. Иногда пульс бьет одной точкой вверху и второй точкой под ней — и это знак шва. Иногда же он бьет одной длинной [пульсацией], а второй — лишь одной краткой точкой — и это знак камац. Подобным же образом обстоит дело со всеми остальными огласовками. Это показывает, какая именно жизненная сила притягивается к органам в данный момент и от какого уровня Хохмы. Пример тому: если пульс бьет наподобие камаца, это указывает на преобладание ступени Кетер в Хохме, откуда в это время посылаются жизненная сила и свечение ко всем органам. Если же пульс бьет наподобие патаха, это указывает, что жизненная сила органов притягивается от Хохмы в Хохме, — и так далее, согласно порядку огласовок в девяти сфирот, как известно из книги «Тиккуним». Порой происходит соединение двух знаков вместе, наподобие шва-цере, шва-камац, шва-патах, шва-сеголь и тому подобного.</w:t>
      </w:r>
    </w:p>
    <w:p>
      <w:pPr>
        <w:spacing w:before="40" w:after="120"/>
        <w:jc w:val="both"/>
      </w:pPr>
      <w:r>
        <w:rPr>
          <w:rFonts w:ascii="Georgia" w:hAnsi="Georgia"/>
          <w:b w:val="0"/>
          <w:i w:val="0"/>
          <w:color w:val="000000"/>
          <w:sz w:val="24"/>
        </w:rPr>
        <w:t xml:space="preserve">Однако знай: благодаря этому мы понимаем и узнаем, в чем состоит грех человека. Ведь если пульс бьет наподобие камаца, это указывает, что человек согрешил против Кетера; поэтому данный уровень сейчас усиливается, стремясь явить свою силу, чтобы [его свет] не ушел из-за греха. Напротив, если мы видим, что некая ступень преобладает, это указывает на ее ущерб — по смыслу сказанного в Писании: </w:t>
      </w:r>
      <w:r>
        <w:rPr>
          <w:rFonts w:ascii="Georgia" w:hAnsi="Georgia"/>
          <w:b w:val="0"/>
          <w:i/>
          <w:color w:val="000000"/>
          <w:sz w:val="24"/>
        </w:rPr>
        <w:t>«Отнимешь дух их — умирают…»</w:t>
      </w:r>
      <w:r>
        <w:rPr>
          <w:rFonts w:ascii="Georgia" w:hAnsi="Georgia"/>
          <w:b w:val="0"/>
          <w:i w:val="0"/>
          <w:color w:val="000000"/>
          <w:sz w:val="24"/>
        </w:rPr>
        <w:t xml:space="preserve"> (Теилим 104:29), ведь все слабеющее напрягает последние силы, чтобы удержаться в существовании. Но иногда это указывает на противоположное — на то, что человек исполнил заповедь, связанную с этой ступенью; и нет среди нас знающего [эти тайны] до конца.</w:t>
      </w:r>
    </w:p>
    <w:p>
      <w:pPr>
        <w:spacing w:before="40" w:after="120"/>
        <w:jc w:val="both"/>
      </w:pPr>
      <w:r>
        <w:rPr>
          <w:rFonts w:ascii="Georgia" w:hAnsi="Georgia"/>
          <w:b w:val="0"/>
          <w:i w:val="0"/>
          <w:color w:val="000000"/>
          <w:sz w:val="24"/>
        </w:rPr>
        <w:t>Еще я слышал об учителе моем, благословенна его память, от мудреца рабби Шломо Сагиса, да сохранит его Всевышний: однажды ему приснилось, будто его тфилин непригодны и он велит сделать себе другие тфилин. И учитель мой, благословенна его память, истолковал ему [этот сон так]: его жена сейчас беременна мальчиком, и ей суждено потерять ребенка, но затем она вновь забеременеет сыном, который выживет. И как он истолковал ему, так все и произошло.</w:t>
      </w:r>
    </w:p>
    <w:p>
      <w:pPr>
        <w:spacing w:before="40" w:after="120"/>
        <w:jc w:val="both"/>
      </w:pPr>
      <w:r>
        <w:rPr>
          <w:rFonts w:ascii="Georgia" w:hAnsi="Georgia"/>
          <w:b w:val="0"/>
          <w:i w:val="0"/>
          <w:color w:val="000000"/>
          <w:sz w:val="24"/>
        </w:rPr>
        <w:t>Говорит Шмуэль: я счел нужным присоединить здесь постижение великого учителя, благословенна его память, относительно распознавания по чертам лица и связанных с этим учений.</w:t>
      </w:r>
    </w:p>
    <w:p>
      <w:r>
        <w:br w:type="page"/>
      </w:r>
    </w:p>
    <w:p>
      <w:pPr>
        <w:keepNext/>
        <w:spacing w:before="360" w:after="160"/>
        <w:jc w:val="center"/>
      </w:pPr>
      <w:r>
        <w:rPr>
          <w:rFonts w:ascii="Georgia" w:hAnsi="Georgia"/>
          <w:b w:val="0"/>
          <w:i w:val="0"/>
          <w:color w:val="000000"/>
          <w:sz w:val="40"/>
        </w:rPr>
        <w:t>Мудрость распознавания по лицу</w:t>
      </w:r>
    </w:p>
    <w:p>
      <w:pPr>
        <w:keepNext/>
        <w:spacing w:before="320" w:after="120"/>
      </w:pPr>
      <w:r>
        <w:rPr>
          <w:rFonts w:ascii="Georgia" w:hAnsi="Georgia"/>
          <w:b w:val="0"/>
          <w:i w:val="0"/>
          <w:color w:val="000000"/>
          <w:sz w:val="32"/>
        </w:rPr>
        <w:t>Рассуждение 1</w:t>
      </w:r>
    </w:p>
    <w:p>
      <w:pPr>
        <w:spacing w:before="40" w:after="120"/>
        <w:jc w:val="both"/>
      </w:pPr>
      <w:r>
        <w:rPr>
          <w:rFonts w:ascii="Georgia" w:hAnsi="Georgia"/>
          <w:b w:val="0"/>
          <w:i w:val="0"/>
          <w:color w:val="000000"/>
          <w:sz w:val="24"/>
        </w:rPr>
        <w:t>Весьма ценное [рассуждение] о мудрости распознавания по лицу (</w:t>
      </w:r>
      <w:r>
        <w:rPr>
          <w:rFonts w:ascii="Georgia" w:hAnsi="Georgia"/>
          <w:b w:val="0"/>
          <w:i/>
          <w:color w:val="000000"/>
          <w:sz w:val="24"/>
        </w:rPr>
        <w:t>хохмат а-карат а-парцуф</w:t>
      </w:r>
      <w:r>
        <w:rPr>
          <w:rFonts w:ascii="Georgia" w:hAnsi="Georgia"/>
          <w:b w:val="0"/>
          <w:i w:val="0"/>
          <w:color w:val="000000"/>
          <w:sz w:val="24"/>
        </w:rPr>
        <w:t>). Знай, что в человеке запечатлены двадцать две буквы алфавита, как упоминается в «Сефер Йецира»: три основы алеф, мэм, шин (</w:t>
      </w:r>
      <w:r>
        <w:rPr>
          <w:rFonts w:ascii="Georgia" w:hAnsi="Georgia" w:cs="Times New Roman"/>
          <w:b/>
          <w:i w:val="0"/>
          <w:color w:val="000000"/>
          <w:sz w:val="24"/>
          <w:rtl/>
          <w:szCs w:val="32"/>
        </w:rPr>
        <w:t>אמ״ש</w:t>
      </w:r>
      <w:r>
        <w:rPr>
          <w:rFonts w:ascii="Georgia" w:hAnsi="Georgia"/>
          <w:b w:val="0"/>
          <w:i w:val="0"/>
          <w:color w:val="000000"/>
          <w:sz w:val="24"/>
        </w:rPr>
        <w:t>), семь двойных в известных местах — правое ухо (озэн) и так далее, и двенадцать простых — в селезенке, желудке и так далее, как сказано там. Подобным же образом двадцать две буквы есть и в нефеш человека, и так же двадцать две другие буквы — в руах, и двадцать две буквы — в нешама.</w:t>
      </w:r>
    </w:p>
    <w:p>
      <w:pPr>
        <w:spacing w:before="40" w:after="120"/>
        <w:jc w:val="both"/>
      </w:pPr>
      <w:r>
        <w:rPr>
          <w:rFonts w:ascii="Georgia" w:hAnsi="Georgia"/>
          <w:b w:val="0"/>
          <w:i w:val="0"/>
          <w:color w:val="000000"/>
          <w:sz w:val="24"/>
        </w:rPr>
        <w:t>Различие между ними в том, что двадцать две буквы нефеш — малые, двадцать две буквы руах — средние, а двадцать две буквы нешама — большие. В этом и заключается смысл трех видов алфавита в Торе: малые буквы (</w:t>
      </w:r>
      <w:r>
        <w:rPr>
          <w:rFonts w:ascii="Georgia" w:hAnsi="Georgia"/>
          <w:b w:val="0"/>
          <w:i/>
          <w:color w:val="000000"/>
          <w:sz w:val="24"/>
        </w:rPr>
        <w:t>атвон зеирин</w:t>
      </w:r>
      <w:r>
        <w:rPr>
          <w:rFonts w:ascii="Georgia" w:hAnsi="Georgia"/>
          <w:b w:val="0"/>
          <w:i w:val="0"/>
          <w:color w:val="000000"/>
          <w:sz w:val="24"/>
        </w:rPr>
        <w:t>), средние буквы (</w:t>
      </w:r>
      <w:r>
        <w:rPr>
          <w:rFonts w:ascii="Georgia" w:hAnsi="Georgia"/>
          <w:b w:val="0"/>
          <w:i/>
          <w:color w:val="000000"/>
          <w:sz w:val="24"/>
        </w:rPr>
        <w:t>атвон бейнониим</w:t>
      </w:r>
      <w:r>
        <w:rPr>
          <w:rFonts w:ascii="Georgia" w:hAnsi="Georgia"/>
          <w:b w:val="0"/>
          <w:i w:val="0"/>
          <w:color w:val="000000"/>
          <w:sz w:val="24"/>
        </w:rPr>
        <w:t>) и большие буквы (</w:t>
      </w:r>
      <w:r>
        <w:rPr>
          <w:rFonts w:ascii="Georgia" w:hAnsi="Georgia"/>
          <w:b w:val="0"/>
          <w:i/>
          <w:color w:val="000000"/>
          <w:sz w:val="24"/>
        </w:rPr>
        <w:t>атвон равревин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У того, в ком есть лишь нефеш, раскрываются только малые буквы. У того же, в ком есть [нефеш и] руах, сначала показываются малые буквы, затем они скрываются, и проявляются средние буквы, а затем вновь скрываются, и проявляются малые буквы. И так продолжается непрерывно, по кругу: выступает, сияет и скрывается, как сказано в недельном разделе Итро, во фрагменте </w:t>
      </w:r>
      <w:r>
        <w:rPr>
          <w:rFonts w:ascii="Georgia" w:hAnsi="Georgia"/>
          <w:b w:val="0"/>
          <w:i/>
          <w:color w:val="000000"/>
          <w:sz w:val="24"/>
        </w:rPr>
        <w:t>«Ты же высмотри...»</w:t>
      </w:r>
      <w:r>
        <w:rPr>
          <w:rFonts w:ascii="Georgia" w:hAnsi="Georgia"/>
          <w:b w:val="0"/>
          <w:i w:val="0"/>
          <w:color w:val="000000"/>
          <w:sz w:val="24"/>
        </w:rPr>
        <w:t xml:space="preserve"> (Шмот 18:21). А у того, в ком есть также нешама, раскрываются все три алфавита — малый, средний и великий: один появляется, а другой скрывается упомянутым образом, не прекращаясь. Ведь как сказано в Зоаре (раздел Ваякель) о земном Эдемском саде, там есть буквы, сверкающие в зависимости от того, какая часть преобладает в тот момент на небосводе Сада: так они выступают, угасают, скрываются и вновь начинают светить по кругу. Точно так же и НАРАН человека показывают свои буквы наружу через сверкание, возвращение и сокрытие, и это заложено в самой их природе.</w:t>
      </w:r>
    </w:p>
    <w:p>
      <w:pPr>
        <w:spacing w:before="40" w:after="120"/>
        <w:jc w:val="both"/>
      </w:pPr>
      <w:r>
        <w:rPr>
          <w:rFonts w:ascii="Georgia" w:hAnsi="Georgia"/>
          <w:b w:val="0"/>
          <w:i w:val="0"/>
          <w:color w:val="000000"/>
          <w:sz w:val="24"/>
        </w:rPr>
        <w:t>И все эти упомянутые буквы открываются только на лбу (мэцах) человека. Причина в том, что, как известно, вкусы (таамим), огласовки (некудот) и буквы (отиет) пребывают в трех первых [сфирот], причем свойство букв относится к Бине. Поэтому раскрытие букв возможно только при участии Бины, ведь именно там берут начало буквы, как сказано в «Тиккуней Зоар». И потому Бина раскрывает буквы только на своем месте и в своем уделе, которым является лоб человека.</w:t>
      </w:r>
    </w:p>
    <w:p>
      <w:pPr>
        <w:spacing w:before="40" w:after="120"/>
        <w:jc w:val="both"/>
      </w:pPr>
      <w:r>
        <w:rPr>
          <w:rFonts w:ascii="Georgia" w:hAnsi="Georgia"/>
          <w:b w:val="0"/>
          <w:i w:val="0"/>
          <w:color w:val="000000"/>
          <w:sz w:val="24"/>
        </w:rPr>
        <w:t>И [учитель] назвал мне другую причину: на лбу сосредоточена сила проявления судов наверху, в ЗА, как сказано в Идра, и потому они раскрываются только на лбу.</w:t>
      </w:r>
    </w:p>
    <w:p>
      <w:pPr>
        <w:spacing w:before="40" w:after="120"/>
        <w:jc w:val="both"/>
      </w:pPr>
      <w:r>
        <w:rPr>
          <w:rFonts w:ascii="Georgia" w:hAnsi="Georgia"/>
          <w:b w:val="0"/>
          <w:i w:val="0"/>
          <w:color w:val="000000"/>
          <w:sz w:val="24"/>
        </w:rPr>
        <w:t>Есть и другие признаки, чтобы распознать того, у кого есть нефеш де-Ацилут, руах де-Ацилут, нешама де-Ацилут и нешама де-нешама де-Ацилут, но он мне их не сообщил. А в другой раз он вскользь сказал мне, что тот, у кого над буквами есть коронки (тагин), происходит из Ацилута.</w:t>
      </w:r>
    </w:p>
    <w:p>
      <w:pPr>
        <w:spacing w:before="40" w:after="120"/>
        <w:jc w:val="both"/>
      </w:pPr>
      <w:r>
        <w:rPr>
          <w:rFonts w:ascii="Georgia" w:hAnsi="Georgia"/>
          <w:b w:val="0"/>
          <w:i w:val="0"/>
          <w:color w:val="000000"/>
          <w:sz w:val="24"/>
        </w:rPr>
        <w:t>И все эти двадцать две буквы уровня нефеш указывают на исправленность нефеш или ее ущерб: ведь в той мере, в какой человеку чего-то недостает, нефеш воздерживается от того, чтобы отображать на лбу эти буквы, и проявленными и выступающими будут лишь исправленные буквы — они и будут светить, тогда как другие, омраченные, будут отсутствовать. И потому они скрыты.</w:t>
      </w:r>
    </w:p>
    <w:p>
      <w:pPr>
        <w:spacing w:before="40" w:after="120"/>
        <w:jc w:val="both"/>
      </w:pPr>
      <w:r>
        <w:rPr>
          <w:rFonts w:ascii="Georgia" w:hAnsi="Georgia"/>
          <w:b w:val="0"/>
          <w:i w:val="0"/>
          <w:color w:val="000000"/>
          <w:sz w:val="24"/>
        </w:rPr>
        <w:t>И если какой-либо человек спросит об этом мудреца, сведущего в распознавании по лицу, а буквы на его лбу вовсе не будут заметны, — это означает, что ему уже вынесен, упаси Б-г, смертный приговор, и он умрет в течение тех тридцати дней. Ему требуется великое исправление, и дай Б-г, чтобы оно помогло отменить этот приговор.</w:t>
      </w:r>
    </w:p>
    <w:p>
      <w:pPr>
        <w:spacing w:before="40" w:after="120"/>
        <w:jc w:val="both"/>
      </w:pPr>
      <w:r>
        <w:rPr>
          <w:rFonts w:ascii="Georgia" w:hAnsi="Georgia"/>
          <w:b w:val="0"/>
          <w:i w:val="0"/>
          <w:color w:val="000000"/>
          <w:sz w:val="24"/>
        </w:rPr>
        <w:t>И подобно тому как в человеке есть внутренние НАРАН внутри него, так же есть и окружающие НАРАН снаружи. У них также есть свойство двадцати двух букв, особых для каждой из этих шести упомянутых частей. Порой они сталкиваются друг с другом, а порой буквы окружающего света преобладают над буквами внутреннего света. Все это зависит от действий человека, и по этому можно распознать очень многое.</w:t>
      </w:r>
    </w:p>
    <w:p>
      <w:pPr>
        <w:spacing w:before="40" w:after="120"/>
        <w:jc w:val="both"/>
      </w:pPr>
      <w:r>
        <w:rPr>
          <w:rFonts w:ascii="Georgia" w:hAnsi="Georgia"/>
          <w:b w:val="0"/>
          <w:i w:val="0"/>
          <w:color w:val="000000"/>
          <w:sz w:val="24"/>
        </w:rPr>
        <w:t>В этом заключается тайна того, почему буквы видны на коже лица, на лбу, как упомянуто выше: ведь это подобно звездам, видимым на небосводе, как сказано в Зоаре в недельном разделе Итро. Причина этого согласуется со сказанным выше: внутренний свет выходит наружу и мерцает на коже, и точно так же окружающий свет ударяет и мерцает там, на коже, и там раскрываются вместе все света.</w:t>
      </w:r>
    </w:p>
    <w:p>
      <w:pPr>
        <w:spacing w:before="40" w:after="120"/>
        <w:jc w:val="both"/>
      </w:pPr>
      <w:r>
        <w:rPr>
          <w:rFonts w:ascii="Georgia" w:hAnsi="Georgia"/>
          <w:b w:val="0"/>
          <w:i w:val="0"/>
          <w:color w:val="000000"/>
          <w:sz w:val="24"/>
        </w:rPr>
        <w:t>На лбу есть только двадцать две буквы, и порой те буквы, которые необходимы для данного указания, выступают и светят ярче — наподобие букв нагрудника (хошен), а также Урим и Туммим. Однако они то открываются, то скрываются, как упомянуто выше, и потому требуется предельно внимательное вглядывание (истаклют), прежде чем они скроются из виду. Нужно глубокое созерцание, чтобы понять происходящее с величайшей быстротой, пока они не скрылись.</w:t>
      </w:r>
    </w:p>
    <w:p>
      <w:pPr>
        <w:spacing w:before="40" w:after="120"/>
        <w:jc w:val="both"/>
      </w:pPr>
      <w:r>
        <w:rPr>
          <w:rFonts w:ascii="Georgia" w:hAnsi="Georgia"/>
          <w:b w:val="0"/>
          <w:i w:val="0"/>
          <w:color w:val="000000"/>
          <w:sz w:val="24"/>
        </w:rPr>
        <w:t xml:space="preserve">Пример тому: если [на лбу] указывается имя Авраам, тогда эти буквы выступают на своем месте, а порой могут соединяться вместе, как мы объясним. Это подобно распознаванию букв на камнях нагрудника: хотя там были написаны все буквы, во время вопрошания выступала лишь часть букв. Так же обстоит дело и здесь, на лбу человека. Пример этому: если сверкают буквы слова </w:t>
      </w:r>
      <w:r>
        <w:rPr>
          <w:rFonts w:ascii="Georgia" w:hAnsi="Georgia"/>
          <w:b w:val="0"/>
          <w:i/>
          <w:color w:val="000000"/>
          <w:sz w:val="24"/>
        </w:rPr>
        <w:t>хаим</w:t>
      </w:r>
      <w:r>
        <w:rPr>
          <w:rFonts w:ascii="Georgia" w:hAnsi="Georgia"/>
          <w:b w:val="0"/>
          <w:i w:val="0"/>
          <w:color w:val="000000"/>
          <w:sz w:val="24"/>
        </w:rPr>
        <w:t xml:space="preserve"> — «жизнь» (</w:t>
      </w:r>
      <w:r>
        <w:rPr>
          <w:rFonts w:ascii="Georgia" w:hAnsi="Georgia" w:cs="Times New Roman"/>
          <w:b/>
          <w:i w:val="0"/>
          <w:color w:val="000000"/>
          <w:sz w:val="24"/>
          <w:rtl/>
          <w:szCs w:val="32"/>
        </w:rPr>
        <w:t>חַיִּים</w:t>
      </w:r>
      <w:r>
        <w:rPr>
          <w:rFonts w:ascii="Georgia" w:hAnsi="Georgia"/>
          <w:b w:val="0"/>
          <w:i w:val="0"/>
          <w:color w:val="000000"/>
          <w:sz w:val="24"/>
        </w:rPr>
        <w:t xml:space="preserve">), это указывает на то, что человеку суждена жизнь. И то же относится к остальным сочетаниям. Порой эти четыре буквы слова </w:t>
      </w:r>
      <w:r>
        <w:rPr>
          <w:rFonts w:ascii="Georgia" w:hAnsi="Georgia"/>
          <w:b w:val="0"/>
          <w:i/>
          <w:color w:val="000000"/>
          <w:sz w:val="24"/>
        </w:rPr>
        <w:t>хаим</w:t>
      </w:r>
      <w:r>
        <w:rPr>
          <w:rFonts w:ascii="Georgia" w:hAnsi="Georgia"/>
          <w:b w:val="0"/>
          <w:i w:val="0"/>
          <w:color w:val="000000"/>
          <w:sz w:val="24"/>
        </w:rPr>
        <w:t xml:space="preserve"> соединяются вместе, как и в других сочетаниях, а затем все снова скрывается.</w:t>
      </w:r>
    </w:p>
    <w:p>
      <w:pPr>
        <w:spacing w:before="40" w:after="120"/>
        <w:jc w:val="both"/>
      </w:pPr>
      <w:r>
        <w:rPr>
          <w:rFonts w:ascii="Georgia" w:hAnsi="Georgia"/>
          <w:b w:val="0"/>
          <w:i w:val="0"/>
          <w:color w:val="000000"/>
          <w:sz w:val="24"/>
        </w:rPr>
        <w:t>Объяснение этого в том, что иногда буквы соединяются в соответствии с порядком кругооборотов (гильгулим) человека и их числом посредством вращения букв в 231 вратах (</w:t>
      </w:r>
      <w:r>
        <w:rPr>
          <w:rFonts w:ascii="Georgia" w:hAnsi="Georgia" w:cs="Times New Roman"/>
          <w:b/>
          <w:i w:val="0"/>
          <w:color w:val="000000"/>
          <w:sz w:val="24"/>
          <w:rtl/>
          <w:szCs w:val="32"/>
        </w:rPr>
        <w:t>רל״א</w:t>
      </w:r>
      <w:r>
        <w:rPr>
          <w:rFonts w:ascii="Georgia" w:hAnsi="Georgia"/>
          <w:b w:val="0"/>
          <w:i w:val="0"/>
          <w:color w:val="000000"/>
          <w:sz w:val="24"/>
        </w:rPr>
        <w:t>). Это происходит как в прямом порядке алфавита алеф-бэт-гимель-далет (</w:t>
      </w:r>
      <w:r>
        <w:rPr>
          <w:rFonts w:ascii="Georgia" w:hAnsi="Georgia" w:cs="Times New Roman"/>
          <w:b/>
          <w:i w:val="0"/>
          <w:color w:val="000000"/>
          <w:sz w:val="24"/>
          <w:rtl/>
          <w:szCs w:val="32"/>
        </w:rPr>
        <w:t>אבג״ד</w:t>
      </w:r>
      <w:r>
        <w:rPr>
          <w:rFonts w:ascii="Georgia" w:hAnsi="Georgia"/>
          <w:b w:val="0"/>
          <w:i w:val="0"/>
          <w:color w:val="000000"/>
          <w:sz w:val="24"/>
        </w:rPr>
        <w:t>), так и в обратном порядке тав-шин-рэйш-куф (</w:t>
      </w:r>
      <w:r>
        <w:rPr>
          <w:rFonts w:ascii="Georgia" w:hAnsi="Georgia" w:cs="Times New Roman"/>
          <w:b/>
          <w:i w:val="0"/>
          <w:color w:val="000000"/>
          <w:sz w:val="24"/>
          <w:rtl/>
          <w:szCs w:val="32"/>
        </w:rPr>
        <w:t>תשר״ק</w:t>
      </w:r>
      <w:r>
        <w:rPr>
          <w:rFonts w:ascii="Georgia" w:hAnsi="Georgia"/>
          <w:b w:val="0"/>
          <w:i w:val="0"/>
          <w:color w:val="000000"/>
          <w:sz w:val="24"/>
        </w:rPr>
        <w:t>), как известно знатокам сочетаний букв (церуф) и как упомянуто в «Сефер Йецира».</w:t>
      </w:r>
    </w:p>
    <w:p>
      <w:pPr>
        <w:spacing w:before="40" w:after="120"/>
        <w:jc w:val="both"/>
      </w:pPr>
      <w:r>
        <w:rPr>
          <w:rFonts w:ascii="Georgia" w:hAnsi="Georgia"/>
          <w:b w:val="0"/>
          <w:i w:val="0"/>
          <w:color w:val="000000"/>
          <w:sz w:val="24"/>
        </w:rPr>
        <w:t>Суть здесь в том, что есть люди, относящиеся к тайне женского начала (некева), как известно из тайны левиратного брака (ибум). И у того, кто происходит со стороны мужского начала, буквы его нефеш, руах и нешама запечатлеваются в прямом алфавитном порядке (алеф-бэт-гимель-далет и так далее), а у того, кто относится к женскому началу, его буквы запечатлеваются в обратном порядке (тав-шин-рэйш-куф и так далее). Знай, что у того, у кого есть лишь нефеш, на лбу присутствуют только двадцать две буквы; сорок четыре буквы есть у того, в ком есть также руах; и шестьдесят шесть букв — у того, в ком есть также нешама.</w:t>
      </w:r>
    </w:p>
    <w:p>
      <w:pPr>
        <w:spacing w:before="40" w:after="120"/>
        <w:jc w:val="both"/>
      </w:pPr>
      <w:r>
        <w:rPr>
          <w:rFonts w:ascii="Georgia" w:hAnsi="Georgia"/>
          <w:b w:val="0"/>
          <w:i w:val="0"/>
          <w:color w:val="000000"/>
          <w:sz w:val="24"/>
        </w:rPr>
        <w:t xml:space="preserve">Однако когда запечатлевается некое указание и требуется начертать две или три одинаковые буквы — как в слове </w:t>
      </w:r>
      <w:r>
        <w:rPr>
          <w:rFonts w:ascii="Georgia" w:hAnsi="Georgia"/>
          <w:b w:val="0"/>
          <w:i/>
          <w:color w:val="000000"/>
          <w:sz w:val="24"/>
        </w:rPr>
        <w:t>хаим</w:t>
      </w:r>
      <w:r>
        <w:rPr>
          <w:rFonts w:ascii="Georgia" w:hAnsi="Georgia"/>
          <w:b w:val="0"/>
          <w:i w:val="0"/>
          <w:color w:val="000000"/>
          <w:sz w:val="24"/>
        </w:rPr>
        <w:t>, где есть две буквы йод (</w:t>
      </w:r>
      <w:r>
        <w:rPr>
          <w:rFonts w:ascii="Georgia" w:hAnsi="Georgia" w:cs="Times New Roman"/>
          <w:b/>
          <w:i w:val="0"/>
          <w:color w:val="000000"/>
          <w:sz w:val="24"/>
          <w:rtl/>
          <w:szCs w:val="32"/>
        </w:rPr>
        <w:t>י</w:t>
      </w:r>
      <w:r>
        <w:rPr>
          <w:rFonts w:ascii="Georgia" w:hAnsi="Georgia"/>
          <w:b w:val="0"/>
          <w:i w:val="0"/>
          <w:color w:val="000000"/>
          <w:sz w:val="24"/>
        </w:rPr>
        <w:t>), тогда как среди двадцати двух букв лба есть лишь одна буква йод, — это происходит следующим образом: сначала показывается одна буква, а вслед за ней выступает другая буква, которая должна следовать за ней, и так же с остальными буквами. Они соединяются между собой, и хотя их постоянный порядок иной, на время, ради указания на этот частный случай, они меняются местами и соединяются вместе.</w:t>
      </w:r>
    </w:p>
    <w:p>
      <w:pPr>
        <w:spacing w:before="40" w:after="120"/>
        <w:jc w:val="both"/>
      </w:pPr>
      <w:r>
        <w:rPr>
          <w:rFonts w:ascii="Georgia" w:hAnsi="Georgia"/>
          <w:b w:val="0"/>
          <w:i w:val="0"/>
          <w:color w:val="000000"/>
          <w:sz w:val="24"/>
        </w:rPr>
        <w:t>А когда требуется повторить букву, которая уже была запечатлена, эта буква исчезает с того первого места и запечатлевается здесь, на новом месте. Так происходит до тех пор, пока не отразятся все буквы, которым надлежит раскрыться, однако в совокупности букв всегда только двадцать две.</w:t>
      </w:r>
    </w:p>
    <w:p>
      <w:pPr>
        <w:spacing w:before="40" w:after="120"/>
        <w:jc w:val="both"/>
      </w:pPr>
      <w:r>
        <w:rPr>
          <w:rFonts w:ascii="Georgia" w:hAnsi="Georgia"/>
          <w:b w:val="0"/>
          <w:i w:val="0"/>
          <w:color w:val="000000"/>
          <w:sz w:val="24"/>
        </w:rPr>
        <w:t>Есть и другой признак, о котором сказано в Зоаре в недельном разделе Ахрей мот: у каждой из десяти сфирот есть определенные буквы, и двадцать две буквы алфавита распределяются по десяти сфирот. В соответствии с природой конкретной сфиры ей присущи особые буквы.</w:t>
      </w:r>
    </w:p>
    <w:p>
      <w:pPr>
        <w:spacing w:before="40" w:after="120"/>
        <w:jc w:val="both"/>
      </w:pPr>
      <w:r>
        <w:rPr>
          <w:rFonts w:ascii="Georgia" w:hAnsi="Georgia"/>
          <w:b w:val="0"/>
          <w:i w:val="0"/>
          <w:color w:val="000000"/>
          <w:sz w:val="24"/>
        </w:rPr>
        <w:t>И чтобы узнать, из какого корня происходит человек и к корню какой сфиры он относится, смотрят, какие буквы сияют ярче всех остальных букв предельной силой света, а также запечатлены там постоянно глубже всех остальных. По этому и распознают, в какой сфире из десяти сфирот находится корень его нефеш.</w:t>
      </w:r>
    </w:p>
    <w:p>
      <w:pPr>
        <w:spacing w:before="40" w:after="120"/>
        <w:jc w:val="both"/>
      </w:pPr>
      <w:r>
        <w:rPr>
          <w:rFonts w:ascii="Georgia" w:hAnsi="Georgia"/>
          <w:b w:val="0"/>
          <w:i w:val="0"/>
          <w:color w:val="000000"/>
          <w:sz w:val="24"/>
        </w:rPr>
        <w:t xml:space="preserve">Также есть вещи, которые зависят от знания того, кто видит эти буквы. Ведь порой та или иная буква оказывается надломлена посередине, наподобие </w:t>
      </w:r>
      <w:r>
        <w:rPr>
          <w:rFonts w:ascii="Georgia" w:hAnsi="Georgia" w:cs="Times New Roman"/>
          <w:b/>
          <w:i w:val="0"/>
          <w:color w:val="000000"/>
          <w:sz w:val="24"/>
          <w:rtl/>
          <w:szCs w:val="32"/>
        </w:rPr>
        <w:t>ב א</w:t>
      </w:r>
      <w:r>
        <w:rPr>
          <w:rFonts w:ascii="Georgia" w:hAnsi="Georgia"/>
          <w:b w:val="0"/>
          <w:i w:val="0"/>
          <w:color w:val="000000"/>
          <w:sz w:val="24"/>
        </w:rPr>
        <w:t xml:space="preserve"> и тому подобного. И когда эта буква бэт посередине, это указывает на смерть его сына, и так далее — в соответствии с тем, на что указывает буква и за что она отвечает.</w:t>
      </w:r>
    </w:p>
    <w:p>
      <w:pPr>
        <w:spacing w:before="40" w:after="120"/>
        <w:jc w:val="both"/>
      </w:pPr>
      <w:r>
        <w:rPr>
          <w:rFonts w:ascii="Georgia" w:hAnsi="Georgia"/>
          <w:b w:val="0"/>
          <w:i w:val="0"/>
          <w:color w:val="000000"/>
          <w:sz w:val="24"/>
        </w:rPr>
        <w:t xml:space="preserve">Иногда же буква оказывается перевернутой, причем у перевернутой формы есть несколько разновидностей. Пример тому — буква алеф: будет ли она такой формы: </w:t>
      </w:r>
      <w:r>
        <w:rPr>
          <w:rFonts w:ascii="Georgia" w:hAnsi="Georgia" w:cs="Times New Roman"/>
          <w:b/>
          <w:i w:val="0"/>
          <w:color w:val="000000"/>
          <w:sz w:val="24"/>
          <w:rtl/>
          <w:szCs w:val="32"/>
        </w:rPr>
        <w:t>א</w:t>
      </w:r>
      <w:r>
        <w:rPr>
          <w:rFonts w:ascii="Georgia" w:hAnsi="Georgia"/>
          <w:b w:val="0"/>
          <w:i w:val="0"/>
          <w:color w:val="000000"/>
          <w:sz w:val="24"/>
        </w:rPr>
        <w:t xml:space="preserve">, или такой: </w:t>
      </w:r>
      <w:r>
        <w:rPr>
          <w:rFonts w:ascii="Georgia" w:hAnsi="Georgia" w:cs="Times New Roman"/>
          <w:b/>
          <w:i w:val="0"/>
          <w:color w:val="000000"/>
          <w:sz w:val="24"/>
          <w:rtl/>
          <w:szCs w:val="32"/>
        </w:rPr>
        <w:t>א</w:t>
      </w:r>
      <w:r>
        <w:rPr>
          <w:rFonts w:ascii="Georgia" w:hAnsi="Georgia"/>
          <w:b w:val="0"/>
          <w:i w:val="0"/>
          <w:color w:val="000000"/>
          <w:sz w:val="24"/>
        </w:rPr>
        <w:t xml:space="preserve">, или такой: </w:t>
      </w:r>
      <w:r>
        <w:rPr>
          <w:rFonts w:ascii="Georgia" w:hAnsi="Georgia" w:cs="Times New Roman"/>
          <w:b/>
          <w:i w:val="0"/>
          <w:color w:val="000000"/>
          <w:sz w:val="24"/>
          <w:rtl/>
          <w:szCs w:val="32"/>
        </w:rPr>
        <w:t>א</w:t>
      </w:r>
      <w:r>
        <w:rPr>
          <w:rFonts w:ascii="Georgia" w:hAnsi="Georgia"/>
          <w:b w:val="0"/>
          <w:i w:val="0"/>
          <w:color w:val="000000"/>
          <w:sz w:val="24"/>
        </w:rPr>
        <w:t xml:space="preserve">, или такой: </w:t>
      </w:r>
      <w:r>
        <w:rPr>
          <w:rFonts w:ascii="Georgia" w:hAnsi="Georgia" w:cs="Times New Roman"/>
          <w:b/>
          <w:i w:val="0"/>
          <w:color w:val="000000"/>
          <w:sz w:val="24"/>
          <w:rtl/>
          <w:szCs w:val="32"/>
        </w:rPr>
        <w:t>א</w:t>
      </w:r>
      <w:r>
        <w:rPr>
          <w:rFonts w:ascii="Georgia" w:hAnsi="Georgia"/>
          <w:b w:val="0"/>
          <w:i w:val="0"/>
          <w:color w:val="000000"/>
          <w:sz w:val="24"/>
        </w:rPr>
        <w:t>, и точно так же с остальными буквами. И есть буква, которая в перевернутом виде указывает на то, что человек сошелся с женой неестественным путем.</w:t>
      </w:r>
    </w:p>
    <w:p>
      <w:pPr>
        <w:spacing w:before="40" w:after="120"/>
        <w:jc w:val="both"/>
      </w:pPr>
      <w:r>
        <w:rPr>
          <w:rFonts w:ascii="Georgia" w:hAnsi="Georgia"/>
          <w:b w:val="0"/>
          <w:i w:val="0"/>
          <w:color w:val="000000"/>
          <w:sz w:val="24"/>
        </w:rPr>
        <w:t xml:space="preserve">В другой раз он увидел на лбу одного человека знак того, что жена звала его исполнить заповедь [супружеской близости], но это происходило в будний день, и он отказался. Я спросил своего учителя благословенной памяти, что именно он там увидел, и он ответил мне, что увидел на его лбу перевернутую букву гимель, вот так: </w:t>
      </w:r>
      <w:r>
        <w:rPr>
          <w:rFonts w:ascii="Georgia" w:hAnsi="Georgia" w:cs="Times New Roman"/>
          <w:b/>
          <w:i w:val="0"/>
          <w:color w:val="000000"/>
          <w:sz w:val="24"/>
          <w:rtl/>
          <w:szCs w:val="32"/>
        </w:rPr>
        <w:t>ג ג</w:t>
      </w:r>
      <w:r>
        <w:rPr>
          <w:rFonts w:ascii="Georgia" w:hAnsi="Georgia"/>
          <w:b w:val="0"/>
          <w:i w:val="0"/>
          <w:color w:val="000000"/>
          <w:sz w:val="24"/>
        </w:rPr>
        <w:t>.</w:t>
      </w:r>
    </w:p>
    <w:p>
      <w:pPr>
        <w:spacing w:before="40" w:after="120"/>
        <w:jc w:val="both"/>
      </w:pPr>
      <w:r>
        <w:rPr>
          <w:rFonts w:ascii="Georgia" w:hAnsi="Georgia"/>
          <w:b w:val="0"/>
          <w:i w:val="0"/>
          <w:color w:val="000000"/>
          <w:sz w:val="24"/>
        </w:rPr>
        <w:t>Суть в том, что буква гимель (</w:t>
      </w:r>
      <w:r>
        <w:rPr>
          <w:rFonts w:ascii="Georgia" w:hAnsi="Georgia" w:cs="Times New Roman"/>
          <w:b/>
          <w:i w:val="0"/>
          <w:color w:val="000000"/>
          <w:sz w:val="24"/>
          <w:rtl/>
          <w:szCs w:val="32"/>
        </w:rPr>
        <w:t>ג</w:t>
      </w:r>
      <w:r>
        <w:rPr>
          <w:rFonts w:ascii="Georgia" w:hAnsi="Georgia"/>
          <w:b w:val="0"/>
          <w:i w:val="0"/>
          <w:color w:val="000000"/>
          <w:sz w:val="24"/>
        </w:rPr>
        <w:t>) относится к Есоду. И поскольку он не пожелал излить в нее свет на уровне Есода, она перевернулась, чтобы указать на неосуществление действия, на которое она указывает.</w:t>
      </w:r>
    </w:p>
    <w:p>
      <w:pPr>
        <w:spacing w:before="40" w:after="120"/>
        <w:jc w:val="both"/>
      </w:pPr>
      <w:r>
        <w:rPr>
          <w:rFonts w:ascii="Georgia" w:hAnsi="Georgia"/>
          <w:b w:val="0"/>
          <w:i w:val="0"/>
          <w:color w:val="000000"/>
          <w:sz w:val="24"/>
        </w:rPr>
        <w:t>Впрочем, это не считается прегрешением, поскольку дело было в будний день. Если бы это считалось прегрешением, эта перевернутая буква была бы темной и не светила бы. Но так как она светила, это показывает, что прегрешением поступок не считается.</w:t>
      </w:r>
    </w:p>
    <w:p>
      <w:pPr>
        <w:spacing w:before="40" w:after="120"/>
        <w:jc w:val="both"/>
      </w:pPr>
      <w:r>
        <w:rPr>
          <w:rFonts w:ascii="Georgia" w:hAnsi="Georgia"/>
          <w:b w:val="0"/>
          <w:i w:val="0"/>
          <w:color w:val="000000"/>
          <w:sz w:val="24"/>
        </w:rPr>
        <w:t>А то, что она была перевернутой, указывает на женское начало, которому он отказал в благодеянии, ведь всякая перевернутая буква указывает на женское начало, когда буква перевернута снизу вверх.</w:t>
      </w:r>
    </w:p>
    <w:p>
      <w:pPr>
        <w:spacing w:before="40" w:after="120"/>
        <w:jc w:val="both"/>
      </w:pPr>
      <w:r>
        <w:rPr>
          <w:rFonts w:ascii="Georgia" w:hAnsi="Georgia"/>
          <w:b w:val="0"/>
          <w:i w:val="0"/>
          <w:color w:val="000000"/>
          <w:sz w:val="24"/>
        </w:rPr>
        <w:t xml:space="preserve">В другой раз он увидел на моем лбу три буквы в таком порядке: </w:t>
      </w:r>
      <w:r>
        <w:rPr>
          <w:rFonts w:ascii="Georgia" w:hAnsi="Georgia" w:cs="Times New Roman"/>
          <w:b/>
          <w:i w:val="0"/>
          <w:color w:val="000000"/>
          <w:sz w:val="24"/>
          <w:rtl/>
          <w:szCs w:val="32"/>
        </w:rPr>
        <w:t>אב ג</w:t>
      </w:r>
      <w:r>
        <w:rPr>
          <w:rFonts w:ascii="Georgia" w:hAnsi="Georgia"/>
          <w:b w:val="0"/>
          <w:i w:val="0"/>
          <w:color w:val="000000"/>
          <w:sz w:val="24"/>
        </w:rPr>
        <w:t>. Он сказал мне, что это указание на то, что я должен оказать благодеяние своему отцу, да хранит его Творец и избавит, и потому буква гимель повернулась лицом к двум буквам алеф и бэт (</w:t>
      </w:r>
      <w:r>
        <w:rPr>
          <w:rFonts w:ascii="Georgia" w:hAnsi="Georgia" w:cs="Times New Roman"/>
          <w:b/>
          <w:i w:val="0"/>
          <w:color w:val="000000"/>
          <w:sz w:val="24"/>
          <w:rtl/>
          <w:szCs w:val="32"/>
        </w:rPr>
        <w:t>א״ב</w:t>
      </w:r>
      <w:r>
        <w:rPr>
          <w:rFonts w:ascii="Georgia" w:hAnsi="Georgia"/>
          <w:b w:val="0"/>
          <w:i w:val="0"/>
          <w:color w:val="000000"/>
          <w:sz w:val="24"/>
        </w:rPr>
        <w:t>).</w:t>
      </w:r>
    </w:p>
    <w:p>
      <w:pPr>
        <w:spacing w:before="40" w:after="120"/>
        <w:jc w:val="both"/>
      </w:pPr>
      <w:r>
        <w:rPr>
          <w:rFonts w:ascii="Georgia" w:hAnsi="Georgia"/>
          <w:b w:val="0"/>
          <w:i w:val="0"/>
          <w:color w:val="000000"/>
          <w:sz w:val="24"/>
        </w:rPr>
        <w:t>Была у него и еще одна способность: он призывал нефеш человека, его руах или его нешама, говорил с ней, расспрашивал и исследовал ее, а она отвечала ему на все, о чем бы он ни спросил, рассказывая обо всем, что с ней произошло, во всех подробностях. И он сказал мне, что когда он видит происходящее по буквам на лбу, есть вещи, которые он не может понять из-за их чрезмерной тонкости, скрытости, завуалированности, перевернутости и тому подобного; когда же он вопрошает и исследует нефеш человека, тогда познает все с великой истинностью и ясностью.</w:t>
      </w:r>
    </w:p>
    <w:p>
      <w:pPr>
        <w:spacing w:before="40" w:after="120"/>
        <w:jc w:val="both"/>
      </w:pPr>
      <w:r>
        <w:rPr>
          <w:rFonts w:ascii="Georgia" w:hAnsi="Georgia"/>
          <w:b w:val="0"/>
          <w:i w:val="0"/>
          <w:color w:val="000000"/>
          <w:sz w:val="24"/>
        </w:rPr>
        <w:t>Также сказал мне мой учитель благословенной памяти, что человек состоит из дурного побуждения (</w:t>
      </w:r>
      <w:r>
        <w:rPr>
          <w:rFonts w:ascii="Georgia" w:hAnsi="Georgia"/>
          <w:b w:val="0"/>
          <w:i/>
          <w:color w:val="000000"/>
          <w:sz w:val="24"/>
        </w:rPr>
        <w:t>йецер а-ра</w:t>
      </w:r>
      <w:r>
        <w:rPr>
          <w:rFonts w:ascii="Georgia" w:hAnsi="Georgia"/>
          <w:b w:val="0"/>
          <w:i w:val="0"/>
          <w:color w:val="000000"/>
          <w:sz w:val="24"/>
        </w:rPr>
        <w:t>) и доброго побуждения (</w:t>
      </w:r>
      <w:r>
        <w:rPr>
          <w:rFonts w:ascii="Georgia" w:hAnsi="Georgia"/>
          <w:b w:val="0"/>
          <w:i/>
          <w:color w:val="000000"/>
          <w:sz w:val="24"/>
        </w:rPr>
        <w:t>йецер а-тов</w:t>
      </w:r>
      <w:r>
        <w:rPr>
          <w:rFonts w:ascii="Georgia" w:hAnsi="Georgia"/>
          <w:b w:val="0"/>
          <w:i w:val="0"/>
          <w:color w:val="000000"/>
          <w:sz w:val="24"/>
        </w:rPr>
        <w:t>), и порой дурное побуждение показывает некоторые буквы, несущие ложное указание, в особенности если этому человеку свойственно говорить неправду.</w:t>
      </w:r>
    </w:p>
    <w:p>
      <w:pPr>
        <w:spacing w:before="40" w:after="120"/>
        <w:jc w:val="both"/>
      </w:pPr>
      <w:r>
        <w:rPr>
          <w:rFonts w:ascii="Georgia" w:hAnsi="Georgia"/>
          <w:b w:val="0"/>
          <w:i w:val="0"/>
          <w:color w:val="000000"/>
          <w:sz w:val="24"/>
        </w:rPr>
        <w:t>А если человек спрашивал моего учителя благословенной памяти о других вещах, тот сообщал ему ответ на основании своего вглядывания в лоб этого человека. Дело в том, что нефеш показывает ответ на этот вопрос: о чем бы человек ни спросил, нефеш тотчас показывает ответ на это вопрошание.</w:t>
      </w:r>
    </w:p>
    <w:p>
      <w:pPr>
        <w:spacing w:before="40" w:after="120"/>
        <w:jc w:val="both"/>
      </w:pPr>
      <w:r>
        <w:rPr>
          <w:rFonts w:ascii="Georgia" w:hAnsi="Georgia"/>
          <w:b w:val="0"/>
          <w:i w:val="0"/>
          <w:color w:val="000000"/>
          <w:sz w:val="24"/>
        </w:rPr>
        <w:t>Также он сказал мне, что сто благословений каждого дня намеком содержатся в двадцати двух буквах. Из тайны благословений образуются света вокруг букв, наподобие короны (кетер) и венца (атара), окружающего букву, причем свет этого окружающего света больше, чем свет самой буквы.</w:t>
      </w:r>
    </w:p>
    <w:p>
      <w:pPr>
        <w:spacing w:before="40" w:after="120"/>
        <w:jc w:val="both"/>
      </w:pPr>
      <w:r>
        <w:rPr>
          <w:rFonts w:ascii="Georgia" w:hAnsi="Georgia"/>
          <w:b w:val="0"/>
          <w:i w:val="0"/>
          <w:color w:val="000000"/>
          <w:sz w:val="24"/>
        </w:rPr>
        <w:t>Однако когда ты видишь, что свет буквы больше света, окружающего ее, это указывает на то, что было произнесено напрасное благословение (</w:t>
      </w:r>
      <w:r>
        <w:rPr>
          <w:rFonts w:ascii="Georgia" w:hAnsi="Georgia"/>
          <w:b w:val="0"/>
          <w:i/>
          <w:color w:val="000000"/>
          <w:sz w:val="24"/>
        </w:rPr>
        <w:t>браха ле-ватала</w:t>
      </w:r>
      <w:r>
        <w:rPr>
          <w:rFonts w:ascii="Georgia" w:hAnsi="Georgia"/>
          <w:b w:val="0"/>
          <w:i w:val="0"/>
          <w:color w:val="000000"/>
          <w:sz w:val="24"/>
        </w:rPr>
        <w:t>), так как свет буквы подавляет окружающий свет. И по месту этой буквы можно понять, какое именно благословение он произнес напрасно.</w:t>
      </w:r>
    </w:p>
    <w:p>
      <w:pPr>
        <w:spacing w:before="40" w:after="120"/>
        <w:jc w:val="both"/>
      </w:pPr>
      <w:r>
        <w:rPr>
          <w:rFonts w:ascii="Georgia" w:hAnsi="Georgia"/>
          <w:b w:val="0"/>
          <w:i w:val="0"/>
          <w:color w:val="000000"/>
          <w:sz w:val="24"/>
        </w:rPr>
        <w:t>Говорит Шмуэль: я нашел еще одно [рассуждение], близкое к этому, и вот его слова:</w:t>
      </w:r>
    </w:p>
    <w:p>
      <w:pPr>
        <w:spacing w:before="40" w:after="120"/>
        <w:jc w:val="both"/>
      </w:pPr>
      <w:r>
        <w:rPr>
          <w:rFonts w:ascii="Georgia" w:hAnsi="Georgia"/>
          <w:b w:val="0"/>
          <w:i w:val="0"/>
          <w:color w:val="000000"/>
          <w:sz w:val="24"/>
        </w:rPr>
        <w:t>Знай, что двадцать две буквы алфавита зависят от ста благословений, которые человек произносит каждый день. Если человек вовсе не произнес какое-либо из этих благословений, у него будет отсутствовать та буква, которая зависит от этого благословения. Если же он произнес его, но ошибся в нем, тогда эта буква будет налицо, однако окажется с изъяном в себе самой. А если он произнес его надлежащим образом, но не сосредоточил намерение (</w:t>
      </w:r>
      <w:r>
        <w:rPr>
          <w:rFonts w:ascii="Georgia" w:hAnsi="Georgia"/>
          <w:b w:val="0"/>
          <w:i/>
          <w:color w:val="000000"/>
          <w:sz w:val="24"/>
        </w:rPr>
        <w:t>кавана</w:t>
      </w:r>
      <w:r>
        <w:rPr>
          <w:rFonts w:ascii="Georgia" w:hAnsi="Georgia"/>
          <w:b w:val="0"/>
          <w:i w:val="0"/>
          <w:color w:val="000000"/>
          <w:sz w:val="24"/>
        </w:rPr>
        <w:t>), тогда эта буква будет темной и не будет светить.</w:t>
      </w:r>
    </w:p>
    <w:p>
      <w:pPr>
        <w:spacing w:before="40" w:after="120"/>
        <w:jc w:val="both"/>
      </w:pPr>
      <w:r>
        <w:rPr>
          <w:rFonts w:ascii="Georgia" w:hAnsi="Georgia"/>
          <w:b w:val="0"/>
          <w:i w:val="0"/>
          <w:color w:val="000000"/>
          <w:sz w:val="24"/>
        </w:rPr>
        <w:t>Знай также, что человек создан посредством двадцати двух букв, как сказано в «Сефер Йецира» и как мы подробно объяснили выше, а здесь изложим кратко.</w:t>
      </w:r>
    </w:p>
    <w:p>
      <w:pPr>
        <w:spacing w:before="40" w:after="120"/>
        <w:jc w:val="both"/>
      </w:pPr>
      <w:r>
        <w:rPr>
          <w:rFonts w:ascii="Georgia" w:hAnsi="Georgia"/>
          <w:b w:val="0"/>
          <w:i w:val="0"/>
          <w:color w:val="000000"/>
          <w:sz w:val="24"/>
        </w:rPr>
        <w:t>Суть в том, что человек подготовлен к принятию НАРАН, и мудрец, сведущий в распознавании по лицу, может узнать следующее: тот, кто удостоился пока лишь нефеш, покажет на своем лице алфавит из малых букв; тот, кто удостоился также и руах, покажет на лице средние буквы; а тот, кто удостоился также и нешама, покажет на лице большие буквы.</w:t>
      </w:r>
    </w:p>
    <w:p>
      <w:pPr>
        <w:spacing w:before="40" w:after="120"/>
        <w:jc w:val="both"/>
      </w:pPr>
      <w:r>
        <w:rPr>
          <w:rFonts w:ascii="Georgia" w:hAnsi="Georgia"/>
          <w:b w:val="0"/>
          <w:i w:val="0"/>
          <w:color w:val="000000"/>
          <w:sz w:val="24"/>
        </w:rPr>
        <w:t>Если же человек — мужчина, но является кругооборотом женской души, на его лице будут видны перевернутые буквы.</w:t>
      </w:r>
    </w:p>
    <w:p>
      <w:pPr>
        <w:spacing w:before="40" w:after="120"/>
        <w:jc w:val="both"/>
      </w:pPr>
      <w:r>
        <w:rPr>
          <w:rFonts w:ascii="Georgia" w:hAnsi="Georgia"/>
          <w:b w:val="0"/>
          <w:i w:val="0"/>
          <w:color w:val="000000"/>
          <w:sz w:val="24"/>
        </w:rPr>
        <w:t>Еще один признак для человека, чтобы распознать свой грех: пусть он мысленно представит образ четырех букв АВАЯ (</w:t>
      </w:r>
      <w:r>
        <w:rPr>
          <w:rFonts w:ascii="Georgia" w:hAnsi="Georgia" w:cs="Times New Roman"/>
          <w:b/>
          <w:i w:val="0"/>
          <w:color w:val="000000"/>
          <w:sz w:val="24"/>
          <w:rtl/>
          <w:szCs w:val="32"/>
        </w:rPr>
        <w:t>יהוה</w:t>
      </w:r>
      <w:r>
        <w:rPr>
          <w:rFonts w:ascii="Georgia" w:hAnsi="Georgia"/>
          <w:b w:val="0"/>
          <w:i w:val="0"/>
          <w:color w:val="000000"/>
          <w:sz w:val="24"/>
        </w:rPr>
        <w:t>), начертанных ассирийским письмом (</w:t>
      </w:r>
      <w:r>
        <w:rPr>
          <w:rFonts w:ascii="Georgia" w:hAnsi="Georgia"/>
          <w:b w:val="0"/>
          <w:i/>
          <w:color w:val="000000"/>
          <w:sz w:val="24"/>
        </w:rPr>
        <w:t>ктав ашури</w:t>
      </w:r>
      <w:r>
        <w:rPr>
          <w:rFonts w:ascii="Georgia" w:hAnsi="Georgia"/>
          <w:b w:val="0"/>
          <w:i w:val="0"/>
          <w:color w:val="000000"/>
          <w:sz w:val="24"/>
        </w:rPr>
        <w:t xml:space="preserve">), ведь в этом тайна стиха: </w:t>
      </w:r>
      <w:r>
        <w:rPr>
          <w:rFonts w:ascii="Georgia" w:hAnsi="Georgia"/>
          <w:b w:val="0"/>
          <w:i/>
          <w:color w:val="000000"/>
          <w:sz w:val="24"/>
        </w:rPr>
        <w:t>«Всегда представляю Г-спода пред собою»</w:t>
      </w:r>
      <w:r>
        <w:rPr>
          <w:rFonts w:ascii="Georgia" w:hAnsi="Georgia"/>
          <w:b w:val="0"/>
          <w:i w:val="0"/>
          <w:color w:val="000000"/>
          <w:sz w:val="24"/>
        </w:rPr>
        <w:t xml:space="preserve"> (Теилим 16:8).</w:t>
      </w:r>
    </w:p>
    <w:p>
      <w:pPr>
        <w:spacing w:before="40" w:after="120"/>
        <w:jc w:val="both"/>
      </w:pPr>
      <w:r>
        <w:rPr>
          <w:rFonts w:ascii="Georgia" w:hAnsi="Georgia"/>
          <w:b w:val="0"/>
          <w:i w:val="0"/>
          <w:color w:val="000000"/>
          <w:sz w:val="24"/>
        </w:rPr>
        <w:t>И в то время, когда он представляет его перед собой, если он совершил грех, повреждающий какую-либо из этих четырех букв, эта буква не сможет предстать у него между глаз, и благодаря этому он узнает, что там есть изъян.</w:t>
      </w:r>
    </w:p>
    <w:p>
      <w:pPr>
        <w:spacing w:before="40" w:after="120"/>
        <w:jc w:val="both"/>
      </w:pPr>
      <w:r>
        <w:rPr>
          <w:rFonts w:ascii="Georgia" w:hAnsi="Georgia"/>
          <w:b w:val="0"/>
          <w:i w:val="0"/>
          <w:color w:val="000000"/>
          <w:sz w:val="24"/>
        </w:rPr>
        <w:t>Точно так же, если буква предстает у него между глаз черными чернилами, он знает, что все еще пребывает в Асие; если красным цветом — в Ецире; если белым — в Брие; а если белым, сияющим и искрящимся своим свечением, то он в Ацилуте. По этому человек распознает, к какому миру он прилеплен.</w:t>
      </w:r>
    </w:p>
    <w:p>
      <w:pPr>
        <w:spacing w:before="40" w:after="120"/>
        <w:jc w:val="both"/>
      </w:pPr>
      <w:r>
        <w:rPr>
          <w:rFonts w:ascii="Georgia" w:hAnsi="Georgia"/>
          <w:b w:val="0"/>
          <w:i w:val="0"/>
          <w:color w:val="000000"/>
          <w:sz w:val="24"/>
        </w:rPr>
        <w:t>И точно так же пусть он представляет АВАЯ в каждом своем органе — на лице ли, на руке ли, — и если там обнаружится изъян, он поймет, что согрешил именно этим органом.</w:t>
      </w:r>
    </w:p>
    <w:p>
      <w:pPr>
        <w:spacing w:before="40" w:after="120"/>
        <w:jc w:val="both"/>
      </w:pPr>
      <w:r>
        <w:rPr>
          <w:rFonts w:ascii="Georgia" w:hAnsi="Georgia"/>
          <w:b w:val="0"/>
          <w:i w:val="0"/>
          <w:color w:val="000000"/>
          <w:sz w:val="24"/>
        </w:rPr>
        <w:t>А я, пишущий, Хаим, слышал от своего учителя благословенной памяти, что главное созерцание АВАЯ в ее истинности — когда она предстает подобной пламени огня; и если человек может представить ее таким образом, то он непорочен и совершенен.</w:t>
      </w:r>
    </w:p>
    <w:p>
      <w:pPr>
        <w:spacing w:before="40" w:after="120"/>
        <w:jc w:val="both"/>
      </w:pPr>
      <w:r>
        <w:rPr>
          <w:rFonts w:ascii="Georgia" w:hAnsi="Georgia"/>
          <w:b w:val="0"/>
          <w:i w:val="0"/>
          <w:color w:val="000000"/>
          <w:sz w:val="24"/>
        </w:rPr>
        <w:t xml:space="preserve">Также он сказал мне, что для всех заповедей есть буква, указывающая на каждую из них. В день, когда человек исполняет заповедь, она предстает сияющей. Однако заповедь помощи бедным (цедака) светит всю эту неделю, в тайне стиха: </w:t>
      </w:r>
      <w:r>
        <w:rPr>
          <w:rFonts w:ascii="Georgia" w:hAnsi="Georgia"/>
          <w:b w:val="0"/>
          <w:i/>
          <w:color w:val="000000"/>
          <w:sz w:val="24"/>
        </w:rPr>
        <w:t>«И праведность его пребывает вовек»</w:t>
      </w:r>
      <w:r>
        <w:rPr>
          <w:rFonts w:ascii="Georgia" w:hAnsi="Georgia"/>
          <w:b w:val="0"/>
          <w:i w:val="0"/>
          <w:color w:val="000000"/>
          <w:sz w:val="24"/>
        </w:rPr>
        <w:t xml:space="preserve"> (Теилим 112:3). Остальные же заповеди не проявляются в другой день, разве что если он исполнит еще какую-либо заповедь — тогда и прежняя будет светить вместе с ней.</w:t>
      </w:r>
    </w:p>
    <w:p>
      <w:pPr>
        <w:spacing w:before="40" w:after="120"/>
        <w:jc w:val="both"/>
      </w:pPr>
      <w:r>
        <w:rPr>
          <w:rFonts w:ascii="Georgia" w:hAnsi="Georgia"/>
          <w:b w:val="0"/>
          <w:i w:val="0"/>
          <w:color w:val="000000"/>
          <w:sz w:val="24"/>
        </w:rPr>
        <w:t>Также он сказал мне, что у человека есть 613 заповедей (</w:t>
      </w:r>
      <w:r>
        <w:rPr>
          <w:rFonts w:ascii="Georgia" w:hAnsi="Georgia" w:cs="Times New Roman"/>
          <w:b/>
          <w:i w:val="0"/>
          <w:color w:val="000000"/>
          <w:sz w:val="24"/>
          <w:rtl/>
          <w:szCs w:val="32"/>
        </w:rPr>
        <w:t>תרי״ג</w:t>
      </w:r>
      <w:r>
        <w:rPr>
          <w:rFonts w:ascii="Georgia" w:hAnsi="Georgia"/>
          <w:b w:val="0"/>
          <w:i w:val="0"/>
          <w:color w:val="000000"/>
          <w:sz w:val="24"/>
        </w:rPr>
        <w:t>), и соответственно им есть 613 искр душ в корне его нефеш, 613 духов в его руах и 613 душ в его нешама. И когда человек будет исправлен, необходимо, чтобы раскрылись все эти 613 душ. Все эти 613 — это знатоки Торы (</w:t>
      </w:r>
      <w:r>
        <w:rPr>
          <w:rFonts w:ascii="Georgia" w:hAnsi="Georgia"/>
          <w:b w:val="0"/>
          <w:i/>
          <w:color w:val="000000"/>
          <w:sz w:val="24"/>
        </w:rPr>
        <w:t>талмидей хахамим</w:t>
      </w:r>
      <w:r>
        <w:rPr>
          <w:rFonts w:ascii="Georgia" w:hAnsi="Georgia"/>
          <w:b w:val="0"/>
          <w:i w:val="0"/>
          <w:color w:val="000000"/>
          <w:sz w:val="24"/>
        </w:rPr>
        <w:t>) в том корне, помимо прочих искр, являющихся людьми действия и простолюдинами (</w:t>
      </w:r>
      <w:r>
        <w:rPr>
          <w:rFonts w:ascii="Georgia" w:hAnsi="Georgia"/>
          <w:b w:val="0"/>
          <w:i/>
          <w:color w:val="000000"/>
          <w:sz w:val="24"/>
        </w:rPr>
        <w:t>амей а-арец</w:t>
      </w:r>
      <w:r>
        <w:rPr>
          <w:rFonts w:ascii="Georgia" w:hAnsi="Georgia"/>
          <w:b w:val="0"/>
          <w:i w:val="0"/>
          <w:color w:val="000000"/>
          <w:sz w:val="24"/>
        </w:rPr>
        <w:t>).</w:t>
      </w:r>
    </w:p>
    <w:p>
      <w:pPr>
        <w:spacing w:before="40" w:after="120"/>
        <w:jc w:val="both"/>
      </w:pPr>
      <w:r>
        <w:rPr>
          <w:rFonts w:ascii="Georgia" w:hAnsi="Georgia"/>
          <w:b w:val="0"/>
          <w:i w:val="0"/>
          <w:color w:val="000000"/>
          <w:sz w:val="24"/>
        </w:rPr>
        <w:t>Среди этих 613 есть много таких, которые не выделяются явно сами по себе, но включены в других. И есть несколько искр, которые являются главными среди 613: ведь когда раскрываются они, все остальные, несомненно, включаются в них, однако из-за величия этих главных [искр] остальные незаметны. Впрочем, сколько именно этих коренных и главных искр, я не знаю.</w:t>
      </w:r>
    </w:p>
    <w:p>
      <w:pPr>
        <w:spacing w:before="40" w:after="120"/>
        <w:jc w:val="both"/>
      </w:pPr>
      <w:r>
        <w:rPr>
          <w:rFonts w:ascii="Georgia" w:hAnsi="Georgia"/>
          <w:b w:val="0"/>
          <w:i w:val="0"/>
          <w:color w:val="000000"/>
          <w:sz w:val="24"/>
        </w:rPr>
        <w:t>Также в святой Шаббат у всякого, кто удостаивается обрести в своей нефеш тайну прибавки Шаббата (</w:t>
      </w:r>
      <w:r>
        <w:rPr>
          <w:rFonts w:ascii="Georgia" w:hAnsi="Georgia"/>
          <w:b w:val="0"/>
          <w:i/>
          <w:color w:val="000000"/>
          <w:sz w:val="24"/>
        </w:rPr>
        <w:t>тосефет Шаббат</w:t>
      </w:r>
      <w:r>
        <w:rPr>
          <w:rFonts w:ascii="Georgia" w:hAnsi="Georgia"/>
          <w:b w:val="0"/>
          <w:i w:val="0"/>
          <w:color w:val="000000"/>
          <w:sz w:val="24"/>
        </w:rPr>
        <w:t>), его прегрешения не проявляются на лбу в день Шаббата, так как у внешних сил нет зацепки в святой Шаббат за того, в ком есть прибавка Шаббата.</w:t>
      </w:r>
    </w:p>
    <w:p>
      <w:pPr>
        <w:spacing w:before="40" w:after="120"/>
        <w:jc w:val="both"/>
      </w:pPr>
      <w:r>
        <w:rPr>
          <w:rFonts w:ascii="Georgia" w:hAnsi="Georgia"/>
          <w:b w:val="0"/>
          <w:i w:val="0"/>
          <w:color w:val="000000"/>
          <w:sz w:val="24"/>
        </w:rPr>
        <w:t>А по поводу нечистоты истечения семени (</w:t>
      </w:r>
      <w:r>
        <w:rPr>
          <w:rFonts w:ascii="Georgia" w:hAnsi="Georgia"/>
          <w:b w:val="0"/>
          <w:i/>
          <w:color w:val="000000"/>
          <w:sz w:val="24"/>
        </w:rPr>
        <w:t>кери</w:t>
      </w:r>
      <w:r>
        <w:rPr>
          <w:rFonts w:ascii="Georgia" w:hAnsi="Georgia"/>
          <w:b w:val="0"/>
          <w:i w:val="0"/>
          <w:color w:val="000000"/>
          <w:sz w:val="24"/>
        </w:rPr>
        <w:t>) мой учитель благословенной памяти сказал мне, что весь тот день эта нечистота проявляется и заметна на его лбу, даже если он совершил омовение в микве, — разве что проявляется лишь слегка. Если же он не совершил омовения, она открыта там постоянно все то время, пока он не окунется.</w:t>
      </w:r>
    </w:p>
    <w:p>
      <w:pPr>
        <w:spacing w:before="40" w:after="120"/>
        <w:jc w:val="both"/>
      </w:pPr>
      <w:r>
        <w:rPr>
          <w:rFonts w:ascii="Georgia" w:hAnsi="Georgia"/>
          <w:b w:val="0"/>
          <w:i w:val="0"/>
          <w:color w:val="000000"/>
          <w:sz w:val="24"/>
        </w:rPr>
        <w:t>Что же касается постижения им [тайн], он рассказывал мне, что в начале дней своего постижения он порой целую неделю трудился над одним высказыванием из Зоара, чтобы понять его, и ему [свыше] не открывали его толкования. Ведь иначе оказалось бы, что эта Тора — не его собственная, тогда как человеку необходимо самому, своим разумом обновлять в Торе то, что получила его нефеш в своем уделе у горы Синай, как известно.</w:t>
      </w:r>
    </w:p>
    <w:p>
      <w:pPr>
        <w:spacing w:before="40" w:after="120"/>
        <w:jc w:val="both"/>
      </w:pPr>
      <w:r>
        <w:rPr>
          <w:rFonts w:ascii="Georgia" w:hAnsi="Georgia"/>
          <w:b w:val="0"/>
          <w:i w:val="0"/>
          <w:color w:val="000000"/>
          <w:sz w:val="24"/>
        </w:rPr>
        <w:t>И потому, когда он прилагал усилия, тогда ему говорили [с небес]: «В таком-то вопросе и в таком-то высказывании ты углубился и постиг истину, однако требуется еще некоторая глубина». А порой ему говорили: «Ты ошибся в таком-то вопросе — полностью или отчасти», — и он возвращался к исследованию, пока не постигал истину.</w:t>
      </w:r>
    </w:p>
    <w:p>
      <w:pPr>
        <w:spacing w:before="40" w:after="120"/>
        <w:jc w:val="both"/>
      </w:pPr>
      <w:r>
        <w:rPr>
          <w:rFonts w:ascii="Georgia" w:hAnsi="Georgia"/>
          <w:b w:val="0"/>
          <w:i w:val="0"/>
          <w:color w:val="000000"/>
          <w:sz w:val="24"/>
        </w:rPr>
        <w:t>И относительно его постижения: уста не в силах поведать даже общие основы всех видов мудрости, которыми он владел, не говоря уже о частностях каждого вида. Впрочем, то, что я видел собственными глазами — удивительные и непреложные вещи, — таково:</w:t>
      </w:r>
    </w:p>
    <w:p>
      <w:pPr>
        <w:spacing w:before="40" w:after="120"/>
        <w:jc w:val="both"/>
      </w:pPr>
      <w:r>
        <w:rPr>
          <w:rFonts w:ascii="Georgia" w:hAnsi="Georgia"/>
          <w:b w:val="0"/>
          <w:i w:val="0"/>
          <w:color w:val="000000"/>
          <w:sz w:val="24"/>
        </w:rPr>
        <w:t>он умел привлекать к себе душу (нефеш) кого бы то ни было — живых или усопших, из ранних или поздних поколений — и выспрашивать у них все, что желал, о знании грядущего и о тайнах Торы.</w:t>
      </w:r>
    </w:p>
    <w:p>
      <w:pPr>
        <w:spacing w:before="40" w:after="120"/>
        <w:jc w:val="both"/>
      </w:pPr>
      <w:r>
        <w:rPr>
          <w:rFonts w:ascii="Georgia" w:hAnsi="Georgia"/>
          <w:b w:val="0"/>
          <w:i w:val="0"/>
          <w:color w:val="000000"/>
          <w:sz w:val="24"/>
        </w:rPr>
        <w:t>Также ему являлся пророк Элияу, благословенной памяти, и обучал его.</w:t>
      </w:r>
    </w:p>
    <w:p>
      <w:pPr>
        <w:spacing w:before="40" w:after="120"/>
        <w:jc w:val="both"/>
      </w:pPr>
      <w:r>
        <w:rPr>
          <w:rFonts w:ascii="Georgia" w:hAnsi="Georgia"/>
          <w:b w:val="0"/>
          <w:i w:val="0"/>
          <w:color w:val="000000"/>
          <w:sz w:val="24"/>
        </w:rPr>
        <w:t xml:space="preserve">Кроме того, он умел распознавать [суть] по буквам на лбу и по мудрости лица; по светам, которые есть на коже человеческого тела; по светам в волосах; по щебету птиц; по беседе пальм, деревьев и трав, и даже по беседе неодушевленного, как сказано в Писании: </w:t>
      </w:r>
      <w:r>
        <w:rPr>
          <w:rFonts w:ascii="Georgia" w:hAnsi="Georgia"/>
          <w:b w:val="0"/>
          <w:i/>
          <w:color w:val="000000"/>
          <w:sz w:val="24"/>
        </w:rPr>
        <w:t>«Камень из стены возопит...»</w:t>
      </w:r>
      <w:r>
        <w:rPr>
          <w:rFonts w:ascii="Georgia" w:hAnsi="Georgia"/>
          <w:b w:val="0"/>
          <w:i w:val="0"/>
          <w:color w:val="000000"/>
          <w:sz w:val="24"/>
        </w:rPr>
        <w:t xml:space="preserve"> (Хавакук 2:11); по беседе пламени свечи и пламени горящих углей.</w:t>
      </w:r>
    </w:p>
    <w:p>
      <w:pPr>
        <w:spacing w:before="40" w:after="120"/>
        <w:jc w:val="both"/>
      </w:pPr>
      <w:r>
        <w:rPr>
          <w:rFonts w:ascii="Georgia" w:hAnsi="Georgia"/>
          <w:b w:val="0"/>
          <w:i w:val="0"/>
          <w:color w:val="000000"/>
          <w:sz w:val="24"/>
        </w:rPr>
        <w:t>Он видел ангелов, провозглашающих в мире все веления, как известно, и говорил с ними, а также был сведущ во всех травах и в их истинных свойствах (</w:t>
      </w:r>
      <w:r>
        <w:rPr>
          <w:rFonts w:ascii="Georgia" w:hAnsi="Georgia"/>
          <w:b w:val="0"/>
          <w:i/>
          <w:color w:val="000000"/>
          <w:sz w:val="24"/>
        </w:rPr>
        <w:t>сгулот</w:t>
      </w:r>
      <w:r>
        <w:rPr>
          <w:rFonts w:ascii="Georgia" w:hAnsi="Georgia"/>
          <w:b w:val="0"/>
          <w:i w:val="0"/>
          <w:color w:val="000000"/>
          <w:sz w:val="24"/>
        </w:rPr>
        <w:t>).</w:t>
      </w:r>
    </w:p>
    <w:p>
      <w:pPr>
        <w:spacing w:before="40" w:after="120"/>
        <w:jc w:val="both"/>
      </w:pPr>
      <w:r>
        <w:rPr>
          <w:rFonts w:ascii="Georgia" w:hAnsi="Georgia"/>
          <w:b w:val="0"/>
          <w:i w:val="0"/>
          <w:color w:val="000000"/>
          <w:sz w:val="24"/>
        </w:rPr>
        <w:t>И многого подобного этой книге не вместить, а слышащие не поверят, если им рассказать; то же, что видели мои глаза, а не глаза чужого, я записал в истине.</w:t>
      </w:r>
    </w:p>
    <w:p>
      <w:pPr>
        <w:spacing w:before="40" w:after="120"/>
        <w:jc w:val="both"/>
      </w:pPr>
      <w:r>
        <w:rPr>
          <w:rFonts w:ascii="Georgia" w:hAnsi="Georgia"/>
          <w:b w:val="0"/>
          <w:i w:val="0"/>
          <w:color w:val="000000"/>
          <w:sz w:val="24"/>
        </w:rPr>
        <w:t>Сказал мне мой учитель благословенной памяти, что любой человек, не обладающий постижением, чтобы распознавать буквы на лбу, и всеми видами постижения святого духа (</w:t>
      </w:r>
      <w:r>
        <w:rPr>
          <w:rFonts w:ascii="Georgia" w:hAnsi="Georgia"/>
          <w:b w:val="0"/>
          <w:i/>
          <w:color w:val="000000"/>
          <w:sz w:val="24"/>
        </w:rPr>
        <w:t>руах а-кодеш</w:t>
      </w:r>
      <w:r>
        <w:rPr>
          <w:rFonts w:ascii="Georgia" w:hAnsi="Georgia"/>
          <w:b w:val="0"/>
          <w:i w:val="0"/>
          <w:color w:val="000000"/>
          <w:sz w:val="24"/>
        </w:rPr>
        <w:t>) и сокрытой мудрости, — когда он размышляет и мысленно представляет четыре буквы АВАЯ, они не соединятся перед ним в мысли и вовсе не смогут представиться подобающим образом, как я писал выше, на предыдущем листе.</w:t>
      </w:r>
    </w:p>
    <w:p>
      <w:pPr>
        <w:spacing w:before="40" w:after="120"/>
        <w:jc w:val="both"/>
      </w:pPr>
      <w:r>
        <w:rPr>
          <w:rFonts w:ascii="Georgia" w:hAnsi="Georgia"/>
          <w:b w:val="0"/>
          <w:i w:val="0"/>
          <w:color w:val="000000"/>
          <w:sz w:val="24"/>
        </w:rPr>
        <w:t>Тот же, кто знает и привычен к этому, но не может мысленно представить их, — ему вынесен смертный приговор, упаси Б-г. Если же он знает и привычен, они предстанут в его мысли.</w:t>
      </w:r>
    </w:p>
    <w:p>
      <w:pPr>
        <w:spacing w:before="40" w:after="120"/>
        <w:jc w:val="both"/>
      </w:pPr>
      <w:r>
        <w:rPr>
          <w:rFonts w:ascii="Georgia" w:hAnsi="Georgia"/>
          <w:b w:val="0"/>
          <w:i w:val="0"/>
          <w:color w:val="000000"/>
          <w:sz w:val="24"/>
        </w:rPr>
        <w:t>И вот, когда человек совершает какую-либо заповедь действием, пусть он мысленно представит упомянутые четыре буквы АВАЯ; и по тем буквам, которые он не сможет представить, он распознает и узнает, в чем согрешил и нанес изъян, сообразно значению этой буквы, — и этот его грех совершен со стороны действия.</w:t>
      </w:r>
    </w:p>
    <w:p>
      <w:pPr>
        <w:spacing w:before="40" w:after="120"/>
        <w:jc w:val="both"/>
      </w:pPr>
      <w:r>
        <w:rPr>
          <w:rFonts w:ascii="Georgia" w:hAnsi="Georgia"/>
          <w:b w:val="0"/>
          <w:i w:val="0"/>
          <w:color w:val="000000"/>
          <w:sz w:val="24"/>
        </w:rPr>
        <w:t>Точно так же, когда он исполняет заповедь речью, пусть представит упомянутое Имя: та буква, в которой он согрешил, скроется от него, и этот его грех совершен со стороны речи.</w:t>
      </w:r>
    </w:p>
    <w:p>
      <w:pPr>
        <w:spacing w:before="40" w:after="120"/>
        <w:jc w:val="both"/>
      </w:pPr>
      <w:r>
        <w:rPr>
          <w:rFonts w:ascii="Georgia" w:hAnsi="Georgia"/>
          <w:b w:val="0"/>
          <w:i w:val="0"/>
          <w:color w:val="000000"/>
          <w:sz w:val="24"/>
        </w:rPr>
        <w:t>И так же, если его грех совершен со стороны мысли — например, в Бине и тому подобном — тогда пусть он также мысленно представит, как сказано, и узнает, что его грех — в мысли.</w:t>
      </w:r>
    </w:p>
    <w:p>
      <w:pPr>
        <w:spacing w:before="40" w:after="120"/>
        <w:jc w:val="both"/>
      </w:pPr>
      <w:r>
        <w:rPr>
          <w:rFonts w:ascii="Georgia" w:hAnsi="Georgia"/>
          <w:b w:val="0"/>
          <w:i w:val="0"/>
          <w:color w:val="000000"/>
          <w:sz w:val="24"/>
        </w:rPr>
        <w:t>Есть и другое явление: если перед человеком предстает лишь черное начертание, это указывает на то, что он согрешил и нанес изъян наверху; если же оно предстает в оттенке красного огня, то он исправлен. И по тому, как меняется мысленный образ четырех упомянутых букв от огненного оттенка к черному, он узнает и распознает, в чем состоит изъян, сообразно свойству этой буквы; то же правило действует, если оттенок промежуточный между черным и огненным.</w:t>
      </w:r>
    </w:p>
    <w:p>
      <w:pPr>
        <w:spacing w:before="40" w:after="120"/>
        <w:jc w:val="both"/>
      </w:pPr>
      <w:r>
        <w:rPr>
          <w:rFonts w:ascii="Georgia" w:hAnsi="Georgia"/>
          <w:b w:val="0"/>
          <w:i w:val="0"/>
          <w:color w:val="000000"/>
          <w:sz w:val="24"/>
        </w:rPr>
        <w:t xml:space="preserve">Также, если ты мысленно представишь упомянутое Имя в каждом из своих органов, то по тому органу, в котором ты не сможешь мысленно представить буквы АВАЯ, ты узнаешь, что в этом органе есть изъян и грех. В этом и заключается суть сказанного царем Давидом, мир ему: </w:t>
      </w:r>
      <w:r>
        <w:rPr>
          <w:rFonts w:ascii="Georgia" w:hAnsi="Georgia"/>
          <w:b w:val="0"/>
          <w:i/>
          <w:color w:val="000000"/>
          <w:sz w:val="24"/>
        </w:rPr>
        <w:t>«Всегда представляю Г-спода пред собою»</w:t>
      </w:r>
      <w:r>
        <w:rPr>
          <w:rFonts w:ascii="Georgia" w:hAnsi="Georgia"/>
          <w:b w:val="0"/>
          <w:i w:val="0"/>
          <w:color w:val="000000"/>
          <w:sz w:val="24"/>
        </w:rPr>
        <w:t xml:space="preserve"> (Теилим 16:8), как упомянуто выше.</w:t>
      </w:r>
    </w:p>
    <w:p>
      <w:pPr>
        <w:spacing w:before="40" w:after="120"/>
        <w:jc w:val="both"/>
      </w:pPr>
      <w:r>
        <w:rPr>
          <w:rFonts w:ascii="Georgia" w:hAnsi="Georgia"/>
          <w:b w:val="0"/>
          <w:i w:val="0"/>
          <w:color w:val="000000"/>
          <w:sz w:val="24"/>
        </w:rPr>
        <w:t>Также сказал мне мой учитель благословенной памяти, что если человек вдыхает аромат мирта (</w:t>
      </w:r>
      <w:r>
        <w:rPr>
          <w:rFonts w:ascii="Georgia" w:hAnsi="Georgia"/>
          <w:b w:val="0"/>
          <w:i/>
          <w:color w:val="000000"/>
          <w:sz w:val="24"/>
        </w:rPr>
        <w:t>адас</w:t>
      </w:r>
      <w:r>
        <w:rPr>
          <w:rFonts w:ascii="Georgia" w:hAnsi="Georgia"/>
          <w:b w:val="0"/>
          <w:i w:val="0"/>
          <w:color w:val="000000"/>
          <w:sz w:val="24"/>
        </w:rPr>
        <w:t>) в ночь Шаббата или на исходе Шаббата (</w:t>
      </w:r>
      <w:r>
        <w:rPr>
          <w:rFonts w:ascii="Georgia" w:hAnsi="Georgia"/>
          <w:b w:val="0"/>
          <w:i/>
          <w:color w:val="000000"/>
          <w:sz w:val="24"/>
        </w:rPr>
        <w:t>моцей Шаббат</w:t>
      </w:r>
      <w:r>
        <w:rPr>
          <w:rFonts w:ascii="Georgia" w:hAnsi="Georgia"/>
          <w:b w:val="0"/>
          <w:i w:val="0"/>
          <w:color w:val="000000"/>
          <w:sz w:val="24"/>
        </w:rPr>
        <w:t>), по этому запаху он может понять и распознать, в каком органе его тела пребывает его нешама: в носу ли, в руках ли, в ногах ли и тому подобное.</w:t>
      </w:r>
    </w:p>
    <w:p>
      <w:pPr>
        <w:spacing w:before="40" w:after="120"/>
        <w:jc w:val="both"/>
      </w:pPr>
      <w:r>
        <w:rPr>
          <w:rFonts w:ascii="Georgia" w:hAnsi="Georgia"/>
          <w:b w:val="0"/>
          <w:i w:val="0"/>
          <w:color w:val="000000"/>
          <w:sz w:val="24"/>
        </w:rPr>
        <w:t xml:space="preserve">Ведь как сказано в Зоаре, порой она спускается вплоть до ног, в тайне стиха: </w:t>
      </w:r>
      <w:r>
        <w:rPr>
          <w:rFonts w:ascii="Georgia" w:hAnsi="Georgia"/>
          <w:b w:val="0"/>
          <w:i/>
          <w:color w:val="000000"/>
          <w:sz w:val="24"/>
        </w:rPr>
        <w:t>«И открыла ноги его...»</w:t>
      </w:r>
      <w:r>
        <w:rPr>
          <w:rFonts w:ascii="Georgia" w:hAnsi="Georgia"/>
          <w:b w:val="0"/>
          <w:i w:val="0"/>
          <w:color w:val="000000"/>
          <w:sz w:val="24"/>
        </w:rPr>
        <w:t xml:space="preserve"> (Рут 3:7), и об этом упомянуто в «Раайа Мехемна» в недельном разделе Бо.</w:t>
      </w:r>
    </w:p>
    <w:p>
      <w:pPr>
        <w:spacing w:before="40" w:after="120"/>
        <w:jc w:val="both"/>
      </w:pPr>
      <w:r>
        <w:rPr>
          <w:rFonts w:ascii="Georgia" w:hAnsi="Georgia"/>
          <w:b w:val="0"/>
          <w:i w:val="0"/>
          <w:color w:val="000000"/>
          <w:sz w:val="24"/>
        </w:rPr>
        <w:t>Распознается же это по тому, чувствует ли он запах тотчас или нет, а также кажется ли ему, что запах доносится с близкого расстояния или издалека, — благодаря этому он распознает и узнает упомянутое.</w:t>
      </w:r>
    </w:p>
    <w:p>
      <w:pPr>
        <w:spacing w:before="40" w:after="120"/>
        <w:jc w:val="both"/>
      </w:pPr>
      <w:r>
        <w:rPr>
          <w:rFonts w:ascii="Georgia" w:hAnsi="Georgia"/>
          <w:b w:val="0"/>
          <w:i w:val="0"/>
          <w:color w:val="000000"/>
          <w:sz w:val="24"/>
        </w:rPr>
        <w:t xml:space="preserve">Также человеку необходимо каждый день выпрямлять руки, чтобы локтевые суставы были обращены к телу сбоку, в тайне сказанного: </w:t>
      </w:r>
      <w:r>
        <w:rPr>
          <w:rFonts w:ascii="Georgia" w:hAnsi="Georgia"/>
          <w:b w:val="0"/>
          <w:i/>
          <w:color w:val="000000"/>
          <w:sz w:val="24"/>
        </w:rPr>
        <w:t>«И вся задняя часть их [обращена] внутрь»</w:t>
      </w:r>
      <w:r>
        <w:rPr>
          <w:rFonts w:ascii="Georgia" w:hAnsi="Georgia"/>
          <w:b w:val="0"/>
          <w:i w:val="0"/>
          <w:color w:val="000000"/>
          <w:sz w:val="24"/>
        </w:rPr>
        <w:t xml:space="preserve"> (Мелахим I 7:25), как упомянуто в Зоаре в недельном разделе Ваехи, а не были согнуты так, чтобы суставы выступали назад за тело.</w:t>
      </w:r>
    </w:p>
    <w:p>
      <w:pPr>
        <w:spacing w:before="40" w:after="120"/>
        <w:jc w:val="both"/>
      </w:pPr>
      <w:r>
        <w:rPr>
          <w:rFonts w:ascii="Georgia" w:hAnsi="Georgia"/>
          <w:b w:val="0"/>
          <w:i w:val="0"/>
          <w:color w:val="000000"/>
          <w:sz w:val="24"/>
        </w:rPr>
        <w:t>Также мне, пишущему, Хаиму, представляется, что я слышал от рава Авраама а-Леви, благословенной памяти, от имени моего учителя благословенной памяти: когда человек выходит за порог своего дома наружу, если перед ним окажется пес, повернутый мордой к твоему лицу, и вытянет передние лапы по земле к своей голове, уподобляясь тому, кто кланяется перед тобой, это указывает на добрую весть. Если же он повернется к тебе задом и вытянет передние лапы по земле, это укажет, упаси Б-г, на противоположное.</w:t>
      </w:r>
    </w:p>
    <w:p>
      <w:pPr>
        <w:spacing w:before="40" w:after="120"/>
        <w:jc w:val="both"/>
      </w:pPr>
      <w:r>
        <w:rPr>
          <w:rFonts w:ascii="Georgia" w:hAnsi="Georgia"/>
          <w:b w:val="0"/>
          <w:i w:val="0"/>
          <w:color w:val="000000"/>
          <w:sz w:val="24"/>
        </w:rPr>
        <w:t>И еще о распознавании по лицу: выше уже было разъяснено, что на лбу человека различимы его деяния и так далее. И знай, что в каждом органе человека также есть начертанные буквы, указывающие на деяния человека, однако главное начертание букв находится на лбу, как сказано выше.</w:t>
      </w:r>
    </w:p>
    <w:p>
      <w:pPr>
        <w:spacing w:before="40" w:after="120"/>
        <w:jc w:val="both"/>
      </w:pPr>
      <w:r>
        <w:rPr>
          <w:rFonts w:ascii="Georgia" w:hAnsi="Georgia"/>
          <w:b w:val="0"/>
          <w:i w:val="0"/>
          <w:color w:val="000000"/>
          <w:sz w:val="24"/>
        </w:rPr>
        <w:t>Также в глазах человека есть раскрытие букв; и в волосах человека — на голове, в бороде и на всем остальном его теле — есть великие указания, свидетельствующие о многом: сообразно их цвету, длине, волнистости или направлению вверх или вниз, как сказано в Зоаре в недельном разделе Итро и в «Тиккуней Зоар», Тиккун 70.</w:t>
      </w:r>
    </w:p>
    <w:p>
      <w:pPr>
        <w:spacing w:before="40" w:after="120"/>
        <w:jc w:val="both"/>
      </w:pPr>
      <w:r>
        <w:rPr>
          <w:rFonts w:ascii="Georgia" w:hAnsi="Georgia"/>
          <w:b w:val="0"/>
          <w:i w:val="0"/>
          <w:color w:val="000000"/>
          <w:sz w:val="24"/>
        </w:rPr>
        <w:t>Также и о ногтях на руках человека сказал мне мой учитель благословенной памяти, что в них заключены великие указания и знамения. Однако в будние дни указания человеку исходят от другой стороны (</w:t>
      </w:r>
      <w:r>
        <w:rPr>
          <w:rFonts w:ascii="Georgia" w:hAnsi="Georgia"/>
          <w:b w:val="0"/>
          <w:i/>
          <w:color w:val="000000"/>
          <w:sz w:val="24"/>
        </w:rPr>
        <w:t>ситра ахра</w:t>
      </w:r>
      <w:r>
        <w:rPr>
          <w:rFonts w:ascii="Georgia" w:hAnsi="Georgia"/>
          <w:b w:val="0"/>
          <w:i w:val="0"/>
          <w:color w:val="000000"/>
          <w:sz w:val="24"/>
        </w:rPr>
        <w:t>), от клипы, властвующей над ногтями.</w:t>
      </w:r>
    </w:p>
    <w:p>
      <w:pPr>
        <w:spacing w:before="40" w:after="120"/>
        <w:jc w:val="both"/>
      </w:pPr>
      <w:r>
        <w:rPr>
          <w:rFonts w:ascii="Georgia" w:hAnsi="Georgia"/>
          <w:b w:val="0"/>
          <w:i w:val="0"/>
          <w:color w:val="000000"/>
          <w:sz w:val="24"/>
        </w:rPr>
        <w:t>В канун же Шаббата (</w:t>
      </w:r>
      <w:r>
        <w:rPr>
          <w:rFonts w:ascii="Georgia" w:hAnsi="Georgia"/>
          <w:b w:val="0"/>
          <w:i/>
          <w:color w:val="000000"/>
          <w:sz w:val="24"/>
        </w:rPr>
        <w:t>эрев Шаббат</w:t>
      </w:r>
      <w:r>
        <w:rPr>
          <w:rFonts w:ascii="Georgia" w:hAnsi="Georgia"/>
          <w:b w:val="0"/>
          <w:i w:val="0"/>
          <w:color w:val="000000"/>
          <w:sz w:val="24"/>
        </w:rPr>
        <w:t>), после того как человек совершил омовение в микве в честь Шаббата, их свет исходит со стороны святости (</w:t>
      </w:r>
      <w:r>
        <w:rPr>
          <w:rFonts w:ascii="Georgia" w:hAnsi="Georgia"/>
          <w:b w:val="0"/>
          <w:i/>
          <w:color w:val="000000"/>
          <w:sz w:val="24"/>
        </w:rPr>
        <w:t>ситра де-кдуша</w:t>
      </w:r>
      <w:r>
        <w:rPr>
          <w:rFonts w:ascii="Georgia" w:hAnsi="Georgia"/>
          <w:b w:val="0"/>
          <w:i w:val="0"/>
          <w:color w:val="000000"/>
          <w:sz w:val="24"/>
        </w:rPr>
        <w:t>), и все их указания — со стороны святости. Это продолжается до исхода Шаббата, а затем их свечение вновь становится таким, каким было прежде, в будние дни.</w:t>
      </w:r>
    </w:p>
    <w:p>
      <w:pPr>
        <w:keepNext/>
        <w:spacing w:before="320" w:after="120"/>
      </w:pPr>
      <w:r>
        <w:rPr>
          <w:rFonts w:ascii="Georgia" w:hAnsi="Georgia"/>
          <w:b w:val="0"/>
          <w:i w:val="0"/>
          <w:color w:val="000000"/>
          <w:sz w:val="32"/>
        </w:rPr>
        <w:t>Рассуждение 2</w:t>
      </w:r>
    </w:p>
    <w:p>
      <w:pPr>
        <w:spacing w:before="40" w:after="120"/>
        <w:jc w:val="both"/>
      </w:pPr>
      <w:r>
        <w:rPr>
          <w:rFonts w:ascii="Georgia" w:hAnsi="Georgia"/>
          <w:b w:val="0"/>
          <w:i w:val="0"/>
          <w:color w:val="000000"/>
          <w:sz w:val="24"/>
        </w:rPr>
        <w:t>О мудрости распознавания лика (</w:t>
      </w:r>
      <w:r>
        <w:rPr>
          <w:rFonts w:ascii="Georgia" w:hAnsi="Georgia"/>
          <w:b w:val="0"/>
          <w:i/>
          <w:color w:val="000000"/>
          <w:sz w:val="24"/>
        </w:rPr>
        <w:t>хакарат а-парцуф</w:t>
      </w:r>
      <w:r>
        <w:rPr>
          <w:rFonts w:ascii="Georgia" w:hAnsi="Georgia"/>
          <w:b w:val="0"/>
          <w:i w:val="0"/>
          <w:color w:val="000000"/>
          <w:sz w:val="24"/>
        </w:rPr>
        <w:t xml:space="preserve">). Сказано в Писании: </w:t>
      </w:r>
      <w:r>
        <w:rPr>
          <w:rFonts w:ascii="Georgia" w:hAnsi="Georgia"/>
          <w:b w:val="0"/>
          <w:i/>
          <w:color w:val="000000"/>
          <w:sz w:val="24"/>
        </w:rPr>
        <w:t>«И после того, как истлеет кожа моя, [сокрушат] это, и из плоти моей узрю я Б-га»</w:t>
      </w:r>
      <w:r>
        <w:rPr>
          <w:rFonts w:ascii="Georgia" w:hAnsi="Georgia"/>
          <w:b w:val="0"/>
          <w:i w:val="0"/>
          <w:color w:val="000000"/>
          <w:sz w:val="24"/>
        </w:rPr>
        <w:t xml:space="preserve"> (Иов 19:26). Здесь содержится намек на распознавание лика, и смысл его заключается в следующем. Знай: нет ни одного тела (гуфа), ни нефеш, ни руаха, ни нешамы, которые не были бы созданы посредством двадцати двух букв Торы, как известно всякому, кто изучал «Сефер Йецира». И в каждом из этих четырех упомянутых уровней содержатся свои двадцать две буквы. Все эти четыре уровня облачаются друг в друга, а затем кожа тела покрывает их все и служит им покровом, подобно небосводу, покрывающему все, что находится над ним, как сказано в Зоаре в недельном разделе «Ве-ата тэхезе» и так далее. И у каждой души есть одна клипа, которая облачает ее вследствие греха Первого Человека (Адам а-Ришон), смешавшего добро со злом, как сказано у нас в «Шмона Шеарим», в «Шаар а-Гильгулим», в учении об истязании в могиле (</w:t>
      </w:r>
      <w:r>
        <w:rPr>
          <w:rFonts w:ascii="Georgia" w:hAnsi="Georgia"/>
          <w:b w:val="0"/>
          <w:i/>
          <w:color w:val="000000"/>
          <w:sz w:val="24"/>
        </w:rPr>
        <w:t>хибут а-кевер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праведник благодаря Торе и заповедям очищает свою душу и отделяет от себя эту клипу. Вследствие этого его НАРАН обретает силу светить и пробивать своим светом толщу покрывающей кожи, как упомянуто выше. И там их силы, действия и двадцать две буквы проявляются снаружи кожи, подобно звездам на небосводе, на каждом органе, и в особенности — на лбу (мэцах) человека. У злодеев же клипа тьмы покрывает их светящие нефеш и руах, так что у них нет силы пробить свой свет наружу, сквозь кожу. Об этом и говорит стих: </w:t>
      </w:r>
      <w:r>
        <w:rPr>
          <w:rFonts w:ascii="Georgia" w:hAnsi="Georgia"/>
          <w:b w:val="0"/>
          <w:i/>
          <w:color w:val="000000"/>
          <w:sz w:val="24"/>
        </w:rPr>
        <w:t>«Светильник нечестивых угаснет»</w:t>
      </w:r>
      <w:r>
        <w:rPr>
          <w:rFonts w:ascii="Georgia" w:hAnsi="Georgia"/>
          <w:b w:val="0"/>
          <w:i w:val="0"/>
          <w:color w:val="000000"/>
          <w:sz w:val="24"/>
        </w:rPr>
        <w:t xml:space="preserve"> (Мишлей 24:20). Ведь нефеш и руах злодеев образуют аббревиатуру </w:t>
      </w:r>
      <w:r>
        <w:rPr>
          <w:rFonts w:ascii="Georgia" w:hAnsi="Georgia"/>
          <w:b w:val="0"/>
          <w:i/>
          <w:color w:val="000000"/>
          <w:sz w:val="24"/>
        </w:rPr>
        <w:t>нер</w:t>
      </w:r>
      <w:r>
        <w:rPr>
          <w:rFonts w:ascii="Georgia" w:hAnsi="Georgia"/>
          <w:b w:val="0"/>
          <w:i w:val="0"/>
          <w:color w:val="000000"/>
          <w:sz w:val="24"/>
        </w:rPr>
        <w:t xml:space="preserve"> — «светильник» (</w:t>
      </w:r>
      <w:r>
        <w:rPr>
          <w:rFonts w:ascii="Georgia" w:hAnsi="Georgia" w:cs="Times New Roman"/>
          <w:b/>
          <w:i w:val="0"/>
          <w:color w:val="000000"/>
          <w:sz w:val="24"/>
          <w:rtl/>
          <w:szCs w:val="32"/>
        </w:rPr>
        <w:t>נֵר</w:t>
      </w:r>
      <w:r>
        <w:rPr>
          <w:rFonts w:ascii="Georgia" w:hAnsi="Georgia"/>
          <w:b w:val="0"/>
          <w:i w:val="0"/>
          <w:color w:val="000000"/>
          <w:sz w:val="24"/>
        </w:rPr>
        <w:t xml:space="preserve">), и он угасает из-за тьмы клипот, ведь </w:t>
      </w:r>
      <w:r>
        <w:rPr>
          <w:rFonts w:ascii="Georgia" w:hAnsi="Georgia"/>
          <w:b w:val="0"/>
          <w:i/>
          <w:color w:val="000000"/>
          <w:sz w:val="24"/>
        </w:rPr>
        <w:t>«нечестивые во тьме умолкнут»</w:t>
      </w:r>
      <w:r>
        <w:rPr>
          <w:rFonts w:ascii="Georgia" w:hAnsi="Georgia"/>
          <w:b w:val="0"/>
          <w:i w:val="0"/>
          <w:color w:val="000000"/>
          <w:sz w:val="24"/>
        </w:rPr>
        <w:t xml:space="preserve"> (Шмуэль I 2:9). И тебе уже известно, что уровень нешамы вовсе не входит в злодея, как сказано: </w:t>
      </w:r>
      <w:r>
        <w:rPr>
          <w:rFonts w:ascii="Georgia" w:hAnsi="Georgia"/>
          <w:b w:val="0"/>
          <w:i/>
          <w:color w:val="000000"/>
          <w:sz w:val="24"/>
        </w:rPr>
        <w:t>«От дуновения Б-жьего гибнут они»</w:t>
      </w:r>
      <w:r>
        <w:rPr>
          <w:rFonts w:ascii="Georgia" w:hAnsi="Georgia"/>
          <w:b w:val="0"/>
          <w:i w:val="0"/>
          <w:color w:val="000000"/>
          <w:sz w:val="24"/>
        </w:rPr>
        <w:t xml:space="preserve"> (Иов 4:9). О если бы у них были хотя бы нефеш и руах! Ведь нешама, представляющая собой Бину, не пребывает внутри клипы.</w:t>
      </w:r>
    </w:p>
    <w:p>
      <w:pPr>
        <w:spacing w:before="40" w:after="120"/>
        <w:jc w:val="both"/>
      </w:pPr>
      <w:r>
        <w:rPr>
          <w:rFonts w:ascii="Georgia" w:hAnsi="Georgia"/>
          <w:b w:val="0"/>
          <w:i w:val="0"/>
          <w:color w:val="000000"/>
          <w:sz w:val="24"/>
        </w:rPr>
        <w:t xml:space="preserve">Получается, что у злодея двадцать две буквы его нефеш или руаха не светят наружу. У праведника же двадцать две буквы нефеш, руаха и нешамы светят на его лбу и на остальных органах тела. Поэтому сначала разберем причину, почему кожа называется словом </w:t>
      </w:r>
      <w:r>
        <w:rPr>
          <w:rFonts w:ascii="Georgia" w:hAnsi="Georgia"/>
          <w:b w:val="0"/>
          <w:i/>
          <w:color w:val="000000"/>
          <w:sz w:val="24"/>
        </w:rPr>
        <w:t>ор</w:t>
      </w:r>
      <w:r>
        <w:rPr>
          <w:rFonts w:ascii="Georgia" w:hAnsi="Georgia"/>
          <w:b w:val="0"/>
          <w:i w:val="0"/>
          <w:color w:val="000000"/>
          <w:sz w:val="24"/>
        </w:rPr>
        <w:t>, а затем вернемся к нашей теме. Знай, что кожа представляет собой окружающую клипу, именуемую злом (</w:t>
      </w:r>
      <w:r>
        <w:rPr>
          <w:rFonts w:ascii="Georgia" w:hAnsi="Georgia"/>
          <w:b w:val="0"/>
          <w:i/>
          <w:color w:val="000000"/>
          <w:sz w:val="24"/>
        </w:rPr>
        <w:t>ра</w:t>
      </w:r>
      <w:r>
        <w:rPr>
          <w:rFonts w:ascii="Georgia" w:hAnsi="Georgia"/>
          <w:b w:val="0"/>
          <w:i w:val="0"/>
          <w:color w:val="000000"/>
          <w:sz w:val="24"/>
        </w:rPr>
        <w:t xml:space="preserve">, </w:t>
      </w:r>
      <w:r>
        <w:rPr>
          <w:rFonts w:ascii="Georgia" w:hAnsi="Georgia" w:cs="Times New Roman"/>
          <w:b/>
          <w:i w:val="0"/>
          <w:color w:val="000000"/>
          <w:sz w:val="24"/>
          <w:rtl/>
          <w:szCs w:val="32"/>
        </w:rPr>
        <w:t>רַע</w:t>
      </w:r>
      <w:r>
        <w:rPr>
          <w:rFonts w:ascii="Georgia" w:hAnsi="Georgia"/>
          <w:b w:val="0"/>
          <w:i w:val="0"/>
          <w:color w:val="000000"/>
          <w:sz w:val="24"/>
        </w:rPr>
        <w:t>). И тебе уже известно из книги Зоар (в начале недельного раздела «Итро»), что нет нечистой стороны, в которой не присутствовало бы крошечное свечение святости. Это свечение — буква вав (</w:t>
      </w:r>
      <w:r>
        <w:rPr>
          <w:rFonts w:ascii="Georgia" w:hAnsi="Georgia" w:cs="Times New Roman"/>
          <w:b/>
          <w:i w:val="0"/>
          <w:color w:val="000000"/>
          <w:sz w:val="24"/>
          <w:rtl/>
          <w:szCs w:val="32"/>
        </w:rPr>
        <w:t>ו</w:t>
      </w:r>
      <w:r>
        <w:rPr>
          <w:rFonts w:ascii="Georgia" w:hAnsi="Georgia"/>
          <w:b w:val="0"/>
          <w:i w:val="0"/>
          <w:color w:val="000000"/>
          <w:sz w:val="24"/>
        </w:rPr>
        <w:t xml:space="preserve">), которая входит между буквами слова </w:t>
      </w:r>
      <w:r>
        <w:rPr>
          <w:rFonts w:ascii="Georgia" w:hAnsi="Georgia"/>
          <w:b w:val="0"/>
          <w:i/>
          <w:color w:val="000000"/>
          <w:sz w:val="24"/>
        </w:rPr>
        <w:t>ра</w:t>
      </w:r>
      <w:r>
        <w:rPr>
          <w:rFonts w:ascii="Georgia" w:hAnsi="Georgia"/>
          <w:b w:val="0"/>
          <w:i w:val="0"/>
          <w:color w:val="000000"/>
          <w:sz w:val="24"/>
        </w:rPr>
        <w:t xml:space="preserve"> (</w:t>
      </w:r>
      <w:r>
        <w:rPr>
          <w:rFonts w:ascii="Georgia" w:hAnsi="Georgia" w:cs="Times New Roman"/>
          <w:b/>
          <w:i w:val="0"/>
          <w:color w:val="000000"/>
          <w:sz w:val="24"/>
          <w:rtl/>
          <w:szCs w:val="32"/>
        </w:rPr>
        <w:t>רַע</w:t>
      </w:r>
      <w:r>
        <w:rPr>
          <w:rFonts w:ascii="Georgia" w:hAnsi="Georgia"/>
          <w:b w:val="0"/>
          <w:i w:val="0"/>
          <w:color w:val="000000"/>
          <w:sz w:val="24"/>
        </w:rPr>
        <w:t xml:space="preserve">), и получается </w:t>
      </w:r>
      <w:r>
        <w:rPr>
          <w:rFonts w:ascii="Georgia" w:hAnsi="Georgia"/>
          <w:b w:val="0"/>
          <w:i/>
          <w:color w:val="000000"/>
          <w:sz w:val="24"/>
        </w:rPr>
        <w:t>ор</w:t>
      </w:r>
      <w:r>
        <w:rPr>
          <w:rFonts w:ascii="Georgia" w:hAnsi="Georgia"/>
          <w:b w:val="0"/>
          <w:i w:val="0"/>
          <w:color w:val="000000"/>
          <w:sz w:val="24"/>
        </w:rPr>
        <w:t xml:space="preserve"> — «кожа» (</w:t>
      </w:r>
      <w:r>
        <w:rPr>
          <w:rFonts w:ascii="Georgia" w:hAnsi="Georgia" w:cs="Times New Roman"/>
          <w:b/>
          <w:i w:val="0"/>
          <w:color w:val="000000"/>
          <w:sz w:val="24"/>
          <w:rtl/>
          <w:szCs w:val="32"/>
        </w:rPr>
        <w:t>עוֹר</w:t>
      </w:r>
      <w:r>
        <w:rPr>
          <w:rFonts w:ascii="Georgia" w:hAnsi="Georgia"/>
          <w:b w:val="0"/>
          <w:i w:val="0"/>
          <w:color w:val="000000"/>
          <w:sz w:val="24"/>
        </w:rPr>
        <w:t>). А поскольку кожа называется небосводом (</w:t>
      </w:r>
      <w:r>
        <w:rPr>
          <w:rFonts w:ascii="Georgia" w:hAnsi="Georgia"/>
          <w:b w:val="0"/>
          <w:i/>
          <w:color w:val="000000"/>
          <w:sz w:val="24"/>
        </w:rPr>
        <w:t>ракиа</w:t>
      </w:r>
      <w:r>
        <w:rPr>
          <w:rFonts w:ascii="Georgia" w:hAnsi="Georgia"/>
          <w:b w:val="0"/>
          <w:i w:val="0"/>
          <w:color w:val="000000"/>
          <w:sz w:val="24"/>
        </w:rPr>
        <w:t>), буква вав (</w:t>
      </w:r>
      <w:r>
        <w:rPr>
          <w:rFonts w:ascii="Georgia" w:hAnsi="Georgia" w:cs="Times New Roman"/>
          <w:b/>
          <w:i w:val="0"/>
          <w:color w:val="000000"/>
          <w:sz w:val="24"/>
          <w:rtl/>
          <w:szCs w:val="32"/>
        </w:rPr>
        <w:t>ו</w:t>
      </w:r>
      <w:r>
        <w:rPr>
          <w:rFonts w:ascii="Georgia" w:hAnsi="Georgia"/>
          <w:b w:val="0"/>
          <w:i w:val="0"/>
          <w:color w:val="000000"/>
          <w:sz w:val="24"/>
        </w:rPr>
        <w:t xml:space="preserve">) — это тоже небосвод, как известно. И сама кожа человека — это окружающая все клипа, сущность которой не проявляется, пока не распрострется небосвод, как сказано в Зоаре, в недельном разделе «Трума», в истории о сыне рав Сафры, в связи с тайной слова </w:t>
      </w:r>
      <w:r>
        <w:rPr>
          <w:rFonts w:ascii="Georgia" w:hAnsi="Georgia"/>
          <w:b w:val="0"/>
          <w:i/>
          <w:color w:val="000000"/>
          <w:sz w:val="24"/>
        </w:rPr>
        <w:t>амар</w:t>
      </w:r>
      <w:r>
        <w:rPr>
          <w:rFonts w:ascii="Georgia" w:hAnsi="Georgia"/>
          <w:b w:val="0"/>
          <w:i w:val="0"/>
          <w:color w:val="000000"/>
          <w:sz w:val="24"/>
        </w:rPr>
        <w:t xml:space="preserve"> (</w:t>
      </w:r>
      <w:r>
        <w:rPr>
          <w:rFonts w:ascii="Georgia" w:hAnsi="Georgia" w:cs="Times New Roman"/>
          <w:b/>
          <w:i w:val="0"/>
          <w:color w:val="000000"/>
          <w:sz w:val="24"/>
          <w:rtl/>
          <w:szCs w:val="32"/>
        </w:rPr>
        <w:t>אמ״ר</w:t>
      </w:r>
      <w:r>
        <w:rPr>
          <w:rFonts w:ascii="Georgia" w:hAnsi="Georgia"/>
          <w:b w:val="0"/>
          <w:i w:val="0"/>
          <w:color w:val="000000"/>
          <w:sz w:val="24"/>
        </w:rPr>
        <w:t>), [составленного из начальных букв слов]: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вода (</w:t>
      </w:r>
      <w:r>
        <w:rPr>
          <w:rFonts w:ascii="Georgia" w:hAnsi="Georgia"/>
          <w:b w:val="0"/>
          <w:i/>
          <w:color w:val="000000"/>
          <w:sz w:val="24"/>
        </w:rPr>
        <w:t>маим</w:t>
      </w:r>
      <w:r>
        <w:rPr>
          <w:rFonts w:ascii="Georgia" w:hAnsi="Georgia"/>
          <w:b w:val="0"/>
          <w:i w:val="0"/>
          <w:color w:val="000000"/>
          <w:sz w:val="24"/>
        </w:rPr>
        <w:t xml:space="preserve">, </w:t>
      </w:r>
      <w:r>
        <w:rPr>
          <w:rFonts w:ascii="Georgia" w:hAnsi="Georgia" w:cs="Times New Roman"/>
          <w:b/>
          <w:i w:val="0"/>
          <w:color w:val="000000"/>
          <w:sz w:val="24"/>
          <w:rtl/>
          <w:szCs w:val="32"/>
        </w:rPr>
        <w:t>מַיִם</w:t>
      </w:r>
      <w:r>
        <w:rPr>
          <w:rFonts w:ascii="Georgia" w:hAnsi="Georgia"/>
          <w:b w:val="0"/>
          <w:i w:val="0"/>
          <w:color w:val="000000"/>
          <w:sz w:val="24"/>
        </w:rPr>
        <w:t>), небосвод (</w:t>
      </w:r>
      <w:r>
        <w:rPr>
          <w:rFonts w:ascii="Georgia" w:hAnsi="Georgia"/>
          <w:b w:val="0"/>
          <w:i/>
          <w:color w:val="000000"/>
          <w:sz w:val="24"/>
        </w:rPr>
        <w:t>ракиа</w:t>
      </w:r>
      <w:r>
        <w:rPr>
          <w:rFonts w:ascii="Georgia" w:hAnsi="Georgia"/>
          <w:b w:val="0"/>
          <w:i w:val="0"/>
          <w:color w:val="000000"/>
          <w:sz w:val="24"/>
        </w:rPr>
        <w:t xml:space="preserve">, </w:t>
      </w:r>
      <w:r>
        <w:rPr>
          <w:rFonts w:ascii="Georgia" w:hAnsi="Georgia" w:cs="Times New Roman"/>
          <w:b/>
          <w:i w:val="0"/>
          <w:color w:val="000000"/>
          <w:sz w:val="24"/>
          <w:rtl/>
          <w:szCs w:val="32"/>
        </w:rPr>
        <w:t>רָקִיעַ</w:t>
      </w:r>
      <w:r>
        <w:rPr>
          <w:rFonts w:ascii="Georgia" w:hAnsi="Georgia"/>
          <w:b w:val="0"/>
          <w:i w:val="0"/>
          <w:color w:val="000000"/>
          <w:sz w:val="24"/>
        </w:rPr>
        <w:t>). Ведь пока [семенная] капля находится на уровне света и воды, клипа не проявляется.</w:t>
      </w:r>
    </w:p>
    <w:p>
      <w:pPr>
        <w:spacing w:before="40" w:after="120"/>
        <w:jc w:val="both"/>
      </w:pPr>
      <w:r>
        <w:rPr>
          <w:rFonts w:ascii="Georgia" w:hAnsi="Georgia"/>
          <w:b w:val="0"/>
          <w:i w:val="0"/>
          <w:color w:val="000000"/>
          <w:sz w:val="24"/>
        </w:rPr>
        <w:t>Но когда она густеет и становится небосводом, тогда проявляются отходы — клипа, называемая злом (</w:t>
      </w:r>
      <w:r>
        <w:rPr>
          <w:rFonts w:ascii="Georgia" w:hAnsi="Georgia"/>
          <w:b w:val="0"/>
          <w:i/>
          <w:color w:val="000000"/>
          <w:sz w:val="24"/>
        </w:rPr>
        <w:t>ра</w:t>
      </w:r>
      <w:r>
        <w:rPr>
          <w:rFonts w:ascii="Georgia" w:hAnsi="Georgia"/>
          <w:b w:val="0"/>
          <w:i w:val="0"/>
          <w:color w:val="000000"/>
          <w:sz w:val="24"/>
        </w:rPr>
        <w:t>), а буква вав, представляющая собой небосвод, внутри которого находится нешама, образует кожу (</w:t>
      </w:r>
      <w:r>
        <w:rPr>
          <w:rFonts w:ascii="Georgia" w:hAnsi="Georgia"/>
          <w:b w:val="0"/>
          <w:i/>
          <w:color w:val="000000"/>
          <w:sz w:val="24"/>
        </w:rPr>
        <w:t>ор</w:t>
      </w:r>
      <w:r>
        <w:rPr>
          <w:rFonts w:ascii="Georgia" w:hAnsi="Georgia"/>
          <w:b w:val="0"/>
          <w:i w:val="0"/>
          <w:color w:val="000000"/>
          <w:sz w:val="24"/>
        </w:rPr>
        <w:t>). Исходя из этого ты поймешь сказанное мудрецами (ХАЗАЛЬ): «В первые три месяца супружеская близость (зивуг) тяжела для женщины и тяжела для плода» (Нида 31а). Причина заключается в том, что первые три месяца соответствуют первым трем годам орлы (</w:t>
      </w:r>
      <w:r>
        <w:rPr>
          <w:rFonts w:ascii="Georgia" w:hAnsi="Georgia"/>
          <w:b w:val="0"/>
          <w:i/>
          <w:color w:val="000000"/>
          <w:sz w:val="24"/>
        </w:rPr>
        <w:t>орла</w:t>
      </w:r>
      <w:r>
        <w:rPr>
          <w:rFonts w:ascii="Georgia" w:hAnsi="Georgia"/>
          <w:b w:val="0"/>
          <w:i w:val="0"/>
          <w:color w:val="000000"/>
          <w:sz w:val="24"/>
        </w:rPr>
        <w:t>), и все они — зло (</w:t>
      </w:r>
      <w:r>
        <w:rPr>
          <w:rFonts w:ascii="Georgia" w:hAnsi="Georgia"/>
          <w:b w:val="0"/>
          <w:i/>
          <w:color w:val="000000"/>
          <w:sz w:val="24"/>
        </w:rPr>
        <w:t>ра</w:t>
      </w:r>
      <w:r>
        <w:rPr>
          <w:rFonts w:ascii="Georgia" w:hAnsi="Georgia"/>
          <w:b w:val="0"/>
          <w:i w:val="0"/>
          <w:color w:val="000000"/>
          <w:sz w:val="24"/>
        </w:rPr>
        <w:t xml:space="preserve">). А затем туда входит буква вав, и образуется кожа. Тогда плод начинает густеть, и в нем распространяется свойство кожи, ведь в первые три месяца он находился лишь в состоянии света и воды. Есть и другая причина, почему [она] называется кожей, и ее можно понять из того, что мы объяснили выше. А именно: Высший Человек (Адам а-Эльон) — это ступень Имени АВАЯ в наполнении алефами, числовое значение которого равно слову </w:t>
      </w:r>
      <w:r>
        <w:rPr>
          <w:rFonts w:ascii="Georgia" w:hAnsi="Georgia"/>
          <w:b w:val="0"/>
          <w:i/>
          <w:color w:val="000000"/>
          <w:sz w:val="24"/>
        </w:rPr>
        <w:t>адам</w:t>
      </w:r>
      <w:r>
        <w:rPr>
          <w:rFonts w:ascii="Georgia" w:hAnsi="Georgia"/>
          <w:b w:val="0"/>
          <w:i w:val="0"/>
          <w:color w:val="000000"/>
          <w:sz w:val="24"/>
        </w:rPr>
        <w:t xml:space="preserve"> — «человек» (</w:t>
      </w:r>
      <w:r>
        <w:rPr>
          <w:rFonts w:ascii="Georgia" w:hAnsi="Georgia" w:cs="Times New Roman"/>
          <w:b/>
          <w:i w:val="0"/>
          <w:color w:val="000000"/>
          <w:sz w:val="24"/>
          <w:rtl/>
          <w:szCs w:val="32"/>
        </w:rPr>
        <w:t>אָדָם</w:t>
      </w:r>
      <w:r>
        <w:rPr>
          <w:rFonts w:ascii="Georgia" w:hAnsi="Georgia"/>
          <w:b w:val="0"/>
          <w:i w:val="0"/>
          <w:color w:val="000000"/>
          <w:sz w:val="24"/>
        </w:rPr>
        <w:t xml:space="preserve"> = 45). Он включает в себя четыре уровня: нешама де-нешама (душа души), нешама, руах и нефеш, соответствующие четырем упомянутым буквам Имени АВАЯ. И внутренний свет, находящийся глубже всех остальных — нешама де-нешама, именуемая буквой йод (</w:t>
      </w:r>
      <w:r>
        <w:rPr>
          <w:rFonts w:ascii="Georgia" w:hAnsi="Georgia" w:cs="Times New Roman"/>
          <w:b/>
          <w:i w:val="0"/>
          <w:color w:val="000000"/>
          <w:sz w:val="24"/>
          <w:rtl/>
          <w:szCs w:val="32"/>
        </w:rPr>
        <w:t>יו״ד</w:t>
      </w:r>
      <w:r>
        <w:rPr>
          <w:rFonts w:ascii="Georgia" w:hAnsi="Georgia"/>
          <w:b w:val="0"/>
          <w:i w:val="0"/>
          <w:color w:val="000000"/>
          <w:sz w:val="24"/>
        </w:rPr>
        <w:t>), то есть Аба, — желает светить наружу.</w:t>
      </w:r>
    </w:p>
    <w:p>
      <w:pPr>
        <w:spacing w:before="40" w:after="120"/>
        <w:jc w:val="both"/>
      </w:pPr>
      <w:r>
        <w:rPr>
          <w:rFonts w:ascii="Georgia" w:hAnsi="Georgia"/>
          <w:b w:val="0"/>
          <w:i w:val="0"/>
          <w:color w:val="000000"/>
          <w:sz w:val="24"/>
        </w:rPr>
        <w:t>Тогда его свет ударяет в покрывающую его нешаму, именуемую буквой хэй (</w:t>
      </w:r>
      <w:r>
        <w:rPr>
          <w:rFonts w:ascii="Georgia" w:hAnsi="Georgia" w:cs="Times New Roman"/>
          <w:b/>
          <w:i w:val="0"/>
          <w:color w:val="000000"/>
          <w:sz w:val="24"/>
          <w:rtl/>
          <w:szCs w:val="32"/>
        </w:rPr>
        <w:t>ה״א</w:t>
      </w:r>
      <w:r>
        <w:rPr>
          <w:rFonts w:ascii="Georgia" w:hAnsi="Georgia"/>
          <w:b w:val="0"/>
          <w:i w:val="0"/>
          <w:color w:val="000000"/>
          <w:sz w:val="24"/>
        </w:rPr>
        <w:t>), то есть Има, и светит в ней. И вот, если перемножить буквы [их полных написаний]: йод (</w:t>
      </w:r>
      <w:r>
        <w:rPr>
          <w:rFonts w:ascii="Georgia" w:hAnsi="Georgia" w:cs="Times New Roman"/>
          <w:b/>
          <w:i w:val="0"/>
          <w:color w:val="000000"/>
          <w:sz w:val="24"/>
          <w:rtl/>
          <w:szCs w:val="32"/>
        </w:rPr>
        <w:t>יו״ד</w:t>
      </w:r>
      <w:r>
        <w:rPr>
          <w:rFonts w:ascii="Georgia" w:hAnsi="Georgia"/>
          <w:b w:val="0"/>
          <w:i w:val="0"/>
          <w:color w:val="000000"/>
          <w:sz w:val="24"/>
        </w:rPr>
        <w:t xml:space="preserve"> = 20) на хэй (</w:t>
      </w:r>
      <w:r>
        <w:rPr>
          <w:rFonts w:ascii="Georgia" w:hAnsi="Georgia" w:cs="Times New Roman"/>
          <w:b/>
          <w:i w:val="0"/>
          <w:color w:val="000000"/>
          <w:sz w:val="24"/>
          <w:rtl/>
          <w:szCs w:val="32"/>
        </w:rPr>
        <w:t>ה״א</w:t>
      </w:r>
      <w:r>
        <w:rPr>
          <w:rFonts w:ascii="Georgia" w:hAnsi="Georgia"/>
          <w:b w:val="0"/>
          <w:i w:val="0"/>
          <w:color w:val="000000"/>
          <w:sz w:val="24"/>
        </w:rPr>
        <w:t xml:space="preserve"> = 6), получится 120 (</w:t>
      </w:r>
      <w:r>
        <w:rPr>
          <w:rFonts w:ascii="Georgia" w:hAnsi="Georgia" w:cs="Times New Roman"/>
          <w:b/>
          <w:i w:val="0"/>
          <w:color w:val="000000"/>
          <w:sz w:val="24"/>
          <w:rtl/>
          <w:szCs w:val="32"/>
        </w:rPr>
        <w:t>ק״ך</w:t>
      </w:r>
      <w:r>
        <w:rPr>
          <w:rFonts w:ascii="Georgia" w:hAnsi="Georgia"/>
          <w:b w:val="0"/>
          <w:i w:val="0"/>
          <w:color w:val="000000"/>
          <w:sz w:val="24"/>
        </w:rPr>
        <w:t>). Затем свет нешамы ударяет в руах, именуемый буквой вав (</w:t>
      </w:r>
      <w:r>
        <w:rPr>
          <w:rFonts w:ascii="Georgia" w:hAnsi="Georgia" w:cs="Times New Roman"/>
          <w:b/>
          <w:i w:val="0"/>
          <w:color w:val="000000"/>
          <w:sz w:val="24"/>
          <w:rtl/>
          <w:szCs w:val="32"/>
        </w:rPr>
        <w:t>וא״ו</w:t>
      </w:r>
      <w:r>
        <w:rPr>
          <w:rFonts w:ascii="Georgia" w:hAnsi="Georgia"/>
          <w:b w:val="0"/>
          <w:i w:val="0"/>
          <w:color w:val="000000"/>
          <w:sz w:val="24"/>
        </w:rPr>
        <w:t>). Это соударение буквы хэй (</w:t>
      </w:r>
      <w:r>
        <w:rPr>
          <w:rFonts w:ascii="Georgia" w:hAnsi="Georgia" w:cs="Times New Roman"/>
          <w:b/>
          <w:i w:val="0"/>
          <w:color w:val="000000"/>
          <w:sz w:val="24"/>
          <w:rtl/>
          <w:szCs w:val="32"/>
        </w:rPr>
        <w:t>ה״א</w:t>
      </w:r>
      <w:r>
        <w:rPr>
          <w:rFonts w:ascii="Georgia" w:hAnsi="Georgia"/>
          <w:b w:val="0"/>
          <w:i w:val="0"/>
          <w:color w:val="000000"/>
          <w:sz w:val="24"/>
        </w:rPr>
        <w:t xml:space="preserve"> = 6) с буквой вав (</w:t>
      </w:r>
      <w:r>
        <w:rPr>
          <w:rFonts w:ascii="Georgia" w:hAnsi="Georgia" w:cs="Times New Roman"/>
          <w:b/>
          <w:i w:val="0"/>
          <w:color w:val="000000"/>
          <w:sz w:val="24"/>
          <w:rtl/>
          <w:szCs w:val="32"/>
        </w:rPr>
        <w:t>וא״ו</w:t>
      </w:r>
      <w:r>
        <w:rPr>
          <w:rFonts w:ascii="Georgia" w:hAnsi="Georgia"/>
          <w:b w:val="0"/>
          <w:i w:val="0"/>
          <w:color w:val="000000"/>
          <w:sz w:val="24"/>
        </w:rPr>
        <w:t xml:space="preserve"> = 13), что дает 78 (</w:t>
      </w:r>
      <w:r>
        <w:rPr>
          <w:rFonts w:ascii="Georgia" w:hAnsi="Georgia" w:cs="Times New Roman"/>
          <w:b/>
          <w:i w:val="0"/>
          <w:color w:val="000000"/>
          <w:sz w:val="24"/>
          <w:rtl/>
          <w:szCs w:val="32"/>
        </w:rPr>
        <w:t>ע״ח</w:t>
      </w:r>
      <w:r>
        <w:rPr>
          <w:rFonts w:ascii="Georgia" w:hAnsi="Georgia"/>
          <w:b w:val="0"/>
          <w:i w:val="0"/>
          <w:color w:val="000000"/>
          <w:sz w:val="24"/>
        </w:rPr>
        <w:t>). После этого свет руаха ударяет в нефеш, которая является самой внешней из них. Это соударение буквы вав (</w:t>
      </w:r>
      <w:r>
        <w:rPr>
          <w:rFonts w:ascii="Georgia" w:hAnsi="Georgia" w:cs="Times New Roman"/>
          <w:b/>
          <w:i w:val="0"/>
          <w:color w:val="000000"/>
          <w:sz w:val="24"/>
          <w:rtl/>
          <w:szCs w:val="32"/>
        </w:rPr>
        <w:t>וא״ו</w:t>
      </w:r>
      <w:r>
        <w:rPr>
          <w:rFonts w:ascii="Georgia" w:hAnsi="Georgia"/>
          <w:b w:val="0"/>
          <w:i w:val="0"/>
          <w:color w:val="000000"/>
          <w:sz w:val="24"/>
        </w:rPr>
        <w:t xml:space="preserve"> = 13) с буквой хэй (</w:t>
      </w:r>
      <w:r>
        <w:rPr>
          <w:rFonts w:ascii="Georgia" w:hAnsi="Georgia" w:cs="Times New Roman"/>
          <w:b/>
          <w:i w:val="0"/>
          <w:color w:val="000000"/>
          <w:sz w:val="24"/>
          <w:rtl/>
          <w:szCs w:val="32"/>
        </w:rPr>
        <w:t>ה״א</w:t>
      </w:r>
      <w:r>
        <w:rPr>
          <w:rFonts w:ascii="Georgia" w:hAnsi="Georgia"/>
          <w:b w:val="0"/>
          <w:i w:val="0"/>
          <w:color w:val="000000"/>
          <w:sz w:val="24"/>
        </w:rPr>
        <w:t xml:space="preserve"> = 6), что также дает 78 (</w:t>
      </w:r>
      <w:r>
        <w:rPr>
          <w:rFonts w:ascii="Georgia" w:hAnsi="Georgia" w:cs="Times New Roman"/>
          <w:b/>
          <w:i w:val="0"/>
          <w:color w:val="000000"/>
          <w:sz w:val="24"/>
          <w:rtl/>
          <w:szCs w:val="32"/>
        </w:rPr>
        <w:t>ע״ח</w:t>
      </w:r>
      <w:r>
        <w:rPr>
          <w:rFonts w:ascii="Georgia" w:hAnsi="Georgia"/>
          <w:b w:val="0"/>
          <w:i w:val="0"/>
          <w:color w:val="000000"/>
          <w:sz w:val="24"/>
        </w:rPr>
        <w:t xml:space="preserve">). Если же сложить результаты этих трех соударений: 120 + 78 + 78, получится числовое значение слова </w:t>
      </w:r>
      <w:r>
        <w:rPr>
          <w:rFonts w:ascii="Georgia" w:hAnsi="Georgia"/>
          <w:b w:val="0"/>
          <w:i/>
          <w:color w:val="000000"/>
          <w:sz w:val="24"/>
        </w:rPr>
        <w:t>ор</w:t>
      </w:r>
      <w:r>
        <w:rPr>
          <w:rFonts w:ascii="Georgia" w:hAnsi="Georgia"/>
          <w:b w:val="0"/>
          <w:i w:val="0"/>
          <w:color w:val="000000"/>
          <w:sz w:val="24"/>
        </w:rPr>
        <w:t xml:space="preserve"> — «кожа» (</w:t>
      </w:r>
      <w:r>
        <w:rPr>
          <w:rFonts w:ascii="Georgia" w:hAnsi="Georgia" w:cs="Times New Roman"/>
          <w:b/>
          <w:i w:val="0"/>
          <w:color w:val="000000"/>
          <w:sz w:val="24"/>
          <w:rtl/>
          <w:szCs w:val="32"/>
        </w:rPr>
        <w:t>עוֹר</w:t>
      </w:r>
      <w:r>
        <w:rPr>
          <w:rFonts w:ascii="Georgia" w:hAnsi="Georgia"/>
          <w:b w:val="0"/>
          <w:i w:val="0"/>
          <w:color w:val="000000"/>
          <w:sz w:val="24"/>
        </w:rPr>
        <w:t xml:space="preserve"> = 276, то есть </w:t>
      </w:r>
      <w:r>
        <w:rPr>
          <w:rFonts w:ascii="Georgia" w:hAnsi="Georgia" w:cs="Times New Roman"/>
          <w:b/>
          <w:i w:val="0"/>
          <w:color w:val="000000"/>
          <w:sz w:val="24"/>
          <w:rtl/>
          <w:szCs w:val="32"/>
        </w:rPr>
        <w:t>רע״ו</w:t>
      </w:r>
      <w:r>
        <w:rPr>
          <w:rFonts w:ascii="Georgia" w:hAnsi="Georgia"/>
          <w:b w:val="0"/>
          <w:i w:val="0"/>
          <w:color w:val="000000"/>
          <w:sz w:val="24"/>
        </w:rPr>
        <w:t>). Ведь все эти света, число которых составляет 276, вновь ударяют в кожу человека, стремясь выйти наружу, и потому она называется кожей (</w:t>
      </w:r>
      <w:r>
        <w:rPr>
          <w:rFonts w:ascii="Georgia" w:hAnsi="Georgia"/>
          <w:b w:val="0"/>
          <w:i/>
          <w:color w:val="000000"/>
          <w:sz w:val="24"/>
        </w:rPr>
        <w:t>ор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Более подробное объяснение этого заключается в следующем: Человек, представляющий собой имя АВАЯ в наполнении алефами, — это Зеир Анпин (ЗА). Внутри него находятся мохин де-Аба, облаченные в НЕХИ де-Аба, которые служат в нем уровнем нешама де-нешама и соответствуют букве йод. Снаружи от них располагаются НЕХИ де-Има с мохин де-Има, соответствующие букве хэй. И когда света НЕХИ де-Аба ударяют в находящиеся снаружи от них НЕХИ де-Има, это и есть умножение буквы йод на букву хэй. Затем НЕХИ де-Има ударяют в Зеир Анпина, что соответствует умножению буквы хэй на букву вав. После этого света выходят из Зеир Анпина к Лее, которая представляет собой нижнюю букву хэй, и это соответствует умножению буквы вав на букву хэй. И все они в сумме дают числовое значение слова </w:t>
      </w:r>
      <w:r>
        <w:rPr>
          <w:rFonts w:ascii="Georgia" w:hAnsi="Georgia"/>
          <w:b w:val="0"/>
          <w:i/>
          <w:color w:val="000000"/>
          <w:sz w:val="24"/>
        </w:rPr>
        <w:t>ор</w:t>
      </w:r>
      <w:r>
        <w:rPr>
          <w:rFonts w:ascii="Georgia" w:hAnsi="Georgia"/>
          <w:b w:val="0"/>
          <w:i w:val="0"/>
          <w:color w:val="000000"/>
          <w:sz w:val="24"/>
        </w:rPr>
        <w:t xml:space="preserve"> (276).</w:t>
      </w:r>
    </w:p>
    <w:p>
      <w:pPr>
        <w:spacing w:before="40" w:after="120"/>
        <w:jc w:val="both"/>
      </w:pPr>
      <w:r>
        <w:rPr>
          <w:rFonts w:ascii="Georgia" w:hAnsi="Georgia"/>
          <w:b w:val="0"/>
          <w:i w:val="0"/>
          <w:color w:val="000000"/>
          <w:sz w:val="24"/>
        </w:rPr>
        <w:t xml:space="preserve">Вернемся к нашей теме: в этом и состоит тайна стиха </w:t>
      </w:r>
      <w:r>
        <w:rPr>
          <w:rFonts w:ascii="Georgia" w:hAnsi="Georgia"/>
          <w:b w:val="0"/>
          <w:i/>
          <w:color w:val="000000"/>
          <w:sz w:val="24"/>
        </w:rPr>
        <w:t>«И позади кожи моей сокрушили это...»</w:t>
      </w:r>
      <w:r>
        <w:rPr>
          <w:rFonts w:ascii="Georgia" w:hAnsi="Georgia"/>
          <w:b w:val="0"/>
          <w:i w:val="0"/>
          <w:color w:val="000000"/>
          <w:sz w:val="24"/>
        </w:rPr>
        <w:t xml:space="preserve"> (Иов 19:26). Ведь внешняя поверхность кожи обращена к человеку, смотрящему на нее, а те света, которые ударяют и бьют в кожу, как сказано выше, находятся внутри тела, позади кожи — ведь относительно человека, смотрящего на внешнюю сторону кожи, то, что находится внутри нее, именуется «позади кожи». И [Иов] говорит, что света, пребывающие позади моей кожи, ударили и произвели этот удар в кожу, чтобы выйти наружу, как упомянуто выше. И благодаря тому, что они раскрываются снаружи в моей плоти (басар) — вследствие удара этих светов о плоть человеческого тела при переходе наружу сквозь кожу, — я смогу увидеть нешаму, именуемую словом </w:t>
      </w:r>
      <w:r>
        <w:rPr>
          <w:rFonts w:ascii="Georgia" w:hAnsi="Georgia"/>
          <w:b w:val="0"/>
          <w:i/>
          <w:color w:val="000000"/>
          <w:sz w:val="24"/>
        </w:rPr>
        <w:t>Эло-а</w:t>
      </w:r>
      <w:r>
        <w:rPr>
          <w:rFonts w:ascii="Georgia" w:hAnsi="Georgia"/>
          <w:b w:val="0"/>
          <w:i w:val="0"/>
          <w:color w:val="000000"/>
          <w:sz w:val="24"/>
        </w:rPr>
        <w:t xml:space="preserve"> (</w:t>
      </w:r>
      <w:r>
        <w:rPr>
          <w:rFonts w:ascii="Georgia" w:hAnsi="Georgia" w:cs="Times New Roman"/>
          <w:b/>
          <w:i w:val="0"/>
          <w:color w:val="000000"/>
          <w:sz w:val="24"/>
          <w:rtl/>
          <w:szCs w:val="32"/>
        </w:rPr>
        <w:t>אֱלוֹהַּ</w:t>
      </w:r>
      <w:r>
        <w:rPr>
          <w:rFonts w:ascii="Georgia" w:hAnsi="Georgia"/>
          <w:b w:val="0"/>
          <w:i w:val="0"/>
          <w:color w:val="000000"/>
          <w:sz w:val="24"/>
        </w:rPr>
        <w:t>), как разъяснено у нас в [рассуждении о] фрагменте «Сава де-Мишпатим» (Зоар II, 94б). Ибо нешама происходит от Имени ЭЛО-А. И если бы нешама не посылала свои света наружу, сквозь мою плоть и мою кожу, то и она сама, и ее силы, и ее буквы остались бы скрыты от меня.</w:t>
      </w:r>
    </w:p>
    <w:p>
      <w:pPr>
        <w:spacing w:before="40" w:after="120"/>
        <w:jc w:val="both"/>
      </w:pPr>
      <w:r>
        <w:rPr>
          <w:rFonts w:ascii="Georgia" w:hAnsi="Georgia"/>
          <w:b w:val="0"/>
          <w:i w:val="0"/>
          <w:color w:val="000000"/>
          <w:sz w:val="24"/>
        </w:rPr>
        <w:t xml:space="preserve">Теперь же </w:t>
      </w:r>
      <w:r>
        <w:rPr>
          <w:rFonts w:ascii="Georgia" w:hAnsi="Georgia"/>
          <w:b w:val="0"/>
          <w:i/>
          <w:color w:val="000000"/>
          <w:sz w:val="24"/>
        </w:rPr>
        <w:t>«из плоти моей узрю я Б-га»</w:t>
      </w:r>
      <w:r>
        <w:rPr>
          <w:rFonts w:ascii="Georgia" w:hAnsi="Georgia"/>
          <w:b w:val="0"/>
          <w:i w:val="0"/>
          <w:color w:val="000000"/>
          <w:sz w:val="24"/>
        </w:rPr>
        <w:t xml:space="preserve"> (Иов 19:26) — то есть упомянутые света нешамы, чтобы увидеть, хороши или дурны ее деяния. И смысл слов Иова в этом стихе таков: он говорил своим друзьям — Элифазу из Теймана, Бильдаду из Шуаха и Цофару из Наамы: «Вы говорите мне, будто постигшие меня страдания вызваны моими грехами, поскольку вы — пророки и видите собственными глазами прегрешения, начертанные на моем лбу под действием светов моей нефеш, бьющих позади моей кожи. Но ведь я сам не могу увидеть своими глазами свой лоб, чтобы проверить, так ли это, как вы говорите, или нет, и приходится полагаться на то, что ваши глаза видят грехи, начертанные на моем лбу. Однако я не верю вашим словам, ведь если бы я мог взглянуть на свой лоб и на свою плоть, я сам увидел бы свои грехи, запечатленные на моем лбу, как сказано: </w:t>
      </w:r>
      <w:r>
        <w:rPr>
          <w:rFonts w:ascii="Georgia" w:hAnsi="Georgia"/>
          <w:b w:val="0"/>
          <w:i/>
          <w:color w:val="000000"/>
          <w:sz w:val="24"/>
        </w:rPr>
        <w:t>«из плоти моей узрю я Б-га»</w:t>
      </w:r>
      <w:r>
        <w:rPr>
          <w:rFonts w:ascii="Georgia" w:hAnsi="Georgia"/>
          <w:b w:val="0"/>
          <w:i w:val="0"/>
          <w:color w:val="000000"/>
          <w:sz w:val="24"/>
        </w:rPr>
        <w:t xml:space="preserve"> — если бы только мои глаза могли взглянуть на мой лоб. Но я не верю вам, ведь я хотел бы сам узреть это для себя, чтобы мои глаза увидели [начертанное] на моем лбу, а не чужие, [и убедиться,] так ли это, как вы говорите».</w:t>
      </w:r>
    </w:p>
    <w:p>
      <w:pPr>
        <w:spacing w:before="40" w:after="120"/>
        <w:jc w:val="both"/>
      </w:pPr>
      <w:r>
        <w:rPr>
          <w:rFonts w:ascii="Georgia" w:hAnsi="Georgia"/>
          <w:b w:val="0"/>
          <w:i w:val="0"/>
          <w:color w:val="000000"/>
          <w:sz w:val="24"/>
        </w:rPr>
        <w:t>И знай: подобно тому, как мы сказали, что у злодея света букв его нефеш не запечатлеваются на его лбу, так и у человека, если он — великий знаток Торы (талмид-хахам), и в особенности если он изучает мудрость Истины, его Тора покрывает совершаемые им прегрешения. Они не записываются на его лбу, если это легкие проступки. Но если это тяжкие прегрешения, они открываются и оказываются начертанными на его лбу. Легкие же [проступки], которые не начертаны на его лбу, невозможно узнать иначе, как с помощью особого знания, о котором мы рассказали выше. Этим знанием обладал мой учитель, благословенна его память: он говорил непосредственно с нефеш человека, расспрашивал и выведывал у нее обо всех ее поступках, и она рассказывала ему.</w:t>
      </w:r>
    </w:p>
    <w:p>
      <w:pPr>
        <w:keepNext/>
        <w:spacing w:before="320" w:after="120"/>
      </w:pPr>
      <w:r>
        <w:rPr>
          <w:rFonts w:ascii="Georgia" w:hAnsi="Georgia"/>
          <w:b w:val="0"/>
          <w:i w:val="0"/>
          <w:color w:val="000000"/>
          <w:sz w:val="32"/>
        </w:rPr>
        <w:t>Рассуждение 3</w:t>
      </w:r>
    </w:p>
    <w:p>
      <w:pPr>
        <w:spacing w:before="40" w:after="120"/>
        <w:jc w:val="both"/>
      </w:pPr>
      <w:r>
        <w:rPr>
          <w:rFonts w:ascii="Georgia" w:hAnsi="Georgia"/>
          <w:b w:val="0"/>
          <w:i w:val="0"/>
          <w:color w:val="000000"/>
          <w:sz w:val="24"/>
        </w:rPr>
        <w:t>О мудрости распознавания птичьего щебета. Было у Учителя, благословенной памяти, еще одно знание: он понимал щебет птиц. Суть же этого вот в чем. Знай: со дня, когда из-за наших грехов народами мира была сожжена Тора, как известно, ее силы и тайны оказались переданы в руки клипот. Поэтому нет в мире ни одного создания — даже среди нечистых существ: скота, зверей, птиц, пресмыкающихся и насекомых, — над которым не были бы поставлены правящие ангелы. А эти ангелы знают сокровенные тайны Торы с упомянутого времени. Эти ангелы, поставленные над творениями или птицами, влагают в их уста через голос и щебет глубокие тайны Торы. Тот же, кто понимает их звуки и щебетание, может постичь множество тайн Торы. Бывают поколения, в которых живут праведники, знающие этот знак, как я собственными глазами видел у своего учителя, благословенной памяти.</w:t>
      </w:r>
    </w:p>
    <w:p>
      <w:pPr>
        <w:spacing w:before="40" w:after="120"/>
        <w:jc w:val="both"/>
      </w:pPr>
      <w:r>
        <w:rPr>
          <w:rFonts w:ascii="Georgia" w:hAnsi="Georgia"/>
          <w:b w:val="0"/>
          <w:i w:val="0"/>
          <w:color w:val="000000"/>
          <w:sz w:val="24"/>
        </w:rPr>
        <w:t xml:space="preserve">Поэтому ангелы передают эти тайны, а те, кто достоин их понять, распознают и постигают их, как сказано. Знай также: обо всем, что постановлено наверху, возвещают во всех мирах, и в особенности в мире Асия. Обо всех грехах, совершаемых человеком, в этом мире тоже провозглашают высший суд и идущий с ним судебный вестник. Но плотность и грубость воздуха не позволяют духовному голосу пройти и опуститься сквозь него. Однако когда птицы взлетают в воздух, своими взмахами и полетом они рассекают и прорезают его, разделяя пополам, — и тогда голос воззвания проходит сквозь него. В этом и заключается тайный смысл стиха: </w:t>
      </w:r>
      <w:r>
        <w:rPr>
          <w:rFonts w:ascii="Georgia" w:hAnsi="Georgia"/>
          <w:b w:val="0"/>
          <w:i/>
          <w:color w:val="000000"/>
          <w:sz w:val="24"/>
        </w:rPr>
        <w:t>«…ибо птица небесная перенесет голос…»</w:t>
      </w:r>
      <w:r>
        <w:rPr>
          <w:rFonts w:ascii="Georgia" w:hAnsi="Georgia"/>
          <w:b w:val="0"/>
          <w:i w:val="0"/>
          <w:color w:val="000000"/>
          <w:sz w:val="24"/>
        </w:rPr>
        <w:t xml:space="preserve"> (Коэлет 10:20), ведь своим полетом и взмахами крыльев она несет его. Есть и другие птицы: благодаря их щебету и звукам голос воззвания соединяется с их собственным голосом, и они несутся вместе; о них сказано: </w:t>
      </w:r>
      <w:r>
        <w:rPr>
          <w:rFonts w:ascii="Georgia" w:hAnsi="Georgia"/>
          <w:b w:val="0"/>
          <w:i/>
          <w:color w:val="000000"/>
          <w:sz w:val="24"/>
        </w:rPr>
        <w:t>«…и крылатая перескажет слово»</w:t>
      </w:r>
      <w:r>
        <w:rPr>
          <w:rFonts w:ascii="Georgia" w:hAnsi="Georgia"/>
          <w:b w:val="0"/>
          <w:i w:val="0"/>
          <w:color w:val="000000"/>
          <w:sz w:val="24"/>
        </w:rPr>
        <w:t xml:space="preserve"> (Коэлет 10:20). О тех же птицах, которые не издают звуков, сказано, что они переносят иной, высший голос взмахами своих крыльев, как упоминалось. Это те птицы, которых на чужом языке называют </w:t>
      </w:r>
      <w:r>
        <w:rPr>
          <w:rFonts w:ascii="Georgia" w:hAnsi="Georgia"/>
          <w:b w:val="0"/>
          <w:i/>
          <w:color w:val="000000"/>
          <w:sz w:val="24"/>
        </w:rPr>
        <w:t>авес мудас</w:t>
      </w:r>
      <w:r>
        <w:rPr>
          <w:rFonts w:ascii="Georgia" w:hAnsi="Georgia"/>
          <w:b w:val="0"/>
          <w:i w:val="0"/>
          <w:color w:val="000000"/>
          <w:sz w:val="24"/>
        </w:rPr>
        <w:t xml:space="preserve"> [немые птицы], а на святом языке и по-арабски — </w:t>
      </w:r>
      <w:r>
        <w:rPr>
          <w:rFonts w:ascii="Georgia" w:hAnsi="Georgia"/>
          <w:b w:val="0"/>
          <w:i/>
          <w:color w:val="000000"/>
          <w:sz w:val="24"/>
        </w:rPr>
        <w:t>рахам</w:t>
      </w:r>
      <w:r>
        <w:rPr>
          <w:rFonts w:ascii="Georgia" w:hAnsi="Georgia"/>
          <w:b w:val="0"/>
          <w:i w:val="0"/>
          <w:color w:val="000000"/>
          <w:sz w:val="24"/>
        </w:rPr>
        <w:t xml:space="preserve"> (</w:t>
      </w:r>
      <w:r>
        <w:rPr>
          <w:rFonts w:ascii="Georgia" w:hAnsi="Georgia" w:cs="Times New Roman"/>
          <w:b/>
          <w:i w:val="0"/>
          <w:color w:val="000000"/>
          <w:sz w:val="24"/>
          <w:rtl/>
          <w:szCs w:val="32"/>
        </w:rPr>
        <w:t>רָחָם</w:t>
      </w:r>
      <w:r>
        <w:rPr>
          <w:rFonts w:ascii="Georgia" w:hAnsi="Georgia"/>
          <w:b w:val="0"/>
          <w:i w:val="0"/>
          <w:color w:val="000000"/>
          <w:sz w:val="24"/>
        </w:rPr>
        <w:t xml:space="preserve">) в недельном разделе Шмини, и о них сказано: </w:t>
      </w:r>
      <w:r>
        <w:rPr>
          <w:rFonts w:ascii="Georgia" w:hAnsi="Georgia"/>
          <w:b w:val="0"/>
          <w:i/>
          <w:color w:val="000000"/>
          <w:sz w:val="24"/>
        </w:rPr>
        <w:t>«…перенесет голос…»</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после того как я написал это, я вспомнил, что все обстоит наоборот: ведь «птица небесная» — это та, которая говорит, и поэтому о ней сказано: </w:t>
      </w:r>
      <w:r>
        <w:rPr>
          <w:rFonts w:ascii="Georgia" w:hAnsi="Georgia"/>
          <w:b w:val="0"/>
          <w:i/>
          <w:color w:val="000000"/>
          <w:sz w:val="24"/>
        </w:rPr>
        <w:t>«перенесет голос»</w:t>
      </w:r>
      <w:r>
        <w:rPr>
          <w:rFonts w:ascii="Georgia" w:hAnsi="Georgia"/>
          <w:b w:val="0"/>
          <w:i w:val="0"/>
          <w:color w:val="000000"/>
          <w:sz w:val="24"/>
        </w:rPr>
        <w:t xml:space="preserve">, так как ее голос смешивается с голосом воззвания, и благодаря этому она переносит тот голос. О немых же птицах сказано: </w:t>
      </w:r>
      <w:r>
        <w:rPr>
          <w:rFonts w:ascii="Georgia" w:hAnsi="Georgia"/>
          <w:b w:val="0"/>
          <w:i/>
          <w:color w:val="000000"/>
          <w:sz w:val="24"/>
        </w:rPr>
        <w:t>«…и крылатая перескажет слово»</w:t>
      </w:r>
      <w:r>
        <w:rPr>
          <w:rFonts w:ascii="Georgia" w:hAnsi="Georgia"/>
          <w:b w:val="0"/>
          <w:i w:val="0"/>
          <w:color w:val="000000"/>
          <w:sz w:val="24"/>
        </w:rPr>
        <w:t xml:space="preserve">, ведь это птица, у которой вовсе нет свойства речи, а есть лишь полет на крыльях, и одними своими крыльями она возвещает высшее слово. А поскольку это не полноценная речь, но лишь намек через полет, о ней сказано выражением </w:t>
      </w:r>
      <w:r>
        <w:rPr>
          <w:rFonts w:ascii="Georgia" w:hAnsi="Georgia"/>
          <w:b w:val="0"/>
          <w:i/>
          <w:color w:val="000000"/>
          <w:sz w:val="24"/>
        </w:rPr>
        <w:t>агада</w:t>
      </w:r>
      <w:r>
        <w:rPr>
          <w:rFonts w:ascii="Georgia" w:hAnsi="Georgia"/>
          <w:b w:val="0"/>
          <w:i w:val="0"/>
          <w:color w:val="000000"/>
          <w:sz w:val="24"/>
        </w:rPr>
        <w:t xml:space="preserve"> (</w:t>
      </w:r>
      <w:r>
        <w:rPr>
          <w:rFonts w:ascii="Georgia" w:hAnsi="Georgia" w:cs="Times New Roman"/>
          <w:b/>
          <w:i w:val="0"/>
          <w:color w:val="000000"/>
          <w:sz w:val="24"/>
          <w:rtl/>
          <w:szCs w:val="32"/>
        </w:rPr>
        <w:t>הַגָּדָה</w:t>
      </w:r>
      <w:r>
        <w:rPr>
          <w:rFonts w:ascii="Georgia" w:hAnsi="Georgia"/>
          <w:b w:val="0"/>
          <w:i w:val="0"/>
          <w:color w:val="000000"/>
          <w:sz w:val="24"/>
        </w:rPr>
        <w:t xml:space="preserve">, «повествование»), ведь, как известно, всякое выражение «поведать» указывает на намек и тайну. В этом и смысл слов: </w:t>
      </w:r>
      <w:r>
        <w:rPr>
          <w:rFonts w:ascii="Georgia" w:hAnsi="Georgia"/>
          <w:b w:val="0"/>
          <w:i/>
          <w:color w:val="000000"/>
          <w:sz w:val="24"/>
        </w:rPr>
        <w:t>«перескажет слово»</w:t>
      </w:r>
      <w:r>
        <w:rPr>
          <w:rFonts w:ascii="Georgia" w:hAnsi="Georgia"/>
          <w:b w:val="0"/>
          <w:i w:val="0"/>
          <w:color w:val="000000"/>
          <w:sz w:val="24"/>
        </w:rPr>
        <w:t>, ибо по намекам в движениях ее полета распознается голос воззвания.</w:t>
      </w:r>
    </w:p>
    <w:p>
      <w:pPr>
        <w:spacing w:before="40" w:after="120"/>
        <w:jc w:val="both"/>
      </w:pPr>
      <w:r>
        <w:rPr>
          <w:rFonts w:ascii="Georgia" w:hAnsi="Georgia"/>
          <w:b w:val="0"/>
          <w:i w:val="0"/>
          <w:color w:val="000000"/>
          <w:sz w:val="24"/>
        </w:rPr>
        <w:t xml:space="preserve">Знай также, что это различие есть и среди птиц, способных щебетать: иногда они щебечут, а иногда летают и возвещают полетом. Что же касается упомянутых немых птиц, называемых </w:t>
      </w:r>
      <w:r>
        <w:rPr>
          <w:rFonts w:ascii="Georgia" w:hAnsi="Georgia"/>
          <w:b w:val="0"/>
          <w:i/>
          <w:color w:val="000000"/>
          <w:sz w:val="24"/>
        </w:rPr>
        <w:t>рахам</w:t>
      </w:r>
      <w:r>
        <w:rPr>
          <w:rFonts w:ascii="Georgia" w:hAnsi="Georgia"/>
          <w:b w:val="0"/>
          <w:i w:val="0"/>
          <w:color w:val="000000"/>
          <w:sz w:val="24"/>
        </w:rPr>
        <w:t xml:space="preserve"> на святом языке и по-арабски, как сказано выше, они происходят со стороны Лилит, убивающей младенцев, которые еще не овладели речью. И все те души — особенно души злодеев — прилепляются и соединяются с этими немыми птицами и следуют за ними и за Лилит. И потому у них нет силы речи. Есть птица, которой поручено возвещать о приговоре к голоду, не дай Б-г, а есть птица, которой поручено возвещать о саранче, не дай Б-г; так же обстоит дело со всеми приговорами, как благоприятными, так и суровыми. Есть и птицы, поставленные сразу над несколькими разными вестями, отличающимися друг от друга. Немые же птицы поставлены над приговорами о малых детях, умирающих во младенчестве, а также знают и другие вести. Ворон поставлен только на дурные вести, в особенности на весть о моровом поветрии, избави Б-г, и лишь изредка, случайно, возвещает что-то доброе. Ястреб, называемый на чужом языке </w:t>
      </w:r>
      <w:r>
        <w:rPr>
          <w:rFonts w:ascii="Georgia" w:hAnsi="Georgia"/>
          <w:b w:val="0"/>
          <w:i/>
          <w:color w:val="000000"/>
          <w:sz w:val="24"/>
        </w:rPr>
        <w:t>эль милано</w:t>
      </w:r>
      <w:r>
        <w:rPr>
          <w:rFonts w:ascii="Georgia" w:hAnsi="Georgia"/>
          <w:b w:val="0"/>
          <w:i w:val="0"/>
          <w:color w:val="000000"/>
          <w:sz w:val="24"/>
        </w:rPr>
        <w:t>, приносит добрые вести, а ласточки (</w:t>
      </w:r>
      <w:r>
        <w:rPr>
          <w:rFonts w:ascii="Georgia" w:hAnsi="Georgia"/>
          <w:b w:val="0"/>
          <w:i/>
          <w:color w:val="000000"/>
          <w:sz w:val="24"/>
        </w:rPr>
        <w:t>голондрина</w:t>
      </w:r>
      <w:r>
        <w:rPr>
          <w:rFonts w:ascii="Georgia" w:hAnsi="Georgia"/>
          <w:b w:val="0"/>
          <w:i w:val="0"/>
          <w:color w:val="000000"/>
          <w:sz w:val="24"/>
        </w:rPr>
        <w:t xml:space="preserve">), именуемые на святом языке </w:t>
      </w:r>
      <w:r>
        <w:rPr>
          <w:rFonts w:ascii="Georgia" w:hAnsi="Georgia"/>
          <w:b w:val="0"/>
          <w:i/>
          <w:color w:val="000000"/>
          <w:sz w:val="24"/>
        </w:rPr>
        <w:t>ципор дрор</w:t>
      </w:r>
      <w:r>
        <w:rPr>
          <w:rFonts w:ascii="Georgia" w:hAnsi="Georgia"/>
          <w:b w:val="0"/>
          <w:i w:val="0"/>
          <w:color w:val="000000"/>
          <w:sz w:val="24"/>
        </w:rPr>
        <w:t xml:space="preserve"> («вольная птица»), приносят добрые вести, и в особенности — весть об остановке мора, упаси нас Б-г. И почти всегда мор не находится в этом городе и уходит оттуда. И мало того: даже черви, мухи и комары — все они возвещают мудрость, и нет во всем мире ни одного живого существа, даже среди пресмыкающихся и насекомых, которое не возвещало бы нечто из мудрости.</w:t>
      </w:r>
    </w:p>
    <w:p>
      <w:pPr>
        <w:spacing w:before="40" w:after="120"/>
        <w:jc w:val="both"/>
      </w:pPr>
      <w:r>
        <w:rPr>
          <w:rFonts w:ascii="Georgia" w:hAnsi="Georgia"/>
          <w:b w:val="0"/>
          <w:i w:val="0"/>
          <w:color w:val="000000"/>
          <w:sz w:val="24"/>
        </w:rPr>
        <w:t xml:space="preserve">Поэтому ты увидишь, что птицы обитают лишь в населенных землях, среди людей, — чтобы возвещать человеку о его преступлениях и грехах, обо всем, что с ним происходит и что ему суждено. Поэтому во время разрушения Храма, когда Исраэль был изгнан в Вавилон, написано: </w:t>
      </w:r>
      <w:r>
        <w:rPr>
          <w:rFonts w:ascii="Georgia" w:hAnsi="Georgia"/>
          <w:b w:val="0"/>
          <w:i/>
          <w:color w:val="000000"/>
          <w:sz w:val="24"/>
        </w:rPr>
        <w:t>«…от птиц небесных до скота — [все] рассеялись, ушли»</w:t>
      </w:r>
      <w:r>
        <w:rPr>
          <w:rFonts w:ascii="Georgia" w:hAnsi="Georgia"/>
          <w:b w:val="0"/>
          <w:i w:val="0"/>
          <w:color w:val="000000"/>
          <w:sz w:val="24"/>
        </w:rPr>
        <w:t xml:space="preserve"> (Ирмеяу 9:9), ведь там в них больше нет нужды, поскольку не осталось людей. Иногда же щебет птиц имеет иную причину: в этих птицах или в любых других созданиях воплощены в кругообороте души людей — по известным причинам, сообразно их наказанию. Эти души помнят то, что знали прежде, а также знают многое о будущем из того, что слышат от голоса воззвания из-за завесы (</w:t>
      </w:r>
      <w:r>
        <w:rPr>
          <w:rFonts w:ascii="Georgia" w:hAnsi="Georgia"/>
          <w:b w:val="0"/>
          <w:i/>
          <w:color w:val="000000"/>
          <w:sz w:val="24"/>
        </w:rPr>
        <w:t>паргод</w:t>
      </w:r>
      <w:r>
        <w:rPr>
          <w:rFonts w:ascii="Georgia" w:hAnsi="Georgia"/>
          <w:b w:val="0"/>
          <w:i w:val="0"/>
          <w:color w:val="000000"/>
          <w:sz w:val="24"/>
        </w:rPr>
        <w:t>), и возвещают об этом. Бывает и иначе: душа некоего праведника спускается из высшего мира и облачается в такой образ и подобие — и это не настоящее живое существо или птица, но лишь принимающее такой видимый образ, — и открывает тайны Торы и тому подобное. При этом сообразно ступени и величию человека, видящего их, они и предстают перед ним: порой они предстают перед двумя людьми одновременно, но одному кажется, что перед ним птица или иное существо, а перед другим они принимают иной вид, — и все зависит от достоинства видящего их человека.</w:t>
      </w:r>
    </w:p>
    <w:p>
      <w:pPr>
        <w:spacing w:before="40" w:after="120"/>
        <w:jc w:val="both"/>
      </w:pPr>
      <w:r>
        <w:rPr>
          <w:rFonts w:ascii="Georgia" w:hAnsi="Georgia"/>
          <w:b w:val="0"/>
          <w:i w:val="0"/>
          <w:color w:val="000000"/>
          <w:sz w:val="24"/>
        </w:rPr>
        <w:t>Говорит Шмуэль: помню, в один из дней Рош а-Шана, когда учитель мой, отец мой произносил учение над водой в день Ташлих, мы увидели лягушку, плывущую по реке ему навстречу, и стали бросать в нее камни, чтобы прогнать ее. Глаза же отца моего, благословенной памяти, были закрыты, и он толковал Тору, как было у него заведено. Но от звуков кваканья лягушки он открыл глаза, остановил нас и сказал, что эта душа пришла послушать его учение Торы, облачившись в эту лягушку. И в честь нее он стал объяснять, почему лягушка (</w:t>
      </w:r>
      <w:r>
        <w:rPr>
          <w:rFonts w:ascii="Georgia" w:hAnsi="Georgia"/>
          <w:b w:val="0"/>
          <w:i/>
          <w:color w:val="000000"/>
          <w:sz w:val="24"/>
        </w:rPr>
        <w:t>цфардеа</w:t>
      </w:r>
      <w:r>
        <w:rPr>
          <w:rFonts w:ascii="Georgia" w:hAnsi="Georgia"/>
          <w:b w:val="0"/>
          <w:i w:val="0"/>
          <w:color w:val="000000"/>
          <w:sz w:val="24"/>
        </w:rPr>
        <w:t xml:space="preserve">, </w:t>
      </w:r>
      <w:r>
        <w:rPr>
          <w:rFonts w:ascii="Georgia" w:hAnsi="Georgia" w:cs="Times New Roman"/>
          <w:b/>
          <w:i w:val="0"/>
          <w:color w:val="000000"/>
          <w:sz w:val="24"/>
          <w:rtl/>
          <w:szCs w:val="32"/>
        </w:rPr>
        <w:t>צְפַרְדֵּעַ</w:t>
      </w:r>
      <w:r>
        <w:rPr>
          <w:rFonts w:ascii="Georgia" w:hAnsi="Georgia"/>
          <w:b w:val="0"/>
          <w:i w:val="0"/>
          <w:color w:val="000000"/>
          <w:sz w:val="24"/>
        </w:rPr>
        <w:t>) так называется: от выражения «птица разума» (</w:t>
      </w:r>
      <w:r>
        <w:rPr>
          <w:rFonts w:ascii="Georgia" w:hAnsi="Georgia"/>
          <w:b w:val="0"/>
          <w:i/>
          <w:color w:val="000000"/>
          <w:sz w:val="24"/>
        </w:rPr>
        <w:t>ципор деа</w:t>
      </w:r>
      <w:r>
        <w:rPr>
          <w:rFonts w:ascii="Georgia" w:hAnsi="Georgia"/>
          <w:b w:val="0"/>
          <w:i w:val="0"/>
          <w:color w:val="000000"/>
          <w:sz w:val="24"/>
        </w:rPr>
        <w:t xml:space="preserve">, </w:t>
      </w:r>
      <w:r>
        <w:rPr>
          <w:rFonts w:ascii="Georgia" w:hAnsi="Georgia" w:cs="Times New Roman"/>
          <w:b/>
          <w:i w:val="0"/>
          <w:color w:val="000000"/>
          <w:sz w:val="24"/>
          <w:rtl/>
          <w:szCs w:val="32"/>
        </w:rPr>
        <w:t>צִפּוֹר דֵּעָה</w:t>
      </w:r>
      <w:r>
        <w:rPr>
          <w:rFonts w:ascii="Georgia" w:hAnsi="Georgia"/>
          <w:b w:val="0"/>
          <w:i w:val="0"/>
          <w:color w:val="000000"/>
          <w:sz w:val="24"/>
        </w:rPr>
        <w:t>). И это служит подтверждением сказанному выше.</w:t>
      </w:r>
    </w:p>
    <w:p>
      <w:pPr>
        <w:spacing w:before="40" w:after="120"/>
        <w:jc w:val="both"/>
      </w:pPr>
      <w:r>
        <w:rPr>
          <w:rFonts w:ascii="Georgia" w:hAnsi="Georgia"/>
          <w:b w:val="0"/>
          <w:i w:val="0"/>
          <w:color w:val="000000"/>
          <w:sz w:val="24"/>
        </w:rPr>
        <w:t>[Говорит Шмуэль:] Я счел правильным собрать все драгоценные наставления, найденные в речениях великого Учителя, благословенной памяти, и в словах отца моего, благословенной памяти, касающиеся правил поведения человека для очищения его НАРАН (нефеш, руах, нешама). И то, как ему вести себя в изучении Торы, в добрых душевных качествах и тому подобном, а также в каванот (намерениях) в молитве и тому подобном. Я решил расположить их после упомянутых учений, поскольку они служат причиной для обретения упомянутой мудрости.</w:t>
      </w:r>
    </w:p>
    <w:p>
      <w:pPr>
        <w:spacing w:before="40" w:after="120"/>
        <w:jc w:val="both"/>
      </w:pPr>
      <w:r>
        <w:rPr>
          <w:rFonts w:ascii="Georgia" w:hAnsi="Georgia"/>
          <w:b w:val="0"/>
          <w:i w:val="0"/>
          <w:color w:val="000000"/>
          <w:sz w:val="24"/>
        </w:rPr>
        <w:t xml:space="preserve">Для обретения человеком мудрости существуют условия. Первое условие — молчание: пусть человек насколько возможно сократит свою речь и не ведет никаких пустых разговоров. Об этом сказали наши мудрецы, благословенной памяти: </w:t>
      </w:r>
      <w:r>
        <w:rPr>
          <w:rFonts w:ascii="Georgia" w:hAnsi="Georgia"/>
          <w:b w:val="0"/>
          <w:i/>
          <w:color w:val="000000"/>
          <w:sz w:val="24"/>
        </w:rPr>
        <w:t>«Ограда мудрости — молчание»</w:t>
      </w:r>
      <w:r>
        <w:rPr>
          <w:rFonts w:ascii="Georgia" w:hAnsi="Georgia"/>
          <w:b w:val="0"/>
          <w:i w:val="0"/>
          <w:color w:val="000000"/>
          <w:sz w:val="24"/>
        </w:rPr>
        <w:t xml:space="preserve"> (Пиркей Авот 3:13). Второе условие: над каждым речением и вопросом в Торе или в книге Зоар, смысл которого ты не понимаешь, сиди и плачь, стараясь плакать как можно больше. [Так передал] рабби Авраам а-Леви, слышавший это от Учителя, благословенной памяти.</w:t>
      </w:r>
    </w:p>
    <w:p>
      <w:pPr>
        <w:spacing w:before="40" w:after="120"/>
        <w:jc w:val="both"/>
      </w:pPr>
      <w:r>
        <w:rPr>
          <w:rFonts w:ascii="Georgia" w:hAnsi="Georgia"/>
          <w:b w:val="0"/>
          <w:i w:val="0"/>
          <w:color w:val="000000"/>
          <w:sz w:val="24"/>
        </w:rPr>
        <w:t>Также и ночной подъем души человека после того, как он ляжет спать, — чтобы она не блуждала в суете этого мира, а сразу поднялась ввысь, в подобающее ей место, — целиком зависит от того, будет ли человек плакать перед сном и уснет ли в слезах.</w:t>
      </w:r>
    </w:p>
    <w:p>
      <w:pPr>
        <w:spacing w:before="40" w:after="120"/>
        <w:jc w:val="both"/>
      </w:pPr>
      <w:r>
        <w:rPr>
          <w:rFonts w:ascii="Georgia" w:hAnsi="Georgia"/>
          <w:b w:val="0"/>
          <w:i w:val="0"/>
          <w:color w:val="000000"/>
          <w:sz w:val="24"/>
        </w:rPr>
        <w:t>Также сказал мне р. Ш. Сагис от имени моего учителя, благословенной памяти: тот, кто хочет уберечься от ночного истечения семени (</w:t>
      </w:r>
      <w:r>
        <w:rPr>
          <w:rFonts w:ascii="Georgia" w:hAnsi="Georgia"/>
          <w:b w:val="0"/>
          <w:i/>
          <w:color w:val="000000"/>
          <w:sz w:val="24"/>
        </w:rPr>
        <w:t>кери</w:t>
      </w:r>
      <w:r>
        <w:rPr>
          <w:rFonts w:ascii="Georgia" w:hAnsi="Georgia"/>
          <w:b w:val="0"/>
          <w:i w:val="0"/>
          <w:color w:val="000000"/>
          <w:sz w:val="24"/>
        </w:rPr>
        <w:t xml:space="preserve">) в постели, после произнесения стиха </w:t>
      </w:r>
      <w:r>
        <w:rPr>
          <w:rFonts w:ascii="Georgia" w:hAnsi="Georgia"/>
          <w:b w:val="0"/>
          <w:i/>
          <w:color w:val="000000"/>
          <w:sz w:val="24"/>
        </w:rPr>
        <w:t>«В руку Твою вверяю дух мой»</w:t>
      </w:r>
      <w:r>
        <w:rPr>
          <w:rFonts w:ascii="Georgia" w:hAnsi="Georgia"/>
          <w:b w:val="0"/>
          <w:i w:val="0"/>
          <w:color w:val="000000"/>
          <w:sz w:val="24"/>
        </w:rPr>
        <w:t xml:space="preserve"> (Теилим 31:6) в конце чтения «Шма» перед сном пусть прочтет вторую строку [молитвы] «Ана бе-Хоах» — строку </w:t>
      </w:r>
      <w:r>
        <w:rPr>
          <w:rFonts w:ascii="Georgia" w:hAnsi="Georgia"/>
          <w:b w:val="0"/>
          <w:i/>
          <w:color w:val="000000"/>
          <w:sz w:val="24"/>
        </w:rPr>
        <w:t>«Прими молитву народа Твоего, укрепи нас, очисти нас, Грозный!»</w:t>
      </w:r>
      <w:r>
        <w:rPr>
          <w:rFonts w:ascii="Georgia" w:hAnsi="Georgia"/>
          <w:b w:val="0"/>
          <w:i w:val="0"/>
          <w:color w:val="000000"/>
          <w:sz w:val="24"/>
        </w:rPr>
        <w:t xml:space="preserve"> (</w:t>
      </w:r>
      <w:r>
        <w:rPr>
          <w:rFonts w:ascii="Georgia" w:hAnsi="Georgia"/>
          <w:b w:val="0"/>
          <w:i/>
          <w:color w:val="000000"/>
          <w:sz w:val="24"/>
        </w:rPr>
        <w:t>Кабель ринат амха сагвейну тахарейну нора</w:t>
      </w:r>
      <w:r>
        <w:rPr>
          <w:rFonts w:ascii="Georgia" w:hAnsi="Georgia"/>
          <w:b w:val="0"/>
          <w:i w:val="0"/>
          <w:color w:val="000000"/>
          <w:sz w:val="24"/>
        </w:rPr>
        <w:t xml:space="preserve">, </w:t>
      </w:r>
      <w:r>
        <w:rPr>
          <w:rFonts w:ascii="Georgia" w:hAnsi="Georgia" w:cs="Times New Roman"/>
          <w:b/>
          <w:i w:val="0"/>
          <w:color w:val="000000"/>
          <w:sz w:val="24"/>
          <w:rtl/>
          <w:szCs w:val="32"/>
        </w:rPr>
        <w:t>קַבֵּל רִנַּת עַמְּךָ שַׂגְּבֵנוּ טַהֲרֵנוּ נוֹרָא</w:t>
      </w:r>
      <w:r>
        <w:rPr>
          <w:rFonts w:ascii="Georgia" w:hAnsi="Georgia"/>
          <w:b w:val="0"/>
          <w:i w:val="0"/>
          <w:color w:val="000000"/>
          <w:sz w:val="24"/>
        </w:rPr>
        <w:t>). И пусть сосредоточит намерение (</w:t>
      </w:r>
      <w:r>
        <w:rPr>
          <w:rFonts w:ascii="Georgia" w:hAnsi="Georgia"/>
          <w:b w:val="0"/>
          <w:i/>
          <w:color w:val="000000"/>
          <w:sz w:val="24"/>
        </w:rPr>
        <w:t>кавана</w:t>
      </w:r>
      <w:r>
        <w:rPr>
          <w:rFonts w:ascii="Georgia" w:hAnsi="Georgia"/>
          <w:b w:val="0"/>
          <w:i w:val="0"/>
          <w:color w:val="000000"/>
          <w:sz w:val="24"/>
        </w:rPr>
        <w:t xml:space="preserve">) на втором имени из 42-буквенного Имени, на которое намекают эти начальные буквы, — на имени </w:t>
      </w:r>
      <w:r>
        <w:rPr>
          <w:rFonts w:ascii="Georgia" w:hAnsi="Georgia" w:cs="Times New Roman"/>
          <w:b/>
          <w:i w:val="0"/>
          <w:color w:val="000000"/>
          <w:sz w:val="24"/>
          <w:rtl/>
          <w:szCs w:val="32"/>
        </w:rPr>
        <w:t>קרע שטן</w:t>
      </w:r>
      <w:r>
        <w:rPr>
          <w:rFonts w:ascii="Georgia" w:hAnsi="Georgia"/>
          <w:b w:val="0"/>
          <w:i w:val="0"/>
          <w:color w:val="000000"/>
          <w:sz w:val="24"/>
        </w:rPr>
        <w:t>, полностью огласованном знаком шва, если он не знает истинной огласовки, подобающей этому имени. И пусть направит намерение на то, чтобы этим именем сокрушить силу Сатаны, чтобы тот не привел его к истечению семени. (Говорит Шмуэль: возможно, дело в том, что шесть знаков шва состоят из двенадцати точек, представляющих собой двенадцать букв йод (</w:t>
      </w:r>
      <w:r>
        <w:rPr>
          <w:rFonts w:ascii="Georgia" w:hAnsi="Georgia" w:cs="Times New Roman"/>
          <w:b/>
          <w:i w:val="0"/>
          <w:color w:val="000000"/>
          <w:sz w:val="24"/>
          <w:rtl/>
          <w:szCs w:val="32"/>
        </w:rPr>
        <w:t>י</w:t>
      </w:r>
      <w:r>
        <w:rPr>
          <w:rFonts w:ascii="Georgia" w:hAnsi="Georgia"/>
          <w:b w:val="0"/>
          <w:i w:val="0"/>
          <w:color w:val="000000"/>
          <w:sz w:val="24"/>
        </w:rPr>
        <w:t>), каждая из которых включает в себя десять, что составляет 120 (</w:t>
      </w:r>
      <w:r>
        <w:rPr>
          <w:rFonts w:ascii="Georgia" w:hAnsi="Georgia" w:cs="Times New Roman"/>
          <w:b/>
          <w:i w:val="0"/>
          <w:color w:val="000000"/>
          <w:sz w:val="24"/>
          <w:rtl/>
          <w:szCs w:val="32"/>
        </w:rPr>
        <w:t>ק״ך</w:t>
      </w:r>
      <w:r>
        <w:rPr>
          <w:rFonts w:ascii="Georgia" w:hAnsi="Georgia"/>
          <w:b w:val="0"/>
          <w:i w:val="0"/>
          <w:color w:val="000000"/>
          <w:sz w:val="24"/>
        </w:rPr>
        <w:t>) — соответственно 120 «домам» Имени ЭЛОКИМ, о которых написано ниже).</w:t>
      </w:r>
    </w:p>
    <w:p>
      <w:pPr>
        <w:spacing w:before="40" w:after="120"/>
        <w:jc w:val="both"/>
      </w:pPr>
      <w:r>
        <w:rPr>
          <w:rFonts w:ascii="Georgia" w:hAnsi="Georgia"/>
          <w:b w:val="0"/>
          <w:i w:val="0"/>
          <w:color w:val="000000"/>
          <w:sz w:val="24"/>
        </w:rPr>
        <w:t xml:space="preserve">(Говорит Шмуэль: раз уж мы упомянули о слезах, разъясним намерение плача и слез). Знай, что в ахораим де-Зеир Анпин (ЗА) есть 120 сочетаний Имени ЭЛОКИМ, как известно: ведь любое пятибуквенное слово образует 120 «домов», и все они представляют собой суровые суды, а число их — 120, по гематрии слова </w:t>
      </w:r>
      <w:r>
        <w:rPr>
          <w:rFonts w:ascii="Georgia" w:hAnsi="Georgia"/>
          <w:b w:val="0"/>
          <w:i/>
          <w:color w:val="000000"/>
          <w:sz w:val="24"/>
        </w:rPr>
        <w:t>дима</w:t>
      </w:r>
      <w:r>
        <w:rPr>
          <w:rFonts w:ascii="Georgia" w:hAnsi="Georgia"/>
          <w:b w:val="0"/>
          <w:i w:val="0"/>
          <w:color w:val="000000"/>
          <w:sz w:val="24"/>
        </w:rPr>
        <w:t xml:space="preserve"> — «слеза» (</w:t>
      </w:r>
      <w:r>
        <w:rPr>
          <w:rFonts w:ascii="Georgia" w:hAnsi="Georgia" w:cs="Times New Roman"/>
          <w:b/>
          <w:i w:val="0"/>
          <w:color w:val="000000"/>
          <w:sz w:val="24"/>
          <w:rtl/>
          <w:szCs w:val="32"/>
        </w:rPr>
        <w:t>דִּמְעָה</w:t>
      </w:r>
      <w:r>
        <w:rPr>
          <w:rFonts w:ascii="Georgia" w:hAnsi="Georgia"/>
          <w:b w:val="0"/>
          <w:i w:val="0"/>
          <w:color w:val="000000"/>
          <w:sz w:val="24"/>
        </w:rPr>
        <w:t>) [Говорит Шмуэль: с колелем]. Ведь слеза — это тайна суда, как сказано в Зоаре (раздел Шмот, 19б). И эта слеза смягчает упомянутые 120 [сочетаний] ЭЛОКИМ. Плач же приводит к нисхождению наполнения АВАЯ де-САГ в Име, числовое значение которого равно 37 (</w:t>
      </w:r>
      <w:r>
        <w:rPr>
          <w:rFonts w:ascii="Georgia" w:hAnsi="Georgia" w:cs="Times New Roman"/>
          <w:b/>
          <w:i w:val="0"/>
          <w:color w:val="000000"/>
          <w:sz w:val="24"/>
          <w:rtl/>
          <w:szCs w:val="32"/>
        </w:rPr>
        <w:t>ל״ז</w:t>
      </w:r>
      <w:r>
        <w:rPr>
          <w:rFonts w:ascii="Georgia" w:hAnsi="Georgia"/>
          <w:b w:val="0"/>
          <w:i w:val="0"/>
          <w:color w:val="000000"/>
          <w:sz w:val="24"/>
        </w:rPr>
        <w:t xml:space="preserve">), как гематрия слова </w:t>
      </w:r>
      <w:r>
        <w:rPr>
          <w:rFonts w:ascii="Georgia" w:hAnsi="Georgia"/>
          <w:b w:val="0"/>
          <w:i/>
          <w:color w:val="000000"/>
          <w:sz w:val="24"/>
        </w:rPr>
        <w:t>бехия</w:t>
      </w:r>
      <w:r>
        <w:rPr>
          <w:rFonts w:ascii="Georgia" w:hAnsi="Georgia"/>
          <w:b w:val="0"/>
          <w:i w:val="0"/>
          <w:color w:val="000000"/>
          <w:sz w:val="24"/>
        </w:rPr>
        <w:t xml:space="preserve"> — «плач» (</w:t>
      </w:r>
      <w:r>
        <w:rPr>
          <w:rFonts w:ascii="Georgia" w:hAnsi="Georgia" w:cs="Times New Roman"/>
          <w:b/>
          <w:i w:val="0"/>
          <w:color w:val="000000"/>
          <w:sz w:val="24"/>
          <w:rtl/>
          <w:szCs w:val="32"/>
        </w:rPr>
        <w:t>בְּכִיָּה</w:t>
      </w:r>
      <w:r>
        <w:rPr>
          <w:rFonts w:ascii="Georgia" w:hAnsi="Georgia"/>
          <w:b w:val="0"/>
          <w:i w:val="0"/>
          <w:color w:val="000000"/>
          <w:sz w:val="24"/>
        </w:rPr>
        <w:t>). Это наполнение притягивается вниз, внутрь ЗА, и благодаря этому смягчаются упомянутые 120 [сочетаний] ЭЛОКИМ.</w:t>
      </w:r>
    </w:p>
    <w:p>
      <w:pPr>
        <w:spacing w:before="40" w:after="120"/>
        <w:jc w:val="both"/>
      </w:pPr>
      <w:r>
        <w:rPr>
          <w:rFonts w:ascii="Georgia" w:hAnsi="Georgia"/>
          <w:b w:val="0"/>
          <w:i w:val="0"/>
          <w:color w:val="000000"/>
          <w:sz w:val="24"/>
        </w:rPr>
        <w:t>Есть и другая причина, почему молитва в слезах принимается благосклоннее: ведь слезы исходят из ХУБ (Хохмы и Бины), и когда эти две сфиры открываются, Кетер светит в них, и милосердие изливается на остальные сфирот.</w:t>
      </w:r>
    </w:p>
    <w:p>
      <w:pPr>
        <w:spacing w:before="40" w:after="120"/>
        <w:jc w:val="both"/>
      </w:pPr>
      <w:r>
        <w:rPr>
          <w:rFonts w:ascii="Georgia" w:hAnsi="Georgia"/>
          <w:b w:val="0"/>
          <w:i w:val="0"/>
          <w:color w:val="000000"/>
          <w:sz w:val="24"/>
        </w:rPr>
        <w:t>(Говорит Шмуэль: счел я также нужным записать после упомянутого намерение поста, власяницы и пепла, которые помогают человеку очистить свою душу, ведь совершая это, человек также может исправить свои поступки, а затем удостоиться любого желаемого постижения).</w:t>
      </w:r>
    </w:p>
    <w:p>
      <w:r>
        <w:br w:type="page"/>
      </w:r>
    </w:p>
    <w:p>
      <w:pPr>
        <w:keepNext/>
        <w:spacing w:before="360" w:after="160"/>
        <w:jc w:val="center"/>
      </w:pPr>
      <w:r>
        <w:rPr>
          <w:rFonts w:ascii="Georgia" w:hAnsi="Georgia"/>
          <w:b w:val="0"/>
          <w:i w:val="0"/>
          <w:color w:val="000000"/>
          <w:sz w:val="40"/>
        </w:rPr>
        <w:t>Намерения постов и добрые качества</w:t>
      </w:r>
    </w:p>
    <w:p>
      <w:pPr>
        <w:keepNext/>
        <w:spacing w:before="320" w:after="120"/>
      </w:pPr>
      <w:r>
        <w:rPr>
          <w:rFonts w:ascii="Georgia" w:hAnsi="Georgia"/>
          <w:b w:val="0"/>
          <w:i w:val="0"/>
          <w:color w:val="000000"/>
          <w:sz w:val="32"/>
        </w:rPr>
        <w:t>Намерение поста</w:t>
      </w:r>
    </w:p>
    <w:p>
      <w:pPr>
        <w:spacing w:before="40" w:after="120"/>
        <w:jc w:val="both"/>
      </w:pPr>
      <w:r>
        <w:rPr>
          <w:rFonts w:ascii="Georgia" w:hAnsi="Georgia"/>
          <w:b w:val="0"/>
          <w:i w:val="0"/>
          <w:color w:val="000000"/>
          <w:sz w:val="24"/>
        </w:rPr>
        <w:t>Намерение поста (</w:t>
      </w:r>
      <w:r>
        <w:rPr>
          <w:rFonts w:ascii="Georgia" w:hAnsi="Georgia"/>
          <w:b w:val="0"/>
          <w:i/>
          <w:color w:val="000000"/>
          <w:sz w:val="24"/>
        </w:rPr>
        <w:t>кавана</w:t>
      </w:r>
      <w:r>
        <w:rPr>
          <w:rFonts w:ascii="Georgia" w:hAnsi="Georgia"/>
          <w:b w:val="0"/>
          <w:i w:val="0"/>
          <w:color w:val="000000"/>
          <w:sz w:val="24"/>
        </w:rPr>
        <w:t xml:space="preserve">). Первое намерение: пусть человек сосредоточится на том, что сказано в книге «Зоар», — сочтет себя жертвой, а жир и кровь, которых он лишается из-за поста, пусть считаются жертвенным приношением. Каким образом? Жертвоприношение делилось на две части: исповедь, раскаяние, плач и возвращение [к Творцу] (тшува), совершаемые приносящим жертву за то разделение, которое он произвел, поднимаются ввысь, и в этом смысл слов: </w:t>
      </w:r>
      <w:r>
        <w:rPr>
          <w:rFonts w:ascii="Georgia" w:hAnsi="Georgia"/>
          <w:b w:val="0"/>
          <w:i/>
          <w:color w:val="000000"/>
          <w:sz w:val="24"/>
        </w:rPr>
        <w:t>«жертва Г-споду»</w:t>
      </w:r>
      <w:r>
        <w:rPr>
          <w:rFonts w:ascii="Georgia" w:hAnsi="Georgia"/>
          <w:b w:val="0"/>
          <w:i w:val="0"/>
          <w:color w:val="000000"/>
          <w:sz w:val="24"/>
        </w:rPr>
        <w:t xml:space="preserve"> (Ваикра 1:2). Это означает, что он сближает буквы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которые разделил своим прегрешением, и приближает их благодаря раскаянию, совершаемому над жертвой. Ведь над жертвой совершаются четыре вида казни, и когда ее приносящий видит эти казни, сердце его смиряется, он обращается с раскаянием и плачет, — и это первая часть жертвоприношения. Эта мысль и это намерение поднимаются, чтобы объединить духовные ступени, а тело жертвы возносится, чтобы напитать и поддержать различные внутренние и внешние силы, дабы они не обвиняли его. И в этом смысл слов: </w:t>
      </w:r>
      <w:r>
        <w:rPr>
          <w:rFonts w:ascii="Georgia" w:hAnsi="Georgia"/>
          <w:b w:val="0"/>
          <w:i/>
          <w:color w:val="000000"/>
          <w:sz w:val="24"/>
        </w:rPr>
        <w:t>«в огненные жертвы Мои»</w:t>
      </w:r>
      <w:r>
        <w:rPr>
          <w:rFonts w:ascii="Georgia" w:hAnsi="Georgia"/>
          <w:b w:val="0"/>
          <w:i w:val="0"/>
          <w:color w:val="000000"/>
          <w:sz w:val="24"/>
        </w:rPr>
        <w:t xml:space="preserve"> (</w:t>
      </w:r>
      <w:r>
        <w:rPr>
          <w:rFonts w:ascii="Georgia" w:hAnsi="Georgia"/>
          <w:b w:val="0"/>
          <w:i/>
          <w:color w:val="000000"/>
          <w:sz w:val="24"/>
        </w:rPr>
        <w:t>ле-ишай</w:t>
      </w:r>
      <w:r>
        <w:rPr>
          <w:rFonts w:ascii="Georgia" w:hAnsi="Georgia"/>
          <w:b w:val="0"/>
          <w:i w:val="0"/>
          <w:color w:val="000000"/>
          <w:sz w:val="24"/>
        </w:rPr>
        <w:t xml:space="preserve">, </w:t>
      </w:r>
      <w:r>
        <w:rPr>
          <w:rFonts w:ascii="Georgia" w:hAnsi="Georgia" w:cs="Times New Roman"/>
          <w:b/>
          <w:i w:val="0"/>
          <w:color w:val="000000"/>
          <w:sz w:val="24"/>
          <w:rtl/>
          <w:szCs w:val="32"/>
        </w:rPr>
        <w:t>לְאִשַּׁי</w:t>
      </w:r>
      <w:r>
        <w:rPr>
          <w:rFonts w:ascii="Georgia" w:hAnsi="Georgia"/>
          <w:b w:val="0"/>
          <w:i w:val="0"/>
          <w:color w:val="000000"/>
          <w:sz w:val="24"/>
        </w:rPr>
        <w:t xml:space="preserve">) (Бемидбар 28:2) — «не читай </w:t>
      </w:r>
      <w:r>
        <w:rPr>
          <w:rFonts w:ascii="Georgia" w:hAnsi="Georgia"/>
          <w:b w:val="0"/>
          <w:i/>
          <w:color w:val="000000"/>
          <w:sz w:val="24"/>
        </w:rPr>
        <w:t>ле-ишай</w:t>
      </w:r>
      <w:r>
        <w:rPr>
          <w:rFonts w:ascii="Georgia" w:hAnsi="Georgia"/>
          <w:b w:val="0"/>
          <w:i w:val="0"/>
          <w:color w:val="000000"/>
          <w:sz w:val="24"/>
        </w:rPr>
        <w:t xml:space="preserve">, а читай </w:t>
      </w:r>
      <w:r>
        <w:rPr>
          <w:rFonts w:ascii="Georgia" w:hAnsi="Georgia"/>
          <w:b w:val="0"/>
          <w:i/>
          <w:color w:val="000000"/>
          <w:sz w:val="24"/>
        </w:rPr>
        <w:t>ле-анашай</w:t>
      </w:r>
      <w:r>
        <w:rPr>
          <w:rFonts w:ascii="Georgia" w:hAnsi="Georgia"/>
          <w:b w:val="0"/>
          <w:i w:val="0"/>
          <w:color w:val="000000"/>
          <w:sz w:val="24"/>
        </w:rPr>
        <w:t xml:space="preserve"> (</w:t>
      </w:r>
      <w:r>
        <w:rPr>
          <w:rFonts w:ascii="Georgia" w:hAnsi="Georgia" w:cs="Times New Roman"/>
          <w:b/>
          <w:i w:val="0"/>
          <w:color w:val="000000"/>
          <w:sz w:val="24"/>
          <w:rtl/>
          <w:szCs w:val="32"/>
        </w:rPr>
        <w:t>לַאֲנָשַׁי</w:t>
      </w:r>
      <w:r>
        <w:rPr>
          <w:rFonts w:ascii="Georgia" w:hAnsi="Georgia"/>
          <w:b w:val="0"/>
          <w:i w:val="0"/>
          <w:color w:val="000000"/>
          <w:sz w:val="24"/>
        </w:rPr>
        <w:t>) — «людям Моим»». Таковым должно быть намерение человека в день его поста: раскаяние, слезы и милостыня этого дня поднимаются, чтобы соединить то, что он разделил.</w:t>
      </w:r>
    </w:p>
    <w:p>
      <w:pPr>
        <w:spacing w:before="40" w:after="120"/>
        <w:jc w:val="both"/>
      </w:pPr>
      <w:r>
        <w:rPr>
          <w:rFonts w:ascii="Georgia" w:hAnsi="Georgia"/>
          <w:b w:val="0"/>
          <w:i w:val="0"/>
          <w:color w:val="000000"/>
          <w:sz w:val="24"/>
        </w:rPr>
        <w:t xml:space="preserve">Поэтому необходимо принимать на себя пост еще засветло, чтобы соединить ночь с днем и день с ночью. А от его жира и крови питаются высшие силы, чтобы они не обвиняли его. Но да не будет у него намерения, упаси Б-г, давать им долю напрямую; пусть намеревается отдать все ввысь, Всевышнему, а Он уже Сам распределит затем [пропитание] всем силам, как известно. Другое объяснение: пусть намеревается исправить съеденное им. Каким образом? Каковы поступки человека, такова будет его участь после кончины: если он занимался Торой и заповедями и не совершал грехов — либо согрешил, но раскаялся, — то в час кончины его душа (нешама) поднимается ввысь и прилепляется к благословенному Всевышнему, как сказано в Писании: </w:t>
      </w:r>
      <w:r>
        <w:rPr>
          <w:rFonts w:ascii="Georgia" w:hAnsi="Georgia"/>
          <w:b w:val="0"/>
          <w:i/>
          <w:color w:val="000000"/>
          <w:sz w:val="24"/>
        </w:rPr>
        <w:t>«А вы, прилепившиеся к Г-споду, Б-гу вашему, живы все вы сегодня»</w:t>
      </w:r>
      <w:r>
        <w:rPr>
          <w:rFonts w:ascii="Georgia" w:hAnsi="Georgia"/>
          <w:b w:val="0"/>
          <w:i w:val="0"/>
          <w:color w:val="000000"/>
          <w:sz w:val="24"/>
        </w:rPr>
        <w:t xml:space="preserve"> (Дварим 4:4). Если же, не дай Б-г, он поступал наоборот, то после кончины перевоплотится в неживую природу, растения или в неразумных животных — нечистых либо чистых. И когда человек ест мясо (басар), возможно, что в нем перевоплощена душа (нефеш) кого-то из народа Исраэля.</w:t>
      </w:r>
    </w:p>
    <w:p>
      <w:pPr>
        <w:spacing w:before="40" w:after="120"/>
        <w:jc w:val="both"/>
      </w:pPr>
      <w:r>
        <w:rPr>
          <w:rFonts w:ascii="Georgia" w:hAnsi="Georgia"/>
          <w:b w:val="0"/>
          <w:i w:val="0"/>
          <w:color w:val="000000"/>
          <w:sz w:val="24"/>
        </w:rPr>
        <w:t>Поэтому в день поста ему следует направить намерение, как сказано выше, на исправление съеденного им, то есть поднять все части, которые вошли в него, когда он ел это мясо, — будь то нешама, руах или нефеш. Еще одно объяснение: в день, когда человек ест, желудок перерабатывает пищу и передает ее в печень, печень — в сердце, а сердце — в мозг. Но в день поста он подобен высшему образу, так как опускает [жизненную силу] от мозга к сердцу, а от сердца — к печени. И подобно тому, как объясняется в книге «Зоар» в недельной главе «Пкудей», что когда духовные сущности достигли высшей Хохмы (Хохма илаа), именуемой Мыслью, она произвела отбор, взяла съедобное, а отходы выбросила вон, — так же и в день поста силой мысли постящегося человека он вытесняет клипот наружу.</w:t>
      </w:r>
    </w:p>
    <w:p>
      <w:pPr>
        <w:spacing w:before="40" w:after="120"/>
        <w:jc w:val="both"/>
      </w:pPr>
      <w:r>
        <w:rPr>
          <w:rFonts w:ascii="Georgia" w:hAnsi="Georgia"/>
          <w:b w:val="0"/>
          <w:i w:val="0"/>
          <w:color w:val="000000"/>
          <w:sz w:val="24"/>
        </w:rPr>
        <w:t xml:space="preserve">Еще одно объяснение: в день поста сердце и сила человека сокрушаются, и благодаря этому от него отделяются клипот. Это подобно пшенице: солома и мякина, служащие ее шелухой, отделяются от нее лишь молотьбой. Точно так же благодаря посту, умерщвлению плоти и ударам плетью от него отделяются все клипот, сокрушается сила дурного побуждения, и свет, представляющий собой доброе побуждение, отделяется от тьмы, которая есть дурное побуждение. И тогда доброе побуждение и его силы выходят из порабощения дурным побуждением и его силами, как сказано в Писании: </w:t>
      </w:r>
      <w:r>
        <w:rPr>
          <w:rFonts w:ascii="Georgia" w:hAnsi="Georgia"/>
          <w:b w:val="0"/>
          <w:i/>
          <w:color w:val="000000"/>
          <w:sz w:val="24"/>
        </w:rPr>
        <w:t>«Сказать узникам: «Выходите!»…»</w:t>
      </w:r>
      <w:r>
        <w:rPr>
          <w:rFonts w:ascii="Georgia" w:hAnsi="Georgia"/>
          <w:b w:val="0"/>
          <w:i w:val="0"/>
          <w:color w:val="000000"/>
          <w:sz w:val="24"/>
        </w:rPr>
        <w:t xml:space="preserve"> (Йешаяу 49:9). Говорит пишущий, Хаим: мне представляется, что это, без сомнения, принадлежит не моему учителю, благословенной памяти.</w:t>
      </w:r>
    </w:p>
    <w:p>
      <w:pPr>
        <w:spacing w:before="40" w:after="120"/>
        <w:jc w:val="both"/>
      </w:pPr>
      <w:r>
        <w:rPr>
          <w:rFonts w:ascii="Georgia" w:hAnsi="Georgia"/>
          <w:b w:val="0"/>
          <w:i w:val="0"/>
          <w:color w:val="000000"/>
          <w:sz w:val="24"/>
        </w:rPr>
        <w:t>Также в отношении поста: нельзя смешивать одно исправление с другим, но каждое исправление должно совершаться отдельно от другого. Пример тому: если человеку необходимо совершить два исправления за два прегрешения, каждое исправление — по сорок дней, пусть он не говорит: «Я буду поститься трижды по два дня подряд, что по расчету составляет трижды по двадцать семь, а в сумме — восемьдесят один день», поскольку тогда оба исправления смешаются вместе в средние два дня. Напротив, пусть сначала постится два дня подряд, и тем самым засчитает себе двадцать семь дней, а затем пусть постится тринадцать дней днем, без ночей, — и так завершатся сорок постов первого исправления. После этого пусть постится сорок дней второго исправления отдельно, в точности тем же путем. Если же он пожелает поститься два дня подряд с их ночами, что засчитывается за двадцать семь дней, вместо этих тринадцати дней без ночей, и тому подобное — он вправе так поступить, ведь двести включают в себя сотню.</w:t>
      </w:r>
    </w:p>
    <w:p>
      <w:pPr>
        <w:spacing w:before="40" w:after="120"/>
        <w:jc w:val="both"/>
      </w:pPr>
      <w:r>
        <w:rPr>
          <w:rFonts w:ascii="Georgia" w:hAnsi="Georgia"/>
          <w:b w:val="0"/>
          <w:i w:val="0"/>
          <w:color w:val="000000"/>
          <w:sz w:val="24"/>
        </w:rPr>
        <w:t xml:space="preserve">Также тому, кто постится и носит власяницу, хорошо спать ночью на земле и класть камень под голову, направляя намерение на Имя АВАЯ с гематрией слова </w:t>
      </w:r>
      <w:r>
        <w:rPr>
          <w:rFonts w:ascii="Georgia" w:hAnsi="Georgia"/>
          <w:b w:val="0"/>
          <w:i/>
          <w:color w:val="000000"/>
          <w:sz w:val="24"/>
        </w:rPr>
        <w:t>эвен</w:t>
      </w:r>
      <w:r>
        <w:rPr>
          <w:rFonts w:ascii="Georgia" w:hAnsi="Georgia"/>
          <w:b w:val="0"/>
          <w:i w:val="0"/>
          <w:color w:val="000000"/>
          <w:sz w:val="24"/>
        </w:rPr>
        <w:t xml:space="preserve"> («камень», </w:t>
      </w:r>
      <w:r>
        <w:rPr>
          <w:rFonts w:ascii="Georgia" w:hAnsi="Georgia" w:cs="Times New Roman"/>
          <w:b/>
          <w:i w:val="0"/>
          <w:color w:val="000000"/>
          <w:sz w:val="24"/>
          <w:rtl/>
          <w:szCs w:val="32"/>
        </w:rPr>
        <w:t>אֶבֶן</w:t>
      </w:r>
      <w:r>
        <w:rPr>
          <w:rFonts w:ascii="Georgia" w:hAnsi="Georgia"/>
          <w:b w:val="0"/>
          <w:i w:val="0"/>
          <w:color w:val="000000"/>
          <w:sz w:val="24"/>
        </w:rPr>
        <w:t xml:space="preserve"> = 53), вот так: </w:t>
      </w:r>
      <w:r>
        <w:rPr>
          <w:rFonts w:ascii="Georgia" w:hAnsi="Georgia" w:cs="Times New Roman"/>
          <w:b/>
          <w:i w:val="0"/>
          <w:color w:val="000000"/>
          <w:sz w:val="24"/>
          <w:rtl/>
          <w:szCs w:val="32"/>
        </w:rPr>
        <w:t>יוד הה ואו הה</w:t>
      </w:r>
      <w:r>
        <w:rPr>
          <w:rFonts w:ascii="Georgia" w:hAnsi="Georgia"/>
          <w:b w:val="0"/>
          <w:i w:val="0"/>
          <w:color w:val="000000"/>
          <w:sz w:val="24"/>
        </w:rPr>
        <w:t>.</w:t>
      </w:r>
    </w:p>
    <w:p>
      <w:pPr>
        <w:spacing w:before="40" w:after="120"/>
        <w:jc w:val="both"/>
      </w:pPr>
      <w:r>
        <w:rPr>
          <w:rFonts w:ascii="Georgia" w:hAnsi="Georgia"/>
          <w:b w:val="0"/>
          <w:i w:val="0"/>
          <w:color w:val="000000"/>
          <w:sz w:val="24"/>
        </w:rPr>
        <w:t>Также причина того, почему принято поститься по понедельникам и четвергам каждую неделю, заключается в том, что в эти дни властвуют Гвура и Ход, а они суть свойства суда. И потому постящийся в эти дни пусть направляет намерение усластить суды Гвуры посредством Хеседа, а суды Хода — посредством Нецаха. Пусть также читает в эти дни мишнайот порядка «Кодашим», где изложены законы жертвоприношений, и считает, будто принес жертву во времена, когда еще стоял Храм, и пусть оберегает себя от злоязычия, сплетен и тому подобного. И мне представляется, что это принадлежит рабби Аврааму а-Леви, а не моему учителю, благословенна память его для жизни мира грядущего.</w:t>
      </w:r>
    </w:p>
    <w:p>
      <w:pPr>
        <w:spacing w:before="40" w:after="120"/>
        <w:jc w:val="both"/>
      </w:pPr>
      <w:r>
        <w:rPr>
          <w:rFonts w:ascii="Georgia" w:hAnsi="Georgia"/>
          <w:b w:val="0"/>
          <w:i w:val="0"/>
          <w:color w:val="000000"/>
          <w:sz w:val="24"/>
        </w:rPr>
        <w:t>Намерение поста. Сначала разберем причину того, почему постящемуся три дня подряд, ночь и день, эти дни засчитываются как сорок дней подряд без ночей. Суть в том, что эти три поста исходят из тайны высшего мэцах а-рацон де-АА, где пребывает Имя АВАЯ со значением 72 (АБ) с наполнением четырьмя буквами йод (</w:t>
      </w:r>
      <w:r>
        <w:rPr>
          <w:rFonts w:ascii="Georgia" w:hAnsi="Georgia" w:cs="Times New Roman"/>
          <w:b/>
          <w:i w:val="0"/>
          <w:color w:val="000000"/>
          <w:sz w:val="24"/>
          <w:rtl/>
          <w:szCs w:val="32"/>
        </w:rPr>
        <w:t>י</w:t>
      </w:r>
      <w:r>
        <w:rPr>
          <w:rFonts w:ascii="Georgia" w:hAnsi="Georgia"/>
          <w:b w:val="0"/>
          <w:i w:val="0"/>
          <w:color w:val="000000"/>
          <w:sz w:val="24"/>
        </w:rPr>
        <w:t xml:space="preserve"> = 10), дающими в сумме сорок, и это корень сорока постов. Но так как все это Имя АВАЯ по гематрии равно 72, а в трех постах подряд, ночь и день, содержится 72 часа, они и засчитываются как сорок дней без ночей. И в этом тайна сорока дней и сорока ночей, которые постился учитель наш Моше, мир ему, на горе Синай при даровании Торы: они соответствуют сорока дням де-Тиферет и сорока дням де-Малхут, и потому там было сорок дней и сорок ночей.</w:t>
      </w:r>
    </w:p>
    <w:p>
      <w:pPr>
        <w:spacing w:before="40" w:after="120"/>
        <w:jc w:val="both"/>
      </w:pPr>
      <w:r>
        <w:rPr>
          <w:rFonts w:ascii="Georgia" w:hAnsi="Georgia"/>
          <w:b w:val="0"/>
          <w:i w:val="0"/>
          <w:color w:val="000000"/>
          <w:sz w:val="24"/>
        </w:rPr>
        <w:t xml:space="preserve">Но у нас нет сил исправить Малхут, именуемую ночью, поскольку она находится внизу и </w:t>
      </w:r>
      <w:r>
        <w:rPr>
          <w:rFonts w:ascii="Georgia" w:hAnsi="Georgia"/>
          <w:b w:val="0"/>
          <w:i/>
          <w:color w:val="000000"/>
          <w:sz w:val="24"/>
        </w:rPr>
        <w:t>«ноги ее нисходят к смерти»</w:t>
      </w:r>
      <w:r>
        <w:rPr>
          <w:rFonts w:ascii="Georgia" w:hAnsi="Georgia"/>
          <w:b w:val="0"/>
          <w:i w:val="0"/>
          <w:color w:val="000000"/>
          <w:sz w:val="24"/>
        </w:rPr>
        <w:t xml:space="preserve"> (Мишлей 5:5), как известно. Поэтому мы постимся только сорок дней, чтобы исправить лишь Тиферет, и не постимся еще и ночами, соответствующими Малхут. Постящемуся же два дня подряд с их ночами это засчитывается так, будто он постился двадцать семь дней. А тому, кто постится один день вместе с его ночью, подобно Йом Кипуру и Девятому ава, это засчитывается лишь как один день поста. Получается, что постящемуся три дня подряд с их ночами первый день засчитывается лишь за один пост; когда к нему присоединяется второй день, они засчитываются за двадцать семь, что составляет две трети от сорока дней; а когда к ним присоединяется третий день, составляющий тринадцать дней — треть от сорока, — тогда восполняется число сорока дней, [поститься в которые предписано] не подряд.</w:t>
      </w:r>
    </w:p>
    <w:p>
      <w:pPr>
        <w:spacing w:before="40" w:after="120"/>
        <w:jc w:val="both"/>
      </w:pPr>
      <w:r>
        <w:rPr>
          <w:rFonts w:ascii="Georgia" w:hAnsi="Georgia"/>
          <w:b w:val="0"/>
          <w:i w:val="0"/>
          <w:color w:val="000000"/>
          <w:sz w:val="24"/>
        </w:rPr>
        <w:t>Смысл же поста в том, что намерение при вкушении пищи направлено сверху вниз — низвести пропитание низшим; пост же поднимается снизу вверх, так как он поднимает силу жира и крови органов тела ввысь, чтобы напитать и поддержать сердце и мозг в день поста, как сказано в недельной главе «Пинхас». И этот жир и кровь называются животным жертвоприношением для пропитания внешних сил, а мысль человека в день поста называется человеческим жертвоприношением и восходит до [ступени] Человека (Адам), то есть до святости.</w:t>
      </w:r>
    </w:p>
    <w:p>
      <w:pPr>
        <w:spacing w:before="40" w:after="120"/>
        <w:jc w:val="both"/>
      </w:pPr>
      <w:r>
        <w:rPr>
          <w:rFonts w:ascii="Georgia" w:hAnsi="Georgia"/>
          <w:b w:val="0"/>
          <w:i w:val="0"/>
          <w:color w:val="000000"/>
          <w:sz w:val="24"/>
        </w:rPr>
        <w:t>Также намерение поста подобно жертвоприношению. Суть в том, что хотя мы и находим, что принятие пищи, когда человек держит при этом намерение, обладает великим значением, тем не менее ее свечение распространяется снизу вверх: дым и благоухание поднимаются из Асии в Ециру, из Ециры в Брию и так далее до Эйн Соф, как сказано в книге «Зоар» в недельной главе «Пкудей». Таково же и намерение человека во время еды: благодаря правильному намерению, сосредоточенному во время трапезы, удовольствие от этой пищи поднимается снизу вверх — от печени к сердцу, а от сердца к мозгу, высшей ступени в человеке. Однако завершение жертвоприношения состоит в том, что после восхождения благоухания ввысь от высшего мозга до самого конца ступеней сверху вниз нисходит великое изобилие (шефа). И этому завершению подобен пост: ведь в день поста пища не поднимается снизу вверх, но напротив, мозг посылает пропитание сверху вниз всем органам тела из той духовной пищи, которая составляет удел мозга; и эту духовную пищу он низводит и распределяет в день поста по всем органам без исключения. И постящемуся человеку в день поста следует сосредоточиться именно на этом намерении.</w:t>
      </w:r>
    </w:p>
    <w:p>
      <w:pPr>
        <w:spacing w:before="40" w:after="120"/>
        <w:jc w:val="both"/>
      </w:pPr>
      <w:r>
        <w:rPr>
          <w:rFonts w:ascii="Georgia" w:hAnsi="Georgia"/>
          <w:b w:val="0"/>
          <w:i w:val="0"/>
          <w:color w:val="000000"/>
          <w:sz w:val="24"/>
        </w:rPr>
        <w:t xml:space="preserve">Также относительно поста знай: сказали мудрецы наши, благословенной памяти (Таанит 11а), в Гемаре: </w:t>
      </w:r>
      <w:r>
        <w:rPr>
          <w:rFonts w:ascii="Georgia" w:hAnsi="Georgia"/>
          <w:b w:val="0"/>
          <w:i/>
          <w:color w:val="000000"/>
          <w:sz w:val="24"/>
        </w:rPr>
        <w:t>«Молодой ученик мудрецов, который постится, — пусть собака съест его трапезу!»</w:t>
      </w:r>
      <w:r>
        <w:rPr>
          <w:rFonts w:ascii="Georgia" w:hAnsi="Georgia"/>
          <w:b w:val="0"/>
          <w:i w:val="0"/>
          <w:color w:val="000000"/>
          <w:sz w:val="24"/>
        </w:rPr>
        <w:t xml:space="preserve">. Причина этого в том, что тот, кто никогда в жизни не грешил, не нуждается в посте, и потому «пусть собака съест его трапезу», ведь изучение Торы превосходит пост, поскольку привлекает и низводит его душе (нефеш) изобилие и питание из высочайшего истока — из Хохмы, в тайне стиха: </w:t>
      </w:r>
      <w:r>
        <w:rPr>
          <w:rFonts w:ascii="Georgia" w:hAnsi="Georgia"/>
          <w:b w:val="0"/>
          <w:i/>
          <w:color w:val="000000"/>
          <w:sz w:val="24"/>
        </w:rPr>
        <w:t>«А мудрость дает жизнь владеющему ею»</w:t>
      </w:r>
      <w:r>
        <w:rPr>
          <w:rFonts w:ascii="Georgia" w:hAnsi="Georgia"/>
          <w:b w:val="0"/>
          <w:i w:val="0"/>
          <w:color w:val="000000"/>
          <w:sz w:val="24"/>
        </w:rPr>
        <w:t xml:space="preserve"> (Коэлет 7:12), как сказано в «Зоаре» в недельной главе «Бешалах», и это тайна мохин де-гадлут (света разума в состоянии величия). Но тот, кто согрешил, обязан поститься, чтобы искупить свои прегрешения, исправить место, которому нанес ущерб, и затем подняться оттуда ввысь. Однако в день поста он питается от менее высокого истока, чем первый, — а именно лишь от мохин де-катнут (света разума в состоянии малости); от них притягивается к нему изобилие, и ими он питается в день поста. Суть в том, что слово «пост» (</w:t>
      </w:r>
      <w:r>
        <w:rPr>
          <w:rFonts w:ascii="Georgia" w:hAnsi="Georgia"/>
          <w:b w:val="0"/>
          <w:i/>
          <w:color w:val="000000"/>
          <w:sz w:val="24"/>
        </w:rPr>
        <w:t>таанит</w:t>
      </w:r>
      <w:r>
        <w:rPr>
          <w:rFonts w:ascii="Georgia" w:hAnsi="Georgia"/>
          <w:b w:val="0"/>
          <w:i w:val="0"/>
          <w:color w:val="000000"/>
          <w:sz w:val="24"/>
        </w:rPr>
        <w:t xml:space="preserve">, </w:t>
      </w:r>
      <w:r>
        <w:rPr>
          <w:rFonts w:ascii="Georgia" w:hAnsi="Georgia" w:cs="Times New Roman"/>
          <w:b/>
          <w:i w:val="0"/>
          <w:color w:val="000000"/>
          <w:sz w:val="24"/>
          <w:rtl/>
          <w:szCs w:val="32"/>
        </w:rPr>
        <w:t>תַּעֲנִית</w:t>
      </w:r>
      <w:r>
        <w:rPr>
          <w:rFonts w:ascii="Georgia" w:hAnsi="Georgia"/>
          <w:b w:val="0"/>
          <w:i w:val="0"/>
          <w:color w:val="000000"/>
          <w:sz w:val="24"/>
        </w:rPr>
        <w:t>) по гематрии равно 930 (</w:t>
      </w:r>
      <w:r>
        <w:rPr>
          <w:rFonts w:ascii="Georgia" w:hAnsi="Georgia" w:cs="Times New Roman"/>
          <w:b/>
          <w:i w:val="0"/>
          <w:color w:val="000000"/>
          <w:sz w:val="24"/>
          <w:rtl/>
          <w:szCs w:val="32"/>
        </w:rPr>
        <w:t>תתק״ל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Имя ЭЛОКИМ с наполнением буквами хэй в квадрате, составляющее тайну его обратной стороны (ахораим), равно по гематрии 1001, вот так: </w:t>
      </w:r>
      <w:r>
        <w:rPr>
          <w:rFonts w:ascii="Georgia" w:hAnsi="Georgia" w:cs="Times New Roman"/>
          <w:b/>
          <w:i w:val="0"/>
          <w:color w:val="000000"/>
          <w:sz w:val="24"/>
          <w:rtl/>
          <w:szCs w:val="32"/>
        </w:rPr>
        <w:t>אלף אלף למד אלף למד הה אלף למד הה יוד אלף למד הה יוד מם</w:t>
      </w:r>
      <w:r>
        <w:rPr>
          <w:rFonts w:ascii="Georgia" w:hAnsi="Georgia"/>
          <w:b w:val="0"/>
          <w:i w:val="0"/>
          <w:color w:val="000000"/>
          <w:sz w:val="24"/>
        </w:rPr>
        <w:t>. А когда ты вычтешь из него простую обратную сторону, гематрия которой равна двумстам, останется восемьсот (</w:t>
      </w:r>
      <w:r>
        <w:rPr>
          <w:rFonts w:ascii="Georgia" w:hAnsi="Georgia" w:cs="Times New Roman"/>
          <w:b/>
          <w:i w:val="0"/>
          <w:color w:val="000000"/>
          <w:sz w:val="24"/>
          <w:rtl/>
          <w:szCs w:val="32"/>
        </w:rPr>
        <w:t>ת״ת</w:t>
      </w:r>
      <w:r>
        <w:rPr>
          <w:rFonts w:ascii="Georgia" w:hAnsi="Georgia"/>
          <w:b w:val="0"/>
          <w:i w:val="0"/>
          <w:color w:val="000000"/>
          <w:sz w:val="24"/>
        </w:rPr>
        <w:t xml:space="preserve"> = 800), что соответствует двум буквам тав (</w:t>
      </w:r>
      <w:r>
        <w:rPr>
          <w:rFonts w:ascii="Georgia" w:hAnsi="Georgia" w:cs="Times New Roman"/>
          <w:b/>
          <w:i w:val="0"/>
          <w:color w:val="000000"/>
          <w:sz w:val="24"/>
          <w:rtl/>
          <w:szCs w:val="32"/>
        </w:rPr>
        <w:t>ת״ת</w:t>
      </w:r>
      <w:r>
        <w:rPr>
          <w:rFonts w:ascii="Georgia" w:hAnsi="Georgia"/>
          <w:b w:val="0"/>
          <w:i w:val="0"/>
          <w:color w:val="000000"/>
          <w:sz w:val="24"/>
        </w:rPr>
        <w:t xml:space="preserve">) слова </w:t>
      </w:r>
      <w:r>
        <w:rPr>
          <w:rFonts w:ascii="Georgia" w:hAnsi="Georgia"/>
          <w:b w:val="0"/>
          <w:i/>
          <w:color w:val="000000"/>
          <w:sz w:val="24"/>
        </w:rPr>
        <w:t>таанит</w:t>
      </w:r>
      <w:r>
        <w:rPr>
          <w:rFonts w:ascii="Georgia" w:hAnsi="Georgia"/>
          <w:b w:val="0"/>
          <w:i w:val="0"/>
          <w:color w:val="000000"/>
          <w:sz w:val="24"/>
        </w:rPr>
        <w:t>. Остаются три буквы: айн, нун, йод (</w:t>
      </w:r>
      <w:r>
        <w:rPr>
          <w:rFonts w:ascii="Georgia" w:hAnsi="Georgia" w:cs="Times New Roman"/>
          <w:b/>
          <w:i w:val="0"/>
          <w:color w:val="000000"/>
          <w:sz w:val="24"/>
          <w:rtl/>
          <w:szCs w:val="32"/>
        </w:rPr>
        <w:t>ענ״י</w:t>
      </w:r>
      <w:r>
        <w:rPr>
          <w:rFonts w:ascii="Georgia" w:hAnsi="Georgia"/>
          <w:b w:val="0"/>
          <w:i w:val="0"/>
          <w:color w:val="000000"/>
          <w:sz w:val="24"/>
        </w:rPr>
        <w:t>), гематрия которых равна 130 (</w:t>
      </w:r>
      <w:r>
        <w:rPr>
          <w:rFonts w:ascii="Georgia" w:hAnsi="Georgia" w:cs="Times New Roman"/>
          <w:b/>
          <w:i w:val="0"/>
          <w:color w:val="000000"/>
          <w:sz w:val="24"/>
          <w:rtl/>
          <w:szCs w:val="32"/>
        </w:rPr>
        <w:t>ק״ל</w:t>
      </w:r>
      <w:r>
        <w:rPr>
          <w:rFonts w:ascii="Georgia" w:hAnsi="Georgia"/>
          <w:b w:val="0"/>
          <w:i w:val="0"/>
          <w:color w:val="000000"/>
          <w:sz w:val="24"/>
        </w:rPr>
        <w:t>). И это десять Имен ЭЛОКИМ, пребывающих в Даат де-ЗА в состоянии малости (катнут), которые представляют собой пять Хеседов и пять Гвурот; в начертании же с полным наполнением каждое из этих Имен содержит тринадцать букв. И вот: десять раз по тринадцать равны по гематрии 130 (</w:t>
      </w:r>
      <w:r>
        <w:rPr>
          <w:rFonts w:ascii="Georgia" w:hAnsi="Georgia" w:cs="Times New Roman"/>
          <w:b/>
          <w:i w:val="0"/>
          <w:color w:val="000000"/>
          <w:sz w:val="24"/>
          <w:rtl/>
          <w:szCs w:val="32"/>
        </w:rPr>
        <w:t>ק״ל</w:t>
      </w:r>
      <w:r>
        <w:rPr>
          <w:rFonts w:ascii="Georgia" w:hAnsi="Georgia"/>
          <w:b w:val="0"/>
          <w:i w:val="0"/>
          <w:color w:val="000000"/>
          <w:sz w:val="24"/>
        </w:rPr>
        <w:t>).</w:t>
      </w:r>
    </w:p>
    <w:p>
      <w:pPr>
        <w:spacing w:before="40" w:after="120"/>
        <w:jc w:val="both"/>
      </w:pPr>
      <w:r>
        <w:rPr>
          <w:rFonts w:ascii="Georgia" w:hAnsi="Georgia"/>
          <w:b w:val="0"/>
          <w:i w:val="0"/>
          <w:color w:val="000000"/>
          <w:sz w:val="24"/>
        </w:rPr>
        <w:t>Таким образом, слово «пост» намекает на Имена ЭЛОКИМ де-катнут в аспекте их лицевой и обратной сторон; и это объяснение, как мне представляется, несомненно истинно. Еще мне припоминается, что я слышал другое объяснение: десять простых Имен ЭЛОКИМ по гематрии составляют 860 (</w:t>
      </w:r>
      <w:r>
        <w:rPr>
          <w:rFonts w:ascii="Georgia" w:hAnsi="Georgia" w:cs="Times New Roman"/>
          <w:b/>
          <w:i w:val="0"/>
          <w:color w:val="000000"/>
          <w:sz w:val="24"/>
          <w:rtl/>
          <w:szCs w:val="32"/>
        </w:rPr>
        <w:t>תת״ס</w:t>
      </w:r>
      <w:r>
        <w:rPr>
          <w:rFonts w:ascii="Georgia" w:hAnsi="Georgia"/>
          <w:b w:val="0"/>
          <w:i w:val="0"/>
          <w:color w:val="000000"/>
          <w:sz w:val="24"/>
        </w:rPr>
        <w:t>), что равно числовому значению букв тав, нун, йод и тав (</w:t>
      </w:r>
      <w:r>
        <w:rPr>
          <w:rFonts w:ascii="Georgia" w:hAnsi="Georgia" w:cs="Times New Roman"/>
          <w:b/>
          <w:i w:val="0"/>
          <w:color w:val="000000"/>
          <w:sz w:val="24"/>
          <w:rtl/>
          <w:szCs w:val="32"/>
        </w:rPr>
        <w:t>תנית</w:t>
      </w:r>
      <w:r>
        <w:rPr>
          <w:rFonts w:ascii="Georgia" w:hAnsi="Georgia"/>
          <w:b w:val="0"/>
          <w:i w:val="0"/>
          <w:color w:val="000000"/>
          <w:sz w:val="24"/>
        </w:rPr>
        <w:t xml:space="preserve">) в слове </w:t>
      </w:r>
      <w:r>
        <w:rPr>
          <w:rFonts w:ascii="Georgia" w:hAnsi="Georgia"/>
          <w:b w:val="0"/>
          <w:i/>
          <w:color w:val="000000"/>
          <w:sz w:val="24"/>
        </w:rPr>
        <w:t>таанит</w:t>
      </w:r>
      <w:r>
        <w:rPr>
          <w:rFonts w:ascii="Georgia" w:hAnsi="Georgia"/>
          <w:b w:val="0"/>
          <w:i w:val="0"/>
          <w:color w:val="000000"/>
          <w:sz w:val="24"/>
        </w:rPr>
        <w:t>, и остается буква айн (</w:t>
      </w:r>
      <w:r>
        <w:rPr>
          <w:rFonts w:ascii="Georgia" w:hAnsi="Georgia" w:cs="Times New Roman"/>
          <w:b/>
          <w:i w:val="0"/>
          <w:color w:val="000000"/>
          <w:sz w:val="24"/>
          <w:rtl/>
          <w:szCs w:val="32"/>
        </w:rPr>
        <w:t>ע</w:t>
      </w:r>
      <w:r>
        <w:rPr>
          <w:rFonts w:ascii="Georgia" w:hAnsi="Georgia"/>
          <w:b w:val="0"/>
          <w:i w:val="0"/>
          <w:color w:val="000000"/>
          <w:sz w:val="24"/>
        </w:rPr>
        <w:t xml:space="preserve"> = 70). И вот, в пяти Именах ЭЛОКИМ, относящихся к [пяти буквам] хэй, каждое содержит тринадцать букв; пять раз по тринадцать дают 65 (</w:t>
      </w:r>
      <w:r>
        <w:rPr>
          <w:rFonts w:ascii="Georgia" w:hAnsi="Georgia" w:cs="Times New Roman"/>
          <w:b/>
          <w:i w:val="0"/>
          <w:color w:val="000000"/>
          <w:sz w:val="24"/>
          <w:rtl/>
          <w:szCs w:val="32"/>
        </w:rPr>
        <w:t>ס״ה</w:t>
      </w:r>
      <w:r>
        <w:rPr>
          <w:rFonts w:ascii="Georgia" w:hAnsi="Georgia"/>
          <w:b w:val="0"/>
          <w:i w:val="0"/>
          <w:color w:val="000000"/>
          <w:sz w:val="24"/>
        </w:rPr>
        <w:t>), а сама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дополняет счет до 70. Либо же если мы скажем, что сами буквы [простого] Имени ЭЛОКИМ составляют пять букв, то вместе это дает семьдесят. Однако первое объяснение — истинное.</w:t>
      </w:r>
    </w:p>
    <w:p>
      <w:pPr>
        <w:keepNext/>
        <w:spacing w:before="320" w:after="120"/>
      </w:pPr>
      <w:r>
        <w:rPr>
          <w:rFonts w:ascii="Georgia" w:hAnsi="Georgia"/>
          <w:b w:val="0"/>
          <w:i w:val="0"/>
          <w:color w:val="000000"/>
          <w:sz w:val="32"/>
        </w:rPr>
        <w:t>Намерение вретища</w:t>
      </w:r>
    </w:p>
    <w:p>
      <w:pPr>
        <w:spacing w:before="40" w:after="120"/>
        <w:jc w:val="both"/>
      </w:pPr>
      <w:r>
        <w:rPr>
          <w:rFonts w:ascii="Georgia" w:hAnsi="Georgia"/>
          <w:b w:val="0"/>
          <w:i w:val="0"/>
          <w:color w:val="000000"/>
          <w:sz w:val="24"/>
        </w:rPr>
        <w:t>В чем суть намерения (</w:t>
      </w:r>
      <w:r>
        <w:rPr>
          <w:rFonts w:ascii="Georgia" w:hAnsi="Georgia"/>
          <w:b w:val="0"/>
          <w:i/>
          <w:color w:val="000000"/>
          <w:sz w:val="24"/>
        </w:rPr>
        <w:t>кавана</w:t>
      </w:r>
      <w:r>
        <w:rPr>
          <w:rFonts w:ascii="Georgia" w:hAnsi="Georgia"/>
          <w:b w:val="0"/>
          <w:i w:val="0"/>
          <w:color w:val="000000"/>
          <w:sz w:val="24"/>
        </w:rPr>
        <w:t>) при [возложении] вретища (</w:t>
      </w:r>
      <w:r>
        <w:rPr>
          <w:rFonts w:ascii="Georgia" w:hAnsi="Georgia"/>
          <w:b w:val="0"/>
          <w:i/>
          <w:color w:val="000000"/>
          <w:sz w:val="24"/>
        </w:rPr>
        <w:t>сак</w:t>
      </w:r>
      <w:r>
        <w:rPr>
          <w:rFonts w:ascii="Georgia" w:hAnsi="Georgia"/>
          <w:b w:val="0"/>
          <w:i w:val="0"/>
          <w:color w:val="000000"/>
          <w:sz w:val="24"/>
        </w:rPr>
        <w:t>)? Сначала тебе необходимо знать то, что объяснено у нас в «Идре» к главе Насо (лист 128б) относительно рош де-АА: там есть тринадцать прядей волос и тринадцать [участков] белизны (хиварти), и благодаря этому ты поймешь данный вопрос. Дело в том, что там объяснено: каждая из этих тринадцати прядей и тринадцати [участков] белизны делится на три части. И вот четыре [участка] белизны вместе с четырьмя прядями волос тянутся сзади рош де-АА и от его пэ до рош де-ЗА; и оказывается, что эти волосы покрывают Аба ве-Има, как упоминалось в соответствующем месте. Там же мы объяснили, что эти четыре пряди и четыре [участка] белизны соответствуют четырем буквам йод (</w:t>
      </w:r>
      <w:r>
        <w:rPr>
          <w:rFonts w:ascii="Georgia" w:hAnsi="Georgia" w:cs="Times New Roman"/>
          <w:b/>
          <w:i w:val="0"/>
          <w:color w:val="000000"/>
          <w:sz w:val="24"/>
          <w:rtl/>
          <w:szCs w:val="32"/>
        </w:rPr>
        <w:t>י</w:t>
      </w:r>
      <w:r>
        <w:rPr>
          <w:rFonts w:ascii="Georgia" w:hAnsi="Georgia"/>
          <w:b w:val="0"/>
          <w:i w:val="0"/>
          <w:color w:val="000000"/>
          <w:sz w:val="24"/>
        </w:rPr>
        <w:t xml:space="preserve"> = 10) в одном Имени АВАЯ с наполнением АБ (72), наполненном буквами йод; и каждая [буква йод] включает в себя десять раз по десять, что вместе составляет 400 (</w:t>
      </w:r>
      <w:r>
        <w:rPr>
          <w:rFonts w:ascii="Georgia" w:hAnsi="Georgia" w:cs="Times New Roman"/>
          <w:b/>
          <w:i w:val="0"/>
          <w:color w:val="000000"/>
          <w:sz w:val="24"/>
          <w:rtl/>
          <w:szCs w:val="32"/>
        </w:rPr>
        <w:t>ת</w:t>
      </w:r>
      <w:r>
        <w:rPr>
          <w:rFonts w:ascii="Georgia" w:hAnsi="Georgia"/>
          <w:b w:val="0"/>
          <w:i w:val="0"/>
          <w:color w:val="000000"/>
          <w:sz w:val="24"/>
        </w:rPr>
        <w:t xml:space="preserve"> = 400) — числовую величину слова </w:t>
      </w:r>
      <w:r>
        <w:rPr>
          <w:rFonts w:ascii="Georgia" w:hAnsi="Georgia"/>
          <w:b w:val="0"/>
          <w:i/>
          <w:color w:val="000000"/>
          <w:sz w:val="24"/>
        </w:rPr>
        <w:t>сак</w:t>
      </w:r>
      <w:r>
        <w:rPr>
          <w:rFonts w:ascii="Georgia" w:hAnsi="Georgia"/>
          <w:b w:val="0"/>
          <w:i w:val="0"/>
          <w:color w:val="000000"/>
          <w:sz w:val="24"/>
        </w:rPr>
        <w:t xml:space="preserve"> (</w:t>
      </w:r>
      <w:r>
        <w:rPr>
          <w:rFonts w:ascii="Georgia" w:hAnsi="Georgia" w:cs="Times New Roman"/>
          <w:b/>
          <w:i w:val="0"/>
          <w:color w:val="000000"/>
          <w:sz w:val="24"/>
          <w:rtl/>
          <w:szCs w:val="32"/>
        </w:rPr>
        <w:t>ש״ק</w:t>
      </w:r>
      <w:r>
        <w:rPr>
          <w:rFonts w:ascii="Georgia" w:hAnsi="Georgia"/>
          <w:b w:val="0"/>
          <w:i w:val="0"/>
          <w:color w:val="000000"/>
          <w:sz w:val="24"/>
        </w:rPr>
        <w:t xml:space="preserve"> = 400: </w:t>
      </w:r>
      <w:r>
        <w:rPr>
          <w:rFonts w:ascii="Georgia" w:hAnsi="Georgia" w:cs="Times New Roman"/>
          <w:b/>
          <w:i w:val="0"/>
          <w:color w:val="000000"/>
          <w:sz w:val="24"/>
          <w:rtl/>
          <w:szCs w:val="32"/>
        </w:rPr>
        <w:t>ש</w:t>
      </w:r>
      <w:r>
        <w:rPr>
          <w:rFonts w:ascii="Georgia" w:hAnsi="Georgia"/>
          <w:b w:val="0"/>
          <w:i w:val="0"/>
          <w:color w:val="000000"/>
          <w:sz w:val="24"/>
        </w:rPr>
        <w:t xml:space="preserve"> = 300, </w:t>
      </w:r>
      <w:r>
        <w:rPr>
          <w:rFonts w:ascii="Georgia" w:hAnsi="Georgia" w:cs="Times New Roman"/>
          <w:b/>
          <w:i w:val="0"/>
          <w:color w:val="000000"/>
          <w:sz w:val="24"/>
          <w:rtl/>
          <w:szCs w:val="32"/>
        </w:rPr>
        <w:t>ק</w:t>
      </w:r>
      <w:r>
        <w:rPr>
          <w:rFonts w:ascii="Georgia" w:hAnsi="Georgia"/>
          <w:b w:val="0"/>
          <w:i w:val="0"/>
          <w:color w:val="000000"/>
          <w:sz w:val="24"/>
        </w:rPr>
        <w:t xml:space="preserve"> = 100). Сами пряди — это волосы четырех прядей, а просветы между ячейками вретища соответствуют четырем [участкам] белизны: они подобны чистому белому листу бумаги, на котором написаны черные буквы, являющиеся волосами.</w:t>
      </w:r>
    </w:p>
    <w:p>
      <w:pPr>
        <w:spacing w:before="40" w:after="120"/>
        <w:jc w:val="both"/>
      </w:pPr>
      <w:r>
        <w:rPr>
          <w:rFonts w:ascii="Georgia" w:hAnsi="Georgia"/>
          <w:b w:val="0"/>
          <w:i w:val="0"/>
          <w:color w:val="000000"/>
          <w:sz w:val="24"/>
        </w:rPr>
        <w:t>Однако там, в рош де-АА, они белы, как белый снег. Напротив же них в клипот мира Ацилут есть другие четыреста [волос], и они красные; это и называется «косматый плащ рыжего Эсава». Ведь, как я уже сообщал тебе, в клипот мира Ацилут исправились только те клипот, что находятся напротив ЗОН, представляющие собой злодея Эсава и его жену; в [клипот же, стоящих напротив] Аба ве-Има мира Ацилут, не было исправления [в виде] парцуфа, а было лишь свойство точек (некудот) — подобно тому, как было с теми древними мелахим до их исправления. И ты уже знаешь, что в святости возникла необходимость в волосах, так как все это служит цели исправления — уменьшить свет, чтобы он проводился через каналы волос с величайшей тонкостью, и нижние смогли бы принять свет, а не аннулировались и не погибли, как вначале.</w:t>
      </w:r>
    </w:p>
    <w:p>
      <w:pPr>
        <w:spacing w:before="40" w:after="120"/>
        <w:jc w:val="both"/>
      </w:pPr>
      <w:r>
        <w:rPr>
          <w:rFonts w:ascii="Georgia" w:hAnsi="Georgia"/>
          <w:b w:val="0"/>
          <w:i w:val="0"/>
          <w:color w:val="000000"/>
          <w:sz w:val="24"/>
        </w:rPr>
        <w:t xml:space="preserve">Однако свойство этих волос, относящихся к процессу исправления, в клипот мира Ацилут, стоящих напротив Аба ве-Има, отсутствует, а имеется лишь в том, что расположено напротив ЗОН — то есть в Эсаве и его жене. И то, что в святости было волосами у Аба ве-Има, в клипе оказалось у ЗОН. Поэтому и вышел Эсав: </w:t>
      </w:r>
      <w:r>
        <w:rPr>
          <w:rFonts w:ascii="Georgia" w:hAnsi="Georgia"/>
          <w:b w:val="0"/>
          <w:i/>
          <w:color w:val="000000"/>
          <w:sz w:val="24"/>
        </w:rPr>
        <w:t>«…рыжий, весь как косматый плащ…»</w:t>
      </w:r>
      <w:r>
        <w:rPr>
          <w:rFonts w:ascii="Georgia" w:hAnsi="Georgia"/>
          <w:b w:val="0"/>
          <w:i w:val="0"/>
          <w:color w:val="000000"/>
          <w:sz w:val="24"/>
        </w:rPr>
        <w:t xml:space="preserve"> (Берешит 25:25). Но Яаков, являющийся ЗА святости, был «человеком гладким» (</w:t>
      </w:r>
      <w:r>
        <w:rPr>
          <w:rFonts w:ascii="Georgia" w:hAnsi="Georgia"/>
          <w:b w:val="0"/>
          <w:i/>
          <w:color w:val="000000"/>
          <w:sz w:val="24"/>
        </w:rPr>
        <w:t>«…а я — человек гладкий»</w:t>
      </w:r>
      <w:r>
        <w:rPr>
          <w:rFonts w:ascii="Georgia" w:hAnsi="Georgia"/>
          <w:b w:val="0"/>
          <w:i w:val="0"/>
          <w:color w:val="000000"/>
          <w:sz w:val="24"/>
        </w:rPr>
        <w:t xml:space="preserve">, Берешит 27:11), ведь весь Ацилут уже был исправлен, и потому свойство волос осталось лишь у Аба ве-Има, а Яаков остался гладким. И в этом тайна [слов]: </w:t>
      </w:r>
      <w:r>
        <w:rPr>
          <w:rFonts w:ascii="Georgia" w:hAnsi="Georgia"/>
          <w:b w:val="0"/>
          <w:i/>
          <w:color w:val="000000"/>
          <w:sz w:val="24"/>
        </w:rPr>
        <w:t>«…и четыреста человек с ним»</w:t>
      </w:r>
      <w:r>
        <w:rPr>
          <w:rFonts w:ascii="Georgia" w:hAnsi="Georgia"/>
          <w:b w:val="0"/>
          <w:i w:val="0"/>
          <w:color w:val="000000"/>
          <w:sz w:val="24"/>
        </w:rPr>
        <w:t xml:space="preserve"> (Берешит 32:7), которые противостоят упомянутым четыремстам [в святости], именуемым </w:t>
      </w:r>
      <w:r>
        <w:rPr>
          <w:rFonts w:ascii="Georgia" w:hAnsi="Georgia"/>
          <w:b w:val="0"/>
          <w:i/>
          <w:color w:val="000000"/>
          <w:sz w:val="24"/>
        </w:rPr>
        <w:t>«четыреста шекелей серебра»</w:t>
      </w:r>
      <w:r>
        <w:rPr>
          <w:rFonts w:ascii="Georgia" w:hAnsi="Georgia"/>
          <w:b w:val="0"/>
          <w:i w:val="0"/>
          <w:color w:val="000000"/>
          <w:sz w:val="24"/>
        </w:rPr>
        <w:t xml:space="preserve"> (Берешит 23:16).</w:t>
      </w:r>
    </w:p>
    <w:p>
      <w:pPr>
        <w:spacing w:before="40" w:after="120"/>
        <w:jc w:val="both"/>
      </w:pPr>
      <w:r>
        <w:rPr>
          <w:rFonts w:ascii="Georgia" w:hAnsi="Georgia"/>
          <w:b w:val="0"/>
          <w:i w:val="0"/>
          <w:color w:val="000000"/>
          <w:sz w:val="24"/>
        </w:rPr>
        <w:t xml:space="preserve">Клипа же хотела взять верх и исправиться также вплоть до самого верха — в клипе, находящейся напротив АА и Аба ве-Има мира Ацилут, чтобы протянуть оттуда свойство волос так же, как они существуют в святости. И об этом сказано в Писании: </w:t>
      </w:r>
      <w:r>
        <w:rPr>
          <w:rFonts w:ascii="Georgia" w:hAnsi="Georgia"/>
          <w:b w:val="0"/>
          <w:i/>
          <w:color w:val="000000"/>
          <w:sz w:val="24"/>
        </w:rPr>
        <w:t>«Если взлетишь высоко, как орел, и если среди звезд совьешь гнездо свое, оттуда Я низрину тебя, — говорит Г-сподь»</w:t>
      </w:r>
      <w:r>
        <w:rPr>
          <w:rFonts w:ascii="Georgia" w:hAnsi="Georgia"/>
          <w:b w:val="0"/>
          <w:i w:val="0"/>
          <w:color w:val="000000"/>
          <w:sz w:val="24"/>
        </w:rPr>
        <w:t xml:space="preserve"> (Овадья 1:4). Ведь если бы, не дай Б-г, такое исправление произошло и в клипе, стоящей напротив АА и Аба ве-Има, мир был бы разрушен.</w:t>
      </w:r>
    </w:p>
    <w:p>
      <w:pPr>
        <w:spacing w:before="40" w:after="120"/>
        <w:jc w:val="both"/>
      </w:pPr>
      <w:r>
        <w:rPr>
          <w:rFonts w:ascii="Georgia" w:hAnsi="Georgia"/>
          <w:b w:val="0"/>
          <w:i w:val="0"/>
          <w:color w:val="000000"/>
          <w:sz w:val="24"/>
        </w:rPr>
        <w:t xml:space="preserve">И вот, когда человек возлагает вретище на чресла свои, он вызывает ослабление сил в тех четырехстах волосах, число которых равно слову </w:t>
      </w:r>
      <w:r>
        <w:rPr>
          <w:rFonts w:ascii="Georgia" w:hAnsi="Georgia"/>
          <w:b w:val="0"/>
          <w:i/>
          <w:color w:val="000000"/>
          <w:sz w:val="24"/>
        </w:rPr>
        <w:t>сак</w:t>
      </w:r>
      <w:r>
        <w:rPr>
          <w:rFonts w:ascii="Georgia" w:hAnsi="Georgia"/>
          <w:b w:val="0"/>
          <w:i w:val="0"/>
          <w:color w:val="000000"/>
          <w:sz w:val="24"/>
        </w:rPr>
        <w:t xml:space="preserve"> (</w:t>
      </w:r>
      <w:r>
        <w:rPr>
          <w:rFonts w:ascii="Georgia" w:hAnsi="Georgia" w:cs="Times New Roman"/>
          <w:b/>
          <w:i w:val="0"/>
          <w:color w:val="000000"/>
          <w:sz w:val="24"/>
          <w:rtl/>
          <w:szCs w:val="32"/>
        </w:rPr>
        <w:t>ש״ק</w:t>
      </w:r>
      <w:r>
        <w:rPr>
          <w:rFonts w:ascii="Georgia" w:hAnsi="Georgia"/>
          <w:b w:val="0"/>
          <w:i w:val="0"/>
          <w:color w:val="000000"/>
          <w:sz w:val="24"/>
        </w:rPr>
        <w:t xml:space="preserve"> = 400); к тому же они и подобны вретищу, ведь вретище делается из волос. Тогда он приводит к тому, что те высшие волосы белеют, как белый снег. И тогда те четыреста [участков] белизны, находящиеся внутри них, именуемые «четырьмястами шекелями серебра» — представляющие собой белизну и гладкое пространство между отверстиями [ткани] вретища, — будут светить сквозь отверстия вретища, и вретище вновь станет белым, как серебро. И они возвращаются к свойству [стиха]: </w:t>
      </w:r>
      <w:r>
        <w:rPr>
          <w:rFonts w:ascii="Georgia" w:hAnsi="Georgia"/>
          <w:b w:val="0"/>
          <w:i/>
          <w:color w:val="000000"/>
          <w:sz w:val="24"/>
        </w:rPr>
        <w:t>«В священный льняной хитон да облечется…»</w:t>
      </w:r>
      <w:r>
        <w:rPr>
          <w:rFonts w:ascii="Georgia" w:hAnsi="Georgia"/>
          <w:b w:val="0"/>
          <w:i w:val="0"/>
          <w:color w:val="000000"/>
          <w:sz w:val="24"/>
        </w:rPr>
        <w:t xml:space="preserve"> (Ваикра 16:4). Ведь буквы бэт и далет (</w:t>
      </w:r>
      <w:r>
        <w:rPr>
          <w:rFonts w:ascii="Georgia" w:hAnsi="Georgia" w:cs="Times New Roman"/>
          <w:b/>
          <w:i w:val="0"/>
          <w:color w:val="000000"/>
          <w:sz w:val="24"/>
          <w:rtl/>
          <w:szCs w:val="32"/>
        </w:rPr>
        <w:t>בד</w:t>
      </w:r>
      <w:r>
        <w:rPr>
          <w:rFonts w:ascii="Georgia" w:hAnsi="Georgia"/>
          <w:b w:val="0"/>
          <w:i w:val="0"/>
          <w:color w:val="000000"/>
          <w:sz w:val="24"/>
        </w:rPr>
        <w:t>) по системе атбаш — это буквы шин и куф (</w:t>
      </w:r>
      <w:r>
        <w:rPr>
          <w:rFonts w:ascii="Georgia" w:hAnsi="Georgia" w:cs="Times New Roman"/>
          <w:b/>
          <w:i w:val="0"/>
          <w:color w:val="000000"/>
          <w:sz w:val="24"/>
          <w:rtl/>
          <w:szCs w:val="32"/>
        </w:rPr>
        <w:t>שק</w:t>
      </w:r>
      <w:r>
        <w:rPr>
          <w:rFonts w:ascii="Georgia" w:hAnsi="Georgia"/>
          <w:b w:val="0"/>
          <w:i w:val="0"/>
          <w:color w:val="000000"/>
          <w:sz w:val="24"/>
        </w:rPr>
        <w:t xml:space="preserve">), которые образуют две буквы слова </w:t>
      </w:r>
      <w:r>
        <w:rPr>
          <w:rFonts w:ascii="Georgia" w:hAnsi="Georgia"/>
          <w:b w:val="0"/>
          <w:i/>
          <w:color w:val="000000"/>
          <w:sz w:val="24"/>
        </w:rPr>
        <w:t>кодеш</w:t>
      </w:r>
      <w:r>
        <w:rPr>
          <w:rFonts w:ascii="Georgia" w:hAnsi="Georgia"/>
          <w:b w:val="0"/>
          <w:i w:val="0"/>
          <w:color w:val="000000"/>
          <w:sz w:val="24"/>
        </w:rPr>
        <w:t xml:space="preserve"> (</w:t>
      </w:r>
      <w:r>
        <w:rPr>
          <w:rFonts w:ascii="Georgia" w:hAnsi="Georgia" w:cs="Times New Roman"/>
          <w:b/>
          <w:i w:val="0"/>
          <w:color w:val="000000"/>
          <w:sz w:val="24"/>
          <w:rtl/>
          <w:szCs w:val="32"/>
        </w:rPr>
        <w:t>קֹדֶשׁ</w:t>
      </w:r>
      <w:r>
        <w:rPr>
          <w:rFonts w:ascii="Georgia" w:hAnsi="Georgia"/>
          <w:b w:val="0"/>
          <w:i w:val="0"/>
          <w:color w:val="000000"/>
          <w:sz w:val="24"/>
        </w:rPr>
        <w:t xml:space="preserve">); и в этом смысл слов </w:t>
      </w:r>
      <w:r>
        <w:rPr>
          <w:rFonts w:ascii="Georgia" w:hAnsi="Georgia"/>
          <w:b w:val="0"/>
          <w:i/>
          <w:color w:val="000000"/>
          <w:sz w:val="24"/>
        </w:rPr>
        <w:t>бад кодеш</w:t>
      </w:r>
      <w:r>
        <w:rPr>
          <w:rFonts w:ascii="Georgia" w:hAnsi="Georgia"/>
          <w:b w:val="0"/>
          <w:i w:val="0"/>
          <w:color w:val="000000"/>
          <w:sz w:val="24"/>
        </w:rPr>
        <w:t xml:space="preserve"> (</w:t>
      </w:r>
      <w:r>
        <w:rPr>
          <w:rFonts w:ascii="Georgia" w:hAnsi="Georgia" w:cs="Times New Roman"/>
          <w:b/>
          <w:i w:val="0"/>
          <w:color w:val="000000"/>
          <w:sz w:val="24"/>
          <w:rtl/>
          <w:szCs w:val="32"/>
        </w:rPr>
        <w:t>בַּד קֹדֶשׁ</w:t>
      </w:r>
      <w:r>
        <w:rPr>
          <w:rFonts w:ascii="Georgia" w:hAnsi="Georgia"/>
          <w:b w:val="0"/>
          <w:i w:val="0"/>
          <w:color w:val="000000"/>
          <w:sz w:val="24"/>
        </w:rPr>
        <w:t>). А лишняя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 4) в слове </w:t>
      </w:r>
      <w:r>
        <w:rPr>
          <w:rFonts w:ascii="Georgia" w:hAnsi="Georgia"/>
          <w:b w:val="0"/>
          <w:i/>
          <w:color w:val="000000"/>
          <w:sz w:val="24"/>
        </w:rPr>
        <w:t>кодеш</w:t>
      </w:r>
      <w:r>
        <w:rPr>
          <w:rFonts w:ascii="Georgia" w:hAnsi="Georgia"/>
          <w:b w:val="0"/>
          <w:i w:val="0"/>
          <w:color w:val="000000"/>
          <w:sz w:val="24"/>
        </w:rPr>
        <w:t xml:space="preserve"> — это тайна тех самых четырех упомянутых выше букв йод, которые по гематрии равны числу </w:t>
      </w:r>
      <w:r>
        <w:rPr>
          <w:rFonts w:ascii="Georgia" w:hAnsi="Georgia"/>
          <w:b w:val="0"/>
          <w:i/>
          <w:color w:val="000000"/>
          <w:sz w:val="24"/>
        </w:rPr>
        <w:t>сак</w:t>
      </w:r>
      <w:r>
        <w:rPr>
          <w:rFonts w:ascii="Georgia" w:hAnsi="Georgia"/>
          <w:b w:val="0"/>
          <w:i w:val="0"/>
          <w:color w:val="000000"/>
          <w:sz w:val="24"/>
        </w:rPr>
        <w:t>, как сказано выше. И уже объяснялось, что [участки] белизны подобны чистому белому листу бумаги, а на нем — пряди волос, имеющие подобие начертания черных букв.</w:t>
      </w:r>
    </w:p>
    <w:p>
      <w:pPr>
        <w:spacing w:before="40" w:after="120"/>
        <w:jc w:val="both"/>
      </w:pPr>
      <w:r>
        <w:rPr>
          <w:rFonts w:ascii="Georgia" w:hAnsi="Georgia"/>
          <w:b w:val="0"/>
          <w:i w:val="0"/>
          <w:color w:val="000000"/>
          <w:sz w:val="24"/>
        </w:rPr>
        <w:t xml:space="preserve">Также слово </w:t>
      </w:r>
      <w:r>
        <w:rPr>
          <w:rFonts w:ascii="Georgia" w:hAnsi="Georgia"/>
          <w:b w:val="0"/>
          <w:i/>
          <w:color w:val="000000"/>
          <w:sz w:val="24"/>
        </w:rPr>
        <w:t>сак</w:t>
      </w:r>
      <w:r>
        <w:rPr>
          <w:rFonts w:ascii="Georgia" w:hAnsi="Georgia"/>
          <w:b w:val="0"/>
          <w:i w:val="0"/>
          <w:color w:val="000000"/>
          <w:sz w:val="24"/>
        </w:rPr>
        <w:t xml:space="preserve"> (</w:t>
      </w:r>
      <w:r>
        <w:rPr>
          <w:rFonts w:ascii="Georgia" w:hAnsi="Georgia" w:cs="Times New Roman"/>
          <w:b/>
          <w:i w:val="0"/>
          <w:color w:val="000000"/>
          <w:sz w:val="24"/>
          <w:rtl/>
          <w:szCs w:val="32"/>
        </w:rPr>
        <w:t>ש״ק</w:t>
      </w:r>
      <w:r>
        <w:rPr>
          <w:rFonts w:ascii="Georgia" w:hAnsi="Georgia"/>
          <w:b w:val="0"/>
          <w:i w:val="0"/>
          <w:color w:val="000000"/>
          <w:sz w:val="24"/>
        </w:rPr>
        <w:t>) по гематрии равно 400 (</w:t>
      </w:r>
      <w:r>
        <w:rPr>
          <w:rFonts w:ascii="Georgia" w:hAnsi="Georgia" w:cs="Times New Roman"/>
          <w:b/>
          <w:i w:val="0"/>
          <w:color w:val="000000"/>
          <w:sz w:val="24"/>
          <w:rtl/>
          <w:szCs w:val="32"/>
        </w:rPr>
        <w:t>ת</w:t>
      </w:r>
      <w:r>
        <w:rPr>
          <w:rFonts w:ascii="Georgia" w:hAnsi="Georgia"/>
          <w:b w:val="0"/>
          <w:i w:val="0"/>
          <w:color w:val="000000"/>
          <w:sz w:val="24"/>
        </w:rPr>
        <w:t xml:space="preserve"> = 400); и это нотарикон [слов] </w:t>
      </w:r>
      <w:r>
        <w:rPr>
          <w:rFonts w:ascii="Georgia" w:hAnsi="Georgia"/>
          <w:b w:val="0"/>
          <w:i/>
          <w:color w:val="000000"/>
          <w:sz w:val="24"/>
        </w:rPr>
        <w:t>Тора у-мехапер у-меватель тахарут</w:t>
      </w:r>
      <w:r>
        <w:rPr>
          <w:rFonts w:ascii="Georgia" w:hAnsi="Georgia"/>
          <w:b w:val="0"/>
          <w:i w:val="0"/>
          <w:color w:val="000000"/>
          <w:sz w:val="24"/>
        </w:rPr>
        <w:t xml:space="preserve"> — «Тора искупает и устраняет вражду» (</w:t>
      </w:r>
      <w:r>
        <w:rPr>
          <w:rFonts w:ascii="Georgia" w:hAnsi="Georgia" w:cs="Times New Roman"/>
          <w:b/>
          <w:i w:val="0"/>
          <w:color w:val="000000"/>
          <w:sz w:val="24"/>
          <w:rtl/>
          <w:szCs w:val="32"/>
        </w:rPr>
        <w:t>תּוֹרָה וּמְכַפֵּר וּמְבַטֵּל תַּחֲרוּת</w:t>
      </w:r>
      <w:r>
        <w:rPr>
          <w:rFonts w:ascii="Georgia" w:hAnsi="Georgia"/>
          <w:b w:val="0"/>
          <w:i w:val="0"/>
          <w:color w:val="000000"/>
          <w:sz w:val="24"/>
        </w:rPr>
        <w:t xml:space="preserve">). Кроме того, буквы </w:t>
      </w:r>
      <w:r>
        <w:rPr>
          <w:rFonts w:ascii="Georgia" w:hAnsi="Georgia"/>
          <w:b w:val="0"/>
          <w:i/>
          <w:color w:val="000000"/>
          <w:sz w:val="24"/>
        </w:rPr>
        <w:t>сак</w:t>
      </w:r>
      <w:r>
        <w:rPr>
          <w:rFonts w:ascii="Georgia" w:hAnsi="Georgia"/>
          <w:b w:val="0"/>
          <w:i w:val="0"/>
          <w:color w:val="000000"/>
          <w:sz w:val="24"/>
        </w:rPr>
        <w:t xml:space="preserve"> (</w:t>
      </w:r>
      <w:r>
        <w:rPr>
          <w:rFonts w:ascii="Georgia" w:hAnsi="Georgia" w:cs="Times New Roman"/>
          <w:b/>
          <w:i w:val="0"/>
          <w:color w:val="000000"/>
          <w:sz w:val="24"/>
          <w:rtl/>
          <w:szCs w:val="32"/>
        </w:rPr>
        <w:t>ש״ק</w:t>
      </w:r>
      <w:r>
        <w:rPr>
          <w:rFonts w:ascii="Georgia" w:hAnsi="Georgia"/>
          <w:b w:val="0"/>
          <w:i w:val="0"/>
          <w:color w:val="000000"/>
          <w:sz w:val="24"/>
        </w:rPr>
        <w:t xml:space="preserve">) — это начальные буквы [слов] </w:t>
      </w:r>
      <w:r>
        <w:rPr>
          <w:rFonts w:ascii="Georgia" w:hAnsi="Georgia"/>
          <w:b w:val="0"/>
          <w:i/>
          <w:color w:val="000000"/>
          <w:sz w:val="24"/>
        </w:rPr>
        <w:t>кина</w:t>
      </w:r>
      <w:r>
        <w:rPr>
          <w:rFonts w:ascii="Georgia" w:hAnsi="Georgia"/>
          <w:b w:val="0"/>
          <w:i w:val="0"/>
          <w:color w:val="000000"/>
          <w:sz w:val="24"/>
        </w:rPr>
        <w:t xml:space="preserve"> — «зависть» (</w:t>
      </w:r>
      <w:r>
        <w:rPr>
          <w:rFonts w:ascii="Georgia" w:hAnsi="Georgia" w:cs="Times New Roman"/>
          <w:b/>
          <w:i w:val="0"/>
          <w:color w:val="000000"/>
          <w:sz w:val="24"/>
          <w:rtl/>
          <w:szCs w:val="32"/>
        </w:rPr>
        <w:t>קִנְאָה</w:t>
      </w:r>
      <w:r>
        <w:rPr>
          <w:rFonts w:ascii="Georgia" w:hAnsi="Georgia"/>
          <w:b w:val="0"/>
          <w:i w:val="0"/>
          <w:color w:val="000000"/>
          <w:sz w:val="24"/>
        </w:rPr>
        <w:t xml:space="preserve">) и </w:t>
      </w:r>
      <w:r>
        <w:rPr>
          <w:rFonts w:ascii="Georgia" w:hAnsi="Georgia"/>
          <w:b w:val="0"/>
          <w:i/>
          <w:color w:val="000000"/>
          <w:sz w:val="24"/>
        </w:rPr>
        <w:t>сина</w:t>
      </w:r>
      <w:r>
        <w:rPr>
          <w:rFonts w:ascii="Georgia" w:hAnsi="Georgia"/>
          <w:b w:val="0"/>
          <w:i w:val="0"/>
          <w:color w:val="000000"/>
          <w:sz w:val="24"/>
        </w:rPr>
        <w:t xml:space="preserve"> — «ненависть» (</w:t>
      </w:r>
      <w:r>
        <w:rPr>
          <w:rFonts w:ascii="Georgia" w:hAnsi="Georgia" w:cs="Times New Roman"/>
          <w:b/>
          <w:i w:val="0"/>
          <w:color w:val="000000"/>
          <w:sz w:val="24"/>
          <w:rtl/>
          <w:szCs w:val="32"/>
        </w:rPr>
        <w:t>שִׂנְאָה</w:t>
      </w:r>
      <w:r>
        <w:rPr>
          <w:rFonts w:ascii="Georgia" w:hAnsi="Georgia"/>
          <w:b w:val="0"/>
          <w:i w:val="0"/>
          <w:color w:val="000000"/>
          <w:sz w:val="24"/>
        </w:rPr>
        <w:t>), в намек на то, что они устраняются благодаря вретищу. [От] нашего учителя, рава Гдальи, да будет благословенна его память для жизни будущего мира.</w:t>
      </w:r>
    </w:p>
    <w:p>
      <w:pPr>
        <w:keepNext/>
        <w:spacing w:before="320" w:after="120"/>
      </w:pPr>
      <w:r>
        <w:rPr>
          <w:rFonts w:ascii="Georgia" w:hAnsi="Georgia"/>
          <w:b w:val="0"/>
          <w:i w:val="0"/>
          <w:color w:val="000000"/>
          <w:sz w:val="32"/>
        </w:rPr>
        <w:t>Намерение пепла</w:t>
      </w:r>
    </w:p>
    <w:p>
      <w:pPr>
        <w:spacing w:before="40" w:after="120"/>
        <w:jc w:val="both"/>
      </w:pPr>
      <w:r>
        <w:rPr>
          <w:rFonts w:ascii="Georgia" w:hAnsi="Georgia"/>
          <w:b w:val="0"/>
          <w:i w:val="0"/>
          <w:color w:val="000000"/>
          <w:sz w:val="24"/>
        </w:rPr>
        <w:t>Намерение (</w:t>
      </w:r>
      <w:r>
        <w:rPr>
          <w:rFonts w:ascii="Georgia" w:hAnsi="Georgia"/>
          <w:b w:val="0"/>
          <w:i/>
          <w:color w:val="000000"/>
          <w:sz w:val="24"/>
        </w:rPr>
        <w:t>кавана</w:t>
      </w:r>
      <w:r>
        <w:rPr>
          <w:rFonts w:ascii="Georgia" w:hAnsi="Georgia"/>
          <w:b w:val="0"/>
          <w:i w:val="0"/>
          <w:color w:val="000000"/>
          <w:sz w:val="24"/>
        </w:rPr>
        <w:t>) о пепле: в чем его смысл, а также [в чем смысл] возложения его на лоб (мэцах) на место наложения тфилин.</w:t>
      </w:r>
    </w:p>
    <w:p>
      <w:pPr>
        <w:spacing w:before="40" w:after="120"/>
        <w:jc w:val="both"/>
      </w:pPr>
      <w:r>
        <w:rPr>
          <w:rFonts w:ascii="Georgia" w:hAnsi="Georgia"/>
          <w:b w:val="0"/>
          <w:i w:val="0"/>
          <w:color w:val="000000"/>
          <w:sz w:val="24"/>
        </w:rPr>
        <w:t>Мы уже объясняли относительно тайны пепла красной телицы, что это тайна пяти гвурот букв МАНЦЕПАХ (</w:t>
      </w:r>
      <w:r>
        <w:rPr>
          <w:rFonts w:ascii="Georgia" w:hAnsi="Georgia" w:cs="Times New Roman"/>
          <w:b/>
          <w:i w:val="0"/>
          <w:color w:val="000000"/>
          <w:sz w:val="24"/>
          <w:rtl/>
          <w:szCs w:val="32"/>
        </w:rPr>
        <w:t>מנצפ״ך</w:t>
      </w:r>
      <w:r>
        <w:rPr>
          <w:rFonts w:ascii="Georgia" w:hAnsi="Georgia"/>
          <w:b w:val="0"/>
          <w:i w:val="0"/>
          <w:color w:val="000000"/>
          <w:sz w:val="24"/>
        </w:rPr>
        <w:t>). Когда они находятся внизу, их необходимо сжечь, и тогда этим нагревом пробуждается стремление к соударению (зивугу) ЗОН, ведь пять гвурот, как известно, пребывают в лоне Малхут. А после того как мы сжигаем их и они становятся пеплом, как объясняется [смысл] пепла в [разделе о] красной телице, эти пять гвурот поднимаются в рош де-ЗА, чтобы и там пробудить зивуг Аба ве-Има. Смысл же в том, что НЕХИ де-Бина служат мохин (светом разума) в рош де-ЗА: Нецах находится справа, Ход — слева, а Есод — посередине, в моха (мозге) де-ЗА. И когда мы поднимаем эти пять гвурот после их превращения в пепел до мэцах де-ЗА, где находится Есод де-Бина, Бина пробуждается в качестве МАН и вступает в зивуг с Хохмой.</w:t>
      </w:r>
    </w:p>
    <w:p>
      <w:pPr>
        <w:spacing w:before="40" w:after="120"/>
        <w:jc w:val="both"/>
      </w:pPr>
      <w:r>
        <w:rPr>
          <w:rFonts w:ascii="Georgia" w:hAnsi="Georgia"/>
          <w:b w:val="0"/>
          <w:i w:val="0"/>
          <w:color w:val="000000"/>
          <w:sz w:val="24"/>
        </w:rPr>
        <w:t>Еще одно намерение о мешковине (</w:t>
      </w:r>
      <w:r>
        <w:rPr>
          <w:rFonts w:ascii="Georgia" w:hAnsi="Georgia"/>
          <w:b w:val="0"/>
          <w:i/>
          <w:color w:val="000000"/>
          <w:sz w:val="24"/>
        </w:rPr>
        <w:t>сак</w:t>
      </w:r>
      <w:r>
        <w:rPr>
          <w:rFonts w:ascii="Georgia" w:hAnsi="Georgia"/>
          <w:b w:val="0"/>
          <w:i w:val="0"/>
          <w:color w:val="000000"/>
          <w:sz w:val="24"/>
        </w:rPr>
        <w:t xml:space="preserve">, </w:t>
      </w:r>
      <w:r>
        <w:rPr>
          <w:rFonts w:ascii="Georgia" w:hAnsi="Georgia" w:cs="Times New Roman"/>
          <w:b/>
          <w:i w:val="0"/>
          <w:color w:val="000000"/>
          <w:sz w:val="24"/>
          <w:rtl/>
          <w:szCs w:val="32"/>
        </w:rPr>
        <w:t>שַׂק</w:t>
      </w:r>
      <w:r>
        <w:rPr>
          <w:rFonts w:ascii="Georgia" w:hAnsi="Georgia"/>
          <w:b w:val="0"/>
          <w:i w:val="0"/>
          <w:color w:val="000000"/>
          <w:sz w:val="24"/>
        </w:rPr>
        <w:t>) и пепле (</w:t>
      </w:r>
      <w:r>
        <w:rPr>
          <w:rFonts w:ascii="Georgia" w:hAnsi="Georgia"/>
          <w:b w:val="0"/>
          <w:i/>
          <w:color w:val="000000"/>
          <w:sz w:val="24"/>
        </w:rPr>
        <w:t>эфер</w:t>
      </w:r>
      <w:r>
        <w:rPr>
          <w:rFonts w:ascii="Georgia" w:hAnsi="Georgia"/>
          <w:b w:val="0"/>
          <w:i w:val="0"/>
          <w:color w:val="000000"/>
          <w:sz w:val="24"/>
        </w:rPr>
        <w:t xml:space="preserve">, </w:t>
      </w:r>
      <w:r>
        <w:rPr>
          <w:rFonts w:ascii="Georgia" w:hAnsi="Georgia" w:cs="Times New Roman"/>
          <w:b/>
          <w:i w:val="0"/>
          <w:color w:val="000000"/>
          <w:sz w:val="24"/>
          <w:rtl/>
          <w:szCs w:val="32"/>
        </w:rPr>
        <w:t>אֵפֶר</w:t>
      </w:r>
      <w:r>
        <w:rPr>
          <w:rFonts w:ascii="Georgia" w:hAnsi="Georgia"/>
          <w:b w:val="0"/>
          <w:i w:val="0"/>
          <w:color w:val="000000"/>
          <w:sz w:val="24"/>
        </w:rPr>
        <w:t>) вместе: оба они по гематрии составляют 687 (</w:t>
      </w:r>
      <w:r>
        <w:rPr>
          <w:rFonts w:ascii="Georgia" w:hAnsi="Georgia" w:cs="Times New Roman"/>
          <w:b/>
          <w:i w:val="0"/>
          <w:color w:val="000000"/>
          <w:sz w:val="24"/>
          <w:rtl/>
          <w:szCs w:val="32"/>
        </w:rPr>
        <w:t>תרפ״ז</w:t>
      </w:r>
      <w:r>
        <w:rPr>
          <w:rFonts w:ascii="Georgia" w:hAnsi="Georgia"/>
          <w:b w:val="0"/>
          <w:i w:val="0"/>
          <w:color w:val="000000"/>
          <w:sz w:val="24"/>
        </w:rPr>
        <w:t>). Это четыре Имени АВАЯ — АБ, САГ, МА и БОН, которые в сумме дают 232 (</w:t>
      </w:r>
      <w:r>
        <w:rPr>
          <w:rFonts w:ascii="Georgia" w:hAnsi="Georgia" w:cs="Times New Roman"/>
          <w:b/>
          <w:i w:val="0"/>
          <w:color w:val="000000"/>
          <w:sz w:val="24"/>
          <w:rtl/>
          <w:szCs w:val="32"/>
        </w:rPr>
        <w:t>רל״ב</w:t>
      </w:r>
      <w:r>
        <w:rPr>
          <w:rFonts w:ascii="Georgia" w:hAnsi="Georgia"/>
          <w:b w:val="0"/>
          <w:i w:val="0"/>
          <w:color w:val="000000"/>
          <w:sz w:val="24"/>
        </w:rPr>
        <w:t>), и три Имени ЭЙЕ — с наполнением буквами йод, алеф и хэй, составляющие по гематрии 455 (</w:t>
      </w:r>
      <w:r>
        <w:rPr>
          <w:rFonts w:ascii="Georgia" w:hAnsi="Georgia" w:cs="Times New Roman"/>
          <w:b/>
          <w:i w:val="0"/>
          <w:color w:val="000000"/>
          <w:sz w:val="24"/>
          <w:rtl/>
          <w:szCs w:val="32"/>
        </w:rPr>
        <w:t>תנ״ה</w:t>
      </w:r>
      <w:r>
        <w:rPr>
          <w:rFonts w:ascii="Georgia" w:hAnsi="Georgia"/>
          <w:b w:val="0"/>
          <w:i w:val="0"/>
          <w:color w:val="000000"/>
          <w:sz w:val="24"/>
        </w:rPr>
        <w:t>); а 232 и 455 вместе дают 687. [Говорит Шмуэль: слова «сак» и «эфер» вместе с шестью своими буквами составляют 687]. И тебе нужно направить намерение на то, чтобы объединить и переплести АВАЯ де-АБ с ЭЙЕ с наполнением буквами йод, АВАЯ де-САГ — с ЭЙЕ с наполнением буквами йод, АВАЯ де-МА — с ЭЙЕ с наполнением буквами алеф, и АВАЯ де-БОН — с ЭЙЕ с наполнением буквами хэй.</w:t>
      </w:r>
    </w:p>
    <w:p>
      <w:pPr>
        <w:spacing w:before="40" w:after="120"/>
        <w:jc w:val="both"/>
      </w:pPr>
      <w:r>
        <w:rPr>
          <w:rFonts w:ascii="Georgia" w:hAnsi="Georgia"/>
          <w:b w:val="0"/>
          <w:i w:val="0"/>
          <w:color w:val="000000"/>
          <w:sz w:val="24"/>
        </w:rPr>
        <w:t>Еще одно намерение о мешковине и пепле вместе: слово «сак» (</w:t>
      </w:r>
      <w:r>
        <w:rPr>
          <w:rFonts w:ascii="Georgia" w:hAnsi="Georgia" w:cs="Times New Roman"/>
          <w:b/>
          <w:i w:val="0"/>
          <w:color w:val="000000"/>
          <w:sz w:val="24"/>
          <w:rtl/>
          <w:szCs w:val="32"/>
        </w:rPr>
        <w:t>שַׂק</w:t>
      </w:r>
      <w:r>
        <w:rPr>
          <w:rFonts w:ascii="Georgia" w:hAnsi="Georgia"/>
          <w:b w:val="0"/>
          <w:i w:val="0"/>
          <w:color w:val="000000"/>
          <w:sz w:val="24"/>
        </w:rPr>
        <w:t>) по гематрии равно 400 (</w:t>
      </w:r>
      <w:r>
        <w:rPr>
          <w:rFonts w:ascii="Georgia" w:hAnsi="Georgia" w:cs="Times New Roman"/>
          <w:b/>
          <w:i w:val="0"/>
          <w:color w:val="000000"/>
          <w:sz w:val="24"/>
          <w:rtl/>
          <w:szCs w:val="32"/>
        </w:rPr>
        <w:t>ת</w:t>
      </w:r>
      <w:r>
        <w:rPr>
          <w:rFonts w:ascii="Georgia" w:hAnsi="Georgia"/>
          <w:b w:val="0"/>
          <w:i w:val="0"/>
          <w:color w:val="000000"/>
          <w:sz w:val="24"/>
        </w:rPr>
        <w:t>). Эти 400 соответствуют четырем буквам йод (</w:t>
      </w:r>
      <w:r>
        <w:rPr>
          <w:rFonts w:ascii="Georgia" w:hAnsi="Georgia" w:cs="Times New Roman"/>
          <w:b/>
          <w:i w:val="0"/>
          <w:color w:val="000000"/>
          <w:sz w:val="24"/>
          <w:rtl/>
          <w:szCs w:val="32"/>
        </w:rPr>
        <w:t>י</w:t>
      </w:r>
      <w:r>
        <w:rPr>
          <w:rFonts w:ascii="Georgia" w:hAnsi="Georgia"/>
          <w:b w:val="0"/>
          <w:i w:val="0"/>
          <w:color w:val="000000"/>
          <w:sz w:val="24"/>
        </w:rPr>
        <w:t>), имеющимся в АВАЯ де-АБ с наполнением буквами йод: каждая буква йод включает в себя десять [сфирот], и вместе они составляют 400 — то есть буквы куф и шин (</w:t>
      </w:r>
      <w:r>
        <w:rPr>
          <w:rFonts w:ascii="Georgia" w:hAnsi="Georgia" w:cs="Times New Roman"/>
          <w:b/>
          <w:i w:val="0"/>
          <w:color w:val="000000"/>
          <w:sz w:val="24"/>
          <w:rtl/>
          <w:szCs w:val="32"/>
        </w:rPr>
        <w:t>ק״ש</w:t>
      </w:r>
      <w:r>
        <w:rPr>
          <w:rFonts w:ascii="Georgia" w:hAnsi="Georgia"/>
          <w:b w:val="0"/>
          <w:i w:val="0"/>
          <w:color w:val="000000"/>
          <w:sz w:val="24"/>
        </w:rPr>
        <w:t>); а вместе с четырьмя буквами АВАЯ они образуют слово «кодеш» (</w:t>
      </w:r>
      <w:r>
        <w:rPr>
          <w:rFonts w:ascii="Georgia" w:hAnsi="Georgia" w:cs="Times New Roman"/>
          <w:b/>
          <w:i w:val="0"/>
          <w:color w:val="000000"/>
          <w:sz w:val="24"/>
          <w:rtl/>
          <w:szCs w:val="32"/>
        </w:rPr>
        <w:t>קֹדֶשׁ</w:t>
      </w:r>
      <w:r>
        <w:rPr>
          <w:rFonts w:ascii="Georgia" w:hAnsi="Georgia"/>
          <w:b w:val="0"/>
          <w:i w:val="0"/>
          <w:color w:val="000000"/>
          <w:sz w:val="24"/>
        </w:rPr>
        <w:t>). Также «сак»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дает буквы бэт и далет (</w:t>
      </w:r>
      <w:r>
        <w:rPr>
          <w:rFonts w:ascii="Georgia" w:hAnsi="Georgia" w:cs="Times New Roman"/>
          <w:b/>
          <w:i w:val="0"/>
          <w:color w:val="000000"/>
          <w:sz w:val="24"/>
          <w:rtl/>
          <w:szCs w:val="32"/>
        </w:rPr>
        <w:t>ב״ד</w:t>
      </w:r>
      <w:r>
        <w:rPr>
          <w:rFonts w:ascii="Georgia" w:hAnsi="Georgia"/>
          <w:b w:val="0"/>
          <w:i w:val="0"/>
          <w:color w:val="000000"/>
          <w:sz w:val="24"/>
        </w:rPr>
        <w:t>), которые по гематрии равны 6 (</w:t>
      </w:r>
      <w:r>
        <w:rPr>
          <w:rFonts w:ascii="Georgia" w:hAnsi="Georgia" w:cs="Times New Roman"/>
          <w:b/>
          <w:i w:val="0"/>
          <w:color w:val="000000"/>
          <w:sz w:val="24"/>
          <w:rtl/>
          <w:szCs w:val="32"/>
        </w:rPr>
        <w:t>ו</w:t>
      </w:r>
      <w:r>
        <w:rPr>
          <w:rFonts w:ascii="Georgia" w:hAnsi="Georgia"/>
          <w:b w:val="0"/>
          <w:i w:val="0"/>
          <w:color w:val="000000"/>
          <w:sz w:val="24"/>
        </w:rPr>
        <w:t>); а вместе со словом «кодеш» общий итог равен по гематрии числу слова «кадош» (</w:t>
      </w:r>
      <w:r>
        <w:rPr>
          <w:rFonts w:ascii="Georgia" w:hAnsi="Georgia" w:cs="Times New Roman"/>
          <w:b/>
          <w:i w:val="0"/>
          <w:color w:val="000000"/>
          <w:sz w:val="24"/>
          <w:rtl/>
          <w:szCs w:val="32"/>
        </w:rPr>
        <w:t>קָדוֹשׁ</w:t>
      </w:r>
      <w:r>
        <w:rPr>
          <w:rFonts w:ascii="Georgia" w:hAnsi="Georgia"/>
          <w:b w:val="0"/>
          <w:i w:val="0"/>
          <w:color w:val="000000"/>
          <w:sz w:val="24"/>
        </w:rPr>
        <w:t>). Кроме того, буква шин (</w:t>
      </w:r>
      <w:r>
        <w:rPr>
          <w:rFonts w:ascii="Georgia" w:hAnsi="Georgia" w:cs="Times New Roman"/>
          <w:b/>
          <w:i w:val="0"/>
          <w:color w:val="000000"/>
          <w:sz w:val="24"/>
          <w:rtl/>
          <w:szCs w:val="32"/>
        </w:rPr>
        <w:t>ש</w:t>
      </w:r>
      <w:r>
        <w:rPr>
          <w:rFonts w:ascii="Georgia" w:hAnsi="Georgia"/>
          <w:b w:val="0"/>
          <w:i w:val="0"/>
          <w:color w:val="000000"/>
          <w:sz w:val="24"/>
        </w:rPr>
        <w:t>) слова «сак» соответствует трем буквам йод АВАЯ де-САГ, а буква куф (</w:t>
      </w:r>
      <w:r>
        <w:rPr>
          <w:rFonts w:ascii="Georgia" w:hAnsi="Georgia" w:cs="Times New Roman"/>
          <w:b/>
          <w:i w:val="0"/>
          <w:color w:val="000000"/>
          <w:sz w:val="24"/>
          <w:rtl/>
          <w:szCs w:val="32"/>
        </w:rPr>
        <w:t>ק</w:t>
      </w:r>
      <w:r>
        <w:rPr>
          <w:rFonts w:ascii="Georgia" w:hAnsi="Georgia"/>
          <w:b w:val="0"/>
          <w:i w:val="0"/>
          <w:color w:val="000000"/>
          <w:sz w:val="24"/>
        </w:rPr>
        <w:t>) слова «сак» — одной букве йод АВАЯ де-МА. И это то, на что тебе нужно направить намерение при облачении в мешковину: ведь когда человек согрешил, он привел к тому, что те 400 прядей волос (</w:t>
      </w:r>
      <w:r>
        <w:rPr>
          <w:rFonts w:ascii="Georgia" w:hAnsi="Georgia"/>
          <w:b w:val="0"/>
          <w:i/>
          <w:color w:val="000000"/>
          <w:sz w:val="24"/>
        </w:rPr>
        <w:t>коцин де-саарей</w:t>
      </w:r>
      <w:r>
        <w:rPr>
          <w:rFonts w:ascii="Georgia" w:hAnsi="Georgia"/>
          <w:b w:val="0"/>
          <w:i w:val="0"/>
          <w:color w:val="000000"/>
          <w:sz w:val="24"/>
        </w:rPr>
        <w:t>), свисающих с Гальгальты Святого Атика, перестали светить в святость и стали светить в клипу, называемую «сак» (</w:t>
      </w:r>
      <w:r>
        <w:rPr>
          <w:rFonts w:ascii="Georgia" w:hAnsi="Georgia" w:cs="Times New Roman"/>
          <w:b/>
          <w:i w:val="0"/>
          <w:color w:val="000000"/>
          <w:sz w:val="24"/>
          <w:rtl/>
          <w:szCs w:val="32"/>
        </w:rPr>
        <w:t>שַׂק</w:t>
      </w:r>
      <w:r>
        <w:rPr>
          <w:rFonts w:ascii="Georgia" w:hAnsi="Georgia"/>
          <w:b w:val="0"/>
          <w:i w:val="0"/>
          <w:color w:val="000000"/>
          <w:sz w:val="24"/>
        </w:rPr>
        <w:t xml:space="preserve">), тайна которой — это 400 сил Эсава, о которых сказано: </w:t>
      </w:r>
      <w:r>
        <w:rPr>
          <w:rFonts w:ascii="Georgia" w:hAnsi="Georgia"/>
          <w:b w:val="0"/>
          <w:i/>
          <w:color w:val="000000"/>
          <w:sz w:val="24"/>
        </w:rPr>
        <w:t>«…и четыреста человек с ним»</w:t>
      </w:r>
      <w:r>
        <w:rPr>
          <w:rFonts w:ascii="Georgia" w:hAnsi="Georgia"/>
          <w:b w:val="0"/>
          <w:i w:val="0"/>
          <w:color w:val="000000"/>
          <w:sz w:val="24"/>
        </w:rPr>
        <w:t xml:space="preserve"> (Берешит 32:7). И теперь, когда он совершает тшуву, он облачается в эту мешковину в противовес тому, к чему привел его грех, и теперь свечение упомянутых святых прядей вновь возвращается, чтобы светить на свое место, и они светят от АВАЯ де-АБ к САГ, от САГ к МА и от МА к БОН. Слово же «эфер» (</w:t>
      </w:r>
      <w:r>
        <w:rPr>
          <w:rFonts w:ascii="Georgia" w:hAnsi="Georgia" w:cs="Times New Roman"/>
          <w:b/>
          <w:i w:val="0"/>
          <w:color w:val="000000"/>
          <w:sz w:val="24"/>
          <w:rtl/>
          <w:szCs w:val="32"/>
        </w:rPr>
        <w:t>אֵפֶר</w:t>
      </w:r>
      <w:r>
        <w:rPr>
          <w:rFonts w:ascii="Georgia" w:hAnsi="Georgia"/>
          <w:b w:val="0"/>
          <w:i w:val="0"/>
          <w:color w:val="000000"/>
          <w:sz w:val="24"/>
        </w:rPr>
        <w:t>) по системе атбаш дает буквы тав, вав, гимель (</w:t>
      </w:r>
      <w:r>
        <w:rPr>
          <w:rFonts w:ascii="Georgia" w:hAnsi="Georgia" w:cs="Times New Roman"/>
          <w:b/>
          <w:i w:val="0"/>
          <w:color w:val="000000"/>
          <w:sz w:val="24"/>
          <w:rtl/>
          <w:szCs w:val="32"/>
        </w:rPr>
        <w:t>תו״ג</w:t>
      </w:r>
      <w:r>
        <w:rPr>
          <w:rFonts w:ascii="Georgia" w:hAnsi="Georgia"/>
          <w:b w:val="0"/>
          <w:i w:val="0"/>
          <w:color w:val="000000"/>
          <w:sz w:val="24"/>
        </w:rPr>
        <w:t>), а вместе с самим словом они составляют 410 (</w:t>
      </w:r>
      <w:r>
        <w:rPr>
          <w:rFonts w:ascii="Georgia" w:hAnsi="Georgia" w:cs="Times New Roman"/>
          <w:b/>
          <w:i w:val="0"/>
          <w:color w:val="000000"/>
          <w:sz w:val="24"/>
          <w:rtl/>
          <w:szCs w:val="32"/>
        </w:rPr>
        <w:t>ת״י</w:t>
      </w:r>
      <w:r>
        <w:rPr>
          <w:rFonts w:ascii="Georgia" w:hAnsi="Georgia"/>
          <w:b w:val="0"/>
          <w:i w:val="0"/>
          <w:color w:val="000000"/>
          <w:sz w:val="24"/>
        </w:rPr>
        <w:t>), что равно числу слова «кадош» (</w:t>
      </w:r>
      <w:r>
        <w:rPr>
          <w:rFonts w:ascii="Georgia" w:hAnsi="Georgia" w:cs="Times New Roman"/>
          <w:b/>
          <w:i w:val="0"/>
          <w:color w:val="000000"/>
          <w:sz w:val="24"/>
          <w:rtl/>
          <w:szCs w:val="32"/>
        </w:rPr>
        <w:t>קָדוֹשׁ</w:t>
      </w:r>
      <w:r>
        <w:rPr>
          <w:rFonts w:ascii="Georgia" w:hAnsi="Georgia"/>
          <w:b w:val="0"/>
          <w:i w:val="0"/>
          <w:color w:val="000000"/>
          <w:sz w:val="24"/>
        </w:rPr>
        <w:t xml:space="preserve">). И это также соответствует Имени АВАЯ де-АБ с наполнением буквами йод, вот так: </w:t>
      </w:r>
      <w:r>
        <w:rPr>
          <w:rFonts w:ascii="Georgia" w:hAnsi="Georgia" w:cs="Times New Roman"/>
          <w:b/>
          <w:i w:val="0"/>
          <w:color w:val="000000"/>
          <w:sz w:val="24"/>
          <w:rtl/>
          <w:szCs w:val="32"/>
        </w:rPr>
        <w:t>יוד הי ויו ה י</w:t>
      </w:r>
      <w:r>
        <w:rPr>
          <w:rFonts w:ascii="Georgia" w:hAnsi="Georgia"/>
          <w:b w:val="0"/>
          <w:i w:val="0"/>
          <w:color w:val="000000"/>
          <w:sz w:val="24"/>
        </w:rPr>
        <w:t>, ведь четыре буквы йод в нем по гематрии равны 400, как сказано выше. И это — замена буквы алеф (</w:t>
      </w:r>
      <w:r>
        <w:rPr>
          <w:rFonts w:ascii="Georgia" w:hAnsi="Georgia" w:cs="Times New Roman"/>
          <w:b/>
          <w:i w:val="0"/>
          <w:color w:val="000000"/>
          <w:sz w:val="24"/>
          <w:rtl/>
          <w:szCs w:val="32"/>
        </w:rPr>
        <w:t>א</w:t>
      </w:r>
      <w:r>
        <w:rPr>
          <w:rFonts w:ascii="Georgia" w:hAnsi="Georgia"/>
          <w:b w:val="0"/>
          <w:i w:val="0"/>
          <w:color w:val="000000"/>
          <w:sz w:val="24"/>
        </w:rPr>
        <w:t>) слова «эфер», равная 400 (</w:t>
      </w:r>
      <w:r>
        <w:rPr>
          <w:rFonts w:ascii="Georgia" w:hAnsi="Georgia" w:cs="Times New Roman"/>
          <w:b/>
          <w:i w:val="0"/>
          <w:color w:val="000000"/>
          <w:sz w:val="24"/>
          <w:rtl/>
          <w:szCs w:val="32"/>
        </w:rPr>
        <w:t>ת</w:t>
      </w:r>
      <w:r>
        <w:rPr>
          <w:rFonts w:ascii="Georgia" w:hAnsi="Georgia"/>
          <w:b w:val="0"/>
          <w:i w:val="0"/>
          <w:color w:val="000000"/>
          <w:sz w:val="24"/>
        </w:rPr>
        <w:t>); а замена букв пэй и рэйш (</w:t>
      </w:r>
      <w:r>
        <w:rPr>
          <w:rFonts w:ascii="Georgia" w:hAnsi="Georgia" w:cs="Times New Roman"/>
          <w:b/>
          <w:i w:val="0"/>
          <w:color w:val="000000"/>
          <w:sz w:val="24"/>
          <w:rtl/>
          <w:szCs w:val="32"/>
        </w:rPr>
        <w:t>פ״ר</w:t>
      </w:r>
      <w:r>
        <w:rPr>
          <w:rFonts w:ascii="Georgia" w:hAnsi="Georgia"/>
          <w:b w:val="0"/>
          <w:i w:val="0"/>
          <w:color w:val="000000"/>
          <w:sz w:val="24"/>
        </w:rPr>
        <w:t>) дает вав и гимель (</w:t>
      </w:r>
      <w:r>
        <w:rPr>
          <w:rFonts w:ascii="Georgia" w:hAnsi="Georgia" w:cs="Times New Roman"/>
          <w:b/>
          <w:i w:val="0"/>
          <w:color w:val="000000"/>
          <w:sz w:val="24"/>
          <w:rtl/>
          <w:szCs w:val="32"/>
        </w:rPr>
        <w:t>ו״ג</w:t>
      </w:r>
      <w:r>
        <w:rPr>
          <w:rFonts w:ascii="Georgia" w:hAnsi="Georgia"/>
          <w:b w:val="0"/>
          <w:i w:val="0"/>
          <w:color w:val="000000"/>
          <w:sz w:val="24"/>
        </w:rPr>
        <w:t>), что вместе с единицей за целое составляет 10 (</w:t>
      </w:r>
      <w:r>
        <w:rPr>
          <w:rFonts w:ascii="Georgia" w:hAnsi="Georgia" w:cs="Times New Roman"/>
          <w:b/>
          <w:i w:val="0"/>
          <w:color w:val="000000"/>
          <w:sz w:val="24"/>
          <w:rtl/>
          <w:szCs w:val="32"/>
        </w:rPr>
        <w:t>ו״ד</w:t>
      </w:r>
      <w:r>
        <w:rPr>
          <w:rFonts w:ascii="Georgia" w:hAnsi="Georgia"/>
          <w:b w:val="0"/>
          <w:i w:val="0"/>
          <w:color w:val="000000"/>
          <w:sz w:val="24"/>
        </w:rPr>
        <w:t>). В общем итоге получается число слова «кадош». И потому тот, кто постится, облачается в мешковину и [возлагает] пепел, когда вкушает пищу по завершении поста, называется святым.</w:t>
      </w:r>
    </w:p>
    <w:p>
      <w:pPr>
        <w:keepNext/>
        <w:spacing w:before="320" w:after="120"/>
      </w:pPr>
      <w:r>
        <w:rPr>
          <w:rFonts w:ascii="Georgia" w:hAnsi="Georgia"/>
          <w:b w:val="0"/>
          <w:i w:val="0"/>
          <w:color w:val="000000"/>
          <w:sz w:val="32"/>
        </w:rPr>
        <w:t>Молитва со слезами</w:t>
      </w:r>
    </w:p>
    <w:p>
      <w:pPr>
        <w:spacing w:before="40" w:after="120"/>
        <w:jc w:val="both"/>
      </w:pPr>
      <w:r>
        <w:rPr>
          <w:rFonts w:ascii="Georgia" w:hAnsi="Georgia"/>
          <w:b w:val="0"/>
          <w:i w:val="0"/>
          <w:color w:val="000000"/>
          <w:sz w:val="24"/>
        </w:rPr>
        <w:t>Говорит пишущий, Хаим: мне представляется, что это слова рабби Авраама а-Леви, благословенной памяти, [услышанные им] от учителя — Рамака, благословенной памяти. А именно: почему молитва со слезами более угодна [Всевышнему]? Потому что слезы исходят из ХУБ (Хохмы и Бины), и когда эти две сфиры открываются, Кетер светит в них, и милосердие нисходит к остальным свойствам (мидот).</w:t>
      </w:r>
    </w:p>
    <w:p>
      <w:pPr>
        <w:keepNext/>
        <w:spacing w:before="320" w:after="120"/>
      </w:pPr>
      <w:r>
        <w:rPr>
          <w:rFonts w:ascii="Georgia" w:hAnsi="Georgia"/>
          <w:b w:val="0"/>
          <w:i w:val="0"/>
          <w:color w:val="000000"/>
          <w:sz w:val="32"/>
        </w:rPr>
        <w:t>Добрые качества</w:t>
      </w:r>
    </w:p>
    <w:p>
      <w:pPr>
        <w:spacing w:before="40" w:after="120"/>
        <w:jc w:val="both"/>
      </w:pPr>
      <w:r>
        <w:rPr>
          <w:rFonts w:ascii="Georgia" w:hAnsi="Georgia"/>
          <w:b w:val="0"/>
          <w:i w:val="0"/>
          <w:color w:val="000000"/>
          <w:sz w:val="24"/>
        </w:rPr>
        <w:t>Говорит Шмуэль: я счел нужным записать вслед за упомянутым все добрые качества, которыми человеку следует руководствоваться, чтобы очистить свои нефеш, руах и нешаму, и благодаря им он сможет войти в Пардес, обрести постижение и совершать ихудим (единения), как я напишу с Б-жьей помощью. [О том, как] человеку очистить свою нефеш, просветлить ее и прилепить наверху: ведь нефеш человека происходит из мира Асия, который называется АДОНАЙ. И потому пусть человек направит намерение соединить это Имя АДОНАЙ с Именем АВАЯ в самом мире Асия; и так же это Имя АВАЯ пусть соединит с Именем ЭЙЕ в самом мире Асия. А затем пусть направит намерение вознести и соединить Имя ЭЙЕ мира Асия с Именем АДОНАЙ мира Ецира, а АДОНАЙ де-Ецира — с АВАЯ де-Ецира, и так далее. И так пусть восходит со ступени на ступень вплоть до ЭЙЕ де-Ацилут, и тогда соединит ЭЙЕ де-Ацилут с Высшим Эйн Соф.</w:t>
      </w:r>
    </w:p>
    <w:p>
      <w:pPr>
        <w:keepNext/>
        <w:spacing w:before="320" w:after="120"/>
      </w:pPr>
      <w:r>
        <w:rPr>
          <w:rFonts w:ascii="Georgia" w:hAnsi="Georgia"/>
          <w:b w:val="0"/>
          <w:i w:val="0"/>
          <w:color w:val="000000"/>
          <w:sz w:val="32"/>
        </w:rPr>
        <w:t>Взгляд на казненных</w:t>
      </w:r>
    </w:p>
    <w:p>
      <w:pPr>
        <w:spacing w:before="40" w:after="120"/>
        <w:jc w:val="both"/>
      </w:pPr>
      <w:r>
        <w:rPr>
          <w:rFonts w:ascii="Georgia" w:hAnsi="Georgia"/>
          <w:b w:val="0"/>
          <w:i w:val="0"/>
          <w:color w:val="000000"/>
          <w:sz w:val="24"/>
        </w:rPr>
        <w:t xml:space="preserve">Знай также, что созерцание (истаклют) — когда глаза человека смотрят на людей, казненных через повешение и тому подобное, — тяжело вредит душе (нефеш) человека, даже если он смотрит на них издали, [на расстоянии] ста локтей или более. Так же и с чувством обоняния: если человек вдыхает [запах] какой-либо падали или дурной запах, это наносит тяжелый ущерб его нефеш и приводит к тому, что она отдаляется от него. И доказательство этому — благовония исхода Шаббата, [призванные] вернуть нефеш. Мудрецы (ХАЗАЛЬ) также сказали, что нешама получает огромное наслаждение от приятного запаха, и о нем сказано: </w:t>
      </w:r>
      <w:r>
        <w:rPr>
          <w:rFonts w:ascii="Georgia" w:hAnsi="Georgia"/>
          <w:b w:val="0"/>
          <w:i/>
          <w:color w:val="000000"/>
          <w:sz w:val="24"/>
        </w:rPr>
        <w:t>«Всякая душа да восхвалит Г-спода!»</w:t>
      </w:r>
      <w:r>
        <w:rPr>
          <w:rFonts w:ascii="Georgia" w:hAnsi="Georgia"/>
          <w:b w:val="0"/>
          <w:i w:val="0"/>
          <w:color w:val="000000"/>
          <w:sz w:val="24"/>
        </w:rPr>
        <w:t xml:space="preserve"> (Теилим 150:6).</w:t>
      </w:r>
    </w:p>
    <w:p>
      <w:pPr>
        <w:keepNext/>
        <w:spacing w:before="320" w:after="120"/>
      </w:pPr>
      <w:r>
        <w:rPr>
          <w:rFonts w:ascii="Georgia" w:hAnsi="Georgia"/>
          <w:b w:val="0"/>
          <w:i w:val="0"/>
          <w:color w:val="000000"/>
          <w:sz w:val="32"/>
        </w:rPr>
        <w:t>Намерение для очищения души</w:t>
      </w:r>
    </w:p>
    <w:p>
      <w:pPr>
        <w:spacing w:before="40" w:after="120"/>
        <w:jc w:val="both"/>
      </w:pPr>
      <w:r>
        <w:rPr>
          <w:rFonts w:ascii="Georgia" w:hAnsi="Georgia"/>
          <w:b w:val="0"/>
          <w:i w:val="0"/>
          <w:color w:val="000000"/>
          <w:sz w:val="24"/>
        </w:rPr>
        <w:t>Наш учитель, благословенной памяти, передал всем нам, товарищам, [это] намерение (</w:t>
      </w:r>
      <w:r>
        <w:rPr>
          <w:rFonts w:ascii="Georgia" w:hAnsi="Georgia"/>
          <w:b w:val="0"/>
          <w:i/>
          <w:color w:val="000000"/>
          <w:sz w:val="24"/>
        </w:rPr>
        <w:t>кавана</w:t>
      </w:r>
      <w:r>
        <w:rPr>
          <w:rFonts w:ascii="Georgia" w:hAnsi="Georgia"/>
          <w:b w:val="0"/>
          <w:i w:val="0"/>
          <w:color w:val="000000"/>
          <w:sz w:val="24"/>
        </w:rPr>
        <w:t xml:space="preserve">), чтобы мы совершали его, и оно помогает очистить, исправить и освятить душу. Что же касается огласовок тех Имен, которые мы сейчас запишем, то направлять на них намерение каждый должен согласно корню своей души. Одному необходимо направлять намерение на все Имена с огласовкой цере, другому — с огласовкой холам (а именно рабби Й. Арзину и рабби Й. Мишану), а третьему — с огласовкой хирик (рабби Гдалье а-Леви). И точно так же остальным товарищам — каждому по корню его души. Стих, на который следует направлять намерение: </w:t>
      </w:r>
      <w:r>
        <w:rPr>
          <w:rFonts w:ascii="Georgia" w:hAnsi="Georgia"/>
          <w:b w:val="0"/>
          <w:i/>
          <w:color w:val="000000"/>
          <w:sz w:val="24"/>
        </w:rPr>
        <w:t>«А я по великой милости Твоей войду в дом Твой, поклонюсь святому чертогу Твоему в страхе пред Тобой»</w:t>
      </w:r>
      <w:r>
        <w:rPr>
          <w:rFonts w:ascii="Georgia" w:hAnsi="Georgia"/>
          <w:b w:val="0"/>
          <w:i w:val="0"/>
          <w:color w:val="000000"/>
          <w:sz w:val="24"/>
        </w:rPr>
        <w:t xml:space="preserve"> (Теилим 5:8). Направляй намерение на этот стих во время произнесения молитвы Амида («Шмоне эсре»). Этот стих разделяется на пять частей на пять дней недели — с первого по пятый (от алеф до хэй), как мы объясним далее. Порядок его таков: В первый день [недели] направляют намерение на два слова: </w:t>
      </w:r>
      <w:r>
        <w:rPr>
          <w:rFonts w:ascii="Georgia" w:hAnsi="Georgia"/>
          <w:b w:val="0"/>
          <w:i/>
          <w:color w:val="000000"/>
          <w:sz w:val="24"/>
        </w:rPr>
        <w:t>«ва-ани бе-ров»</w:t>
      </w:r>
      <w:r>
        <w:rPr>
          <w:rFonts w:ascii="Georgia" w:hAnsi="Georgia"/>
          <w:b w:val="0"/>
          <w:i w:val="0"/>
          <w:color w:val="000000"/>
          <w:sz w:val="24"/>
        </w:rPr>
        <w:t xml:space="preserve"> — «а я по великой [милости]» (</w:t>
      </w:r>
      <w:r>
        <w:rPr>
          <w:rFonts w:ascii="Georgia" w:hAnsi="Georgia" w:cs="Times New Roman"/>
          <w:b/>
          <w:i w:val="0"/>
          <w:color w:val="000000"/>
          <w:sz w:val="24"/>
          <w:rtl/>
          <w:szCs w:val="32"/>
        </w:rPr>
        <w:t>וַאֲנִי בְּרֹב</w:t>
      </w:r>
      <w:r>
        <w:rPr>
          <w:rFonts w:ascii="Georgia" w:hAnsi="Georgia"/>
          <w:b w:val="0"/>
          <w:i w:val="0"/>
          <w:color w:val="000000"/>
          <w:sz w:val="24"/>
        </w:rPr>
        <w:t>), и это семь букв. На первую букву — вав (</w:t>
      </w:r>
      <w:r>
        <w:rPr>
          <w:rFonts w:ascii="Georgia" w:hAnsi="Georgia" w:cs="Times New Roman"/>
          <w:b/>
          <w:i w:val="0"/>
          <w:color w:val="000000"/>
          <w:sz w:val="24"/>
          <w:rtl/>
          <w:szCs w:val="32"/>
        </w:rPr>
        <w:t>ו</w:t>
      </w:r>
      <w:r>
        <w:rPr>
          <w:rFonts w:ascii="Georgia" w:hAnsi="Georgia"/>
          <w:b w:val="0"/>
          <w:i w:val="0"/>
          <w:color w:val="000000"/>
          <w:sz w:val="24"/>
        </w:rPr>
        <w:t>) — направляют намерение в благословении «Авот». На вторую букву — алеф (</w:t>
      </w:r>
      <w:r>
        <w:rPr>
          <w:rFonts w:ascii="Georgia" w:hAnsi="Georgia" w:cs="Times New Roman"/>
          <w:b/>
          <w:i w:val="0"/>
          <w:color w:val="000000"/>
          <w:sz w:val="24"/>
          <w:rtl/>
          <w:szCs w:val="32"/>
        </w:rPr>
        <w:t>א</w:t>
      </w:r>
      <w:r>
        <w:rPr>
          <w:rFonts w:ascii="Georgia" w:hAnsi="Georgia"/>
          <w:b w:val="0"/>
          <w:i w:val="0"/>
          <w:color w:val="000000"/>
          <w:sz w:val="24"/>
        </w:rPr>
        <w:t>) — в «Гвурот». На третью букву — нун (</w:t>
      </w:r>
      <w:r>
        <w:rPr>
          <w:rFonts w:ascii="Georgia" w:hAnsi="Georgia" w:cs="Times New Roman"/>
          <w:b/>
          <w:i w:val="0"/>
          <w:color w:val="000000"/>
          <w:sz w:val="24"/>
          <w:rtl/>
          <w:szCs w:val="32"/>
        </w:rPr>
        <w:t>נ</w:t>
      </w:r>
      <w:r>
        <w:rPr>
          <w:rFonts w:ascii="Georgia" w:hAnsi="Georgia"/>
          <w:b w:val="0"/>
          <w:i w:val="0"/>
          <w:color w:val="000000"/>
          <w:sz w:val="24"/>
        </w:rPr>
        <w:t>) — в «Кдушат а-Шем». На четвертую букву — йод (</w:t>
      </w:r>
      <w:r>
        <w:rPr>
          <w:rFonts w:ascii="Georgia" w:hAnsi="Georgia" w:cs="Times New Roman"/>
          <w:b/>
          <w:i w:val="0"/>
          <w:color w:val="000000"/>
          <w:sz w:val="24"/>
          <w:rtl/>
          <w:szCs w:val="32"/>
        </w:rPr>
        <w:t>י</w:t>
      </w:r>
      <w:r>
        <w:rPr>
          <w:rFonts w:ascii="Georgia" w:hAnsi="Georgia"/>
          <w:b w:val="0"/>
          <w:i w:val="0"/>
          <w:color w:val="000000"/>
          <w:sz w:val="24"/>
        </w:rPr>
        <w:t>) — в средних [благословениях]. На пятую букву — бэт (</w:t>
      </w:r>
      <w:r>
        <w:rPr>
          <w:rFonts w:ascii="Georgia" w:hAnsi="Georgia" w:cs="Times New Roman"/>
          <w:b/>
          <w:i w:val="0"/>
          <w:color w:val="000000"/>
          <w:sz w:val="24"/>
          <w:rtl/>
          <w:szCs w:val="32"/>
        </w:rPr>
        <w:t>ב</w:t>
      </w:r>
      <w:r>
        <w:rPr>
          <w:rFonts w:ascii="Georgia" w:hAnsi="Georgia"/>
          <w:b w:val="0"/>
          <w:i w:val="0"/>
          <w:color w:val="000000"/>
          <w:sz w:val="24"/>
        </w:rPr>
        <w:t>) — в [благословении] «Рце». На шестую букву — рэйш (</w:t>
      </w:r>
      <w:r>
        <w:rPr>
          <w:rFonts w:ascii="Georgia" w:hAnsi="Georgia" w:cs="Times New Roman"/>
          <w:b/>
          <w:i w:val="0"/>
          <w:color w:val="000000"/>
          <w:sz w:val="24"/>
          <w:rtl/>
          <w:szCs w:val="32"/>
        </w:rPr>
        <w:t>ר</w:t>
      </w:r>
      <w:r>
        <w:rPr>
          <w:rFonts w:ascii="Georgia" w:hAnsi="Georgia"/>
          <w:b w:val="0"/>
          <w:i w:val="0"/>
          <w:color w:val="000000"/>
          <w:sz w:val="24"/>
        </w:rPr>
        <w:t>) — в «Модим». На седьмую букву — бэт (</w:t>
      </w:r>
      <w:r>
        <w:rPr>
          <w:rFonts w:ascii="Georgia" w:hAnsi="Georgia" w:cs="Times New Roman"/>
          <w:b/>
          <w:i w:val="0"/>
          <w:color w:val="000000"/>
          <w:sz w:val="24"/>
          <w:rtl/>
          <w:szCs w:val="32"/>
        </w:rPr>
        <w:t>ב</w:t>
      </w:r>
      <w:r>
        <w:rPr>
          <w:rFonts w:ascii="Georgia" w:hAnsi="Georgia"/>
          <w:b w:val="0"/>
          <w:i w:val="0"/>
          <w:color w:val="000000"/>
          <w:sz w:val="24"/>
        </w:rPr>
        <w:t>) — в [благословении] «Биркат а-Шалом».</w:t>
      </w:r>
    </w:p>
    <w:p>
      <w:pPr>
        <w:spacing w:before="40" w:after="120"/>
        <w:jc w:val="both"/>
      </w:pPr>
      <w:r>
        <w:rPr>
          <w:rFonts w:ascii="Georgia" w:hAnsi="Georgia"/>
          <w:b w:val="0"/>
          <w:i w:val="0"/>
          <w:color w:val="000000"/>
          <w:sz w:val="24"/>
        </w:rPr>
        <w:t xml:space="preserve">Затем сплети эти семь букв между собой, и из них выйдет следующее Имя: </w:t>
      </w:r>
      <w:r>
        <w:rPr>
          <w:rFonts w:ascii="Georgia" w:hAnsi="Georgia" w:cs="Times New Roman"/>
          <w:b/>
          <w:i w:val="0"/>
          <w:color w:val="000000"/>
          <w:sz w:val="24"/>
          <w:rtl/>
          <w:szCs w:val="32"/>
        </w:rPr>
        <w:t>וֵבֵאֵרֵנֵבֵיֵ</w:t>
      </w:r>
      <w:r>
        <w:rPr>
          <w:rFonts w:ascii="Georgia" w:hAnsi="Georgia"/>
          <w:b w:val="0"/>
          <w:i w:val="0"/>
          <w:color w:val="000000"/>
          <w:sz w:val="24"/>
        </w:rPr>
        <w:t xml:space="preserve">, — и направляй на него намерение. А в утренней молитве (Шахарит) нужно после этого направить намерение на Имя, выходящее из семи букв слов </w:t>
      </w:r>
      <w:r>
        <w:rPr>
          <w:rFonts w:ascii="Georgia" w:hAnsi="Georgia"/>
          <w:b w:val="0"/>
          <w:i/>
          <w:color w:val="000000"/>
          <w:sz w:val="24"/>
        </w:rPr>
        <w:t>«ва-ани бе-ров»</w:t>
      </w:r>
      <w:r>
        <w:rPr>
          <w:rFonts w:ascii="Georgia" w:hAnsi="Georgia"/>
          <w:b w:val="0"/>
          <w:i w:val="0"/>
          <w:color w:val="000000"/>
          <w:sz w:val="24"/>
        </w:rPr>
        <w:t xml:space="preserve"> методом подстановки «атбаш» (</w:t>
      </w:r>
      <w:r>
        <w:rPr>
          <w:rFonts w:ascii="Georgia" w:hAnsi="Georgia" w:cs="Times New Roman"/>
          <w:b/>
          <w:i w:val="0"/>
          <w:color w:val="000000"/>
          <w:sz w:val="24"/>
          <w:rtl/>
          <w:szCs w:val="32"/>
        </w:rPr>
        <w:t>א״ת ב״ש</w:t>
      </w:r>
      <w:r>
        <w:rPr>
          <w:rFonts w:ascii="Georgia" w:hAnsi="Georgia"/>
          <w:b w:val="0"/>
          <w:i w:val="0"/>
          <w:color w:val="000000"/>
          <w:sz w:val="24"/>
        </w:rPr>
        <w:t xml:space="preserve">), а именно: </w:t>
      </w:r>
      <w:r>
        <w:rPr>
          <w:rFonts w:ascii="Georgia" w:hAnsi="Georgia" w:cs="Times New Roman"/>
          <w:b/>
          <w:i w:val="0"/>
          <w:color w:val="000000"/>
          <w:sz w:val="24"/>
          <w:rtl/>
          <w:szCs w:val="32"/>
        </w:rPr>
        <w:t>פֵתֵטֵמֵשֵגֵשֵ</w:t>
      </w:r>
      <w:r>
        <w:rPr>
          <w:rFonts w:ascii="Georgia" w:hAnsi="Georgia"/>
          <w:b w:val="0"/>
          <w:i w:val="0"/>
          <w:color w:val="000000"/>
          <w:sz w:val="24"/>
        </w:rPr>
        <w:t xml:space="preserve">. В дневной же молитве (Минха) направляют намерение на другое Имя, выходящее из упомянутых семи букв слов </w:t>
      </w:r>
      <w:r>
        <w:rPr>
          <w:rFonts w:ascii="Georgia" w:hAnsi="Georgia"/>
          <w:b w:val="0"/>
          <w:i/>
          <w:color w:val="000000"/>
          <w:sz w:val="24"/>
        </w:rPr>
        <w:t>«ва-ани бе-ров»</w:t>
      </w:r>
      <w:r>
        <w:rPr>
          <w:rFonts w:ascii="Georgia" w:hAnsi="Georgia"/>
          <w:b w:val="0"/>
          <w:i w:val="0"/>
          <w:color w:val="000000"/>
          <w:sz w:val="24"/>
        </w:rPr>
        <w:t xml:space="preserve"> по алфавитной замене «айик-бехер» (</w:t>
      </w:r>
      <w:r>
        <w:rPr>
          <w:rFonts w:ascii="Georgia" w:hAnsi="Georgia" w:cs="Times New Roman"/>
          <w:b/>
          <w:i w:val="0"/>
          <w:color w:val="000000"/>
          <w:sz w:val="24"/>
          <w:rtl/>
          <w:szCs w:val="32"/>
        </w:rPr>
        <w:t>אי״ק בכ״ר</w:t>
      </w:r>
      <w:r>
        <w:rPr>
          <w:rFonts w:ascii="Georgia" w:hAnsi="Georgia"/>
          <w:b w:val="0"/>
          <w:i w:val="0"/>
          <w:color w:val="000000"/>
          <w:sz w:val="24"/>
        </w:rPr>
        <w:t xml:space="preserve">), а именно: </w:t>
      </w:r>
      <w:r>
        <w:rPr>
          <w:rFonts w:ascii="Georgia" w:hAnsi="Georgia" w:cs="Times New Roman"/>
          <w:b/>
          <w:i w:val="0"/>
          <w:color w:val="000000"/>
          <w:sz w:val="24"/>
          <w:rtl/>
          <w:szCs w:val="32"/>
        </w:rPr>
        <w:t>סֵיֵכֵקֵכֵבֵךֵ</w:t>
      </w:r>
      <w:r>
        <w:rPr>
          <w:rFonts w:ascii="Georgia" w:hAnsi="Georgia"/>
          <w:b w:val="0"/>
          <w:i w:val="0"/>
          <w:color w:val="000000"/>
          <w:sz w:val="24"/>
        </w:rPr>
        <w:t xml:space="preserve">. А в вечерней молитве (Арвит) направляют намерение на другое Имя, выходящее из упомянутых семи букв слов </w:t>
      </w:r>
      <w:r>
        <w:rPr>
          <w:rFonts w:ascii="Georgia" w:hAnsi="Georgia"/>
          <w:b w:val="0"/>
          <w:i/>
          <w:color w:val="000000"/>
          <w:sz w:val="24"/>
        </w:rPr>
        <w:t>«ва-ани бе-ров»</w:t>
      </w:r>
      <w:r>
        <w:rPr>
          <w:rFonts w:ascii="Georgia" w:hAnsi="Georgia"/>
          <w:b w:val="0"/>
          <w:i w:val="0"/>
          <w:color w:val="000000"/>
          <w:sz w:val="24"/>
        </w:rPr>
        <w:t xml:space="preserve"> по алфавитной замене «ахас-бета» (</w:t>
      </w:r>
      <w:r>
        <w:rPr>
          <w:rFonts w:ascii="Georgia" w:hAnsi="Georgia" w:cs="Times New Roman"/>
          <w:b/>
          <w:i w:val="0"/>
          <w:color w:val="000000"/>
          <w:sz w:val="24"/>
          <w:rtl/>
          <w:szCs w:val="32"/>
        </w:rPr>
        <w:t>אח״ס בט״ע</w:t>
      </w:r>
      <w:r>
        <w:rPr>
          <w:rFonts w:ascii="Georgia" w:hAnsi="Georgia"/>
          <w:b w:val="0"/>
          <w:i w:val="0"/>
          <w:color w:val="000000"/>
          <w:sz w:val="24"/>
        </w:rPr>
        <w:t xml:space="preserve">), а именно: </w:t>
      </w:r>
      <w:r>
        <w:rPr>
          <w:rFonts w:ascii="Georgia" w:hAnsi="Georgia" w:cs="Times New Roman"/>
          <w:b/>
          <w:i w:val="0"/>
          <w:color w:val="000000"/>
          <w:sz w:val="24"/>
          <w:rtl/>
          <w:szCs w:val="32"/>
        </w:rPr>
        <w:t>מֵחֵשֵפֵטֵוֵטֵ</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Во второй день [недели] направляют намерение точно таким же образом, однако намерение — на семь других букв, а именно [из слов] </w:t>
      </w:r>
      <w:r>
        <w:rPr>
          <w:rFonts w:ascii="Georgia" w:hAnsi="Georgia"/>
          <w:b w:val="0"/>
          <w:i/>
          <w:color w:val="000000"/>
          <w:sz w:val="24"/>
        </w:rPr>
        <w:t>«хасдеха аба»</w:t>
      </w:r>
      <w:r>
        <w:rPr>
          <w:rFonts w:ascii="Georgia" w:hAnsi="Georgia"/>
          <w:b w:val="0"/>
          <w:i w:val="0"/>
          <w:color w:val="000000"/>
          <w:sz w:val="24"/>
        </w:rPr>
        <w:t xml:space="preserve"> — «[по] милости Твоей войду» (</w:t>
      </w:r>
      <w:r>
        <w:rPr>
          <w:rFonts w:ascii="Georgia" w:hAnsi="Georgia" w:cs="Times New Roman"/>
          <w:b/>
          <w:i w:val="0"/>
          <w:color w:val="000000"/>
          <w:sz w:val="24"/>
          <w:rtl/>
          <w:szCs w:val="32"/>
        </w:rPr>
        <w:t>חַסְדְּךָ אָבֹא</w:t>
      </w:r>
      <w:r>
        <w:rPr>
          <w:rFonts w:ascii="Georgia" w:hAnsi="Georgia"/>
          <w:b w:val="0"/>
          <w:i w:val="0"/>
          <w:color w:val="000000"/>
          <w:sz w:val="24"/>
        </w:rPr>
        <w:t xml:space="preserve">). И Имя, выходящее из них при сплетении, — </w:t>
      </w:r>
      <w:r>
        <w:rPr>
          <w:rFonts w:ascii="Georgia" w:hAnsi="Georgia" w:cs="Times New Roman"/>
          <w:b/>
          <w:i w:val="0"/>
          <w:color w:val="000000"/>
          <w:sz w:val="24"/>
          <w:rtl/>
          <w:szCs w:val="32"/>
        </w:rPr>
        <w:t>חֵאֵסֵבֵדֵאֵךֵ</w:t>
      </w:r>
      <w:r>
        <w:rPr>
          <w:rFonts w:ascii="Georgia" w:hAnsi="Georgia"/>
          <w:b w:val="0"/>
          <w:i w:val="0"/>
          <w:color w:val="000000"/>
          <w:sz w:val="24"/>
        </w:rPr>
        <w:t xml:space="preserve">. Имя для Шахарит по замене «атбаш» — </w:t>
      </w:r>
      <w:r>
        <w:rPr>
          <w:rFonts w:ascii="Georgia" w:hAnsi="Georgia" w:cs="Times New Roman"/>
          <w:b/>
          <w:i w:val="0"/>
          <w:color w:val="000000"/>
          <w:sz w:val="24"/>
          <w:rtl/>
          <w:szCs w:val="32"/>
        </w:rPr>
        <w:t>סֵחֵקֵלֵתֵשֵתֵ</w:t>
      </w:r>
      <w:r>
        <w:rPr>
          <w:rFonts w:ascii="Georgia" w:hAnsi="Georgia"/>
          <w:b w:val="0"/>
          <w:i w:val="0"/>
          <w:color w:val="000000"/>
          <w:sz w:val="24"/>
        </w:rPr>
        <w:t xml:space="preserve">, для Минхи по системе «айик-бехер» — </w:t>
      </w:r>
      <w:r>
        <w:rPr>
          <w:rFonts w:ascii="Georgia" w:hAnsi="Georgia" w:cs="Times New Roman"/>
          <w:b/>
          <w:i w:val="0"/>
          <w:color w:val="000000"/>
          <w:sz w:val="24"/>
          <w:rtl/>
          <w:szCs w:val="32"/>
        </w:rPr>
        <w:t>פֵמֵמֵהֵיֵכֵיֵ</w:t>
      </w:r>
      <w:r>
        <w:rPr>
          <w:rFonts w:ascii="Georgia" w:hAnsi="Georgia"/>
          <w:b w:val="0"/>
          <w:i w:val="0"/>
          <w:color w:val="000000"/>
          <w:sz w:val="24"/>
        </w:rPr>
        <w:t xml:space="preserve">, а для Арвита по системе «ахас-бета» — </w:t>
      </w:r>
      <w:r>
        <w:rPr>
          <w:rFonts w:ascii="Georgia" w:hAnsi="Georgia" w:cs="Times New Roman"/>
          <w:b/>
          <w:i w:val="0"/>
          <w:color w:val="000000"/>
          <w:sz w:val="24"/>
          <w:rtl/>
          <w:szCs w:val="32"/>
        </w:rPr>
        <w:t>סֵאֵבֵצֵחֵטֵחֵ</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третий день [недели] направляют намерение точно так же, однако намерение — на десять букв, а именно [из слов] </w:t>
      </w:r>
      <w:r>
        <w:rPr>
          <w:rFonts w:ascii="Georgia" w:hAnsi="Georgia"/>
          <w:b w:val="0"/>
          <w:i/>
          <w:color w:val="000000"/>
          <w:sz w:val="24"/>
        </w:rPr>
        <w:t>«бейтеха эштахаве»</w:t>
      </w:r>
      <w:r>
        <w:rPr>
          <w:rFonts w:ascii="Georgia" w:hAnsi="Georgia"/>
          <w:b w:val="0"/>
          <w:i w:val="0"/>
          <w:color w:val="000000"/>
          <w:sz w:val="24"/>
        </w:rPr>
        <w:t xml:space="preserve"> — «[в] дом Твой, поклонюсь» (</w:t>
      </w:r>
      <w:r>
        <w:rPr>
          <w:rFonts w:ascii="Georgia" w:hAnsi="Georgia" w:cs="Times New Roman"/>
          <w:b/>
          <w:i w:val="0"/>
          <w:color w:val="000000"/>
          <w:sz w:val="24"/>
          <w:rtl/>
          <w:szCs w:val="32"/>
        </w:rPr>
        <w:t>בֵיתְךָ אֶשְׁתַּחֲוֶה</w:t>
      </w:r>
      <w:r>
        <w:rPr>
          <w:rFonts w:ascii="Georgia" w:hAnsi="Georgia"/>
          <w:b w:val="0"/>
          <w:i w:val="0"/>
          <w:color w:val="000000"/>
          <w:sz w:val="24"/>
        </w:rPr>
        <w:t xml:space="preserve">). Имя при сплетении — </w:t>
      </w:r>
      <w:r>
        <w:rPr>
          <w:rFonts w:ascii="Georgia" w:hAnsi="Georgia" w:cs="Times New Roman"/>
          <w:b/>
          <w:i w:val="0"/>
          <w:color w:val="000000"/>
          <w:sz w:val="24"/>
          <w:rtl/>
          <w:szCs w:val="32"/>
        </w:rPr>
        <w:t>בֵאֵיֵשֵתֵתֵכֵחֵוֵהֵ</w:t>
      </w:r>
      <w:r>
        <w:rPr>
          <w:rFonts w:ascii="Georgia" w:hAnsi="Georgia"/>
          <w:b w:val="0"/>
          <w:i w:val="0"/>
          <w:color w:val="000000"/>
          <w:sz w:val="24"/>
        </w:rPr>
        <w:t xml:space="preserve">. Имя для Шахарит по замене «атбаш» — </w:t>
      </w:r>
      <w:r>
        <w:rPr>
          <w:rFonts w:ascii="Georgia" w:hAnsi="Georgia" w:cs="Times New Roman"/>
          <w:b/>
          <w:i w:val="0"/>
          <w:color w:val="000000"/>
          <w:sz w:val="24"/>
          <w:rtl/>
          <w:szCs w:val="32"/>
        </w:rPr>
        <w:t>שֵאֵלֵתֵבֵאֵסֵפֵץֵ</w:t>
      </w:r>
      <w:r>
        <w:rPr>
          <w:rFonts w:ascii="Georgia" w:hAnsi="Georgia"/>
          <w:b w:val="0"/>
          <w:i w:val="0"/>
          <w:color w:val="000000"/>
          <w:sz w:val="24"/>
        </w:rPr>
        <w:t xml:space="preserve">, для Минхи по системе «айик-бехер» — </w:t>
      </w:r>
      <w:r>
        <w:rPr>
          <w:rFonts w:ascii="Georgia" w:hAnsi="Georgia" w:cs="Times New Roman"/>
          <w:b/>
          <w:i w:val="0"/>
          <w:color w:val="000000"/>
          <w:sz w:val="24"/>
          <w:rtl/>
          <w:szCs w:val="32"/>
        </w:rPr>
        <w:t>בֵקֵדֵהֵיֵגֵדֵפֵסֵןֵ</w:t>
      </w:r>
      <w:r>
        <w:rPr>
          <w:rFonts w:ascii="Georgia" w:hAnsi="Georgia"/>
          <w:b w:val="0"/>
          <w:i w:val="0"/>
          <w:color w:val="000000"/>
          <w:sz w:val="24"/>
        </w:rPr>
        <w:t xml:space="preserve">, а для Арвита по системе «ахас-бета» — </w:t>
      </w:r>
      <w:r>
        <w:rPr>
          <w:rFonts w:ascii="Georgia" w:hAnsi="Georgia" w:cs="Times New Roman"/>
          <w:b/>
          <w:i w:val="0"/>
          <w:color w:val="000000"/>
          <w:sz w:val="24"/>
          <w:rtl/>
          <w:szCs w:val="32"/>
        </w:rPr>
        <w:t>טֵפֵזֵצֵחֵתֵזֵסֵמֵלֵ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четвертый день [недели] направляют намерение точно так же, однако намерение — на шесть букв, а именно [из слов] </w:t>
      </w:r>
      <w:r>
        <w:rPr>
          <w:rFonts w:ascii="Georgia" w:hAnsi="Georgia"/>
          <w:b w:val="0"/>
          <w:i/>
          <w:color w:val="000000"/>
          <w:sz w:val="24"/>
        </w:rPr>
        <w:t>«эль эйхаль»</w:t>
      </w:r>
      <w:r>
        <w:rPr>
          <w:rFonts w:ascii="Georgia" w:hAnsi="Georgia"/>
          <w:b w:val="0"/>
          <w:i w:val="0"/>
          <w:color w:val="000000"/>
          <w:sz w:val="24"/>
        </w:rPr>
        <w:t xml:space="preserve"> — «к чертогу» (</w:t>
      </w:r>
      <w:r>
        <w:rPr>
          <w:rFonts w:ascii="Georgia" w:hAnsi="Georgia" w:cs="Times New Roman"/>
          <w:b/>
          <w:i w:val="0"/>
          <w:color w:val="000000"/>
          <w:sz w:val="24"/>
          <w:rtl/>
          <w:szCs w:val="32"/>
        </w:rPr>
        <w:t>אֶל הֵיכָל</w:t>
      </w:r>
      <w:r>
        <w:rPr>
          <w:rFonts w:ascii="Georgia" w:hAnsi="Georgia"/>
          <w:b w:val="0"/>
          <w:i w:val="0"/>
          <w:color w:val="000000"/>
          <w:sz w:val="24"/>
        </w:rPr>
        <w:t xml:space="preserve">). Имя при сплетении — </w:t>
      </w:r>
      <w:r>
        <w:rPr>
          <w:rFonts w:ascii="Georgia" w:hAnsi="Georgia" w:cs="Times New Roman"/>
          <w:b/>
          <w:i w:val="0"/>
          <w:color w:val="000000"/>
          <w:sz w:val="24"/>
          <w:rtl/>
          <w:szCs w:val="32"/>
        </w:rPr>
        <w:t>אֵהֵלֵיֵכֵלֵ</w:t>
      </w:r>
      <w:r>
        <w:rPr>
          <w:rFonts w:ascii="Georgia" w:hAnsi="Georgia"/>
          <w:b w:val="0"/>
          <w:i w:val="0"/>
          <w:color w:val="000000"/>
          <w:sz w:val="24"/>
        </w:rPr>
        <w:t xml:space="preserve">. Имя для Шахарит по замене «атбаш» — </w:t>
      </w:r>
      <w:r>
        <w:rPr>
          <w:rFonts w:ascii="Georgia" w:hAnsi="Georgia" w:cs="Times New Roman"/>
          <w:b/>
          <w:i w:val="0"/>
          <w:color w:val="000000"/>
          <w:sz w:val="24"/>
          <w:rtl/>
          <w:szCs w:val="32"/>
        </w:rPr>
        <w:t>תֵכֵצֵמֵלֵךֵ</w:t>
      </w:r>
      <w:r>
        <w:rPr>
          <w:rFonts w:ascii="Georgia" w:hAnsi="Georgia"/>
          <w:b w:val="0"/>
          <w:i w:val="0"/>
          <w:color w:val="000000"/>
          <w:sz w:val="24"/>
        </w:rPr>
        <w:t xml:space="preserve">, для Минхи по системе «айик-бехер» — </w:t>
      </w:r>
      <w:r>
        <w:rPr>
          <w:rFonts w:ascii="Georgia" w:hAnsi="Georgia" w:cs="Times New Roman"/>
          <w:b/>
          <w:i w:val="0"/>
          <w:color w:val="000000"/>
          <w:sz w:val="24"/>
          <w:rtl/>
          <w:szCs w:val="32"/>
        </w:rPr>
        <w:t>יֵשֵנֵקֵרֵשֵ</w:t>
      </w:r>
      <w:r>
        <w:rPr>
          <w:rFonts w:ascii="Georgia" w:hAnsi="Georgia"/>
          <w:b w:val="0"/>
          <w:i w:val="0"/>
          <w:color w:val="000000"/>
          <w:sz w:val="24"/>
        </w:rPr>
        <w:t xml:space="preserve">, а для Арвита по системе «ахас-бета» — </w:t>
      </w:r>
      <w:r>
        <w:rPr>
          <w:rFonts w:ascii="Georgia" w:hAnsi="Georgia" w:cs="Times New Roman"/>
          <w:b/>
          <w:i w:val="0"/>
          <w:color w:val="000000"/>
          <w:sz w:val="24"/>
          <w:rtl/>
          <w:szCs w:val="32"/>
        </w:rPr>
        <w:t>חֵקֵלֵפֵצֵקֵ</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пятый день [недели] направляют намерение точно так же, однако намерение — на десять букв, а именно [из слов] </w:t>
      </w:r>
      <w:r>
        <w:rPr>
          <w:rFonts w:ascii="Georgia" w:hAnsi="Georgia"/>
          <w:b w:val="0"/>
          <w:i/>
          <w:color w:val="000000"/>
          <w:sz w:val="24"/>
        </w:rPr>
        <w:t>«кодшеха бе-йиратеха»</w:t>
      </w:r>
      <w:r>
        <w:rPr>
          <w:rFonts w:ascii="Georgia" w:hAnsi="Georgia"/>
          <w:b w:val="0"/>
          <w:i w:val="0"/>
          <w:color w:val="000000"/>
          <w:sz w:val="24"/>
        </w:rPr>
        <w:t xml:space="preserve"> — «святому Твоему в страхе пред Тобой» (</w:t>
      </w:r>
      <w:r>
        <w:rPr>
          <w:rFonts w:ascii="Georgia" w:hAnsi="Georgia" w:cs="Times New Roman"/>
          <w:b/>
          <w:i w:val="0"/>
          <w:color w:val="000000"/>
          <w:sz w:val="24"/>
          <w:rtl/>
          <w:szCs w:val="32"/>
        </w:rPr>
        <w:t>קָדְשְׁךָ בְּיִרְאָתֶךָ</w:t>
      </w:r>
      <w:r>
        <w:rPr>
          <w:rFonts w:ascii="Georgia" w:hAnsi="Georgia"/>
          <w:b w:val="0"/>
          <w:i w:val="0"/>
          <w:color w:val="000000"/>
          <w:sz w:val="24"/>
        </w:rPr>
        <w:t xml:space="preserve">). Имя при сплетении — </w:t>
      </w:r>
      <w:r>
        <w:rPr>
          <w:rFonts w:ascii="Georgia" w:hAnsi="Georgia" w:cs="Times New Roman"/>
          <w:b/>
          <w:i w:val="0"/>
          <w:color w:val="000000"/>
          <w:sz w:val="24"/>
          <w:rtl/>
          <w:szCs w:val="32"/>
        </w:rPr>
        <w:t>קֵבֵדֵיֵשֵרֵכֵאֵתֵךֵ</w:t>
      </w:r>
      <w:r>
        <w:rPr>
          <w:rFonts w:ascii="Georgia" w:hAnsi="Georgia"/>
          <w:b w:val="0"/>
          <w:i w:val="0"/>
          <w:color w:val="000000"/>
          <w:sz w:val="24"/>
        </w:rPr>
        <w:t xml:space="preserve">. Имя для Шахарит по замене «атбаш» — </w:t>
      </w:r>
      <w:r>
        <w:rPr>
          <w:rFonts w:ascii="Georgia" w:hAnsi="Georgia" w:cs="Times New Roman"/>
          <w:b/>
          <w:i w:val="0"/>
          <w:color w:val="000000"/>
          <w:sz w:val="24"/>
          <w:rtl/>
          <w:szCs w:val="32"/>
        </w:rPr>
        <w:t>דֵקֵבֵלֵשֵמֵגֵתֵאֵלֵ</w:t>
      </w:r>
      <w:r>
        <w:rPr>
          <w:rFonts w:ascii="Georgia" w:hAnsi="Georgia"/>
          <w:b w:val="0"/>
          <w:i w:val="0"/>
          <w:color w:val="000000"/>
          <w:sz w:val="24"/>
        </w:rPr>
        <w:t xml:space="preserve">, для Минхи по системе «айик-бехер» — </w:t>
      </w:r>
      <w:r>
        <w:rPr>
          <w:rFonts w:ascii="Georgia" w:hAnsi="Georgia" w:cs="Times New Roman"/>
          <w:b/>
          <w:i w:val="0"/>
          <w:color w:val="000000"/>
          <w:sz w:val="24"/>
          <w:rtl/>
          <w:szCs w:val="32"/>
        </w:rPr>
        <w:t>אֵמֵגֵהֵכֵקֵבֵיֵדֵהֵ</w:t>
      </w:r>
      <w:r>
        <w:rPr>
          <w:rFonts w:ascii="Georgia" w:hAnsi="Georgia"/>
          <w:b w:val="0"/>
          <w:i w:val="0"/>
          <w:color w:val="000000"/>
          <w:sz w:val="24"/>
        </w:rPr>
        <w:t xml:space="preserve">, а для Арвита по системе «ахас-бета» — </w:t>
      </w:r>
      <w:r>
        <w:rPr>
          <w:rFonts w:ascii="Georgia" w:hAnsi="Georgia" w:cs="Times New Roman"/>
          <w:b/>
          <w:i w:val="0"/>
          <w:color w:val="000000"/>
          <w:sz w:val="24"/>
          <w:rtl/>
          <w:szCs w:val="32"/>
        </w:rPr>
        <w:t>הֵכֵתֵצֵפֵטֵוֵחֵזֵץֵ</w:t>
      </w:r>
      <w:r>
        <w:rPr>
          <w:rFonts w:ascii="Georgia" w:hAnsi="Georgia"/>
          <w:b w:val="0"/>
          <w:i w:val="0"/>
          <w:color w:val="000000"/>
          <w:sz w:val="24"/>
        </w:rPr>
        <w:t>. И мы забыли распределить буквы каждого дня по порядку благословений молитвы подобно тому, как распределили их для первого дня. И вот во второй день [недели все делается] точно так же, как в первый день [Говорит Шмуэль: потому что здесь тоже семь букв]. В третий же день на три буквы: бэт, йод, тав (</w:t>
      </w:r>
      <w:r>
        <w:rPr>
          <w:rFonts w:ascii="Georgia" w:hAnsi="Georgia" w:cs="Times New Roman"/>
          <w:b/>
          <w:i w:val="0"/>
          <w:color w:val="000000"/>
          <w:sz w:val="24"/>
          <w:rtl/>
          <w:szCs w:val="32"/>
        </w:rPr>
        <w:t>ב</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 </w:t>
      </w:r>
      <w:r>
        <w:rPr>
          <w:rFonts w:ascii="Georgia" w:hAnsi="Georgia" w:cs="Times New Roman"/>
          <w:b/>
          <w:i w:val="0"/>
          <w:color w:val="000000"/>
          <w:sz w:val="24"/>
          <w:rtl/>
          <w:szCs w:val="32"/>
        </w:rPr>
        <w:t>ת</w:t>
      </w:r>
      <w:r>
        <w:rPr>
          <w:rFonts w:ascii="Georgia" w:hAnsi="Georgia"/>
          <w:b w:val="0"/>
          <w:i w:val="0"/>
          <w:color w:val="000000"/>
          <w:sz w:val="24"/>
        </w:rPr>
        <w:t>) — направляют намерение в «Авот», «Гвурот» и «Кдушат а-Шем»; на четыре буквы: каф [софит], алеф, шин, тав (</w:t>
      </w:r>
      <w:r>
        <w:rPr>
          <w:rFonts w:ascii="Georgia" w:hAnsi="Georgia" w:cs="Times New Roman"/>
          <w:b/>
          <w:i w:val="0"/>
          <w:color w:val="000000"/>
          <w:sz w:val="24"/>
          <w:rtl/>
          <w:szCs w:val="32"/>
        </w:rPr>
        <w:t>ך</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b w:val="0"/>
          <w:i w:val="0"/>
          <w:color w:val="000000"/>
          <w:sz w:val="24"/>
        </w:rPr>
        <w:t xml:space="preserve">, </w:t>
      </w:r>
      <w:r>
        <w:rPr>
          <w:rFonts w:ascii="Georgia" w:hAnsi="Georgia" w:cs="Times New Roman"/>
          <w:b/>
          <w:i w:val="0"/>
          <w:color w:val="000000"/>
          <w:sz w:val="24"/>
          <w:rtl/>
          <w:szCs w:val="32"/>
        </w:rPr>
        <w:t>ת</w:t>
      </w:r>
      <w:r>
        <w:rPr>
          <w:rFonts w:ascii="Georgia" w:hAnsi="Georgia"/>
          <w:b w:val="0"/>
          <w:i w:val="0"/>
          <w:color w:val="000000"/>
          <w:sz w:val="24"/>
        </w:rPr>
        <w:t>) — в средних [благословениях]; а на три буквы: хэт, вав, хэй (</w:t>
      </w:r>
      <w:r>
        <w:rPr>
          <w:rFonts w:ascii="Georgia" w:hAnsi="Georgia" w:cs="Times New Roman"/>
          <w:b/>
          <w:i w:val="0"/>
          <w:color w:val="000000"/>
          <w:sz w:val="24"/>
          <w:rtl/>
          <w:szCs w:val="32"/>
        </w:rPr>
        <w:t>ח</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 в трех последних. В четвертый день, где букв всего шесть, направляют намерение на три буквы в трех первых [благословениях] и на три буквы в трех последних [Говорит Шмуэль: а в средних не направляют намерение вовсе]. В пятый же день, где десять букв, направляют намерение подобно третьему дню: на три буквы: куф, далет, шин (</w:t>
      </w:r>
      <w:r>
        <w:rPr>
          <w:rFonts w:ascii="Georgia" w:hAnsi="Georgia" w:cs="Times New Roman"/>
          <w:b/>
          <w:i w:val="0"/>
          <w:color w:val="000000"/>
          <w:sz w:val="24"/>
          <w:rtl/>
          <w:szCs w:val="32"/>
        </w:rPr>
        <w:t>ק</w:t>
      </w:r>
      <w:r>
        <w:rPr>
          <w:rFonts w:ascii="Georgia" w:hAnsi="Georgia"/>
          <w:b w:val="0"/>
          <w:i w:val="0"/>
          <w:color w:val="000000"/>
          <w:sz w:val="24"/>
        </w:rPr>
        <w:t xml:space="preserve">, </w:t>
      </w:r>
      <w:r>
        <w:rPr>
          <w:rFonts w:ascii="Georgia" w:hAnsi="Georgia" w:cs="Times New Roman"/>
          <w:b/>
          <w:i w:val="0"/>
          <w:color w:val="000000"/>
          <w:sz w:val="24"/>
          <w:rtl/>
          <w:szCs w:val="32"/>
        </w:rPr>
        <w:t>ד</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b w:val="0"/>
          <w:i w:val="0"/>
          <w:color w:val="000000"/>
          <w:sz w:val="24"/>
        </w:rPr>
        <w:t>) — в трех первых [благословениях]; на четыре буквы: каф [софит], бэт, йод, рэйш (</w:t>
      </w:r>
      <w:r>
        <w:rPr>
          <w:rFonts w:ascii="Georgia" w:hAnsi="Georgia" w:cs="Times New Roman"/>
          <w:b/>
          <w:i w:val="0"/>
          <w:color w:val="000000"/>
          <w:sz w:val="24"/>
          <w:rtl/>
          <w:szCs w:val="32"/>
        </w:rPr>
        <w:t>ך</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b w:val="0"/>
          <w:i w:val="0"/>
          <w:color w:val="000000"/>
          <w:sz w:val="24"/>
        </w:rPr>
        <w:t>) — в средних; и на три буквы: алеф, тав, каф [софит] (</w:t>
      </w:r>
      <w:r>
        <w:rPr>
          <w:rFonts w:ascii="Georgia" w:hAnsi="Georgia" w:cs="Times New Roman"/>
          <w:b/>
          <w:i w:val="0"/>
          <w:color w:val="000000"/>
          <w:sz w:val="24"/>
          <w:rtl/>
          <w:szCs w:val="32"/>
        </w:rPr>
        <w:t>א</w:t>
      </w:r>
      <w:r>
        <w:rPr>
          <w:rFonts w:ascii="Georgia" w:hAnsi="Georgia"/>
          <w:b w:val="0"/>
          <w:i w:val="0"/>
          <w:color w:val="000000"/>
          <w:sz w:val="24"/>
        </w:rPr>
        <w:t xml:space="preserve">, </w:t>
      </w:r>
      <w:r>
        <w:rPr>
          <w:rFonts w:ascii="Georgia" w:hAnsi="Georgia" w:cs="Times New Roman"/>
          <w:b/>
          <w:i w:val="0"/>
          <w:color w:val="000000"/>
          <w:sz w:val="24"/>
          <w:rtl/>
          <w:szCs w:val="32"/>
        </w:rPr>
        <w:t>ת</w:t>
      </w:r>
      <w:r>
        <w:rPr>
          <w:rFonts w:ascii="Georgia" w:hAnsi="Georgia"/>
          <w:b w:val="0"/>
          <w:i w:val="0"/>
          <w:color w:val="000000"/>
          <w:sz w:val="24"/>
        </w:rPr>
        <w:t xml:space="preserve">, </w:t>
      </w:r>
      <w:r>
        <w:rPr>
          <w:rFonts w:ascii="Georgia" w:hAnsi="Georgia" w:cs="Times New Roman"/>
          <w:b/>
          <w:i w:val="0"/>
          <w:color w:val="000000"/>
          <w:sz w:val="24"/>
          <w:rtl/>
          <w:szCs w:val="32"/>
        </w:rPr>
        <w:t>ך</w:t>
      </w:r>
      <w:r>
        <w:rPr>
          <w:rFonts w:ascii="Georgia" w:hAnsi="Georgia"/>
          <w:b w:val="0"/>
          <w:i w:val="0"/>
          <w:color w:val="000000"/>
          <w:sz w:val="24"/>
        </w:rPr>
        <w:t>) — в трех последних. И хотя мы огласовали все эти Имена огласовкой цере, я уже сообщил тебе, что каждому человеку следует огласовывать их согласно корню своей души одной из девяти известных огласовок [Говорит Шмуэль: а именно: камац, патах, цере, сеголь, шва и так далее].</w:t>
      </w:r>
    </w:p>
    <w:p>
      <w:pPr>
        <w:keepNext/>
        <w:spacing w:before="320" w:after="120"/>
      </w:pPr>
      <w:r>
        <w:rPr>
          <w:rFonts w:ascii="Georgia" w:hAnsi="Georgia"/>
          <w:b w:val="0"/>
          <w:i w:val="0"/>
          <w:color w:val="000000"/>
          <w:sz w:val="32"/>
        </w:rPr>
        <w:t>Еще один ихуд</w:t>
      </w:r>
    </w:p>
    <w:p>
      <w:pPr>
        <w:spacing w:before="40" w:after="120"/>
        <w:jc w:val="both"/>
      </w:pPr>
      <w:r>
        <w:rPr>
          <w:rFonts w:ascii="Georgia" w:hAnsi="Georgia"/>
          <w:b w:val="0"/>
          <w:i w:val="0"/>
          <w:color w:val="000000"/>
          <w:sz w:val="24"/>
        </w:rPr>
        <w:t>Вот еще одно единение (</w:t>
      </w:r>
      <w:r>
        <w:rPr>
          <w:rFonts w:ascii="Georgia" w:hAnsi="Georgia"/>
          <w:b w:val="0"/>
          <w:i/>
          <w:color w:val="000000"/>
          <w:sz w:val="24"/>
        </w:rPr>
        <w:t>ихуд</w:t>
      </w:r>
      <w:r>
        <w:rPr>
          <w:rFonts w:ascii="Georgia" w:hAnsi="Georgia"/>
          <w:b w:val="0"/>
          <w:i w:val="0"/>
          <w:color w:val="000000"/>
          <w:sz w:val="24"/>
        </w:rPr>
        <w:t>), и нужно, чтобы ты всегда держал его перед глазами. Имя ЭЛОКИМ с наполнением через йод равно 300 (</w:t>
      </w:r>
      <w:r>
        <w:rPr>
          <w:rFonts w:ascii="Georgia" w:hAnsi="Georgia" w:cs="Times New Roman"/>
          <w:b/>
          <w:i w:val="0"/>
          <w:color w:val="000000"/>
          <w:sz w:val="24"/>
          <w:rtl/>
          <w:szCs w:val="32"/>
        </w:rPr>
        <w:t>ש</w:t>
      </w:r>
      <w:r>
        <w:rPr>
          <w:rFonts w:ascii="Georgia" w:hAnsi="Georgia"/>
          <w:b w:val="0"/>
          <w:i w:val="0"/>
          <w:color w:val="000000"/>
          <w:sz w:val="24"/>
        </w:rPr>
        <w:t xml:space="preserve"> = 300) — как числовое значение [Имени] </w:t>
      </w:r>
      <w:r>
        <w:rPr>
          <w:rFonts w:ascii="Georgia" w:hAnsi="Georgia" w:cs="Times New Roman"/>
          <w:b/>
          <w:i w:val="0"/>
          <w:color w:val="000000"/>
          <w:sz w:val="24"/>
          <w:rtl/>
          <w:szCs w:val="32"/>
        </w:rPr>
        <w:t>מצפ״ץ</w:t>
      </w:r>
      <w:r>
        <w:rPr>
          <w:rFonts w:ascii="Georgia" w:hAnsi="Georgia"/>
          <w:b w:val="0"/>
          <w:i w:val="0"/>
          <w:color w:val="000000"/>
          <w:sz w:val="24"/>
        </w:rPr>
        <w:t xml:space="preserve">, которое служит заменой Имени АВАЯ по системе </w:t>
      </w:r>
      <w:r>
        <w:rPr>
          <w:rFonts w:ascii="Georgia" w:hAnsi="Georgia"/>
          <w:b w:val="0"/>
          <w:i/>
          <w:color w:val="000000"/>
          <w:sz w:val="24"/>
        </w:rPr>
        <w:t>атбаш</w:t>
      </w:r>
      <w:r>
        <w:rPr>
          <w:rFonts w:ascii="Georgia" w:hAnsi="Georgia"/>
          <w:b w:val="0"/>
          <w:i w:val="0"/>
          <w:color w:val="000000"/>
          <w:sz w:val="24"/>
        </w:rPr>
        <w:t xml:space="preserve"> (</w:t>
      </w:r>
      <w:r>
        <w:rPr>
          <w:rFonts w:ascii="Georgia" w:hAnsi="Georgia" w:cs="Times New Roman"/>
          <w:b/>
          <w:i w:val="0"/>
          <w:color w:val="000000"/>
          <w:sz w:val="24"/>
          <w:rtl/>
          <w:szCs w:val="32"/>
        </w:rPr>
        <w:t>בא״ת ב״ש</w:t>
      </w:r>
      <w:r>
        <w:rPr>
          <w:rFonts w:ascii="Georgia" w:hAnsi="Georgia"/>
          <w:b w:val="0"/>
          <w:i w:val="0"/>
          <w:color w:val="000000"/>
          <w:sz w:val="24"/>
        </w:rPr>
        <w:t>). При наполнении через йод в нем тринадцать букв. И направь намерение (</w:t>
      </w:r>
      <w:r>
        <w:rPr>
          <w:rFonts w:ascii="Georgia" w:hAnsi="Georgia"/>
          <w:b w:val="0"/>
          <w:i/>
          <w:color w:val="000000"/>
          <w:sz w:val="24"/>
        </w:rPr>
        <w:t>кавана</w:t>
      </w:r>
      <w:r>
        <w:rPr>
          <w:rFonts w:ascii="Georgia" w:hAnsi="Georgia"/>
          <w:b w:val="0"/>
          <w:i w:val="0"/>
          <w:color w:val="000000"/>
          <w:sz w:val="24"/>
        </w:rPr>
        <w:t xml:space="preserve">), [помня], что Малхут называется ЭЛОКИМ и включает в себя тринадцать свойств [милосердия], которые соответствуют тринадцати буквам наполнения ЭЛОКИМ. Ведь начало тринадцати свойств милосердия — это Имя АВАЯ, как сказано в Писании: </w:t>
      </w:r>
      <w:r>
        <w:rPr>
          <w:rFonts w:ascii="Georgia" w:hAnsi="Georgia"/>
          <w:b w:val="0"/>
          <w:i/>
          <w:color w:val="000000"/>
          <w:sz w:val="24"/>
        </w:rPr>
        <w:t>«Г-сподь, Г-сподь, Б-г милосердный и милостивый…»</w:t>
      </w:r>
      <w:r>
        <w:rPr>
          <w:rFonts w:ascii="Georgia" w:hAnsi="Georgia"/>
          <w:b w:val="0"/>
          <w:i w:val="0"/>
          <w:color w:val="000000"/>
          <w:sz w:val="24"/>
        </w:rPr>
        <w:t xml:space="preserve"> (Шмот 34:6), а заменой этого Имени АВАЯ служит </w:t>
      </w:r>
      <w:r>
        <w:rPr>
          <w:rFonts w:ascii="Georgia" w:hAnsi="Georgia" w:cs="Times New Roman"/>
          <w:b/>
          <w:i w:val="0"/>
          <w:color w:val="000000"/>
          <w:sz w:val="24"/>
          <w:rtl/>
          <w:szCs w:val="32"/>
        </w:rPr>
        <w:t>מצפץ</w:t>
      </w:r>
      <w:r>
        <w:rPr>
          <w:rFonts w:ascii="Georgia" w:hAnsi="Georgia"/>
          <w:b w:val="0"/>
          <w:i w:val="0"/>
          <w:color w:val="000000"/>
          <w:sz w:val="24"/>
        </w:rPr>
        <w:t>.</w:t>
      </w:r>
    </w:p>
    <w:p>
      <w:pPr>
        <w:spacing w:before="40" w:after="120"/>
        <w:jc w:val="both"/>
      </w:pPr>
      <w:r>
        <w:rPr>
          <w:rFonts w:ascii="Georgia" w:hAnsi="Georgia"/>
          <w:b w:val="0"/>
          <w:i w:val="0"/>
          <w:color w:val="000000"/>
          <w:sz w:val="24"/>
        </w:rPr>
        <w:t>Также направь намерение, что в [Имени] ЭЛОКИМ с его наполнением есть две буквы — мэм и хэй, которые по гематрии равны Имени АВАЯ де-МА с наполнением через алеф. Направь намерение, что Малхут наполняется от упомянутых тринадцати свойств, на которые указывают тринадцать букв [Имени] ЭЛОКИМ, а также она наполняется от Имени АВАЯ де-МА с наполнением через алеф де-ЗА, на которое указывают буквы мэм (</w:t>
      </w:r>
      <w:r>
        <w:rPr>
          <w:rFonts w:ascii="Georgia" w:hAnsi="Georgia" w:cs="Times New Roman"/>
          <w:b/>
          <w:i w:val="0"/>
          <w:color w:val="000000"/>
          <w:sz w:val="24"/>
          <w:rtl/>
          <w:szCs w:val="32"/>
        </w:rPr>
        <w:t>מ</w:t>
      </w:r>
      <w:r>
        <w:rPr>
          <w:rFonts w:ascii="Georgia" w:hAnsi="Georgia"/>
          <w:b w:val="0"/>
          <w:i w:val="0"/>
          <w:color w:val="000000"/>
          <w:sz w:val="24"/>
        </w:rPr>
        <w:t>) и хэй (</w:t>
      </w:r>
      <w:r>
        <w:rPr>
          <w:rFonts w:ascii="Georgia" w:hAnsi="Georgia" w:cs="Times New Roman"/>
          <w:b/>
          <w:i w:val="0"/>
          <w:color w:val="000000"/>
          <w:sz w:val="24"/>
          <w:rtl/>
          <w:szCs w:val="32"/>
        </w:rPr>
        <w:t>ה</w:t>
      </w:r>
      <w:r>
        <w:rPr>
          <w:rFonts w:ascii="Georgia" w:hAnsi="Georgia"/>
          <w:b w:val="0"/>
          <w:i w:val="0"/>
          <w:color w:val="000000"/>
          <w:sz w:val="24"/>
        </w:rPr>
        <w:t xml:space="preserve">) в [Имени] ЭЛОКИМ, как сказано. И пусть это упомянутое Имя ЭЛОКИМ с упомянутым намерением всегда будет перед твоими глазами вовек. Также направь намерение на Имя </w:t>
      </w:r>
      <w:r>
        <w:rPr>
          <w:rFonts w:ascii="Georgia" w:hAnsi="Georgia" w:cs="Times New Roman"/>
          <w:b/>
          <w:i w:val="0"/>
          <w:color w:val="000000"/>
          <w:sz w:val="24"/>
          <w:rtl/>
          <w:szCs w:val="32"/>
        </w:rPr>
        <w:t>אבגית״ץ</w:t>
      </w:r>
      <w:r>
        <w:rPr>
          <w:rFonts w:ascii="Georgia" w:hAnsi="Georgia"/>
          <w:b w:val="0"/>
          <w:i w:val="0"/>
          <w:color w:val="000000"/>
          <w:sz w:val="24"/>
        </w:rPr>
        <w:t xml:space="preserve">: его гематрия равна слову </w:t>
      </w:r>
      <w:r>
        <w:rPr>
          <w:rFonts w:ascii="Georgia" w:hAnsi="Georgia"/>
          <w:b w:val="0"/>
          <w:i/>
          <w:color w:val="000000"/>
          <w:sz w:val="24"/>
        </w:rPr>
        <w:t>шор</w:t>
      </w:r>
      <w:r>
        <w:rPr>
          <w:rFonts w:ascii="Georgia" w:hAnsi="Georgia"/>
          <w:b w:val="0"/>
          <w:i w:val="0"/>
          <w:color w:val="000000"/>
          <w:sz w:val="24"/>
        </w:rPr>
        <w:t xml:space="preserve"> — «бык» (</w:t>
      </w:r>
      <w:r>
        <w:rPr>
          <w:rFonts w:ascii="Georgia" w:hAnsi="Georgia" w:cs="Times New Roman"/>
          <w:b/>
          <w:i w:val="0"/>
          <w:color w:val="000000"/>
          <w:sz w:val="24"/>
          <w:rtl/>
          <w:szCs w:val="32"/>
        </w:rPr>
        <w:t>שׁוֹר</w:t>
      </w:r>
      <w:r>
        <w:rPr>
          <w:rFonts w:ascii="Georgia" w:hAnsi="Georgia"/>
          <w:b w:val="0"/>
          <w:i w:val="0"/>
          <w:color w:val="000000"/>
          <w:sz w:val="24"/>
        </w:rPr>
        <w:t xml:space="preserve"> = 506), ведь это Имя отсекает силу обвинителей и клипот, поднимающихся до высших шести концов. И в этом тайна упомянутого Имени: ведь буквы </w:t>
      </w:r>
      <w:r>
        <w:rPr>
          <w:rFonts w:ascii="Georgia" w:hAnsi="Georgia" w:cs="Times New Roman"/>
          <w:b/>
          <w:i w:val="0"/>
          <w:color w:val="000000"/>
          <w:sz w:val="24"/>
          <w:rtl/>
          <w:szCs w:val="32"/>
        </w:rPr>
        <w:t>אב״ג</w:t>
      </w:r>
      <w:r>
        <w:rPr>
          <w:rFonts w:ascii="Georgia" w:hAnsi="Georgia"/>
          <w:b w:val="0"/>
          <w:i w:val="0"/>
          <w:color w:val="000000"/>
          <w:sz w:val="24"/>
        </w:rPr>
        <w:t xml:space="preserve"> в нем — это тайна упомянутых шести концов, численное значение которых равно значению [букв] </w:t>
      </w:r>
      <w:r>
        <w:rPr>
          <w:rFonts w:ascii="Georgia" w:hAnsi="Georgia" w:cs="Times New Roman"/>
          <w:b/>
          <w:i w:val="0"/>
          <w:color w:val="000000"/>
          <w:sz w:val="24"/>
          <w:rtl/>
          <w:szCs w:val="32"/>
        </w:rPr>
        <w:t>אב״ג</w:t>
      </w:r>
      <w:r>
        <w:rPr>
          <w:rFonts w:ascii="Georgia" w:hAnsi="Georgia"/>
          <w:b w:val="0"/>
          <w:i w:val="0"/>
          <w:color w:val="000000"/>
          <w:sz w:val="24"/>
        </w:rPr>
        <w:t xml:space="preserve"> [6], а буквы </w:t>
      </w:r>
      <w:r>
        <w:rPr>
          <w:rFonts w:ascii="Georgia" w:hAnsi="Georgia" w:cs="Times New Roman"/>
          <w:b/>
          <w:i w:val="0"/>
          <w:color w:val="000000"/>
          <w:sz w:val="24"/>
          <w:rtl/>
          <w:szCs w:val="32"/>
        </w:rPr>
        <w:t>ית״ץ</w:t>
      </w:r>
      <w:r>
        <w:rPr>
          <w:rFonts w:ascii="Georgia" w:hAnsi="Georgia"/>
          <w:b w:val="0"/>
          <w:i w:val="0"/>
          <w:color w:val="000000"/>
          <w:sz w:val="24"/>
        </w:rPr>
        <w:t xml:space="preserve"> в нем [предназначены] для того, чтобы сокрушить (</w:t>
      </w:r>
      <w:r>
        <w:rPr>
          <w:rFonts w:ascii="Georgia" w:hAnsi="Georgia"/>
          <w:b w:val="0"/>
          <w:i/>
          <w:color w:val="000000"/>
          <w:sz w:val="24"/>
        </w:rPr>
        <w:t>ленатэц</w:t>
      </w:r>
      <w:r>
        <w:rPr>
          <w:rFonts w:ascii="Georgia" w:hAnsi="Georgia"/>
          <w:b w:val="0"/>
          <w:i w:val="0"/>
          <w:color w:val="000000"/>
          <w:sz w:val="24"/>
        </w:rPr>
        <w:t xml:space="preserve">, </w:t>
      </w:r>
      <w:r>
        <w:rPr>
          <w:rFonts w:ascii="Georgia" w:hAnsi="Georgia" w:cs="Times New Roman"/>
          <w:b/>
          <w:i w:val="0"/>
          <w:color w:val="000000"/>
          <w:sz w:val="24"/>
          <w:rtl/>
          <w:szCs w:val="32"/>
        </w:rPr>
        <w:t>לְנַתֵּץ</w:t>
      </w:r>
      <w:r>
        <w:rPr>
          <w:rFonts w:ascii="Georgia" w:hAnsi="Georgia"/>
          <w:b w:val="0"/>
          <w:i w:val="0"/>
          <w:color w:val="000000"/>
          <w:sz w:val="24"/>
        </w:rPr>
        <w:t xml:space="preserve">) обвинителя. Кроме того, [сочетание] </w:t>
      </w:r>
      <w:r>
        <w:rPr>
          <w:rFonts w:ascii="Georgia" w:hAnsi="Georgia" w:cs="Times New Roman"/>
          <w:b/>
          <w:i w:val="0"/>
          <w:color w:val="000000"/>
          <w:sz w:val="24"/>
          <w:rtl/>
          <w:szCs w:val="32"/>
        </w:rPr>
        <w:t>אב״ג</w:t>
      </w:r>
      <w:r>
        <w:rPr>
          <w:rFonts w:ascii="Georgia" w:hAnsi="Georgia"/>
          <w:b w:val="0"/>
          <w:i w:val="0"/>
          <w:color w:val="000000"/>
          <w:sz w:val="24"/>
        </w:rPr>
        <w:t xml:space="preserve"> означает </w:t>
      </w:r>
      <w:r>
        <w:rPr>
          <w:rFonts w:ascii="Georgia" w:hAnsi="Georgia"/>
          <w:b w:val="0"/>
          <w:i/>
          <w:color w:val="000000"/>
          <w:sz w:val="24"/>
        </w:rPr>
        <w:t>сатан</w:t>
      </w:r>
      <w:r>
        <w:rPr>
          <w:rFonts w:ascii="Georgia" w:hAnsi="Georgia"/>
          <w:b w:val="0"/>
          <w:i w:val="0"/>
          <w:color w:val="000000"/>
          <w:sz w:val="24"/>
        </w:rPr>
        <w:t xml:space="preserve"> — «сатана» (</w:t>
      </w:r>
      <w:r>
        <w:rPr>
          <w:rFonts w:ascii="Georgia" w:hAnsi="Georgia" w:cs="Times New Roman"/>
          <w:b/>
          <w:i w:val="0"/>
          <w:color w:val="000000"/>
          <w:sz w:val="24"/>
          <w:rtl/>
          <w:szCs w:val="32"/>
        </w:rPr>
        <w:t>שט״ן</w:t>
      </w:r>
      <w:r>
        <w:rPr>
          <w:rFonts w:ascii="Georgia" w:hAnsi="Georgia"/>
          <w:b w:val="0"/>
          <w:i w:val="0"/>
          <w:color w:val="000000"/>
          <w:sz w:val="24"/>
        </w:rPr>
        <w:t xml:space="preserve">), как сказано в Талмуде: </w:t>
      </w:r>
      <w:r>
        <w:rPr>
          <w:rFonts w:ascii="Georgia" w:hAnsi="Georgia"/>
          <w:b w:val="0"/>
          <w:i/>
          <w:color w:val="000000"/>
          <w:sz w:val="24"/>
        </w:rPr>
        <w:t>«Авга де-бей рав»</w:t>
      </w:r>
      <w:r>
        <w:rPr>
          <w:rFonts w:ascii="Georgia" w:hAnsi="Georgia"/>
          <w:b w:val="0"/>
          <w:i w:val="0"/>
          <w:color w:val="000000"/>
          <w:sz w:val="24"/>
        </w:rPr>
        <w:t xml:space="preserve"> (</w:t>
      </w:r>
      <w:r>
        <w:rPr>
          <w:rFonts w:ascii="Georgia" w:hAnsi="Georgia" w:cs="Times New Roman"/>
          <w:b/>
          <w:i w:val="0"/>
          <w:color w:val="000000"/>
          <w:sz w:val="24"/>
          <w:rtl/>
          <w:szCs w:val="32"/>
        </w:rPr>
        <w:t>אַבְגָא דְּבֵי רַב</w:t>
      </w:r>
      <w:r>
        <w:rPr>
          <w:rFonts w:ascii="Georgia" w:hAnsi="Georgia"/>
          <w:b w:val="0"/>
          <w:i w:val="0"/>
          <w:color w:val="000000"/>
          <w:sz w:val="24"/>
        </w:rPr>
        <w:t>).</w:t>
      </w:r>
    </w:p>
    <w:p>
      <w:pPr>
        <w:spacing w:before="40" w:after="120"/>
        <w:jc w:val="both"/>
      </w:pPr>
      <w:r>
        <w:rPr>
          <w:rFonts w:ascii="Georgia" w:hAnsi="Georgia"/>
          <w:b w:val="0"/>
          <w:i w:val="0"/>
          <w:color w:val="000000"/>
          <w:sz w:val="24"/>
        </w:rPr>
        <w:t>Также если человек будет всегда направлять намерение на эти три Имени, которые мы запишем, он удостоится [сфиры] Даат. Вот эти три Имени ЭЙЕ: одно — с наполнением через йод, второе — с наполнением через алеф, и третье — с наполнением через хэй. Все три [Имени] вместе по гематрии составляют 455 (</w:t>
      </w:r>
      <w:r>
        <w:rPr>
          <w:rFonts w:ascii="Georgia" w:hAnsi="Georgia" w:cs="Times New Roman"/>
          <w:b/>
          <w:i w:val="0"/>
          <w:color w:val="000000"/>
          <w:sz w:val="24"/>
          <w:rtl/>
          <w:szCs w:val="32"/>
        </w:rPr>
        <w:t>תנ״ה</w:t>
      </w:r>
      <w:r>
        <w:rPr>
          <w:rFonts w:ascii="Georgia" w:hAnsi="Georgia"/>
          <w:b w:val="0"/>
          <w:i w:val="0"/>
          <w:color w:val="000000"/>
          <w:sz w:val="24"/>
        </w:rPr>
        <w:t xml:space="preserve"> = 455), а вместе с тремя колелями составят 458 (</w:t>
      </w:r>
      <w:r>
        <w:rPr>
          <w:rFonts w:ascii="Georgia" w:hAnsi="Georgia" w:cs="Times New Roman"/>
          <w:b/>
          <w:i w:val="0"/>
          <w:color w:val="000000"/>
          <w:sz w:val="24"/>
          <w:rtl/>
          <w:szCs w:val="32"/>
        </w:rPr>
        <w:t>נח״ת</w:t>
      </w:r>
      <w:r>
        <w:rPr>
          <w:rFonts w:ascii="Georgia" w:hAnsi="Georgia"/>
          <w:b w:val="0"/>
          <w:i w:val="0"/>
          <w:color w:val="000000"/>
          <w:sz w:val="24"/>
        </w:rPr>
        <w:t xml:space="preserve"> = 458). И на них намекает стих: </w:t>
      </w:r>
      <w:r>
        <w:rPr>
          <w:rFonts w:ascii="Georgia" w:hAnsi="Georgia"/>
          <w:b w:val="0"/>
          <w:i/>
          <w:color w:val="000000"/>
          <w:sz w:val="24"/>
        </w:rPr>
        <w:t>«Слова мудрецов, [сказанные] в спокойствии</w:t>
      </w:r>
      <w:r>
        <w:rPr>
          <w:rFonts w:ascii="Georgia" w:hAnsi="Georgia"/>
          <w:b w:val="0"/>
          <w:i w:val="0"/>
          <w:color w:val="000000"/>
          <w:sz w:val="24"/>
        </w:rPr>
        <w:t xml:space="preserve"> (</w:t>
      </w:r>
      <w:r>
        <w:rPr>
          <w:rFonts w:ascii="Georgia" w:hAnsi="Georgia"/>
          <w:b w:val="0"/>
          <w:i/>
          <w:color w:val="000000"/>
          <w:sz w:val="24"/>
        </w:rPr>
        <w:t>бе-нахат</w:t>
      </w:r>
      <w:r>
        <w:rPr>
          <w:rFonts w:ascii="Georgia" w:hAnsi="Georgia"/>
          <w:b w:val="0"/>
          <w:i w:val="0"/>
          <w:color w:val="000000"/>
          <w:sz w:val="24"/>
        </w:rPr>
        <w:t xml:space="preserve">, </w:t>
      </w:r>
      <w:r>
        <w:rPr>
          <w:rFonts w:ascii="Georgia" w:hAnsi="Georgia" w:cs="Times New Roman"/>
          <w:b/>
          <w:i w:val="0"/>
          <w:color w:val="000000"/>
          <w:sz w:val="24"/>
          <w:rtl/>
          <w:szCs w:val="32"/>
        </w:rPr>
        <w:t>בְּנַחַת</w:t>
      </w:r>
      <w:r>
        <w:rPr>
          <w:rFonts w:ascii="Georgia" w:hAnsi="Georgia"/>
          <w:b w:val="0"/>
          <w:i w:val="0"/>
          <w:color w:val="000000"/>
          <w:sz w:val="24"/>
        </w:rPr>
        <w:t>)</w:t>
      </w:r>
      <w:r>
        <w:rPr>
          <w:rFonts w:ascii="Georgia" w:hAnsi="Georgia"/>
          <w:b w:val="0"/>
          <w:i/>
          <w:color w:val="000000"/>
          <w:sz w:val="24"/>
        </w:rPr>
        <w:t>, слышны…»</w:t>
      </w:r>
      <w:r>
        <w:rPr>
          <w:rFonts w:ascii="Georgia" w:hAnsi="Georgia"/>
          <w:b w:val="0"/>
          <w:i w:val="0"/>
          <w:color w:val="000000"/>
          <w:sz w:val="24"/>
        </w:rPr>
        <w:t xml:space="preserve"> (Коэлет 9:17).</w:t>
      </w:r>
    </w:p>
    <w:p>
      <w:pPr>
        <w:keepNext/>
        <w:spacing w:before="320" w:after="120"/>
      </w:pPr>
      <w:r>
        <w:rPr>
          <w:rFonts w:ascii="Georgia" w:hAnsi="Georgia"/>
          <w:b w:val="0"/>
          <w:i w:val="0"/>
          <w:color w:val="000000"/>
          <w:sz w:val="32"/>
        </w:rPr>
        <w:t>Вставание после полуночи</w:t>
      </w:r>
    </w:p>
    <w:p>
      <w:pPr>
        <w:spacing w:before="40" w:after="120"/>
        <w:jc w:val="both"/>
      </w:pPr>
      <w:r>
        <w:rPr>
          <w:rFonts w:ascii="Georgia" w:hAnsi="Georgia"/>
          <w:b w:val="0"/>
          <w:i w:val="0"/>
          <w:color w:val="000000"/>
          <w:sz w:val="24"/>
        </w:rPr>
        <w:t xml:space="preserve">Говорит пишущий, Хаим: я слышал от моего учителя благословенной памяти, что человеку подобает, вставая после полуночи, сосредоточивать намерение на стихе </w:t>
      </w:r>
      <w:r>
        <w:rPr>
          <w:rFonts w:ascii="Georgia" w:hAnsi="Georgia"/>
          <w:b w:val="0"/>
          <w:i/>
          <w:color w:val="000000"/>
          <w:sz w:val="24"/>
        </w:rPr>
        <w:t>«Открой глаза Твои и посмотри на опустошения наши…»</w:t>
      </w:r>
      <w:r>
        <w:rPr>
          <w:rFonts w:ascii="Georgia" w:hAnsi="Georgia"/>
          <w:b w:val="0"/>
          <w:i w:val="0"/>
          <w:color w:val="000000"/>
          <w:sz w:val="24"/>
        </w:rPr>
        <w:t xml:space="preserve"> (Даниэль 9:18), и направлять мысль следующим образом: слово </w:t>
      </w:r>
      <w:r>
        <w:rPr>
          <w:rFonts w:ascii="Georgia" w:hAnsi="Georgia"/>
          <w:b w:val="0"/>
          <w:i/>
          <w:color w:val="000000"/>
          <w:sz w:val="24"/>
        </w:rPr>
        <w:t>паках</w:t>
      </w:r>
      <w:r>
        <w:rPr>
          <w:rFonts w:ascii="Georgia" w:hAnsi="Georgia"/>
          <w:b w:val="0"/>
          <w:i w:val="0"/>
          <w:color w:val="000000"/>
          <w:sz w:val="24"/>
        </w:rPr>
        <w:t xml:space="preserve"> (</w:t>
      </w:r>
      <w:r>
        <w:rPr>
          <w:rFonts w:ascii="Georgia" w:hAnsi="Georgia" w:cs="Times New Roman"/>
          <w:b/>
          <w:i w:val="0"/>
          <w:color w:val="000000"/>
          <w:sz w:val="24"/>
          <w:rtl/>
          <w:szCs w:val="32"/>
        </w:rPr>
        <w:t>פק״ח</w:t>
      </w:r>
      <w:r>
        <w:rPr>
          <w:rFonts w:ascii="Georgia" w:hAnsi="Georgia"/>
          <w:b w:val="0"/>
          <w:i w:val="0"/>
          <w:color w:val="000000"/>
          <w:sz w:val="24"/>
        </w:rPr>
        <w:t xml:space="preserve"> = 188) по гематрии равно сумме Имени АВАЯ МА с наполнением алеф (45) и Имени ЭЙЕ с наполнением алеф, числовое значение которого — 143 (</w:t>
      </w:r>
      <w:r>
        <w:rPr>
          <w:rFonts w:ascii="Georgia" w:hAnsi="Georgia" w:cs="Times New Roman"/>
          <w:b/>
          <w:i w:val="0"/>
          <w:color w:val="000000"/>
          <w:sz w:val="24"/>
          <w:rtl/>
          <w:szCs w:val="32"/>
        </w:rPr>
        <w:t>קמ״ג</w:t>
      </w:r>
      <w:r>
        <w:rPr>
          <w:rFonts w:ascii="Georgia" w:hAnsi="Georgia"/>
          <w:b w:val="0"/>
          <w:i w:val="0"/>
          <w:color w:val="000000"/>
          <w:sz w:val="24"/>
        </w:rPr>
        <w:t xml:space="preserve">), и оба они вместе составляют числовое значение слова </w:t>
      </w:r>
      <w:r>
        <w:rPr>
          <w:rFonts w:ascii="Georgia" w:hAnsi="Georgia"/>
          <w:b w:val="0"/>
          <w:i/>
          <w:color w:val="000000"/>
          <w:sz w:val="24"/>
        </w:rPr>
        <w:t>паках</w:t>
      </w:r>
      <w:r>
        <w:rPr>
          <w:rFonts w:ascii="Georgia" w:hAnsi="Georgia"/>
          <w:b w:val="0"/>
          <w:i w:val="0"/>
          <w:color w:val="000000"/>
          <w:sz w:val="24"/>
        </w:rPr>
        <w:t xml:space="preserve"> (188). И пусть осветит их из Имени ЭЙЕ с наполнением йод, числовое значение которого равно числу слова </w:t>
      </w:r>
      <w:r>
        <w:rPr>
          <w:rFonts w:ascii="Georgia" w:hAnsi="Georgia"/>
          <w:b w:val="0"/>
          <w:i/>
          <w:color w:val="000000"/>
          <w:sz w:val="24"/>
        </w:rPr>
        <w:t>энейха</w:t>
      </w:r>
      <w:r>
        <w:rPr>
          <w:rFonts w:ascii="Georgia" w:hAnsi="Georgia"/>
          <w:b w:val="0"/>
          <w:i w:val="0"/>
          <w:color w:val="000000"/>
          <w:sz w:val="24"/>
        </w:rPr>
        <w:t xml:space="preserve"> («глаза Твои») со словом как единицей (с колелем), что составляет 161 (</w:t>
      </w:r>
      <w:r>
        <w:rPr>
          <w:rFonts w:ascii="Georgia" w:hAnsi="Georgia" w:cs="Times New Roman"/>
          <w:b/>
          <w:i w:val="0"/>
          <w:color w:val="000000"/>
          <w:sz w:val="24"/>
          <w:rtl/>
          <w:szCs w:val="32"/>
        </w:rPr>
        <w:t>קס״א</w:t>
      </w:r>
      <w:r>
        <w:rPr>
          <w:rFonts w:ascii="Georgia" w:hAnsi="Georgia"/>
          <w:b w:val="0"/>
          <w:i w:val="0"/>
          <w:color w:val="000000"/>
          <w:sz w:val="24"/>
        </w:rPr>
        <w:t>); и это приносит человеку великую пользу.</w:t>
      </w:r>
    </w:p>
    <w:p>
      <w:pPr>
        <w:spacing w:before="40" w:after="120"/>
        <w:jc w:val="both"/>
      </w:pPr>
      <w:r>
        <w:rPr>
          <w:rFonts w:ascii="Georgia" w:hAnsi="Georgia"/>
          <w:b w:val="0"/>
          <w:i w:val="0"/>
          <w:color w:val="000000"/>
          <w:sz w:val="24"/>
        </w:rPr>
        <w:t xml:space="preserve">Также и в стихе </w:t>
      </w:r>
      <w:r>
        <w:rPr>
          <w:rFonts w:ascii="Georgia" w:hAnsi="Georgia"/>
          <w:b w:val="0"/>
          <w:i/>
          <w:color w:val="000000"/>
          <w:sz w:val="24"/>
        </w:rPr>
        <w:t>«Глаза твои пусть прямо смотрят…»</w:t>
      </w:r>
      <w:r>
        <w:rPr>
          <w:rFonts w:ascii="Georgia" w:hAnsi="Georgia"/>
          <w:b w:val="0"/>
          <w:i w:val="0"/>
          <w:color w:val="000000"/>
          <w:sz w:val="24"/>
        </w:rPr>
        <w:t xml:space="preserve"> (Мишлей 4:25): слово </w:t>
      </w:r>
      <w:r>
        <w:rPr>
          <w:rFonts w:ascii="Georgia" w:hAnsi="Georgia"/>
          <w:b w:val="0"/>
          <w:i/>
          <w:color w:val="000000"/>
          <w:sz w:val="24"/>
        </w:rPr>
        <w:t>ноках</w:t>
      </w:r>
      <w:r>
        <w:rPr>
          <w:rFonts w:ascii="Georgia" w:hAnsi="Georgia"/>
          <w:b w:val="0"/>
          <w:i w:val="0"/>
          <w:color w:val="000000"/>
          <w:sz w:val="24"/>
        </w:rPr>
        <w:t xml:space="preserve"> (</w:t>
      </w:r>
      <w:r>
        <w:rPr>
          <w:rFonts w:ascii="Georgia" w:hAnsi="Georgia" w:cs="Times New Roman"/>
          <w:b/>
          <w:i w:val="0"/>
          <w:color w:val="000000"/>
          <w:sz w:val="24"/>
          <w:rtl/>
          <w:szCs w:val="32"/>
        </w:rPr>
        <w:t>נכ״ח</w:t>
      </w:r>
      <w:r>
        <w:rPr>
          <w:rFonts w:ascii="Georgia" w:hAnsi="Georgia"/>
          <w:b w:val="0"/>
          <w:i w:val="0"/>
          <w:color w:val="000000"/>
          <w:sz w:val="24"/>
        </w:rPr>
        <w:t xml:space="preserve"> = 78) по гематрии равно трем Именам АВАЯ (26 × 3 = 78), ведь человеку необходимо мысленно представить трижды Имя АВАЯ: одно — справа от себя, одно — слева от себя и одно — перед собой, сзади же себя представлять не нужно. И в этом смысл слова «прямо» (</w:t>
      </w:r>
      <w:r>
        <w:rPr>
          <w:rFonts w:ascii="Georgia" w:hAnsi="Georgia"/>
          <w:b w:val="0"/>
          <w:i/>
          <w:color w:val="000000"/>
          <w:sz w:val="24"/>
        </w:rPr>
        <w:t>ле-ноках</w:t>
      </w:r>
      <w:r>
        <w:rPr>
          <w:rFonts w:ascii="Georgia" w:hAnsi="Georgia"/>
          <w:b w:val="0"/>
          <w:i w:val="0"/>
          <w:color w:val="000000"/>
          <w:sz w:val="24"/>
        </w:rPr>
        <w:t xml:space="preserve">, </w:t>
      </w:r>
      <w:r>
        <w:rPr>
          <w:rFonts w:ascii="Georgia" w:hAnsi="Georgia" w:cs="Times New Roman"/>
          <w:b/>
          <w:i w:val="0"/>
          <w:color w:val="000000"/>
          <w:sz w:val="24"/>
          <w:rtl/>
          <w:szCs w:val="32"/>
        </w:rPr>
        <w:t>לְנֹכַח</w:t>
      </w:r>
      <w:r>
        <w:rPr>
          <w:rFonts w:ascii="Georgia" w:hAnsi="Georgia"/>
          <w:b w:val="0"/>
          <w:i w:val="0"/>
          <w:color w:val="000000"/>
          <w:sz w:val="24"/>
        </w:rPr>
        <w:t>), поскольку и стороны тоже называются «прямо перед» (</w:t>
      </w:r>
      <w:r>
        <w:rPr>
          <w:rFonts w:ascii="Georgia" w:hAnsi="Georgia"/>
          <w:b w:val="0"/>
          <w:i/>
          <w:color w:val="000000"/>
          <w:sz w:val="24"/>
        </w:rPr>
        <w:t>ноках</w:t>
      </w:r>
      <w:r>
        <w:rPr>
          <w:rFonts w:ascii="Georgia" w:hAnsi="Georgia"/>
          <w:b w:val="0"/>
          <w:i w:val="0"/>
          <w:color w:val="000000"/>
          <w:sz w:val="24"/>
        </w:rPr>
        <w:t xml:space="preserve">, </w:t>
      </w:r>
      <w:r>
        <w:rPr>
          <w:rFonts w:ascii="Georgia" w:hAnsi="Georgia" w:cs="Times New Roman"/>
          <w:b/>
          <w:i w:val="0"/>
          <w:color w:val="000000"/>
          <w:sz w:val="24"/>
          <w:rtl/>
          <w:szCs w:val="32"/>
        </w:rPr>
        <w:t>נֹכַח</w:t>
      </w:r>
      <w:r>
        <w:rPr>
          <w:rFonts w:ascii="Georgia" w:hAnsi="Georgia"/>
          <w:b w:val="0"/>
          <w:i w:val="0"/>
          <w:color w:val="000000"/>
          <w:sz w:val="24"/>
        </w:rPr>
        <w:t xml:space="preserve">). И тем самым он убережет себя от греха, ведь Всевышний видит его внутренние дела силой трех Имен — ЭЙЕ, АВАЯ, АДОНАЙ, связанных с его нешама, руах и нефеш. И в этом смысл стиха: </w:t>
      </w:r>
      <w:r>
        <w:rPr>
          <w:rFonts w:ascii="Georgia" w:hAnsi="Georgia"/>
          <w:b w:val="0"/>
          <w:i/>
          <w:color w:val="000000"/>
          <w:sz w:val="24"/>
        </w:rPr>
        <w:t>«…и будет там свидетелем против тебя»</w:t>
      </w:r>
      <w:r>
        <w:rPr>
          <w:rFonts w:ascii="Georgia" w:hAnsi="Georgia"/>
          <w:b w:val="0"/>
          <w:i w:val="0"/>
          <w:color w:val="000000"/>
          <w:sz w:val="24"/>
        </w:rPr>
        <w:t xml:space="preserve"> (Дварим 31:26), ведь именно Имя </w:t>
      </w:r>
      <w:r>
        <w:rPr>
          <w:rFonts w:ascii="Georgia" w:hAnsi="Georgia"/>
          <w:b w:val="0"/>
          <w:i/>
          <w:color w:val="000000"/>
          <w:sz w:val="24"/>
        </w:rPr>
        <w:t>Ве-Айа</w:t>
      </w:r>
      <w:r>
        <w:rPr>
          <w:rFonts w:ascii="Georgia" w:hAnsi="Georgia"/>
          <w:b w:val="0"/>
          <w:i w:val="0"/>
          <w:color w:val="000000"/>
          <w:sz w:val="24"/>
        </w:rPr>
        <w:t xml:space="preserve"> (</w:t>
      </w:r>
      <w:r>
        <w:rPr>
          <w:rFonts w:ascii="Georgia" w:hAnsi="Georgia" w:cs="Times New Roman"/>
          <w:b/>
          <w:i w:val="0"/>
          <w:color w:val="000000"/>
          <w:sz w:val="24"/>
          <w:rtl/>
          <w:szCs w:val="32"/>
        </w:rPr>
        <w:t>וְהָיָה</w:t>
      </w:r>
      <w:r>
        <w:rPr>
          <w:rFonts w:ascii="Georgia" w:hAnsi="Georgia"/>
          <w:b w:val="0"/>
          <w:i w:val="0"/>
          <w:color w:val="000000"/>
          <w:sz w:val="24"/>
        </w:rPr>
        <w:t>) Он поместил в тебе свидетелем; а снаружи перед его лицом намеком явлено Имя АВАЯ, и так же справа, и так же на левой руке.</w:t>
      </w:r>
    </w:p>
    <w:p>
      <w:pPr>
        <w:spacing w:before="40" w:after="120"/>
        <w:jc w:val="both"/>
      </w:pPr>
      <w:r>
        <w:rPr>
          <w:rFonts w:ascii="Georgia" w:hAnsi="Georgia"/>
          <w:b w:val="0"/>
          <w:i w:val="0"/>
          <w:color w:val="000000"/>
          <w:sz w:val="24"/>
        </w:rPr>
        <w:t>Ты уже знаешь, что двадцать восемь ангелов (</w:t>
      </w:r>
      <w:r>
        <w:rPr>
          <w:rFonts w:ascii="Georgia" w:hAnsi="Georgia" w:cs="Times New Roman"/>
          <w:b/>
          <w:i w:val="0"/>
          <w:color w:val="000000"/>
          <w:sz w:val="24"/>
          <w:rtl/>
          <w:szCs w:val="32"/>
        </w:rPr>
        <w:t>כ״ח</w:t>
      </w:r>
      <w:r>
        <w:rPr>
          <w:rFonts w:ascii="Georgia" w:hAnsi="Georgia"/>
          <w:b w:val="0"/>
          <w:i w:val="0"/>
          <w:color w:val="000000"/>
          <w:sz w:val="24"/>
        </w:rPr>
        <w:t xml:space="preserve"> = 28) происходят из начальных букв огласовок, как сказано в «Тиккуним» (Тиккун 70, лист 128б). В первый день недели сосредоточь намерение на Имени АВАЯ, полностью огласованном сеголем, вот так: </w:t>
      </w:r>
      <w:r>
        <w:rPr>
          <w:rFonts w:ascii="Georgia" w:hAnsi="Georgia" w:cs="Times New Roman"/>
          <w:b/>
          <w:i w:val="0"/>
          <w:color w:val="000000"/>
          <w:sz w:val="24"/>
          <w:rtl/>
          <w:szCs w:val="32"/>
        </w:rPr>
        <w:t>יֶהֶוֶהֶ</w:t>
      </w:r>
      <w:r>
        <w:rPr>
          <w:rFonts w:ascii="Georgia" w:hAnsi="Georgia"/>
          <w:b w:val="0"/>
          <w:i w:val="0"/>
          <w:color w:val="000000"/>
          <w:sz w:val="24"/>
        </w:rPr>
        <w:t xml:space="preserve">, вместе с его ангелами, начальные буквы которых образуют слово </w:t>
      </w:r>
      <w:r>
        <w:rPr>
          <w:rFonts w:ascii="Georgia" w:hAnsi="Georgia"/>
          <w:b w:val="0"/>
          <w:i/>
          <w:color w:val="000000"/>
          <w:sz w:val="24"/>
        </w:rPr>
        <w:t>сеголь</w:t>
      </w:r>
      <w:r>
        <w:rPr>
          <w:rFonts w:ascii="Georgia" w:hAnsi="Georgia"/>
          <w:b w:val="0"/>
          <w:i w:val="0"/>
          <w:color w:val="000000"/>
          <w:sz w:val="24"/>
        </w:rPr>
        <w:t xml:space="preserve"> (</w:t>
      </w:r>
      <w:r>
        <w:rPr>
          <w:rFonts w:ascii="Georgia" w:hAnsi="Georgia" w:cs="Times New Roman"/>
          <w:b/>
          <w:i w:val="0"/>
          <w:color w:val="000000"/>
          <w:sz w:val="24"/>
          <w:rtl/>
          <w:szCs w:val="32"/>
        </w:rPr>
        <w:t>סְגוֹל</w:t>
      </w:r>
      <w:r>
        <w:rPr>
          <w:rFonts w:ascii="Georgia" w:hAnsi="Georgia"/>
          <w:b w:val="0"/>
          <w:i w:val="0"/>
          <w:color w:val="000000"/>
          <w:sz w:val="24"/>
        </w:rPr>
        <w:t xml:space="preserve">): Самтория (по другой версии: Самтарья), Гезриэль, Лемуэль и Ваанаэль (по другой версии: Ваанаэль, Лемуэль). Во второй день сосредоточь намерение на Имени АВАЯ, полностью огласованном знаком шва, вот так: </w:t>
      </w:r>
      <w:r>
        <w:rPr>
          <w:rFonts w:ascii="Georgia" w:hAnsi="Georgia" w:cs="Times New Roman"/>
          <w:b/>
          <w:i w:val="0"/>
          <w:color w:val="000000"/>
          <w:sz w:val="24"/>
          <w:rtl/>
          <w:szCs w:val="32"/>
        </w:rPr>
        <w:t>יְהְוְהְ</w:t>
      </w:r>
      <w:r>
        <w:rPr>
          <w:rFonts w:ascii="Georgia" w:hAnsi="Georgia"/>
          <w:b w:val="0"/>
          <w:i w:val="0"/>
          <w:color w:val="000000"/>
          <w:sz w:val="24"/>
        </w:rPr>
        <w:t xml:space="preserve">, и на его ангелах, чьи начальные буквы образуют слово </w:t>
      </w:r>
      <w:r>
        <w:rPr>
          <w:rFonts w:ascii="Georgia" w:hAnsi="Georgia"/>
          <w:b w:val="0"/>
          <w:i/>
          <w:color w:val="000000"/>
          <w:sz w:val="24"/>
        </w:rPr>
        <w:t>шва</w:t>
      </w:r>
      <w:r>
        <w:rPr>
          <w:rFonts w:ascii="Georgia" w:hAnsi="Georgia"/>
          <w:b w:val="0"/>
          <w:i w:val="0"/>
          <w:color w:val="000000"/>
          <w:sz w:val="24"/>
        </w:rPr>
        <w:t xml:space="preserve"> (</w:t>
      </w:r>
      <w:r>
        <w:rPr>
          <w:rFonts w:ascii="Georgia" w:hAnsi="Georgia" w:cs="Times New Roman"/>
          <w:b/>
          <w:i w:val="0"/>
          <w:color w:val="000000"/>
          <w:sz w:val="24"/>
          <w:rtl/>
          <w:szCs w:val="32"/>
        </w:rPr>
        <w:t>שב״א</w:t>
      </w:r>
      <w:r>
        <w:rPr>
          <w:rFonts w:ascii="Georgia" w:hAnsi="Georgia"/>
          <w:b w:val="0"/>
          <w:i w:val="0"/>
          <w:color w:val="000000"/>
          <w:sz w:val="24"/>
        </w:rPr>
        <w:t>): Шемаиэль, Бархиэль, Ааниэль.</w:t>
      </w:r>
    </w:p>
    <w:p>
      <w:pPr>
        <w:spacing w:before="40" w:after="120"/>
        <w:jc w:val="both"/>
      </w:pPr>
      <w:r>
        <w:rPr>
          <w:rFonts w:ascii="Georgia" w:hAnsi="Georgia"/>
          <w:b w:val="0"/>
          <w:i w:val="0"/>
          <w:color w:val="000000"/>
          <w:sz w:val="24"/>
        </w:rPr>
        <w:t xml:space="preserve">В третий день сосредоточь намерение на Имени АВАЯ с огласовкой холам, вот так: </w:t>
      </w:r>
      <w:r>
        <w:rPr>
          <w:rFonts w:ascii="Georgia" w:hAnsi="Georgia" w:cs="Times New Roman"/>
          <w:b/>
          <w:i w:val="0"/>
          <w:color w:val="000000"/>
          <w:sz w:val="24"/>
          <w:rtl/>
          <w:szCs w:val="32"/>
        </w:rPr>
        <w:t>יֹהְוֹה</w:t>
      </w:r>
      <w:r>
        <w:rPr>
          <w:rFonts w:ascii="Georgia" w:hAnsi="Georgia"/>
          <w:b w:val="0"/>
          <w:i w:val="0"/>
          <w:color w:val="000000"/>
          <w:sz w:val="24"/>
        </w:rPr>
        <w:t xml:space="preserve">, и на его ангелах: Ханиэль, Лахадиэль, Маханиэль [говорит Шмуэль: слово </w:t>
      </w:r>
      <w:r>
        <w:rPr>
          <w:rFonts w:ascii="Georgia" w:hAnsi="Georgia"/>
          <w:b w:val="0"/>
          <w:i/>
          <w:color w:val="000000"/>
          <w:sz w:val="24"/>
        </w:rPr>
        <w:t>холам</w:t>
      </w:r>
      <w:r>
        <w:rPr>
          <w:rFonts w:ascii="Georgia" w:hAnsi="Georgia"/>
          <w:b w:val="0"/>
          <w:i w:val="0"/>
          <w:color w:val="000000"/>
          <w:sz w:val="24"/>
        </w:rPr>
        <w:t xml:space="preserve"> (</w:t>
      </w:r>
      <w:r>
        <w:rPr>
          <w:rFonts w:ascii="Georgia" w:hAnsi="Georgia" w:cs="Times New Roman"/>
          <w:b/>
          <w:i w:val="0"/>
          <w:color w:val="000000"/>
          <w:sz w:val="24"/>
          <w:rtl/>
          <w:szCs w:val="32"/>
        </w:rPr>
        <w:t>חלם</w:t>
      </w:r>
      <w:r>
        <w:rPr>
          <w:rFonts w:ascii="Georgia" w:hAnsi="Georgia"/>
          <w:b w:val="0"/>
          <w:i w:val="0"/>
          <w:color w:val="000000"/>
          <w:sz w:val="24"/>
        </w:rPr>
        <w:t>) здесь пишется без буквы вав (</w:t>
      </w:r>
      <w:r>
        <w:rPr>
          <w:rFonts w:ascii="Georgia" w:hAnsi="Georgia" w:cs="Times New Roman"/>
          <w:b/>
          <w:i w:val="0"/>
          <w:color w:val="000000"/>
          <w:sz w:val="24"/>
          <w:rtl/>
          <w:szCs w:val="32"/>
        </w:rPr>
        <w:t>ו</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четвертый день сосредоточь намерение на Имени АВАЯ с огласовкой хирик, вот так: </w:t>
      </w:r>
      <w:r>
        <w:rPr>
          <w:rFonts w:ascii="Georgia" w:hAnsi="Georgia" w:cs="Times New Roman"/>
          <w:b/>
          <w:i w:val="0"/>
          <w:color w:val="000000"/>
          <w:sz w:val="24"/>
          <w:rtl/>
          <w:szCs w:val="32"/>
        </w:rPr>
        <w:t>יִהִוִהִ</w:t>
      </w:r>
      <w:r>
        <w:rPr>
          <w:rFonts w:ascii="Georgia" w:hAnsi="Georgia"/>
          <w:b w:val="0"/>
          <w:i w:val="0"/>
          <w:color w:val="000000"/>
          <w:sz w:val="24"/>
        </w:rPr>
        <w:t>, и на его ангелах: Хизкиэль, Рахатиэль, Кадшиэль.</w:t>
      </w:r>
    </w:p>
    <w:p>
      <w:pPr>
        <w:spacing w:before="40" w:after="120"/>
        <w:jc w:val="both"/>
      </w:pPr>
      <w:r>
        <w:rPr>
          <w:rFonts w:ascii="Georgia" w:hAnsi="Georgia"/>
          <w:b w:val="0"/>
          <w:i w:val="0"/>
          <w:color w:val="000000"/>
          <w:sz w:val="24"/>
        </w:rPr>
        <w:t xml:space="preserve">В пятый день сосредоточь намерение на Имени АВАЯ с огласовкой кубуц, вот так: </w:t>
      </w:r>
      <w:r>
        <w:rPr>
          <w:rFonts w:ascii="Georgia" w:hAnsi="Georgia" w:cs="Times New Roman"/>
          <w:b/>
          <w:i w:val="0"/>
          <w:color w:val="000000"/>
          <w:sz w:val="24"/>
          <w:rtl/>
          <w:szCs w:val="32"/>
        </w:rPr>
        <w:t>יֻהֻוֻהֻ</w:t>
      </w:r>
      <w:r>
        <w:rPr>
          <w:rFonts w:ascii="Georgia" w:hAnsi="Georgia"/>
          <w:b w:val="0"/>
          <w:i w:val="0"/>
          <w:color w:val="000000"/>
          <w:sz w:val="24"/>
        </w:rPr>
        <w:t xml:space="preserve">, и на его ангелах: Шемуаэль, Раамиэль, Каниэль [говорит Шмуэль: представляется, что и для кубуца имена его ангелов образованы по начальным буквам слова </w:t>
      </w:r>
      <w:r>
        <w:rPr>
          <w:rFonts w:ascii="Georgia" w:hAnsi="Georgia"/>
          <w:b w:val="0"/>
          <w:i/>
          <w:color w:val="000000"/>
          <w:sz w:val="24"/>
        </w:rPr>
        <w:t>шурук</w:t>
      </w:r>
      <w:r>
        <w:rPr>
          <w:rFonts w:ascii="Georgia" w:hAnsi="Georgia"/>
          <w:b w:val="0"/>
          <w:i w:val="0"/>
          <w:color w:val="000000"/>
          <w:sz w:val="24"/>
        </w:rPr>
        <w:t xml:space="preserve"> (</w:t>
      </w:r>
      <w:r>
        <w:rPr>
          <w:rFonts w:ascii="Georgia" w:hAnsi="Georgia" w:cs="Times New Roman"/>
          <w:b/>
          <w:i w:val="0"/>
          <w:color w:val="000000"/>
          <w:sz w:val="24"/>
          <w:rtl/>
          <w:szCs w:val="32"/>
        </w:rPr>
        <w:t>שׁוּרֶק</w:t>
      </w:r>
      <w:r>
        <w:rPr>
          <w:rFonts w:ascii="Georgia" w:hAnsi="Georgia"/>
          <w:b w:val="0"/>
          <w:i w:val="0"/>
          <w:color w:val="000000"/>
          <w:sz w:val="24"/>
        </w:rPr>
        <w:t>) без буквы вав (</w:t>
      </w:r>
      <w:r>
        <w:rPr>
          <w:rFonts w:ascii="Georgia" w:hAnsi="Georgia" w:cs="Times New Roman"/>
          <w:b/>
          <w:i w:val="0"/>
          <w:color w:val="000000"/>
          <w:sz w:val="24"/>
          <w:rtl/>
          <w:szCs w:val="32"/>
        </w:rPr>
        <w:t>ו</w:t>
      </w:r>
      <w:r>
        <w:rPr>
          <w:rFonts w:ascii="Georgia" w:hAnsi="Georgia"/>
          <w:b w:val="0"/>
          <w:i w:val="0"/>
          <w:color w:val="000000"/>
          <w:sz w:val="24"/>
        </w:rPr>
        <w:t>), как и в шестой день].</w:t>
      </w:r>
    </w:p>
    <w:p>
      <w:pPr>
        <w:spacing w:before="40" w:after="120"/>
        <w:jc w:val="both"/>
      </w:pPr>
      <w:r>
        <w:rPr>
          <w:rFonts w:ascii="Georgia" w:hAnsi="Georgia"/>
          <w:b w:val="0"/>
          <w:i w:val="0"/>
          <w:color w:val="000000"/>
          <w:sz w:val="24"/>
        </w:rPr>
        <w:t xml:space="preserve">В шестой же день сосредоточь намерение на Имени АВАЯ с огласовкой шурук: </w:t>
      </w:r>
      <w:r>
        <w:rPr>
          <w:rFonts w:ascii="Georgia" w:hAnsi="Georgia" w:cs="Times New Roman"/>
          <w:b/>
          <w:i w:val="0"/>
          <w:color w:val="000000"/>
          <w:sz w:val="24"/>
          <w:rtl/>
          <w:szCs w:val="32"/>
        </w:rPr>
        <w:t>יוּ הוּ ווּ הוּ</w:t>
      </w:r>
      <w:r>
        <w:rPr>
          <w:rFonts w:ascii="Georgia" w:hAnsi="Georgia"/>
          <w:b w:val="0"/>
          <w:i w:val="0"/>
          <w:color w:val="000000"/>
          <w:sz w:val="24"/>
        </w:rPr>
        <w:t>, и на его ангелах: Шамшиэль, Рафаэль, Кадшиэль.</w:t>
      </w:r>
    </w:p>
    <w:p>
      <w:pPr>
        <w:spacing w:before="40" w:after="120"/>
        <w:jc w:val="both"/>
      </w:pPr>
      <w:r>
        <w:rPr>
          <w:rFonts w:ascii="Georgia" w:hAnsi="Georgia"/>
          <w:b w:val="0"/>
          <w:i w:val="0"/>
          <w:color w:val="000000"/>
          <w:sz w:val="24"/>
        </w:rPr>
        <w:t xml:space="preserve">В субботу же ночью сосредоточь намерение на Имени АВАЯ, где каждая буква снабжена двумя огласовками — шва и сеголь, вместе с их ангелами, начальные буквы которых образуют слова </w:t>
      </w:r>
      <w:r>
        <w:rPr>
          <w:rFonts w:ascii="Georgia" w:hAnsi="Georgia"/>
          <w:b w:val="0"/>
          <w:i/>
          <w:color w:val="000000"/>
          <w:sz w:val="24"/>
        </w:rPr>
        <w:t>шва</w:t>
      </w:r>
      <w:r>
        <w:rPr>
          <w:rFonts w:ascii="Georgia" w:hAnsi="Georgia"/>
          <w:b w:val="0"/>
          <w:i w:val="0"/>
          <w:color w:val="000000"/>
          <w:sz w:val="24"/>
        </w:rPr>
        <w:t xml:space="preserve"> и </w:t>
      </w:r>
      <w:r>
        <w:rPr>
          <w:rFonts w:ascii="Georgia" w:hAnsi="Georgia"/>
          <w:b w:val="0"/>
          <w:i/>
          <w:color w:val="000000"/>
          <w:sz w:val="24"/>
        </w:rPr>
        <w:t>сеголь</w:t>
      </w:r>
      <w:r>
        <w:rPr>
          <w:rFonts w:ascii="Georgia" w:hAnsi="Georgia"/>
          <w:b w:val="0"/>
          <w:i w:val="0"/>
          <w:color w:val="000000"/>
          <w:sz w:val="24"/>
        </w:rPr>
        <w:t xml:space="preserve">, как сказано выше [говорит Шмуэль: вот так: </w:t>
      </w:r>
      <w:r>
        <w:rPr>
          <w:rFonts w:ascii="Georgia" w:hAnsi="Georgia" w:cs="Times New Roman"/>
          <w:b/>
          <w:i w:val="0"/>
          <w:color w:val="000000"/>
          <w:sz w:val="24"/>
          <w:rtl/>
          <w:szCs w:val="32"/>
        </w:rPr>
        <w:t>יֱהֱוֱהֱ</w:t>
      </w:r>
      <w:r>
        <w:rPr>
          <w:rFonts w:ascii="Georgia" w:hAnsi="Georgia"/>
          <w:b w:val="0"/>
          <w:i w:val="0"/>
          <w:color w:val="000000"/>
          <w:sz w:val="24"/>
        </w:rPr>
        <w:t>]; а также сосредоточь намерение на другом Имени АВАЯ с огласовкой цере, вместе с его ангелами, как сказано выше [говорит Шмуэль: выше огласовка цере не была упомянута, и это требует выяснения; возможно, они упомянуты в книге «Тиккуним»].</w:t>
      </w:r>
    </w:p>
    <w:p>
      <w:pPr>
        <w:spacing w:before="40" w:after="120"/>
        <w:jc w:val="both"/>
      </w:pPr>
      <w:r>
        <w:rPr>
          <w:rFonts w:ascii="Georgia" w:hAnsi="Georgia"/>
          <w:b w:val="0"/>
          <w:i w:val="0"/>
          <w:color w:val="000000"/>
          <w:sz w:val="24"/>
        </w:rPr>
        <w:t>Субботним утром пусть сосредоточит намерение на Имени АВАЯ, в котором каждая буква снабжена двумя огласовками — шва и камац, вместе с их ангелами, как сказано выше [говорит Шмуэль: огласовка камац выше тоже не упоминалась]. А также сосредоточь намерение на другом Имени АВАЯ с огласовкой камац, вместе с его ангелами: Кадмиэль, Малхиэль, Цуриэль. В субботнюю же Минху пусть сосредоточит намерение на одном Имени АВАЯ, где каждая буква снабжена двумя огласовками — шва и патах, вместе с их ангелами; а также сосредоточь намерение на другом Имени АВАЯ с огласовкой патах, вместе с его ангелами: Падаэль, Талмиэль, Хасдиэль.</w:t>
      </w:r>
    </w:p>
    <w:p>
      <w:pPr>
        <w:spacing w:before="40" w:after="120"/>
        <w:jc w:val="both"/>
      </w:pPr>
      <w:r>
        <w:rPr>
          <w:rFonts w:ascii="Georgia" w:hAnsi="Georgia"/>
          <w:b w:val="0"/>
          <w:i w:val="0"/>
          <w:color w:val="000000"/>
          <w:sz w:val="24"/>
        </w:rPr>
        <w:t>Также ты уже знаешь, что в первый день раскрывается Брия, во второй день раскрывается Ецира, в третий день раскрывается Асия, в четвертый день раскрывается Асия, в пятый день раскрывается Ецира, а в шестой день раскрывается Брия. Знай также, что [Имя] ЭЛЬ ШАДАЙ относится к Брия, ЭЛЬ АВАЯ — к Ецира, а ЭЛЬ АДОНАЙ — к Асия. Знай также, что АВАЯ АБ находится в Ацилут, АВАЯ САГ — в Брия, АВАЯ МА — в Ецира, а АВАЯ БОН — в Асия. И исходя из этих предварительных сведений, сосредоточивай намерение на том, что мы сейчас напишем с Б-жьей помощью.</w:t>
      </w:r>
    </w:p>
    <w:p>
      <w:pPr>
        <w:spacing w:before="40" w:after="120"/>
        <w:jc w:val="both"/>
      </w:pPr>
      <w:r>
        <w:rPr>
          <w:rFonts w:ascii="Georgia" w:hAnsi="Georgia"/>
          <w:b w:val="0"/>
          <w:i w:val="0"/>
          <w:color w:val="000000"/>
          <w:sz w:val="24"/>
        </w:rPr>
        <w:t xml:space="preserve">В первый день сосредоточь намерение на Имени АВАЯ с огласовками [Имени] ЭЛОКИМ [говорит Шмуэль: вот так: </w:t>
      </w:r>
      <w:r>
        <w:rPr>
          <w:rFonts w:ascii="Georgia" w:hAnsi="Georgia" w:cs="Times New Roman"/>
          <w:b/>
          <w:i w:val="0"/>
          <w:color w:val="000000"/>
          <w:sz w:val="24"/>
          <w:rtl/>
          <w:szCs w:val="32"/>
        </w:rPr>
        <w:t>יֱהוֹהִ</w:t>
      </w:r>
      <w:r>
        <w:rPr>
          <w:rFonts w:ascii="Georgia" w:hAnsi="Georgia"/>
          <w:b w:val="0"/>
          <w:i w:val="0"/>
          <w:color w:val="000000"/>
          <w:sz w:val="24"/>
        </w:rPr>
        <w:t xml:space="preserve">, то есть шва-сеголь, холам и хирик], на [Имени] ЭЛЬ ШАДАЙ, на Имени САГ и на [Имени] ЭЙЕ с наполнением йод, сплетенном с АВАЯ САГ [говорит Шмуэль: у меня есть сомнение, начинается ли сплетение с АВАЯ или с ЭЙЕ, но мне представляется более очевидным, что сплетение начинается с АВАЯ, вот так: </w:t>
      </w:r>
      <w:r>
        <w:rPr>
          <w:rFonts w:ascii="Georgia" w:hAnsi="Georgia" w:cs="Times New Roman"/>
          <w:b/>
          <w:i w:val="0"/>
          <w:color w:val="000000"/>
          <w:sz w:val="24"/>
          <w:rtl/>
          <w:szCs w:val="32"/>
        </w:rPr>
        <w:t>יאההויהה</w:t>
      </w:r>
      <w:r>
        <w:rPr>
          <w:rFonts w:ascii="Georgia" w:hAnsi="Georgia"/>
          <w:b w:val="0"/>
          <w:i w:val="0"/>
          <w:color w:val="000000"/>
          <w:sz w:val="24"/>
        </w:rPr>
        <w:t xml:space="preserve">. Также сосредоточь намерение на двух Именах: </w:t>
      </w:r>
      <w:r>
        <w:rPr>
          <w:rFonts w:ascii="Georgia" w:hAnsi="Georgia" w:cs="Times New Roman"/>
          <w:b/>
          <w:i w:val="0"/>
          <w:color w:val="000000"/>
          <w:sz w:val="24"/>
          <w:rtl/>
          <w:szCs w:val="32"/>
        </w:rPr>
        <w:t>אְבָגְיֶתֵץ</w:t>
      </w:r>
      <w:r>
        <w:rPr>
          <w:rFonts w:ascii="Georgia" w:hAnsi="Georgia"/>
          <w:b w:val="0"/>
          <w:i w:val="0"/>
          <w:color w:val="000000"/>
          <w:sz w:val="24"/>
        </w:rPr>
        <w:t xml:space="preserve"> [и] </w:t>
      </w:r>
      <w:r>
        <w:rPr>
          <w:rFonts w:ascii="Georgia" w:hAnsi="Georgia" w:cs="Times New Roman"/>
          <w:b/>
          <w:i w:val="0"/>
          <w:color w:val="000000"/>
          <w:sz w:val="24"/>
          <w:rtl/>
          <w:szCs w:val="32"/>
        </w:rPr>
        <w:t>יְהָוֱהֵ</w:t>
      </w:r>
      <w:r>
        <w:rPr>
          <w:rFonts w:ascii="Georgia" w:hAnsi="Georgia"/>
          <w:b w:val="0"/>
          <w:i w:val="0"/>
          <w:color w:val="000000"/>
          <w:sz w:val="24"/>
        </w:rPr>
        <w:t xml:space="preserve">] с огласовками по начальным буквам слов стиха </w:t>
      </w:r>
      <w:r>
        <w:rPr>
          <w:rFonts w:ascii="Georgia" w:hAnsi="Georgia"/>
          <w:b w:val="0"/>
          <w:i/>
          <w:color w:val="000000"/>
          <w:sz w:val="24"/>
        </w:rPr>
        <w:t>«В начале сотворил Б-г…»</w:t>
      </w:r>
      <w:r>
        <w:rPr>
          <w:rFonts w:ascii="Georgia" w:hAnsi="Georgia"/>
          <w:b w:val="0"/>
          <w:i w:val="0"/>
          <w:color w:val="000000"/>
          <w:sz w:val="24"/>
        </w:rPr>
        <w:t xml:space="preserve"> (Берешит 1:1; </w:t>
      </w:r>
      <w:r>
        <w:rPr>
          <w:rFonts w:ascii="Georgia" w:hAnsi="Georgia" w:cs="Times New Roman"/>
          <w:b/>
          <w:i w:val="0"/>
          <w:color w:val="000000"/>
          <w:sz w:val="24"/>
          <w:rtl/>
          <w:szCs w:val="32"/>
        </w:rPr>
        <w:t>בראשית ברא אלהים את</w:t>
      </w:r>
      <w:r>
        <w:rPr>
          <w:rFonts w:ascii="Georgia" w:hAnsi="Georgia"/>
          <w:b w:val="0"/>
          <w:i w:val="0"/>
          <w:color w:val="000000"/>
          <w:sz w:val="24"/>
        </w:rPr>
        <w:t>). Поскольку первый день указывает на Хесед, являющийся ветвью Хохмы, которой соответствует Имя АБ с наполнением йод, властвующее в нем Имя АВАЯ — это АВАЯ с наполнением йод (АБ); а так как в первый день раскрывается Брия, как сказано выше, здесь присутствует [и] Имя САГ. И мне, Хаиму, представляется, что огласовка АБ должна быть с патахом, а огласовка САГ — с цере. Также сосредоточь намерение на Имени АВАЯ с огласовкой сеголь вместе с его ангелами, как сказано выше.</w:t>
      </w:r>
    </w:p>
    <w:p>
      <w:pPr>
        <w:spacing w:before="40" w:after="120"/>
        <w:jc w:val="both"/>
      </w:pPr>
      <w:r>
        <w:rPr>
          <w:rFonts w:ascii="Georgia" w:hAnsi="Georgia"/>
          <w:b w:val="0"/>
          <w:i w:val="0"/>
          <w:color w:val="000000"/>
          <w:sz w:val="24"/>
        </w:rPr>
        <w:t xml:space="preserve">Во второй день сосредоточь намерение на Имени </w:t>
      </w:r>
      <w:r>
        <w:rPr>
          <w:rFonts w:ascii="Georgia" w:hAnsi="Georgia" w:cs="Times New Roman"/>
          <w:b/>
          <w:i w:val="0"/>
          <w:color w:val="000000"/>
          <w:sz w:val="24"/>
          <w:rtl/>
          <w:szCs w:val="32"/>
        </w:rPr>
        <w:t>קַרְעֶ שְטַן</w:t>
      </w:r>
      <w:r>
        <w:rPr>
          <w:rFonts w:ascii="Georgia" w:hAnsi="Georgia"/>
          <w:b w:val="0"/>
          <w:i w:val="0"/>
          <w:color w:val="000000"/>
          <w:sz w:val="24"/>
        </w:rPr>
        <w:t xml:space="preserve"> с огласовками по начальным буквам слов </w:t>
      </w:r>
      <w:r>
        <w:rPr>
          <w:rFonts w:ascii="Georgia" w:hAnsi="Georgia"/>
          <w:b w:val="0"/>
          <w:i/>
          <w:color w:val="000000"/>
          <w:sz w:val="24"/>
        </w:rPr>
        <w:t>«И сказал Б-г: да будет свод…»</w:t>
      </w:r>
      <w:r>
        <w:rPr>
          <w:rFonts w:ascii="Georgia" w:hAnsi="Georgia"/>
          <w:b w:val="0"/>
          <w:i w:val="0"/>
          <w:color w:val="000000"/>
          <w:sz w:val="24"/>
        </w:rPr>
        <w:t xml:space="preserve"> (Берешит 1:6; </w:t>
      </w:r>
      <w:r>
        <w:rPr>
          <w:rFonts w:ascii="Georgia" w:hAnsi="Georgia" w:cs="Times New Roman"/>
          <w:b/>
          <w:i w:val="0"/>
          <w:color w:val="000000"/>
          <w:sz w:val="24"/>
          <w:rtl/>
          <w:szCs w:val="32"/>
        </w:rPr>
        <w:t>ויאמר אלהים יהי רקיע</w:t>
      </w:r>
      <w:r>
        <w:rPr>
          <w:rFonts w:ascii="Georgia" w:hAnsi="Georgia"/>
          <w:b w:val="0"/>
          <w:i w:val="0"/>
          <w:color w:val="000000"/>
          <w:sz w:val="24"/>
        </w:rPr>
        <w:t>). Второй день указывает на Гвуру, являющуюся ветвью Бины, и потому властвующее в нем Имя АВАЯ — это АВАЯ САГ; а так как во второй день раскрывается Ецира, как сказано выше, здесь присутствует АВАЯ МА с наполнением алеф. Огласовка же САГ — цере, а также возможно шва, и хорошо совместить в намерении обе. Огласовка же МА — холам. Также сосредоточь намерение на Имени АВАЯ с огласовкой шва вместе с его ангелами, как сказано выше. А также [сосредоточь намерение на Имени] ЭЛЬ АВАЯ и на Имени АВАЯ МА с наполнением алеф, сплетенном с [Именем] ЭЙЕ с наполнением алеф.</w:t>
      </w:r>
    </w:p>
    <w:p>
      <w:pPr>
        <w:spacing w:before="40" w:after="120"/>
        <w:jc w:val="both"/>
      </w:pPr>
      <w:r>
        <w:rPr>
          <w:rFonts w:ascii="Georgia" w:hAnsi="Georgia"/>
          <w:b w:val="0"/>
          <w:i w:val="0"/>
          <w:color w:val="000000"/>
          <w:sz w:val="24"/>
        </w:rPr>
        <w:t xml:space="preserve">В третий день сосредоточь намерение на Имени </w:t>
      </w:r>
      <w:r>
        <w:rPr>
          <w:rFonts w:ascii="Georgia" w:hAnsi="Georgia" w:cs="Times New Roman"/>
          <w:b/>
          <w:i w:val="0"/>
          <w:color w:val="000000"/>
          <w:sz w:val="24"/>
          <w:rtl/>
          <w:szCs w:val="32"/>
        </w:rPr>
        <w:t>נַגְדֶיִכַש</w:t>
      </w:r>
      <w:r>
        <w:rPr>
          <w:rFonts w:ascii="Georgia" w:hAnsi="Georgia"/>
          <w:b w:val="0"/>
          <w:i w:val="0"/>
          <w:color w:val="000000"/>
          <w:sz w:val="24"/>
        </w:rPr>
        <w:t xml:space="preserve"> и АВАЯ с огласовками по начальным буквам слов </w:t>
      </w:r>
      <w:r>
        <w:rPr>
          <w:rFonts w:ascii="Georgia" w:hAnsi="Georgia"/>
          <w:b w:val="0"/>
          <w:i/>
          <w:color w:val="000000"/>
          <w:sz w:val="24"/>
        </w:rPr>
        <w:t>«И сказал Б-г: да стекутся воды…»</w:t>
      </w:r>
      <w:r>
        <w:rPr>
          <w:rFonts w:ascii="Georgia" w:hAnsi="Georgia"/>
          <w:b w:val="0"/>
          <w:i w:val="0"/>
          <w:color w:val="000000"/>
          <w:sz w:val="24"/>
        </w:rPr>
        <w:t xml:space="preserve"> (Берешит 1:9; </w:t>
      </w:r>
      <w:r>
        <w:rPr>
          <w:rFonts w:ascii="Georgia" w:hAnsi="Georgia" w:cs="Times New Roman"/>
          <w:b/>
          <w:i w:val="0"/>
          <w:color w:val="000000"/>
          <w:sz w:val="24"/>
          <w:rtl/>
          <w:szCs w:val="32"/>
        </w:rPr>
        <w:t>ויאמר אלהי׳ יקוו המי</w:t>
      </w:r>
      <w:r>
        <w:rPr>
          <w:rFonts w:ascii="Georgia" w:hAnsi="Georgia"/>
          <w:b w:val="0"/>
          <w:i w:val="0"/>
          <w:color w:val="000000"/>
          <w:sz w:val="24"/>
        </w:rPr>
        <w:t>). Поскольку третий день указывает на Тиферет, над ним властвует Имя МА с наполнением алеф; а так как в нем властвует [мир] Асия, здесь присутствует Имя БОН с наполнением хэй. Огласовка же МА — холам, а огласовка БОН — холам, цере, камац, цере. И [направь намерение на] Имя АВАЯ с огласовкой холам вместе с его ангелами, как сказано выше, а также на [Имя] ЭЛЬ АДОНАЙ и на Имя АВАЯ БОН, сплетенное с [Именем] ЭЙЕ.</w:t>
      </w:r>
    </w:p>
    <w:p>
      <w:pPr>
        <w:spacing w:before="40" w:after="120"/>
        <w:jc w:val="both"/>
      </w:pPr>
      <w:r>
        <w:rPr>
          <w:rFonts w:ascii="Georgia" w:hAnsi="Georgia"/>
          <w:b w:val="0"/>
          <w:i w:val="0"/>
          <w:color w:val="000000"/>
          <w:sz w:val="24"/>
        </w:rPr>
        <w:t xml:space="preserve">В четвертый день сосредоточь намерение на Имени </w:t>
      </w:r>
      <w:r>
        <w:rPr>
          <w:rFonts w:ascii="Georgia" w:hAnsi="Georgia" w:cs="Times New Roman"/>
          <w:b/>
          <w:i w:val="0"/>
          <w:color w:val="000000"/>
          <w:sz w:val="24"/>
          <w:rtl/>
          <w:szCs w:val="32"/>
        </w:rPr>
        <w:t>בַטְרֶצְתְג</w:t>
      </w:r>
      <w:r>
        <w:rPr>
          <w:rFonts w:ascii="Georgia" w:hAnsi="Georgia"/>
          <w:b w:val="0"/>
          <w:i w:val="0"/>
          <w:color w:val="000000"/>
          <w:sz w:val="24"/>
        </w:rPr>
        <w:t xml:space="preserve"> с огласовками по начальным буквам слов </w:t>
      </w:r>
      <w:r>
        <w:rPr>
          <w:rFonts w:ascii="Georgia" w:hAnsi="Georgia"/>
          <w:b w:val="0"/>
          <w:i/>
          <w:color w:val="000000"/>
          <w:sz w:val="24"/>
        </w:rPr>
        <w:t>«И сказал Б-г: да будут светила…»</w:t>
      </w:r>
      <w:r>
        <w:rPr>
          <w:rFonts w:ascii="Georgia" w:hAnsi="Georgia"/>
          <w:b w:val="0"/>
          <w:i w:val="0"/>
          <w:color w:val="000000"/>
          <w:sz w:val="24"/>
        </w:rPr>
        <w:t xml:space="preserve"> (Берешит 1:14; </w:t>
      </w:r>
      <w:r>
        <w:rPr>
          <w:rFonts w:ascii="Georgia" w:hAnsi="Georgia" w:cs="Times New Roman"/>
          <w:b/>
          <w:i w:val="0"/>
          <w:color w:val="000000"/>
          <w:sz w:val="24"/>
          <w:rtl/>
          <w:szCs w:val="32"/>
        </w:rPr>
        <w:t>ויאמר אלהים יהי מאורות</w:t>
      </w:r>
      <w:r>
        <w:rPr>
          <w:rFonts w:ascii="Georgia" w:hAnsi="Georgia"/>
          <w:b w:val="0"/>
          <w:i w:val="0"/>
          <w:color w:val="000000"/>
          <w:sz w:val="24"/>
        </w:rPr>
        <w:t>); а [сочетания Имен] АВАЯ — такие же, как в третий день, за исключением того, что простое Имя АВАЯ огласовано хириком вместе с его ангелами, как сказано выше.</w:t>
      </w:r>
    </w:p>
    <w:p>
      <w:pPr>
        <w:spacing w:before="40" w:after="120"/>
        <w:jc w:val="both"/>
      </w:pPr>
      <w:r>
        <w:rPr>
          <w:rFonts w:ascii="Georgia" w:hAnsi="Georgia"/>
          <w:b w:val="0"/>
          <w:i w:val="0"/>
          <w:color w:val="000000"/>
          <w:sz w:val="24"/>
        </w:rPr>
        <w:t xml:space="preserve">В пятый день пусть сосредоточит намерение на Имени </w:t>
      </w:r>
      <w:r>
        <w:rPr>
          <w:rFonts w:ascii="Georgia" w:hAnsi="Georgia" w:cs="Times New Roman"/>
          <w:b/>
          <w:i w:val="0"/>
          <w:color w:val="000000"/>
          <w:sz w:val="24"/>
          <w:rtl/>
          <w:szCs w:val="32"/>
        </w:rPr>
        <w:t>חַקְבֶטִנַע</w:t>
      </w:r>
      <w:r>
        <w:rPr>
          <w:rFonts w:ascii="Georgia" w:hAnsi="Georgia"/>
          <w:b w:val="0"/>
          <w:i w:val="0"/>
          <w:color w:val="000000"/>
          <w:sz w:val="24"/>
        </w:rPr>
        <w:t xml:space="preserve"> с огласовками по начальным буквам слов </w:t>
      </w:r>
      <w:r>
        <w:rPr>
          <w:rFonts w:ascii="Georgia" w:hAnsi="Georgia"/>
          <w:b w:val="0"/>
          <w:i/>
          <w:color w:val="000000"/>
          <w:sz w:val="24"/>
        </w:rPr>
        <w:t>«И сказал Б-г: да воскишат воды…»</w:t>
      </w:r>
      <w:r>
        <w:rPr>
          <w:rFonts w:ascii="Georgia" w:hAnsi="Georgia"/>
          <w:b w:val="0"/>
          <w:i w:val="0"/>
          <w:color w:val="000000"/>
          <w:sz w:val="24"/>
        </w:rPr>
        <w:t xml:space="preserve"> (Берешит 1:20; </w:t>
      </w:r>
      <w:r>
        <w:rPr>
          <w:rFonts w:ascii="Georgia" w:hAnsi="Georgia" w:cs="Times New Roman"/>
          <w:b/>
          <w:i w:val="0"/>
          <w:color w:val="000000"/>
          <w:sz w:val="24"/>
          <w:rtl/>
          <w:szCs w:val="32"/>
        </w:rPr>
        <w:t>ויאמר אלהים ישרצו המים</w:t>
      </w:r>
      <w:r>
        <w:rPr>
          <w:rFonts w:ascii="Georgia" w:hAnsi="Georgia"/>
          <w:b w:val="0"/>
          <w:i w:val="0"/>
          <w:color w:val="000000"/>
          <w:sz w:val="24"/>
        </w:rPr>
        <w:t>); а [сочетания Имен] АВАЯ — такие же, как во второй день, за исключением того, что простое Имя АВАЯ огласовано кубуцем вместе с его ангелами, как сказано выше.</w:t>
      </w:r>
    </w:p>
    <w:p>
      <w:pPr>
        <w:spacing w:before="40" w:after="120"/>
        <w:jc w:val="both"/>
      </w:pPr>
      <w:r>
        <w:rPr>
          <w:rFonts w:ascii="Georgia" w:hAnsi="Georgia"/>
          <w:b w:val="0"/>
          <w:i w:val="0"/>
          <w:color w:val="000000"/>
          <w:sz w:val="24"/>
        </w:rPr>
        <w:t xml:space="preserve">В шестой день пусть сосредоточит намерение на Имени </w:t>
      </w:r>
      <w:r>
        <w:rPr>
          <w:rFonts w:ascii="Georgia" w:hAnsi="Georgia" w:cs="Times New Roman"/>
          <w:b/>
          <w:i w:val="0"/>
          <w:color w:val="000000"/>
          <w:sz w:val="24"/>
          <w:rtl/>
          <w:szCs w:val="32"/>
        </w:rPr>
        <w:t>יַגְלֶפַזָק</w:t>
      </w:r>
      <w:r>
        <w:rPr>
          <w:rFonts w:ascii="Georgia" w:hAnsi="Georgia"/>
          <w:b w:val="0"/>
          <w:i w:val="0"/>
          <w:color w:val="000000"/>
          <w:sz w:val="24"/>
        </w:rPr>
        <w:t xml:space="preserve"> с огласовками по начальным буквам слов </w:t>
      </w:r>
      <w:r>
        <w:rPr>
          <w:rFonts w:ascii="Georgia" w:hAnsi="Georgia"/>
          <w:b w:val="0"/>
          <w:i/>
          <w:color w:val="000000"/>
          <w:sz w:val="24"/>
        </w:rPr>
        <w:t>«И сказал Б-г: да произрастит земля…»</w:t>
      </w:r>
      <w:r>
        <w:rPr>
          <w:rFonts w:ascii="Georgia" w:hAnsi="Georgia"/>
          <w:b w:val="0"/>
          <w:i w:val="0"/>
          <w:color w:val="000000"/>
          <w:sz w:val="24"/>
        </w:rPr>
        <w:t xml:space="preserve"> (Берешит 1:11; </w:t>
      </w:r>
      <w:r>
        <w:rPr>
          <w:rFonts w:ascii="Georgia" w:hAnsi="Georgia" w:cs="Times New Roman"/>
          <w:b/>
          <w:i w:val="0"/>
          <w:color w:val="000000"/>
          <w:sz w:val="24"/>
          <w:rtl/>
          <w:szCs w:val="32"/>
        </w:rPr>
        <w:t>ויאמר אלהים תדשא הארץ</w:t>
      </w:r>
      <w:r>
        <w:rPr>
          <w:rFonts w:ascii="Georgia" w:hAnsi="Georgia"/>
          <w:b w:val="0"/>
          <w:i w:val="0"/>
          <w:color w:val="000000"/>
          <w:sz w:val="24"/>
        </w:rPr>
        <w:t>); а [сочетания Имен] АВАЯ — такие же, как в первый день, за исключением того, что простое Имя АВАЯ огласовано шуруком вместе с его ангелами, как сказано выше.</w:t>
      </w:r>
    </w:p>
    <w:p>
      <w:pPr>
        <w:spacing w:before="40" w:after="120"/>
        <w:jc w:val="both"/>
      </w:pPr>
      <w:r>
        <w:rPr>
          <w:rFonts w:ascii="Georgia" w:hAnsi="Georgia"/>
          <w:b w:val="0"/>
          <w:i w:val="0"/>
          <w:color w:val="000000"/>
          <w:sz w:val="24"/>
        </w:rPr>
        <w:t xml:space="preserve">В субботу пусть сосредоточит намерение на Имени </w:t>
      </w:r>
      <w:r>
        <w:rPr>
          <w:rFonts w:ascii="Georgia" w:hAnsi="Georgia" w:cs="Times New Roman"/>
          <w:b/>
          <w:i w:val="0"/>
          <w:color w:val="000000"/>
          <w:sz w:val="24"/>
          <w:rtl/>
          <w:szCs w:val="32"/>
        </w:rPr>
        <w:t>שַקְוֶצִיַת</w:t>
      </w:r>
      <w:r>
        <w:rPr>
          <w:rFonts w:ascii="Georgia" w:hAnsi="Georgia"/>
          <w:b w:val="0"/>
          <w:i w:val="0"/>
          <w:color w:val="000000"/>
          <w:sz w:val="24"/>
        </w:rPr>
        <w:t xml:space="preserve"> с огласовками по начальным буквам слов </w:t>
      </w:r>
      <w:r>
        <w:rPr>
          <w:rFonts w:ascii="Georgia" w:hAnsi="Georgia"/>
          <w:b w:val="0"/>
          <w:i/>
          <w:color w:val="000000"/>
          <w:sz w:val="24"/>
        </w:rPr>
        <w:t>«И сказал Б-г: вот, Я дал вам…»</w:t>
      </w:r>
      <w:r>
        <w:rPr>
          <w:rFonts w:ascii="Georgia" w:hAnsi="Georgia"/>
          <w:b w:val="0"/>
          <w:i w:val="0"/>
          <w:color w:val="000000"/>
          <w:sz w:val="24"/>
        </w:rPr>
        <w:t xml:space="preserve"> (Берешит 1:29; </w:t>
      </w:r>
      <w:r>
        <w:rPr>
          <w:rFonts w:ascii="Georgia" w:hAnsi="Georgia" w:cs="Times New Roman"/>
          <w:b/>
          <w:i w:val="0"/>
          <w:color w:val="000000"/>
          <w:sz w:val="24"/>
          <w:rtl/>
          <w:szCs w:val="32"/>
        </w:rPr>
        <w:t>ויאמר אלהים הנה נתתי לכם</w:t>
      </w:r>
      <w:r>
        <w:rPr>
          <w:rFonts w:ascii="Georgia" w:hAnsi="Georgia"/>
          <w:b w:val="0"/>
          <w:i w:val="0"/>
          <w:color w:val="000000"/>
          <w:sz w:val="24"/>
        </w:rPr>
        <w:t>); и так же АВАЯ САГ, и так же с цере ночью. Утром же — АВАЯ АБ с камацем, а также с патахом. А в Минху — АВАЯ МА с холамом, а также с патахом.</w:t>
      </w:r>
    </w:p>
    <w:p>
      <w:pPr>
        <w:keepNext/>
        <w:spacing w:before="320" w:after="120"/>
      </w:pPr>
      <w:r>
        <w:rPr>
          <w:rFonts w:ascii="Georgia" w:hAnsi="Georgia"/>
          <w:b w:val="0"/>
          <w:i w:val="0"/>
          <w:color w:val="000000"/>
          <w:sz w:val="32"/>
        </w:rPr>
        <w:t>Добрые качества для постижения</w:t>
      </w:r>
    </w:p>
    <w:p>
      <w:pPr>
        <w:spacing w:before="40" w:after="120"/>
        <w:jc w:val="both"/>
      </w:pPr>
      <w:r>
        <w:rPr>
          <w:rFonts w:ascii="Georgia" w:hAnsi="Georgia"/>
          <w:b w:val="0"/>
          <w:i w:val="0"/>
          <w:color w:val="000000"/>
          <w:sz w:val="24"/>
        </w:rPr>
        <w:t>Говорит Шмуэль: вот, я счел нужным записать все добрые качества, необходимые человеку, который желает обрести какое-либо постижение — как в качествах характера, так и в делах благочестия, чтобы озарить свою душу. И начнем со следующего:</w:t>
      </w:r>
    </w:p>
    <w:p>
      <w:pPr>
        <w:spacing w:before="40" w:after="120"/>
        <w:jc w:val="both"/>
      </w:pPr>
      <w:r>
        <w:rPr>
          <w:rFonts w:ascii="Georgia" w:hAnsi="Georgia"/>
          <w:b w:val="0"/>
          <w:i w:val="0"/>
          <w:color w:val="000000"/>
          <w:sz w:val="24"/>
        </w:rPr>
        <w:t xml:space="preserve">Человек во время исполнения каждой заповеди, при изучении Торы или во время молитвы должен радоваться и быть веселым сердцем больше, чем если бы он заработал или нашел тысячи тысяч золотых динаров. Подобное мы находим о мудреце Абайе, мир ему: он стоял перед Рабой и был очень весел, и сказал: «Я возлагаю тфилин…» и так далее. И в этом смысл стиха: </w:t>
      </w:r>
      <w:r>
        <w:rPr>
          <w:rFonts w:ascii="Georgia" w:hAnsi="Georgia"/>
          <w:b w:val="0"/>
          <w:i/>
          <w:color w:val="000000"/>
          <w:sz w:val="24"/>
        </w:rPr>
        <w:t>«За то, что ты не служил Г-споду, Б-гу твоему, с радостью и весельем сердца, при изобилии всего»</w:t>
      </w:r>
      <w:r>
        <w:rPr>
          <w:rFonts w:ascii="Georgia" w:hAnsi="Georgia"/>
          <w:b w:val="0"/>
          <w:i w:val="0"/>
          <w:color w:val="000000"/>
          <w:sz w:val="24"/>
        </w:rPr>
        <w:t xml:space="preserve"> (Дварим 28:47). Это означает: ты должен радоваться больше, чем когда приобретаешь бóльшую часть всех богатств мира; и слова «при изобилии всего» (</w:t>
      </w:r>
      <w:r>
        <w:rPr>
          <w:rFonts w:ascii="Georgia" w:hAnsi="Georgia"/>
          <w:b w:val="0"/>
          <w:i/>
          <w:color w:val="000000"/>
          <w:sz w:val="24"/>
        </w:rPr>
        <w:t>ми-ров коль</w:t>
      </w:r>
      <w:r>
        <w:rPr>
          <w:rFonts w:ascii="Georgia" w:hAnsi="Georgia"/>
          <w:b w:val="0"/>
          <w:i w:val="0"/>
          <w:color w:val="000000"/>
          <w:sz w:val="24"/>
        </w:rPr>
        <w:t xml:space="preserve">, </w:t>
      </w:r>
      <w:r>
        <w:rPr>
          <w:rFonts w:ascii="Georgia" w:hAnsi="Georgia" w:cs="Times New Roman"/>
          <w:b/>
          <w:i w:val="0"/>
          <w:color w:val="000000"/>
          <w:sz w:val="24"/>
          <w:rtl/>
          <w:szCs w:val="32"/>
        </w:rPr>
        <w:t>מֵרוֹב כֹּל</w:t>
      </w:r>
      <w:r>
        <w:rPr>
          <w:rFonts w:ascii="Georgia" w:hAnsi="Georgia"/>
          <w:b w:val="0"/>
          <w:i w:val="0"/>
          <w:color w:val="000000"/>
          <w:sz w:val="24"/>
        </w:rPr>
        <w:t>) означают: больше, чем когда велико всё [твое достояние].</w:t>
      </w:r>
    </w:p>
    <w:p>
      <w:pPr>
        <w:spacing w:before="40" w:after="120"/>
        <w:jc w:val="both"/>
      </w:pPr>
      <w:r>
        <w:rPr>
          <w:rFonts w:ascii="Georgia" w:hAnsi="Georgia"/>
          <w:b w:val="0"/>
          <w:i w:val="0"/>
          <w:color w:val="000000"/>
          <w:sz w:val="24"/>
        </w:rPr>
        <w:t xml:space="preserve">Также и печаль сама по себе — крайне дурное качество, в особенности для того, кто желает обрести мудрость и святой дух. И ничто так не препятствует постижению — даже если человек достоин его, — как наличие в нем печали. Свидетельство тому — стих: </w:t>
      </w:r>
      <w:r>
        <w:rPr>
          <w:rFonts w:ascii="Georgia" w:hAnsi="Georgia"/>
          <w:b w:val="0"/>
          <w:i/>
          <w:color w:val="000000"/>
          <w:sz w:val="24"/>
        </w:rPr>
        <w:t>«А теперь возьмите мне музыканта». И когда заиграл музыкант…</w:t>
      </w:r>
      <w:r>
        <w:rPr>
          <w:rFonts w:ascii="Georgia" w:hAnsi="Georgia"/>
          <w:b w:val="0"/>
          <w:i w:val="0"/>
          <w:color w:val="000000"/>
          <w:sz w:val="24"/>
        </w:rPr>
        <w:t xml:space="preserve"> (Мелахим II 3:15), а также множество других доказательств.</w:t>
      </w:r>
    </w:p>
    <w:p>
      <w:pPr>
        <w:spacing w:before="40" w:after="120"/>
        <w:jc w:val="both"/>
      </w:pPr>
      <w:r>
        <w:rPr>
          <w:rFonts w:ascii="Georgia" w:hAnsi="Georgia"/>
          <w:b w:val="0"/>
          <w:i w:val="0"/>
          <w:color w:val="000000"/>
          <w:sz w:val="24"/>
        </w:rPr>
        <w:t xml:space="preserve">Также и гнев: мало того, что он полностью препятствует постижению — как находим мы по поводу стиха </w:t>
      </w:r>
      <w:r>
        <w:rPr>
          <w:rFonts w:ascii="Georgia" w:hAnsi="Georgia"/>
          <w:b w:val="0"/>
          <w:i/>
          <w:color w:val="000000"/>
          <w:sz w:val="24"/>
        </w:rPr>
        <w:t>«И разгневался Моше на Элазара и на Итамара…»</w:t>
      </w:r>
      <w:r>
        <w:rPr>
          <w:rFonts w:ascii="Georgia" w:hAnsi="Georgia"/>
          <w:b w:val="0"/>
          <w:i w:val="0"/>
          <w:color w:val="000000"/>
          <w:sz w:val="24"/>
        </w:rPr>
        <w:t xml:space="preserve"> (Ваикра 10:16), и сказали мудрецы наши, благословенной памяти: «У каждого гневающегося, если он пророк, пророчество покидает его…» и так далее, — однако гневу присуще еще большее зло, чем упомянутое, как мы сейчас объясним. Мой учитель, благословенной памяти, был строг в отношении гнева больше, чем ко всем остальным нарушениям, даже когда человек гневается ради заповеди, подобно Моше, как сказано выше. И он объяснял причину этого так: ведь все прочие прегрешения повреждают лишь… каждое прегрешение повреждает один орган [души], но свойство гнева повреждает душу целиком и полностью подменяет ее. Суть в том, что когда человек гневается, святая нешама полностью покидает его, а на ее место входит нефеш со стороны клипы. И в этом тайна стиха: </w:t>
      </w:r>
      <w:r>
        <w:rPr>
          <w:rFonts w:ascii="Georgia" w:hAnsi="Georgia"/>
          <w:b w:val="0"/>
          <w:i/>
          <w:color w:val="000000"/>
          <w:sz w:val="24"/>
        </w:rPr>
        <w:t>«Терзающий душу свою во гневе своем…»</w:t>
      </w:r>
      <w:r>
        <w:rPr>
          <w:rFonts w:ascii="Georgia" w:hAnsi="Georgia"/>
          <w:b w:val="0"/>
          <w:i w:val="0"/>
          <w:color w:val="000000"/>
          <w:sz w:val="24"/>
        </w:rPr>
        <w:t xml:space="preserve"> (Иов 18:4), ведь во время ярости и гнева он в буквальном смысле растерзывает свою святую душу, делает ее трефной (</w:t>
      </w:r>
      <w:r>
        <w:rPr>
          <w:rFonts w:ascii="Georgia" w:hAnsi="Georgia"/>
          <w:b w:val="0"/>
          <w:i/>
          <w:color w:val="000000"/>
          <w:sz w:val="24"/>
        </w:rPr>
        <w:t>трефа</w:t>
      </w:r>
      <w:r>
        <w:rPr>
          <w:rFonts w:ascii="Georgia" w:hAnsi="Georgia"/>
          <w:b w:val="0"/>
          <w:i w:val="0"/>
          <w:color w:val="000000"/>
          <w:sz w:val="24"/>
        </w:rPr>
        <w:t xml:space="preserve">, </w:t>
      </w:r>
      <w:r>
        <w:rPr>
          <w:rFonts w:ascii="Georgia" w:hAnsi="Georgia" w:cs="Times New Roman"/>
          <w:b/>
          <w:i w:val="0"/>
          <w:color w:val="000000"/>
          <w:sz w:val="24"/>
          <w:rtl/>
          <w:szCs w:val="32"/>
        </w:rPr>
        <w:t>טְרֵיפָה</w:t>
      </w:r>
      <w:r>
        <w:rPr>
          <w:rFonts w:ascii="Georgia" w:hAnsi="Georgia"/>
          <w:b w:val="0"/>
          <w:i w:val="0"/>
          <w:color w:val="000000"/>
          <w:sz w:val="24"/>
        </w:rPr>
        <w:t>) и умерщвляет. Как объясняется в Зоаре в недельной главе Тецаве (лист 182б; см. там, насколько [автор Зоара] подчеркивает тяжесть гнева, говоря даже, что всякий говорящий с гневающимся словно говорит с самим идолослужением; см. там). И даже если человек совершает исправления для своей души, превосходное раскаяние во всех своих прегрешениях и исполняет множество великих заповедей — всё это полностью утрачивается им. Ведь та святая душа, которая совершила все добрые дела, сменилась нечистой и ушла, а на ее месте осталась нечистая рабыня, унаследовавшая место своей госпожи. И ему приходится заново возвращаться и совершать все прежние исправления, которые он делал изначально. И так происходит каждый раз, когда он гневается.</w:t>
      </w:r>
    </w:p>
    <w:p>
      <w:pPr>
        <w:spacing w:before="40" w:after="120"/>
        <w:jc w:val="both"/>
      </w:pPr>
      <w:r>
        <w:rPr>
          <w:rFonts w:ascii="Georgia" w:hAnsi="Georgia"/>
          <w:b w:val="0"/>
          <w:i w:val="0"/>
          <w:color w:val="000000"/>
          <w:sz w:val="24"/>
        </w:rPr>
        <w:t>Получается, что гневливый человек совершенно не имеет исправления, ведь он постоянно подобен псу, возвращающемуся на блевотину свою (</w:t>
      </w:r>
      <w:r>
        <w:rPr>
          <w:rFonts w:ascii="Georgia" w:hAnsi="Georgia"/>
          <w:b w:val="0"/>
          <w:i/>
          <w:color w:val="000000"/>
          <w:sz w:val="24"/>
        </w:rPr>
        <w:t>«Как пес возвращается на блевотину свою…»</w:t>
      </w:r>
      <w:r>
        <w:rPr>
          <w:rFonts w:ascii="Georgia" w:hAnsi="Georgia"/>
          <w:b w:val="0"/>
          <w:i w:val="0"/>
          <w:color w:val="000000"/>
          <w:sz w:val="24"/>
        </w:rPr>
        <w:t>, Мишлей 26:11). Кроме того, он причиняет себе и другой великий ущерб: ведь если он исполнил некую великую заповедь, благодаря которой святая душа одного из древних праведников зачиналась в нем в тайне зачатия (</w:t>
      </w:r>
      <w:r>
        <w:rPr>
          <w:rFonts w:ascii="Georgia" w:hAnsi="Georgia"/>
          <w:b w:val="0"/>
          <w:i/>
          <w:color w:val="000000"/>
          <w:sz w:val="24"/>
        </w:rPr>
        <w:t>ибур</w:t>
      </w:r>
      <w:r>
        <w:rPr>
          <w:rFonts w:ascii="Georgia" w:hAnsi="Georgia"/>
          <w:b w:val="0"/>
          <w:i w:val="0"/>
          <w:color w:val="000000"/>
          <w:sz w:val="24"/>
        </w:rPr>
        <w:t>), чтобы помогать ему, как известно, — то теперь из-за гнева покидает его и она. И в этом также смысл слов: «Растерзывает душу свою во гневе своем». Таким образом, человек, подверженный гневу, не способен — всё то время, пока обладает этим качеством, — достичь какого-либо постижения, даже если он праведен во всех остальных своих путях. Ведь каждый раз, когда он гневается, он строит и [тут же] разрушает всё, что построил. Прочие же нарушения не растерзывают и не выкорчевывают душу в буквальном смысле: она остается соединенной с человеком, однако повреждается лишь в меру совершенного нарушения. И когда он исправит именно это повреждение, всё полностью исправится.</w:t>
      </w:r>
    </w:p>
    <w:p>
      <w:pPr>
        <w:spacing w:before="40" w:after="120"/>
        <w:jc w:val="both"/>
      </w:pPr>
      <w:r>
        <w:rPr>
          <w:rFonts w:ascii="Georgia" w:hAnsi="Georgia"/>
          <w:b w:val="0"/>
          <w:i w:val="0"/>
          <w:color w:val="000000"/>
          <w:sz w:val="24"/>
        </w:rPr>
        <w:t>Но гнев требует множества исправлений и долгих приготовлений, чтобы вернуть растерзанную и отторгнутую душу; и при всем том — быть может [удастся вернуть], как сказано в Зоаре в недельной главе Тецаве, ведь порой, в зависимости от характера и силы гнева, исправления для него нет вовсе. Мало того: даже когда я обучал своего брата (да хранит его Творец!) и тот понимал не так, как мне хотелось, и я сердился на него из-за этого — даже от этого мой учитель, благословенной памяти, предостерегал меня и увещевал чрезвычайно строго.</w:t>
      </w:r>
    </w:p>
    <w:p>
      <w:pPr>
        <w:spacing w:before="40" w:after="120"/>
        <w:jc w:val="both"/>
      </w:pPr>
      <w:r>
        <w:rPr>
          <w:rFonts w:ascii="Georgia" w:hAnsi="Georgia"/>
          <w:b w:val="0"/>
          <w:i w:val="0"/>
          <w:color w:val="000000"/>
          <w:sz w:val="24"/>
        </w:rPr>
        <w:t>Также по поводу изучения Торы говорил мне мой учитель, благословенной памяти: главное намерение (</w:t>
      </w:r>
      <w:r>
        <w:rPr>
          <w:rFonts w:ascii="Georgia" w:hAnsi="Georgia"/>
          <w:b w:val="0"/>
          <w:i/>
          <w:color w:val="000000"/>
          <w:sz w:val="24"/>
        </w:rPr>
        <w:t>кавана</w:t>
      </w:r>
      <w:r>
        <w:rPr>
          <w:rFonts w:ascii="Georgia" w:hAnsi="Georgia"/>
          <w:b w:val="0"/>
          <w:i w:val="0"/>
          <w:color w:val="000000"/>
          <w:sz w:val="24"/>
        </w:rPr>
        <w:t>) человека при изучении Торы, благодаря которому он притягивает к себе постижение и высшую святость, зависит от того, чтобы всё моё намерение было направлено на то, чтобы связать и соединить свою душу с ее высшим корнем посредством Торы; и чтобы моим намерением в этом было завершение исправления Высшего Человека (Адам а-Эльон). Ведь в этом состоит конечная цель намерения [Творца], благословен Он, при сотворении людей и конечная цель Его повеления им изучать Тору.</w:t>
      </w:r>
    </w:p>
    <w:p>
      <w:pPr>
        <w:spacing w:before="40" w:after="120"/>
        <w:jc w:val="both"/>
      </w:pPr>
      <w:r>
        <w:rPr>
          <w:rFonts w:ascii="Georgia" w:hAnsi="Georgia"/>
          <w:b w:val="0"/>
          <w:i w:val="0"/>
          <w:color w:val="000000"/>
          <w:sz w:val="24"/>
        </w:rPr>
        <w:t>Основа же всех добрых качеств заключается в том, чтобы человек держал себя в совершенном самоуничижении, смирении и со страхом греха на лице — до предельной степени в этих трех качествах. А также чтобы он предельно удалялся от гордыни, гнева, придирчивости, насмешничества и злоязычия; и даже если у него есть веская причина для придирчивости — пусть не придирается.</w:t>
      </w:r>
    </w:p>
    <w:p>
      <w:pPr>
        <w:spacing w:before="40" w:after="120"/>
        <w:jc w:val="both"/>
      </w:pPr>
      <w:r>
        <w:rPr>
          <w:rFonts w:ascii="Georgia" w:hAnsi="Georgia"/>
          <w:b w:val="0"/>
          <w:i w:val="0"/>
          <w:color w:val="000000"/>
          <w:sz w:val="24"/>
        </w:rPr>
        <w:t>Также следует удаляться от пустых разговоров, хотя они и не столь тяжелы, как пять упомянутых качеств; и пусть человек не проявляет придирчивости даже к своим домочадцам.</w:t>
      </w:r>
    </w:p>
    <w:p>
      <w:pPr>
        <w:spacing w:before="40" w:after="120"/>
        <w:jc w:val="both"/>
      </w:pPr>
      <w:r>
        <w:rPr>
          <w:rFonts w:ascii="Georgia" w:hAnsi="Georgia"/>
          <w:b w:val="0"/>
          <w:i w:val="0"/>
          <w:color w:val="000000"/>
          <w:sz w:val="24"/>
        </w:rPr>
        <w:t>Соблюдение Шаббата во всех подробностях — в действии и в речи — также чрезвычайно помогает постижению.</w:t>
      </w:r>
    </w:p>
    <w:p>
      <w:pPr>
        <w:spacing w:before="40" w:after="120"/>
        <w:jc w:val="both"/>
      </w:pPr>
      <w:r>
        <w:rPr>
          <w:rFonts w:ascii="Georgia" w:hAnsi="Georgia"/>
          <w:b w:val="0"/>
          <w:i w:val="0"/>
          <w:color w:val="000000"/>
          <w:sz w:val="24"/>
        </w:rPr>
        <w:t>Также приход в синагогу и пребывание там в предельном трепете, страхе и с известным намерением приносят великую пользу для пребывания святого духа.</w:t>
      </w:r>
    </w:p>
    <w:p>
      <w:pPr>
        <w:spacing w:before="40" w:after="120"/>
        <w:jc w:val="both"/>
      </w:pPr>
      <w:r>
        <w:rPr>
          <w:rFonts w:ascii="Georgia" w:hAnsi="Georgia"/>
          <w:b w:val="0"/>
          <w:i w:val="0"/>
          <w:color w:val="000000"/>
          <w:sz w:val="24"/>
        </w:rPr>
        <w:t>Также сказал мне мой учитель, благословенной памяти: главное обретение человеком святого духа зависит от намерения и осторожности при [произнесении] каждого благословения на удовольствия. Ведь с их помощью аннулируется сила тех клипот, которые удерживаются в материальной пище и прилепляются через нее к человеку, вкушающему ее. А посредством произносимых с намерением благословений он снимает с пищи эти клипы, очищает свою материальную природу, и она становится чистой (</w:t>
      </w:r>
      <w:r>
        <w:rPr>
          <w:rFonts w:ascii="Georgia" w:hAnsi="Georgia"/>
          <w:b w:val="0"/>
          <w:i/>
          <w:color w:val="000000"/>
          <w:sz w:val="24"/>
        </w:rPr>
        <w:t>зах</w:t>
      </w:r>
      <w:r>
        <w:rPr>
          <w:rFonts w:ascii="Georgia" w:hAnsi="Georgia"/>
          <w:b w:val="0"/>
          <w:i w:val="0"/>
          <w:color w:val="000000"/>
          <w:sz w:val="24"/>
        </w:rPr>
        <w:t>) и готовой принять святость. И он очень предостерегал меня об этом.</w:t>
      </w:r>
    </w:p>
    <w:p>
      <w:pPr>
        <w:spacing w:before="40" w:after="120"/>
        <w:jc w:val="both"/>
      </w:pPr>
      <w:r>
        <w:rPr>
          <w:rFonts w:ascii="Georgia" w:hAnsi="Georgia"/>
          <w:b w:val="0"/>
          <w:i w:val="0"/>
          <w:color w:val="000000"/>
          <w:sz w:val="24"/>
        </w:rPr>
        <w:t xml:space="preserve">Также необходимо вставать после полуночи и произносить псалом </w:t>
      </w:r>
      <w:r>
        <w:rPr>
          <w:rFonts w:ascii="Georgia" w:hAnsi="Georgia"/>
          <w:b w:val="0"/>
          <w:i/>
          <w:color w:val="000000"/>
          <w:sz w:val="24"/>
        </w:rPr>
        <w:t>«Аллилуя! Буду славить Г-спода всем сердцем…»</w:t>
      </w:r>
      <w:r>
        <w:rPr>
          <w:rFonts w:ascii="Georgia" w:hAnsi="Georgia"/>
          <w:b w:val="0"/>
          <w:i w:val="0"/>
          <w:color w:val="000000"/>
          <w:sz w:val="24"/>
        </w:rPr>
        <w:t xml:space="preserve"> (Теилим 111:1) и так далее, а затем сосредоточить намерение на Имени из букв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как разъяснено у нас в своем месте; и это весьма помогает постижению. Чтобы вставать в полночь, требуется соблюсти несколько условий, и хотя я уже писал о них в [разделе] «Исправление полуночи», я напишу их здесь снова. Первое условие: возвращать людей к раскаянию. Второе: давать цдаку так, чтобы дающий не знал, кому дает, а получающий не знал, от кого получает. Третье: читать стихи [Писания] каждый день с любовью, трепетом и в тфилин, направляя намерение на то, чтобы притянуть и пробудить трепет от буквы йод (</w:t>
      </w:r>
      <w:r>
        <w:rPr>
          <w:rFonts w:ascii="Georgia" w:hAnsi="Georgia" w:cs="Times New Roman"/>
          <w:b/>
          <w:i w:val="0"/>
          <w:color w:val="000000"/>
          <w:sz w:val="24"/>
          <w:rtl/>
          <w:szCs w:val="32"/>
        </w:rPr>
        <w:t>י</w:t>
      </w:r>
      <w:r>
        <w:rPr>
          <w:rFonts w:ascii="Georgia" w:hAnsi="Georgia"/>
          <w:b w:val="0"/>
          <w:i w:val="0"/>
          <w:color w:val="000000"/>
          <w:sz w:val="24"/>
        </w:rPr>
        <w:t>), любовь — от буквы хэй (</w:t>
      </w:r>
      <w:r>
        <w:rPr>
          <w:rFonts w:ascii="Georgia" w:hAnsi="Georgia" w:cs="Times New Roman"/>
          <w:b/>
          <w:i w:val="0"/>
          <w:color w:val="000000"/>
          <w:sz w:val="24"/>
          <w:rtl/>
          <w:szCs w:val="32"/>
        </w:rPr>
        <w:t>ה</w:t>
      </w:r>
      <w:r>
        <w:rPr>
          <w:rFonts w:ascii="Georgia" w:hAnsi="Georgia"/>
          <w:b w:val="0"/>
          <w:i w:val="0"/>
          <w:color w:val="000000"/>
          <w:sz w:val="24"/>
        </w:rPr>
        <w:t>), Тору — от буквы вав (</w:t>
      </w:r>
      <w:r>
        <w:rPr>
          <w:rFonts w:ascii="Georgia" w:hAnsi="Georgia" w:cs="Times New Roman"/>
          <w:b/>
          <w:i w:val="0"/>
          <w:color w:val="000000"/>
          <w:sz w:val="24"/>
          <w:rtl/>
          <w:szCs w:val="32"/>
        </w:rPr>
        <w:t>ו</w:t>
      </w:r>
      <w:r>
        <w:rPr>
          <w:rFonts w:ascii="Georgia" w:hAnsi="Georgia"/>
          <w:b w:val="0"/>
          <w:i w:val="0"/>
          <w:color w:val="000000"/>
          <w:sz w:val="24"/>
        </w:rPr>
        <w:t>), а тфилин, который представляет собой заповедь, — от последней буквы хэй (</w:t>
      </w:r>
      <w:r>
        <w:rPr>
          <w:rFonts w:ascii="Georgia" w:hAnsi="Georgia" w:cs="Times New Roman"/>
          <w:b/>
          <w:i w:val="0"/>
          <w:color w:val="000000"/>
          <w:sz w:val="24"/>
          <w:rtl/>
          <w:szCs w:val="32"/>
        </w:rPr>
        <w:t>ה</w:t>
      </w:r>
      <w:r>
        <w:rPr>
          <w:rFonts w:ascii="Georgia" w:hAnsi="Georgia"/>
          <w:b w:val="0"/>
          <w:i w:val="0"/>
          <w:color w:val="000000"/>
          <w:sz w:val="24"/>
        </w:rPr>
        <w:t>). Четвертое: возлагать тфилин со следующим намерением — четыре отрывка головного тфилин (тфилин де-рош) соответствуют четырем буквам АВАЯ (</w:t>
      </w:r>
      <w:r>
        <w:rPr>
          <w:rFonts w:ascii="Georgia" w:hAnsi="Georgia" w:cs="Times New Roman"/>
          <w:b/>
          <w:i w:val="0"/>
          <w:color w:val="000000"/>
          <w:sz w:val="24"/>
          <w:rtl/>
          <w:szCs w:val="32"/>
        </w:rPr>
        <w:t>יהוה</w:t>
      </w:r>
      <w:r>
        <w:rPr>
          <w:rFonts w:ascii="Georgia" w:hAnsi="Georgia"/>
          <w:b w:val="0"/>
          <w:i w:val="0"/>
          <w:color w:val="000000"/>
          <w:sz w:val="24"/>
        </w:rPr>
        <w:t>), а 21 упоминание [Имени в них] соответствует Имени ЭЙЕ (</w:t>
      </w:r>
      <w:r>
        <w:rPr>
          <w:rFonts w:ascii="Georgia" w:hAnsi="Georgia" w:cs="Times New Roman"/>
          <w:b/>
          <w:i w:val="0"/>
          <w:color w:val="000000"/>
          <w:sz w:val="24"/>
          <w:rtl/>
          <w:szCs w:val="32"/>
        </w:rPr>
        <w:t>אהיה</w:t>
      </w:r>
      <w:r>
        <w:rPr>
          <w:rFonts w:ascii="Georgia" w:hAnsi="Georgia"/>
          <w:b w:val="0"/>
          <w:i w:val="0"/>
          <w:color w:val="000000"/>
          <w:sz w:val="24"/>
        </w:rPr>
        <w:t xml:space="preserve"> = 21); четыре же их отделения соответствуют четырем буквам [Имени] ЭЙЕ. И пусть сосредоточит намерение на том, что в четырех буквах АВАЯ содержатся четыре Имени: АБ, САГ, МА, БОН; и все они образуются лишь из трех букв: йод, хэй, вав (</w:t>
      </w:r>
      <w:r>
        <w:rPr>
          <w:rFonts w:ascii="Georgia" w:hAnsi="Georgia" w:cs="Times New Roman"/>
          <w:b/>
          <w:i w:val="0"/>
          <w:color w:val="000000"/>
          <w:sz w:val="24"/>
          <w:rtl/>
          <w:szCs w:val="32"/>
        </w:rPr>
        <w:t>יה״ו</w:t>
      </w:r>
      <w:r>
        <w:rPr>
          <w:rFonts w:ascii="Georgia" w:hAnsi="Georgia"/>
          <w:b w:val="0"/>
          <w:i w:val="0"/>
          <w:color w:val="000000"/>
          <w:sz w:val="24"/>
        </w:rPr>
        <w:t>) в четырех упомянутых наполнениях, кроме последней буквы хэй. Четыре отрывка ручного тфилин (тфилин де-яд) соответствуют четырем буквам АВАЯ, и в них — четыре простых [сочетания букв] йод, хэй, вав без наполнения; а 21 упоминание [Имени] в них соответствует Имени ЭЙЕ, и одно их отделение — Имени АДОНАЙ (</w:t>
      </w:r>
      <w:r>
        <w:rPr>
          <w:rFonts w:ascii="Georgia" w:hAnsi="Georgia" w:cs="Times New Roman"/>
          <w:b/>
          <w:i w:val="0"/>
          <w:color w:val="000000"/>
          <w:sz w:val="24"/>
          <w:rtl/>
          <w:szCs w:val="32"/>
        </w:rPr>
        <w:t>אדני</w:t>
      </w:r>
      <w:r>
        <w:rPr>
          <w:rFonts w:ascii="Georgia" w:hAnsi="Georgia"/>
          <w:b w:val="0"/>
          <w:i w:val="0"/>
          <w:color w:val="000000"/>
          <w:sz w:val="24"/>
        </w:rPr>
        <w:t>), как разъяснено у нас в «Вратах молитв» (Шаар а-Тфилот). И тот, кто ежедневно выполняет упомянутые условия, удостоится того, что свыше ему помогут проснуться и встать в полночь.</w:t>
      </w:r>
    </w:p>
    <w:p>
      <w:pPr>
        <w:spacing w:before="40" w:after="120"/>
        <w:jc w:val="both"/>
      </w:pPr>
      <w:r>
        <w:rPr>
          <w:rFonts w:ascii="Georgia" w:hAnsi="Georgia"/>
          <w:b w:val="0"/>
          <w:i w:val="0"/>
          <w:color w:val="000000"/>
          <w:sz w:val="24"/>
        </w:rPr>
        <w:t>К слову сообщим новое толкование: тот, кто бодрствует всю ночь, не засыпая вовсе, и занимается Торой на протяжении всей этой ночи, освобождается от наказания за одно отсечение души (</w:t>
      </w:r>
      <w:r>
        <w:rPr>
          <w:rFonts w:ascii="Georgia" w:hAnsi="Georgia"/>
          <w:b w:val="0"/>
          <w:i/>
          <w:color w:val="000000"/>
          <w:sz w:val="24"/>
        </w:rPr>
        <w:t>карет</w:t>
      </w:r>
      <w:r>
        <w:rPr>
          <w:rFonts w:ascii="Georgia" w:hAnsi="Georgia"/>
          <w:b w:val="0"/>
          <w:i w:val="0"/>
          <w:color w:val="000000"/>
          <w:sz w:val="24"/>
        </w:rPr>
        <w:t>), если он заслужил его, упаси Б-г; и каждая такая ночь освобождает от одного отсечения (</w:t>
      </w:r>
      <w:r>
        <w:rPr>
          <w:rFonts w:ascii="Georgia" w:hAnsi="Georgia"/>
          <w:b w:val="0"/>
          <w:i/>
          <w:color w:val="000000"/>
          <w:sz w:val="24"/>
        </w:rPr>
        <w:t>карет</w:t>
      </w:r>
      <w:r>
        <w:rPr>
          <w:rFonts w:ascii="Georgia" w:hAnsi="Georgia"/>
          <w:b w:val="0"/>
          <w:i w:val="0"/>
          <w:color w:val="000000"/>
          <w:sz w:val="24"/>
        </w:rPr>
        <w:t>).</w:t>
      </w:r>
    </w:p>
    <w:p>
      <w:pPr>
        <w:spacing w:before="40" w:after="120"/>
        <w:jc w:val="both"/>
      </w:pPr>
      <w:r>
        <w:rPr>
          <w:rFonts w:ascii="Georgia" w:hAnsi="Georgia"/>
          <w:b w:val="0"/>
          <w:i w:val="0"/>
          <w:color w:val="000000"/>
          <w:sz w:val="24"/>
        </w:rPr>
        <w:t>Также следует остерегаться [и не забывать] возлагать каждый день тфилин по [порядку] Рабейну Тама, являющийся тайной сочетания Имени йод, хэй, хэй, вав (</w:t>
      </w:r>
      <w:r>
        <w:rPr>
          <w:rFonts w:ascii="Georgia" w:hAnsi="Georgia" w:cs="Times New Roman"/>
          <w:b/>
          <w:i w:val="0"/>
          <w:color w:val="000000"/>
          <w:sz w:val="24"/>
          <w:rtl/>
          <w:szCs w:val="32"/>
        </w:rPr>
        <w:t>יההו</w:t>
      </w:r>
      <w:r>
        <w:rPr>
          <w:rFonts w:ascii="Georgia" w:hAnsi="Georgia"/>
          <w:b w:val="0"/>
          <w:i w:val="0"/>
          <w:color w:val="000000"/>
          <w:sz w:val="24"/>
        </w:rPr>
        <w:t xml:space="preserve">), как разъяснено в своем месте. Это Имя образуется начальными буквами слов стиха: </w:t>
      </w:r>
      <w:r>
        <w:rPr>
          <w:rFonts w:ascii="Georgia" w:hAnsi="Georgia"/>
          <w:b w:val="0"/>
          <w:i/>
          <w:color w:val="000000"/>
          <w:sz w:val="24"/>
        </w:rPr>
        <w:t>«…пусть хвалящийся хвалится тем, что разумеет и знает Меня…»</w:t>
      </w:r>
      <w:r>
        <w:rPr>
          <w:rFonts w:ascii="Georgia" w:hAnsi="Georgia"/>
          <w:b w:val="0"/>
          <w:i w:val="0"/>
          <w:color w:val="000000"/>
          <w:sz w:val="24"/>
        </w:rPr>
        <w:t xml:space="preserve"> (Ирмеяу 9:23) — </w:t>
      </w:r>
      <w:r>
        <w:rPr>
          <w:rFonts w:ascii="Georgia" w:hAnsi="Georgia"/>
          <w:b w:val="0"/>
          <w:i/>
          <w:color w:val="000000"/>
          <w:sz w:val="24"/>
        </w:rPr>
        <w:t>ит’алель а-мит’алель хаскель ве-ядоа</w:t>
      </w:r>
      <w:r>
        <w:rPr>
          <w:rFonts w:ascii="Georgia" w:hAnsi="Georgia"/>
          <w:b w:val="0"/>
          <w:i w:val="0"/>
          <w:color w:val="000000"/>
          <w:sz w:val="24"/>
        </w:rPr>
        <w:t xml:space="preserve"> (</w:t>
      </w:r>
      <w:r>
        <w:rPr>
          <w:rFonts w:ascii="Georgia" w:hAnsi="Georgia" w:cs="Times New Roman"/>
          <w:b/>
          <w:i w:val="0"/>
          <w:color w:val="000000"/>
          <w:sz w:val="24"/>
          <w:rtl/>
          <w:szCs w:val="32"/>
        </w:rPr>
        <w:t>יתהלל המתהלל השכל וידוע</w:t>
      </w:r>
      <w:r>
        <w:rPr>
          <w:rFonts w:ascii="Georgia" w:hAnsi="Georgia"/>
          <w:b w:val="0"/>
          <w:i w:val="0"/>
          <w:color w:val="000000"/>
          <w:sz w:val="24"/>
        </w:rPr>
        <w:t>), как сказано в предисловии к «Тиккуней Зоар». Поэтому возложение этих тфилин весьма способствует постижению, разумению и ведению.</w:t>
      </w:r>
    </w:p>
    <w:p>
      <w:pPr>
        <w:spacing w:before="40" w:after="120"/>
        <w:jc w:val="both"/>
      </w:pPr>
      <w:r>
        <w:rPr>
          <w:rFonts w:ascii="Georgia" w:hAnsi="Georgia"/>
          <w:b w:val="0"/>
          <w:i w:val="0"/>
          <w:color w:val="000000"/>
          <w:sz w:val="24"/>
        </w:rPr>
        <w:t>Также нужно остерегаться, чтобы ни одного дня не пропускать постоянного изучения Писания, Мишны, Талмуда и Каббалы с соответствующими им каванот (намерениями), как разъяснено в своем месте; и в этом следует проявлять крайнюю осторожность.</w:t>
      </w:r>
    </w:p>
    <w:p>
      <w:pPr>
        <w:spacing w:before="40" w:after="120"/>
        <w:jc w:val="both"/>
      </w:pPr>
      <w:r>
        <w:rPr>
          <w:rFonts w:ascii="Georgia" w:hAnsi="Georgia"/>
          <w:b w:val="0"/>
          <w:i w:val="0"/>
          <w:color w:val="000000"/>
          <w:sz w:val="24"/>
        </w:rPr>
        <w:t xml:space="preserve">Также говорил мне мой учитель, благословенной памяти, что человеку хорошо жить в доме, где есть окна, открытые к небу, чтобы он мог в любое мгновение возвести очи к небесам и смотреть на них. В особенности же [хорошо], если он будет созерцать чудеса [Творца], благословен Он, в творении неба и земли, как сказано в стихе: </w:t>
      </w:r>
      <w:r>
        <w:rPr>
          <w:rFonts w:ascii="Georgia" w:hAnsi="Georgia"/>
          <w:b w:val="0"/>
          <w:i/>
          <w:color w:val="000000"/>
          <w:sz w:val="24"/>
        </w:rPr>
        <w:t>«Когда взираю я на небеса Твои — дело перстов Твоих…»</w:t>
      </w:r>
      <w:r>
        <w:rPr>
          <w:rFonts w:ascii="Georgia" w:hAnsi="Georgia"/>
          <w:b w:val="0"/>
          <w:i w:val="0"/>
          <w:color w:val="000000"/>
          <w:sz w:val="24"/>
        </w:rPr>
        <w:t xml:space="preserve"> (Теилим 8:4) и так далее. И так истолковали в «Мидраш а-Неэлам» в недельной главе Берешит по поводу Невухаднецара, о котором сказано: </w:t>
      </w:r>
      <w:r>
        <w:rPr>
          <w:rFonts w:ascii="Georgia" w:hAnsi="Georgia"/>
          <w:b w:val="0"/>
          <w:i/>
          <w:color w:val="000000"/>
          <w:sz w:val="24"/>
        </w:rPr>
        <w:t>«По окончании же тех дней я, Невухаднецар, возвел очи мои к небу…»</w:t>
      </w:r>
      <w:r>
        <w:rPr>
          <w:rFonts w:ascii="Georgia" w:hAnsi="Georgia"/>
          <w:b w:val="0"/>
          <w:i w:val="0"/>
          <w:color w:val="000000"/>
          <w:sz w:val="24"/>
        </w:rPr>
        <w:t xml:space="preserve"> (Даниэль 4:31). И потому человеку хорошо в любое мгновение смотреть на небо, ведь это делает человека мудрым и вселяет в него трепет и святость.</w:t>
      </w:r>
    </w:p>
    <w:p>
      <w:pPr>
        <w:spacing w:before="40" w:after="120"/>
        <w:jc w:val="both"/>
      </w:pPr>
      <w:r>
        <w:rPr>
          <w:rFonts w:ascii="Georgia" w:hAnsi="Georgia"/>
          <w:b w:val="0"/>
          <w:i w:val="0"/>
          <w:color w:val="000000"/>
          <w:sz w:val="24"/>
        </w:rPr>
        <w:t>Также сказал мне мой учитель, благословенной памяти, что корень всего для [обретения] постижения — это углубленное исследование Алахи. И он назвал мне причину этого: суть углубленного изучения Алахи в том, чтобы человек направлял намерение на то, что ореховая скорлупа покрывает ядро, представляющее собой святость. И эта скорлупа представляет собой сложность (кушью), имеющуюся в данном алахическом законе, ведь клипа покрывает алаху и не позволяет человеку понять ее. Когда же человек разрешает эту сложность, пусть намеревается сокрушить силу клипы и устранить ее со святости — и тогда раскроется ядро, то есть сам алахический закон. И оказывается: если человек не будет постоянно углубляться в анализ и сокрушать клипот, то как раскроется ему ядро — тайны Торы и мудрость Каббалы? Поэтому необходимо очень стараться исследовать [Алаху] и направлять намерение так, как мы объяснили. И я слышал от моего учителя, благословенной памяти, что он всегда разбирал шесть объяснений простого смысла в алахе, а седьмое объяснение — по тайному учению, по тайне шести будничных дней и седьмого дня — дня Шаббата. Однако мой учитель, благословенной памяти, сказал мне: человеку, которому аналитическое изучение дается нелегко и приходится затрачивать чрезмерные усилия, пока он не достигнет желаемого, не подобает отрываться от изучения Торы ради такого углубленного анализа; лучше ему изучать практические законы, изречения мудрецов и тому подобное. Тому же, кому углубленный анализ дается легко и не требует тяжкого труда, следует уделять ему лишь час или два в день, а затем в остальное время дня заниматься Торой, как сказано выше, но не проводить в одном лишь углубленном анализе целый день.</w:t>
      </w:r>
    </w:p>
    <w:p>
      <w:pPr>
        <w:spacing w:before="40" w:after="120"/>
        <w:jc w:val="both"/>
      </w:pPr>
      <w:r>
        <w:rPr>
          <w:rFonts w:ascii="Georgia" w:hAnsi="Georgia"/>
          <w:b w:val="0"/>
          <w:i w:val="0"/>
          <w:color w:val="000000"/>
          <w:sz w:val="24"/>
        </w:rPr>
        <w:t>Также передал мне рабби Йосеф Сагис, благословенной памяти, от имени моего учителя, благословенной памяти, слышанное им от него: ничто так не необходимо человеку ради постижения, как окунание в микву, ибо человек должен быть чист во всякое время. Однако я сам видел, что мой учитель, благословенной памяти, на протяжении шести зимних месяцев большей частью не окунался, так как был болезненным и слабым здоровьем, и мать не позволяла ему окунаться. И это истинно и совершенно ясно мне; и вовсе не из-за этого удалилось тогда от него постижение.</w:t>
      </w:r>
    </w:p>
    <w:p>
      <w:pPr>
        <w:spacing w:before="40" w:after="120"/>
        <w:jc w:val="both"/>
      </w:pPr>
      <w:r>
        <w:rPr>
          <w:rFonts w:ascii="Georgia" w:hAnsi="Georgia"/>
          <w:b w:val="0"/>
          <w:i w:val="0"/>
          <w:color w:val="000000"/>
          <w:sz w:val="24"/>
        </w:rPr>
        <w:t>Говорит Шмуэль: поскольку нам представился случай разобрать учение об окунании [в микву], объясним также, что означает мера в сорок (</w:t>
      </w:r>
      <w:r>
        <w:rPr>
          <w:rFonts w:ascii="Georgia" w:hAnsi="Georgia" w:cs="Times New Roman"/>
          <w:b/>
          <w:i w:val="0"/>
          <w:color w:val="000000"/>
          <w:sz w:val="24"/>
          <w:rtl/>
          <w:szCs w:val="32"/>
        </w:rPr>
        <w:t>מ</w:t>
      </w:r>
      <w:r>
        <w:rPr>
          <w:rFonts w:ascii="Georgia" w:hAnsi="Georgia"/>
          <w:b w:val="0"/>
          <w:i w:val="0"/>
          <w:color w:val="000000"/>
          <w:sz w:val="24"/>
        </w:rPr>
        <w:t xml:space="preserve"> = 40) сеа в микве. Дело в том, что Имя йод, хэй, вав (</w:t>
      </w:r>
      <w:r>
        <w:rPr>
          <w:rFonts w:ascii="Georgia" w:hAnsi="Georgia" w:cs="Times New Roman"/>
          <w:b/>
          <w:i w:val="0"/>
          <w:color w:val="000000"/>
          <w:sz w:val="24"/>
          <w:rtl/>
          <w:szCs w:val="32"/>
        </w:rPr>
        <w:t>יה״ו</w:t>
      </w:r>
      <w:r>
        <w:rPr>
          <w:rFonts w:ascii="Georgia" w:hAnsi="Georgia"/>
          <w:b w:val="0"/>
          <w:i w:val="0"/>
          <w:color w:val="000000"/>
          <w:sz w:val="24"/>
        </w:rPr>
        <w:t>) с наполнением буквами алеф дает в гематрии 39 (</w:t>
      </w:r>
      <w:r>
        <w:rPr>
          <w:rFonts w:ascii="Georgia" w:hAnsi="Georgia" w:cs="Times New Roman"/>
          <w:b/>
          <w:i w:val="0"/>
          <w:color w:val="000000"/>
          <w:sz w:val="24"/>
          <w:rtl/>
          <w:szCs w:val="32"/>
        </w:rPr>
        <w:t>ט״ל</w:t>
      </w:r>
      <w:r>
        <w:rPr>
          <w:rFonts w:ascii="Georgia" w:hAnsi="Georgia"/>
          <w:b w:val="0"/>
          <w:i w:val="0"/>
          <w:color w:val="000000"/>
          <w:sz w:val="24"/>
        </w:rPr>
        <w:t xml:space="preserve"> = 39), а с колелем составляет 40 (</w:t>
      </w:r>
      <w:r>
        <w:rPr>
          <w:rFonts w:ascii="Georgia" w:hAnsi="Georgia" w:cs="Times New Roman"/>
          <w:b/>
          <w:i w:val="0"/>
          <w:color w:val="000000"/>
          <w:sz w:val="24"/>
          <w:rtl/>
          <w:szCs w:val="32"/>
        </w:rPr>
        <w:t>מ</w:t>
      </w:r>
      <w:r>
        <w:rPr>
          <w:rFonts w:ascii="Georgia" w:hAnsi="Georgia"/>
          <w:b w:val="0"/>
          <w:i w:val="0"/>
          <w:color w:val="000000"/>
          <w:sz w:val="24"/>
        </w:rPr>
        <w:t xml:space="preserve"> = 40). Другое объяснение: простое [Имя] йод, хэй, вав дает в гематрии 21, как и Имя ЭЙЕ (</w:t>
      </w:r>
      <w:r>
        <w:rPr>
          <w:rFonts w:ascii="Georgia" w:hAnsi="Georgia" w:cs="Times New Roman"/>
          <w:b/>
          <w:i w:val="0"/>
          <w:color w:val="000000"/>
          <w:sz w:val="24"/>
          <w:rtl/>
          <w:szCs w:val="32"/>
        </w:rPr>
        <w:t>אהיה</w:t>
      </w:r>
      <w:r>
        <w:rPr>
          <w:rFonts w:ascii="Georgia" w:hAnsi="Georgia"/>
          <w:b w:val="0"/>
          <w:i w:val="0"/>
          <w:color w:val="000000"/>
          <w:sz w:val="24"/>
        </w:rPr>
        <w:t xml:space="preserve"> = 21). И вот 39 от [наполнения] йод, хэй, вав вместе с самим целым Именем ЭЙЕ составляют 40. Перед тем как окунуться и войти в микву для окунания, пусть сосредоточит следующее намерение: слова стиха </w:t>
      </w:r>
      <w:r>
        <w:rPr>
          <w:rFonts w:ascii="Georgia" w:hAnsi="Georgia"/>
          <w:b w:val="0"/>
          <w:i/>
          <w:color w:val="000000"/>
          <w:sz w:val="24"/>
        </w:rPr>
        <w:t>«…а собрание вод назвал морями»</w:t>
      </w:r>
      <w:r>
        <w:rPr>
          <w:rFonts w:ascii="Georgia" w:hAnsi="Georgia"/>
          <w:b w:val="0"/>
          <w:i w:val="0"/>
          <w:color w:val="000000"/>
          <w:sz w:val="24"/>
        </w:rPr>
        <w:t xml:space="preserve"> (Берешит 1:10) — начальные буквы слов </w:t>
      </w:r>
      <w:r>
        <w:rPr>
          <w:rFonts w:ascii="Georgia" w:hAnsi="Georgia"/>
          <w:b w:val="0"/>
          <w:i/>
          <w:color w:val="000000"/>
          <w:sz w:val="24"/>
        </w:rPr>
        <w:t>у-ле-микве а-маим кара ямим</w:t>
      </w:r>
      <w:r>
        <w:rPr>
          <w:rFonts w:ascii="Georgia" w:hAnsi="Georgia"/>
          <w:b w:val="0"/>
          <w:i w:val="0"/>
          <w:color w:val="000000"/>
          <w:sz w:val="24"/>
        </w:rPr>
        <w:t xml:space="preserve"> (</w:t>
      </w:r>
      <w:r>
        <w:rPr>
          <w:rFonts w:ascii="Georgia" w:hAnsi="Georgia" w:cs="Times New Roman"/>
          <w:b/>
          <w:i w:val="0"/>
          <w:color w:val="000000"/>
          <w:sz w:val="24"/>
          <w:rtl/>
          <w:szCs w:val="32"/>
        </w:rPr>
        <w:t>ולמקוה המים קרא ימים</w:t>
      </w:r>
      <w:r>
        <w:rPr>
          <w:rFonts w:ascii="Georgia" w:hAnsi="Georgia"/>
          <w:b w:val="0"/>
          <w:i w:val="0"/>
          <w:color w:val="000000"/>
          <w:sz w:val="24"/>
        </w:rPr>
        <w:t>):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хэй (</w:t>
      </w:r>
      <w:r>
        <w:rPr>
          <w:rFonts w:ascii="Georgia" w:hAnsi="Georgia" w:cs="Times New Roman"/>
          <w:b/>
          <w:i w:val="0"/>
          <w:color w:val="000000"/>
          <w:sz w:val="24"/>
          <w:rtl/>
          <w:szCs w:val="32"/>
        </w:rPr>
        <w:t>ה</w:t>
      </w:r>
      <w:r>
        <w:rPr>
          <w:rFonts w:ascii="Georgia" w:hAnsi="Georgia"/>
          <w:b w:val="0"/>
          <w:i w:val="0"/>
          <w:color w:val="000000"/>
          <w:sz w:val="24"/>
        </w:rPr>
        <w:t xml:space="preserve"> = 5), куф (</w:t>
      </w:r>
      <w:r>
        <w:rPr>
          <w:rFonts w:ascii="Georgia" w:hAnsi="Georgia" w:cs="Times New Roman"/>
          <w:b/>
          <w:i w:val="0"/>
          <w:color w:val="000000"/>
          <w:sz w:val="24"/>
          <w:rtl/>
          <w:szCs w:val="32"/>
        </w:rPr>
        <w:t>ק</w:t>
      </w:r>
      <w:r>
        <w:rPr>
          <w:rFonts w:ascii="Georgia" w:hAnsi="Georgia"/>
          <w:b w:val="0"/>
          <w:i w:val="0"/>
          <w:color w:val="000000"/>
          <w:sz w:val="24"/>
        </w:rPr>
        <w:t xml:space="preserve"> = 100) и йод (</w:t>
      </w:r>
      <w:r>
        <w:rPr>
          <w:rFonts w:ascii="Georgia" w:hAnsi="Georgia" w:cs="Times New Roman"/>
          <w:b/>
          <w:i w:val="0"/>
          <w:color w:val="000000"/>
          <w:sz w:val="24"/>
          <w:rtl/>
          <w:szCs w:val="32"/>
        </w:rPr>
        <w:t>י</w:t>
      </w:r>
      <w:r>
        <w:rPr>
          <w:rFonts w:ascii="Georgia" w:hAnsi="Georgia"/>
          <w:b w:val="0"/>
          <w:i w:val="0"/>
          <w:color w:val="000000"/>
          <w:sz w:val="24"/>
        </w:rPr>
        <w:t xml:space="preserve"> = 10) дают в сумме 121 (</w:t>
      </w:r>
      <w:r>
        <w:rPr>
          <w:rFonts w:ascii="Georgia" w:hAnsi="Georgia" w:cs="Times New Roman"/>
          <w:b/>
          <w:i w:val="0"/>
          <w:color w:val="000000"/>
          <w:sz w:val="24"/>
          <w:rtl/>
          <w:szCs w:val="32"/>
        </w:rPr>
        <w:t>קכ״א</w:t>
      </w:r>
      <w:r>
        <w:rPr>
          <w:rFonts w:ascii="Georgia" w:hAnsi="Georgia"/>
          <w:b w:val="0"/>
          <w:i w:val="0"/>
          <w:color w:val="000000"/>
          <w:sz w:val="24"/>
        </w:rPr>
        <w:t xml:space="preserve"> = 121). Они соответствуют соединению Имен АВАЯ и ЭЛОКИМ, гематрия которых составляет 112 (</w:t>
      </w:r>
      <w:r>
        <w:rPr>
          <w:rFonts w:ascii="Georgia" w:hAnsi="Georgia" w:cs="Times New Roman"/>
          <w:b/>
          <w:i w:val="0"/>
          <w:color w:val="000000"/>
          <w:sz w:val="24"/>
          <w:rtl/>
          <w:szCs w:val="32"/>
        </w:rPr>
        <w:t>יב״ק</w:t>
      </w:r>
      <w:r>
        <w:rPr>
          <w:rFonts w:ascii="Georgia" w:hAnsi="Georgia"/>
          <w:b w:val="0"/>
          <w:i w:val="0"/>
          <w:color w:val="000000"/>
          <w:sz w:val="24"/>
        </w:rPr>
        <w:t xml:space="preserve"> = 112: 26 + 86), а вместе с девятью их буквами получается 121.</w:t>
      </w:r>
    </w:p>
    <w:p>
      <w:pPr>
        <w:spacing w:before="40" w:after="120"/>
        <w:jc w:val="both"/>
      </w:pPr>
      <w:r>
        <w:rPr>
          <w:rFonts w:ascii="Georgia" w:hAnsi="Georgia"/>
          <w:b w:val="0"/>
          <w:i w:val="0"/>
          <w:color w:val="000000"/>
          <w:sz w:val="24"/>
        </w:rPr>
        <w:t xml:space="preserve">Также стих </w:t>
      </w:r>
      <w:r>
        <w:rPr>
          <w:rFonts w:ascii="Georgia" w:hAnsi="Georgia"/>
          <w:b w:val="0"/>
          <w:i/>
          <w:color w:val="000000"/>
          <w:sz w:val="24"/>
        </w:rPr>
        <w:t>«И назвал Б-г сушу землею…»</w:t>
      </w:r>
      <w:r>
        <w:rPr>
          <w:rFonts w:ascii="Georgia" w:hAnsi="Georgia"/>
          <w:b w:val="0"/>
          <w:i w:val="0"/>
          <w:color w:val="000000"/>
          <w:sz w:val="24"/>
        </w:rPr>
        <w:t xml:space="preserve"> (Берешит 1:10): слово </w:t>
      </w:r>
      <w:r>
        <w:rPr>
          <w:rFonts w:ascii="Georgia" w:hAnsi="Georgia"/>
          <w:b w:val="0"/>
          <w:i/>
          <w:color w:val="000000"/>
          <w:sz w:val="24"/>
        </w:rPr>
        <w:t>ваякра</w:t>
      </w:r>
      <w:r>
        <w:rPr>
          <w:rFonts w:ascii="Georgia" w:hAnsi="Georgia"/>
          <w:b w:val="0"/>
          <w:i w:val="0"/>
          <w:color w:val="000000"/>
          <w:sz w:val="24"/>
        </w:rPr>
        <w:t xml:space="preserve"> («и назвал», </w:t>
      </w:r>
      <w:r>
        <w:rPr>
          <w:rFonts w:ascii="Georgia" w:hAnsi="Georgia" w:cs="Times New Roman"/>
          <w:b/>
          <w:i w:val="0"/>
          <w:color w:val="000000"/>
          <w:sz w:val="24"/>
          <w:rtl/>
          <w:szCs w:val="32"/>
        </w:rPr>
        <w:t>וַיִּקְרָא</w:t>
      </w:r>
      <w:r>
        <w:rPr>
          <w:rFonts w:ascii="Georgia" w:hAnsi="Georgia"/>
          <w:b w:val="0"/>
          <w:i w:val="0"/>
          <w:color w:val="000000"/>
          <w:sz w:val="24"/>
        </w:rPr>
        <w:t>) с колелем дает 318 (</w:t>
      </w:r>
      <w:r>
        <w:rPr>
          <w:rFonts w:ascii="Georgia" w:hAnsi="Georgia" w:cs="Times New Roman"/>
          <w:b/>
          <w:i w:val="0"/>
          <w:color w:val="000000"/>
          <w:sz w:val="24"/>
          <w:rtl/>
          <w:szCs w:val="32"/>
        </w:rPr>
        <w:t>שי״ח</w:t>
      </w:r>
      <w:r>
        <w:rPr>
          <w:rFonts w:ascii="Georgia" w:hAnsi="Georgia"/>
          <w:b w:val="0"/>
          <w:i w:val="0"/>
          <w:color w:val="000000"/>
          <w:sz w:val="24"/>
        </w:rPr>
        <w:t xml:space="preserve"> = 318; гематрия слова 317 плюс 1). Это соответствует Имени ЭЛОКИМ с наполнением буквами йод, гематрия которого равна 300 (</w:t>
      </w:r>
      <w:r>
        <w:rPr>
          <w:rFonts w:ascii="Georgia" w:hAnsi="Georgia" w:cs="Times New Roman"/>
          <w:b/>
          <w:i w:val="0"/>
          <w:color w:val="000000"/>
          <w:sz w:val="24"/>
          <w:rtl/>
          <w:szCs w:val="32"/>
        </w:rPr>
        <w:t>ש</w:t>
      </w:r>
      <w:r>
        <w:rPr>
          <w:rFonts w:ascii="Georgia" w:hAnsi="Georgia"/>
          <w:b w:val="0"/>
          <w:i w:val="0"/>
          <w:color w:val="000000"/>
          <w:sz w:val="24"/>
        </w:rPr>
        <w:t xml:space="preserve"> = 300), а вместе с тринадцатью буквами его наполнения и пятью простыми буквами [самого Имени] получается 318, по числу слова </w:t>
      </w:r>
      <w:r>
        <w:rPr>
          <w:rFonts w:ascii="Georgia" w:hAnsi="Georgia"/>
          <w:b w:val="0"/>
          <w:i/>
          <w:color w:val="000000"/>
          <w:sz w:val="24"/>
        </w:rPr>
        <w:t>ваякра</w:t>
      </w:r>
      <w:r>
        <w:rPr>
          <w:rFonts w:ascii="Georgia" w:hAnsi="Georgia"/>
          <w:b w:val="0"/>
          <w:i w:val="0"/>
          <w:color w:val="000000"/>
          <w:sz w:val="24"/>
        </w:rPr>
        <w:t xml:space="preserve"> с колелем. Слово </w:t>
      </w:r>
      <w:r>
        <w:rPr>
          <w:rFonts w:ascii="Georgia" w:hAnsi="Georgia"/>
          <w:b w:val="0"/>
          <w:i/>
          <w:color w:val="000000"/>
          <w:sz w:val="24"/>
        </w:rPr>
        <w:t>яваша</w:t>
      </w:r>
      <w:r>
        <w:rPr>
          <w:rFonts w:ascii="Georgia" w:hAnsi="Georgia"/>
          <w:b w:val="0"/>
          <w:i w:val="0"/>
          <w:color w:val="000000"/>
          <w:sz w:val="24"/>
        </w:rPr>
        <w:t xml:space="preserve"> («суша», </w:t>
      </w:r>
      <w:r>
        <w:rPr>
          <w:rFonts w:ascii="Georgia" w:hAnsi="Georgia" w:cs="Times New Roman"/>
          <w:b/>
          <w:i w:val="0"/>
          <w:color w:val="000000"/>
          <w:sz w:val="24"/>
          <w:rtl/>
          <w:szCs w:val="32"/>
        </w:rPr>
        <w:t>יַבָּשָׁה</w:t>
      </w:r>
      <w:r>
        <w:rPr>
          <w:rFonts w:ascii="Georgia" w:hAnsi="Georgia"/>
          <w:b w:val="0"/>
          <w:i w:val="0"/>
          <w:color w:val="000000"/>
          <w:sz w:val="24"/>
        </w:rPr>
        <w:t>) также с колелем дает Имя ЭЛОКИМ упомянутым образом (317 + 1 = 318); итого два Имени ЭЛОКИМ, а вместе с самим Именем ЭЛОКИМ, упомянутым в стихе, — три Имени ЭЛОКИМ, составляющие в сумме 258 (</w:t>
      </w:r>
      <w:r>
        <w:rPr>
          <w:rFonts w:ascii="Georgia" w:hAnsi="Georgia" w:cs="Times New Roman"/>
          <w:b/>
          <w:i w:val="0"/>
          <w:color w:val="000000"/>
          <w:sz w:val="24"/>
          <w:rtl/>
          <w:szCs w:val="32"/>
        </w:rPr>
        <w:t>חר״ן</w:t>
      </w:r>
      <w:r>
        <w:rPr>
          <w:rFonts w:ascii="Georgia" w:hAnsi="Georgia"/>
          <w:b w:val="0"/>
          <w:i w:val="0"/>
          <w:color w:val="000000"/>
          <w:sz w:val="24"/>
        </w:rPr>
        <w:t xml:space="preserve"> = 258: 3 × 86). Они представляют собой все суровые суды, как разъяснено у нас по поводу стиха </w:t>
      </w:r>
      <w:r>
        <w:rPr>
          <w:rFonts w:ascii="Georgia" w:hAnsi="Georgia"/>
          <w:b w:val="0"/>
          <w:i/>
          <w:color w:val="000000"/>
          <w:sz w:val="24"/>
        </w:rPr>
        <w:t>«А Аврам был семидесяти пяти лет при выходе своем из Харана»</w:t>
      </w:r>
      <w:r>
        <w:rPr>
          <w:rFonts w:ascii="Georgia" w:hAnsi="Georgia"/>
          <w:b w:val="0"/>
          <w:i w:val="0"/>
          <w:color w:val="000000"/>
          <w:sz w:val="24"/>
        </w:rPr>
        <w:t xml:space="preserve"> (Берешит 12:4), ведь это три мохин малого состояния (мохин де-катнут). И если отнять 75 (</w:t>
      </w:r>
      <w:r>
        <w:rPr>
          <w:rFonts w:ascii="Georgia" w:hAnsi="Georgia" w:cs="Times New Roman"/>
          <w:b/>
          <w:i w:val="0"/>
          <w:color w:val="000000"/>
          <w:sz w:val="24"/>
          <w:rtl/>
          <w:szCs w:val="32"/>
        </w:rPr>
        <w:t>ע״ה</w:t>
      </w:r>
      <w:r>
        <w:rPr>
          <w:rFonts w:ascii="Georgia" w:hAnsi="Georgia"/>
          <w:b w:val="0"/>
          <w:i w:val="0"/>
          <w:color w:val="000000"/>
          <w:sz w:val="24"/>
        </w:rPr>
        <w:t xml:space="preserve"> = 75) от 258, останется число имени Яаков (</w:t>
      </w:r>
      <w:r>
        <w:rPr>
          <w:rFonts w:ascii="Georgia" w:hAnsi="Georgia" w:cs="Times New Roman"/>
          <w:b/>
          <w:i w:val="0"/>
          <w:color w:val="000000"/>
          <w:sz w:val="24"/>
          <w:rtl/>
          <w:szCs w:val="32"/>
        </w:rPr>
        <w:t>יַעֲקֹב</w:t>
      </w:r>
      <w:r>
        <w:rPr>
          <w:rFonts w:ascii="Georgia" w:hAnsi="Georgia"/>
          <w:b w:val="0"/>
          <w:i w:val="0"/>
          <w:color w:val="000000"/>
          <w:sz w:val="24"/>
        </w:rPr>
        <w:t xml:space="preserve"> = 182) с колелем (182 + 1 = 183), ибо он представляет собой свойство простого милосердия, вышедшего из Харана — то есть из суровых судов — и вошедшего в милосердие, ведь и сам праотец Яаков вышел из Харана, придя в Землю [Исраэля], как известно. И вернемся к теме: вот, в этом стихе намекаются три Имени ЭЛОКИМ, а кроме того, слово «земля» (</w:t>
      </w:r>
      <w:r>
        <w:rPr>
          <w:rFonts w:ascii="Georgia" w:hAnsi="Georgia"/>
          <w:b w:val="0"/>
          <w:i/>
          <w:color w:val="000000"/>
          <w:sz w:val="24"/>
        </w:rPr>
        <w:t>эрец</w:t>
      </w:r>
      <w:r>
        <w:rPr>
          <w:rFonts w:ascii="Georgia" w:hAnsi="Georgia"/>
          <w:b w:val="0"/>
          <w:i w:val="0"/>
          <w:color w:val="000000"/>
          <w:sz w:val="24"/>
        </w:rPr>
        <w:t xml:space="preserve">, </w:t>
      </w:r>
      <w:r>
        <w:rPr>
          <w:rFonts w:ascii="Georgia" w:hAnsi="Georgia" w:cs="Times New Roman"/>
          <w:b/>
          <w:i w:val="0"/>
          <w:color w:val="000000"/>
          <w:sz w:val="24"/>
          <w:rtl/>
          <w:szCs w:val="32"/>
        </w:rPr>
        <w:t>אֶרֶץ</w:t>
      </w:r>
      <w:r>
        <w:rPr>
          <w:rFonts w:ascii="Georgia" w:hAnsi="Georgia"/>
          <w:b w:val="0"/>
          <w:i w:val="0"/>
          <w:color w:val="000000"/>
          <w:sz w:val="24"/>
        </w:rPr>
        <w:t>) — это Имя ЭЛОКИМ с наполнением буквами алеф; итого в четырех упомянутых словах намекаются четыре последовательных Имени ЭЛОКИМ, которые [вместе с колелем] дают гематрию Моше (</w:t>
      </w:r>
      <w:r>
        <w:rPr>
          <w:rFonts w:ascii="Georgia" w:hAnsi="Georgia" w:cs="Times New Roman"/>
          <w:b/>
          <w:i w:val="0"/>
          <w:color w:val="000000"/>
          <w:sz w:val="24"/>
          <w:rtl/>
          <w:szCs w:val="32"/>
        </w:rPr>
        <w:t>מֹשֶׁה</w:t>
      </w:r>
      <w:r>
        <w:rPr>
          <w:rFonts w:ascii="Georgia" w:hAnsi="Georgia"/>
          <w:b w:val="0"/>
          <w:i w:val="0"/>
          <w:color w:val="000000"/>
          <w:sz w:val="24"/>
        </w:rPr>
        <w:t xml:space="preserve"> = 345: 4 × 86 = 344, плюс 1 за колель), как разъяснено у нас в своем месте. [Говорит Шмуэль: представляется мне, что это намерение относится к окунающемуся ради исправления прегрешения мужеложства, как мы разъясним в соответствующем месте с Б-жьей помощью.]</w:t>
      </w:r>
    </w:p>
    <w:p>
      <w:pPr>
        <w:spacing w:before="40" w:after="120"/>
        <w:jc w:val="both"/>
      </w:pPr>
      <w:r>
        <w:rPr>
          <w:rFonts w:ascii="Georgia" w:hAnsi="Georgia"/>
          <w:b w:val="0"/>
          <w:i w:val="0"/>
          <w:color w:val="000000"/>
          <w:sz w:val="24"/>
        </w:rPr>
        <w:t>Также передал мне рабби Авраам а-Леви, да хранит его Творец, что мой учитель, благословенной памяти, дал ему совет относительно постижения, и вот он: не вести пустых разговоров, вставать в полночь и плакать о недостатке знания, читать Зоар лишь для общего ознакомления (дерех бекиут), не углубляясь в анализ, по сорок или пятьдесят листов каждый день, и перечитывать книгу Зоар многократно. Однако сказал мне мой учитель, благословенной памяти, когда я спросил его, как он сам удостоился всей этой мудрости, — и он ответил мне, что трудился чрезвычайно усердно над этой мудростью. Тогда я сказал ему, что и Рамак, благословенной памяти, и я, Хаим, чрезвычайно усердно трудились над этой мудростью. И он ответил мне: правда, мы трудились намного больше остальных людей нашего поколения, но всё же делали не так, как он. Ведь он по нескольку ночей подряд оставался без сна над одним фрагментом книги Зоар, а иногда все шесть дней будней недели уединялся и сидел над глубоким исследованием одного лишь отрывка из Зоара и почти не спал все эти ночи в большинстве случаев.</w:t>
      </w:r>
    </w:p>
    <w:p>
      <w:pPr>
        <w:keepNext/>
        <w:spacing w:before="320" w:after="120"/>
      </w:pPr>
      <w:r>
        <w:rPr>
          <w:rFonts w:ascii="Georgia" w:hAnsi="Georgia"/>
          <w:b w:val="0"/>
          <w:i w:val="0"/>
          <w:color w:val="000000"/>
          <w:sz w:val="32"/>
        </w:rPr>
        <w:t>Сорок дней без будничных разговоров</w:t>
      </w:r>
    </w:p>
    <w:p>
      <w:pPr>
        <w:spacing w:before="40" w:after="120"/>
        <w:jc w:val="both"/>
      </w:pPr>
      <w:r>
        <w:rPr>
          <w:rFonts w:ascii="Georgia" w:hAnsi="Georgia"/>
          <w:b w:val="0"/>
          <w:i w:val="0"/>
          <w:color w:val="000000"/>
          <w:sz w:val="24"/>
        </w:rPr>
        <w:t xml:space="preserve">Рабби Шмуэль Узида, благословенной памяти, сказал мне, что слышал от моего учителя, благословенна память его для жизни мира грядущего: тот, кто проведет сорок дней подряд без будничных разговоров, удостоится мудрости и постижения. Также я слышал от моего учителя, благословенной памяти: человеку, желающему, чтобы его душа поднималась ночью согласно тайне вверения души [на хранение], как объяснено у нас в [толковании] стиха </w:t>
      </w:r>
      <w:r>
        <w:rPr>
          <w:rFonts w:ascii="Georgia" w:hAnsi="Georgia"/>
          <w:b w:val="0"/>
          <w:i/>
          <w:color w:val="000000"/>
          <w:sz w:val="24"/>
        </w:rPr>
        <w:t>«В Твою руку вверяю дух мой»</w:t>
      </w:r>
      <w:r>
        <w:rPr>
          <w:rFonts w:ascii="Georgia" w:hAnsi="Georgia"/>
          <w:b w:val="0"/>
          <w:i w:val="0"/>
          <w:color w:val="000000"/>
          <w:sz w:val="24"/>
        </w:rPr>
        <w:t xml:space="preserve"> (Теилим 31:6), несомненно, если он праведен и совершенен во всех своих делах, душа его восходит наверх каждую ночь, как подробно сказано в «Мидраш а-Неэлам» книги Зоар (см. там). Однако есть несколько заповедей, которые — даже если человек не совершенен — обладают особым свойством (сгулой) возносить его душу наверх ночью. И ему нет необходимости исполнять их все: если он совершит лишь одну из них, как мы объясним, исполнив ее должным образом, этого будет ему достаточно, чтобы вознести свою душу наверх именно в ту ночь, — разве только он, не дай Б-г, совершил какое-то тяжкое нарушение, препятствующее ему подняться.</w:t>
      </w:r>
    </w:p>
    <w:p>
      <w:pPr>
        <w:spacing w:before="40" w:after="120"/>
        <w:jc w:val="both"/>
      </w:pPr>
      <w:r>
        <w:rPr>
          <w:rFonts w:ascii="Georgia" w:hAnsi="Georgia"/>
          <w:b w:val="0"/>
          <w:i w:val="0"/>
          <w:color w:val="000000"/>
          <w:sz w:val="24"/>
        </w:rPr>
        <w:t>Но мы говорим сейчас только о человеке, который следует путями Всевышнего и не грешит умышленно. И вот эти шесть вещей, каждой из которых по отдельности, если исполнить ее должным образом, будет достаточно. Первое: если в тот день он сосредоточился в молитве с полным намерением (</w:t>
      </w:r>
      <w:r>
        <w:rPr>
          <w:rFonts w:ascii="Georgia" w:hAnsi="Georgia"/>
          <w:b w:val="0"/>
          <w:i/>
          <w:color w:val="000000"/>
          <w:sz w:val="24"/>
        </w:rPr>
        <w:t>кавана</w:t>
      </w:r>
      <w:r>
        <w:rPr>
          <w:rFonts w:ascii="Georgia" w:hAnsi="Georgia"/>
          <w:b w:val="0"/>
          <w:i w:val="0"/>
          <w:color w:val="000000"/>
          <w:sz w:val="24"/>
        </w:rPr>
        <w:t>), так что вызвал во время падения ниц (</w:t>
      </w:r>
      <w:r>
        <w:rPr>
          <w:rFonts w:ascii="Georgia" w:hAnsi="Georgia"/>
          <w:b w:val="0"/>
          <w:i/>
          <w:color w:val="000000"/>
          <w:sz w:val="24"/>
        </w:rPr>
        <w:t>нефилат апаим</w:t>
      </w:r>
      <w:r>
        <w:rPr>
          <w:rFonts w:ascii="Georgia" w:hAnsi="Georgia"/>
          <w:b w:val="0"/>
          <w:i w:val="0"/>
          <w:color w:val="000000"/>
          <w:sz w:val="24"/>
        </w:rPr>
        <w:t xml:space="preserve">) в утренней молитве высшее соединение (зивуг). И в этом тайна сказанного в Писании: </w:t>
      </w:r>
      <w:r>
        <w:rPr>
          <w:rFonts w:ascii="Georgia" w:hAnsi="Georgia"/>
          <w:b w:val="0"/>
          <w:i/>
          <w:color w:val="000000"/>
          <w:sz w:val="24"/>
        </w:rPr>
        <w:t>«Кто взойдет на гору Г-сподню…»</w:t>
      </w:r>
      <w:r>
        <w:rPr>
          <w:rFonts w:ascii="Georgia" w:hAnsi="Georgia"/>
          <w:b w:val="0"/>
          <w:i w:val="0"/>
          <w:color w:val="000000"/>
          <w:sz w:val="24"/>
        </w:rPr>
        <w:t xml:space="preserve"> (Теилим 24:3) — то есть чья именно душа сможет подняться ночью на гору Г-сподню, являющуюся высшим Ган Эденом. И сам стих отвечает и поясняет: </w:t>
      </w:r>
      <w:r>
        <w:rPr>
          <w:rFonts w:ascii="Georgia" w:hAnsi="Georgia"/>
          <w:b w:val="0"/>
          <w:i/>
          <w:color w:val="000000"/>
          <w:sz w:val="24"/>
        </w:rPr>
        <w:t>«Тот, у кого чисты руки и непорочно сердце, кто не возносил попусту души своей…»</w:t>
      </w:r>
      <w:r>
        <w:rPr>
          <w:rFonts w:ascii="Georgia" w:hAnsi="Georgia"/>
          <w:b w:val="0"/>
          <w:i w:val="0"/>
          <w:color w:val="000000"/>
          <w:sz w:val="24"/>
        </w:rPr>
        <w:t xml:space="preserve"> (Теилим 24:4). Смысл в том, что когда он возносил свою душу наверх в виде МАН во время падения ниц, произнося: </w:t>
      </w:r>
      <w:r>
        <w:rPr>
          <w:rFonts w:ascii="Georgia" w:hAnsi="Georgia"/>
          <w:b w:val="0"/>
          <w:i/>
          <w:color w:val="000000"/>
          <w:sz w:val="24"/>
        </w:rPr>
        <w:t>«К Тебе, Г-споди, возношу я душу мою»</w:t>
      </w:r>
      <w:r>
        <w:rPr>
          <w:rFonts w:ascii="Georgia" w:hAnsi="Georgia"/>
          <w:b w:val="0"/>
          <w:i w:val="0"/>
          <w:color w:val="000000"/>
          <w:sz w:val="24"/>
        </w:rPr>
        <w:t xml:space="preserve"> (Теилим 25:1), — он не возносил ее понапрасну, то есть даром; напротив, происходило подлинное вознесение его души, так что этим вознесением своей души он вызывал высший зивуг. И у такого человека душа непременно сможет подняться ночью на гору Г-сподню и на святое место Его, чтобы и через нее совершился высший зивуг Яакова и Леи, происходящий каждую ночь после полуночи, куда его душа также поднимается в виде МАН, как объяснено у нас в порядке отхода ко сну ночью. Второе: если он дал в тот день цдаку должным образом, а именно: не знал, кому дает ее, а получающий не знал, от кого берет; и нужно также, чтобы он дал эту цдаку человеку достойному, которому подобает оказывать помощь. Третье: если на нем весь этот день были тфилин без малейшего отвлечения внимания от них, и он сосредоточит при этом краткое намерение, объясненное у нас. Четвертое: когда человек наделяет заслугой грешника (</w:t>
      </w:r>
      <w:r>
        <w:rPr>
          <w:rFonts w:ascii="Georgia" w:hAnsi="Georgia"/>
          <w:b w:val="0"/>
          <w:i/>
          <w:color w:val="000000"/>
          <w:sz w:val="24"/>
        </w:rPr>
        <w:t>ман де-захи ле-хайява</w:t>
      </w:r>
      <w:r>
        <w:rPr>
          <w:rFonts w:ascii="Georgia" w:hAnsi="Georgia"/>
          <w:b w:val="0"/>
          <w:i w:val="0"/>
          <w:color w:val="000000"/>
          <w:sz w:val="24"/>
        </w:rPr>
        <w:t xml:space="preserve">), то есть в тот день удержал какого-то нечестивца от нарушения и вернул его к раскаянию (тшуве) хотя бы в одном этом грехе, либо говорил к сердцу нечестивца слова раскаяния, и они принесли добрые плоды и помогли. Пятое: если, отходя ко сну, он положит себе на сердце вспомнить все грехи, которые совершил именно в этот день, и все они предстанут тогда перед его глазами; и он раскается в них тогда и исповедуется в них устами после чтения Шма перед сном, как объяснено у нас в порядке отхода ко сну, — то есть после того, как произнесет псалом </w:t>
      </w:r>
      <w:r>
        <w:rPr>
          <w:rFonts w:ascii="Georgia" w:hAnsi="Georgia"/>
          <w:b w:val="0"/>
          <w:i/>
          <w:color w:val="000000"/>
          <w:sz w:val="24"/>
        </w:rPr>
        <w:t>«Вихи ноам…»</w:t>
      </w:r>
      <w:r>
        <w:rPr>
          <w:rFonts w:ascii="Georgia" w:hAnsi="Georgia"/>
          <w:b w:val="0"/>
          <w:i w:val="0"/>
          <w:color w:val="000000"/>
          <w:sz w:val="24"/>
        </w:rPr>
        <w:t xml:space="preserve"> [«И да будет благоволение…»] (Теилим 90:17). Такие люди называются в книге Зоар «хозяевами расчета» (</w:t>
      </w:r>
      <w:r>
        <w:rPr>
          <w:rFonts w:ascii="Georgia" w:hAnsi="Georgia"/>
          <w:b w:val="0"/>
          <w:i/>
          <w:color w:val="000000"/>
          <w:sz w:val="24"/>
        </w:rPr>
        <w:t>маарей де-хушбана</w:t>
      </w:r>
      <w:r>
        <w:rPr>
          <w:rFonts w:ascii="Georgia" w:hAnsi="Georgia"/>
          <w:b w:val="0"/>
          <w:i w:val="0"/>
          <w:color w:val="000000"/>
          <w:sz w:val="24"/>
        </w:rPr>
        <w:t>) каждую ночь. И нужно, чтобы не было упущено ни одного греха или малейшей тонкости греха, совершенного в тот день, и во всем он исповедался тогда перед сном, не забыв ни единого. Впрочем, по моему скромному мнению, я слышал от моего учителя, благословенной памяти, что нет необходимости вспоминать абсолютно все, что он делал в тот день, ведь иначе этому не было бы конца; но коль скоро человек утруждает свой разум и кладет себе на сердце вспомнить все, что в силах вспомнить из содеянных в тот день грехов, этого достаточно.</w:t>
      </w:r>
    </w:p>
    <w:p>
      <w:pPr>
        <w:spacing w:before="40" w:after="120"/>
        <w:jc w:val="both"/>
      </w:pPr>
      <w:r>
        <w:rPr>
          <w:rFonts w:ascii="Georgia" w:hAnsi="Georgia"/>
          <w:b w:val="0"/>
          <w:i w:val="0"/>
          <w:color w:val="000000"/>
          <w:sz w:val="24"/>
        </w:rPr>
        <w:t>Также он сказал мне, что происходящий из корня Каина должен остерегаться и полностью убирать нож со стола во время благословения после трапезы, и недостаточно лишь прикрыть его, поскольку оружие коренится в Каине, как известно. Также ему необходимо не проливать крови — даже крови обрезания — и не убивать даже блох и вшей. Еще он сказал мне, что нужно остерегаться следующего: широкого шага (</w:t>
      </w:r>
      <w:r>
        <w:rPr>
          <w:rFonts w:ascii="Georgia" w:hAnsi="Georgia"/>
          <w:b w:val="0"/>
          <w:i/>
          <w:color w:val="000000"/>
          <w:sz w:val="24"/>
        </w:rPr>
        <w:t>псия гаса</w:t>
      </w:r>
      <w:r>
        <w:rPr>
          <w:rFonts w:ascii="Georgia" w:hAnsi="Georgia"/>
          <w:b w:val="0"/>
          <w:i w:val="0"/>
          <w:color w:val="000000"/>
          <w:sz w:val="24"/>
        </w:rPr>
        <w:t xml:space="preserve">), гордыни и чрезмерного воздержания в еде. [Следить за] намерением в молитве, в особенности в благословении </w:t>
      </w:r>
      <w:r>
        <w:rPr>
          <w:rFonts w:ascii="Georgia" w:hAnsi="Georgia"/>
          <w:b w:val="0"/>
          <w:i/>
          <w:color w:val="000000"/>
          <w:sz w:val="24"/>
        </w:rPr>
        <w:t>«Верни судей наших…»</w:t>
      </w:r>
      <w:r>
        <w:rPr>
          <w:rFonts w:ascii="Georgia" w:hAnsi="Georgia"/>
          <w:b w:val="0"/>
          <w:i w:val="0"/>
          <w:color w:val="000000"/>
          <w:sz w:val="24"/>
        </w:rPr>
        <w:t xml:space="preserve"> [«Ашива шофтейну»]. Быть внимательным к благословениям на удовольствия. Остерегаться [забыть] положить соль на стол. Остерегаться пить воду после еды. Быть внимательным к чести ближнего. Также остерегаться: произнося </w:t>
      </w:r>
      <w:r>
        <w:rPr>
          <w:rFonts w:ascii="Georgia" w:hAnsi="Georgia"/>
          <w:b w:val="0"/>
          <w:i/>
          <w:color w:val="000000"/>
          <w:sz w:val="24"/>
        </w:rPr>
        <w:t>«Освятим Тебя…»</w:t>
      </w:r>
      <w:r>
        <w:rPr>
          <w:rFonts w:ascii="Georgia" w:hAnsi="Georgia"/>
          <w:b w:val="0"/>
          <w:i w:val="0"/>
          <w:color w:val="000000"/>
          <w:sz w:val="24"/>
        </w:rPr>
        <w:t xml:space="preserve"> [</w:t>
      </w:r>
      <w:r>
        <w:rPr>
          <w:rFonts w:ascii="Georgia" w:hAnsi="Georgia"/>
          <w:b w:val="0"/>
          <w:i/>
          <w:color w:val="000000"/>
          <w:sz w:val="24"/>
        </w:rPr>
        <w:t>«Накдишах»</w:t>
      </w:r>
      <w:r>
        <w:rPr>
          <w:rFonts w:ascii="Georgia" w:hAnsi="Georgia"/>
          <w:b w:val="0"/>
          <w:i w:val="0"/>
          <w:color w:val="000000"/>
          <w:sz w:val="24"/>
        </w:rPr>
        <w:t xml:space="preserve">], направлять намерение на то, чтобы соединить ноги, и сосредотачиваться на Имени </w:t>
      </w:r>
      <w:r>
        <w:rPr>
          <w:rFonts w:ascii="Georgia" w:hAnsi="Georgia" w:cs="Times New Roman"/>
          <w:b/>
          <w:i w:val="0"/>
          <w:color w:val="000000"/>
          <w:sz w:val="24"/>
          <w:rtl/>
          <w:szCs w:val="32"/>
        </w:rPr>
        <w:t>אבג״יתץ</w:t>
      </w:r>
      <w:r>
        <w:rPr>
          <w:rFonts w:ascii="Georgia" w:hAnsi="Georgia"/>
          <w:b w:val="0"/>
          <w:i w:val="0"/>
          <w:color w:val="000000"/>
          <w:sz w:val="24"/>
        </w:rPr>
        <w:t>, как объяснено в соответствующем месте.</w:t>
      </w:r>
    </w:p>
    <w:p>
      <w:pPr>
        <w:spacing w:before="40" w:after="120"/>
        <w:jc w:val="both"/>
      </w:pPr>
      <w:r>
        <w:rPr>
          <w:rFonts w:ascii="Georgia" w:hAnsi="Georgia"/>
          <w:b w:val="0"/>
          <w:i w:val="0"/>
          <w:color w:val="000000"/>
          <w:sz w:val="24"/>
        </w:rPr>
        <w:t xml:space="preserve">Также нужно остерегаться вырывать хоть один волос из бороды, даже машинально; и пусть помнит в намерении, что дважды </w:t>
      </w:r>
      <w:r>
        <w:rPr>
          <w:rFonts w:ascii="Georgia" w:hAnsi="Georgia"/>
          <w:b w:val="0"/>
          <w:i/>
          <w:color w:val="000000"/>
          <w:sz w:val="24"/>
        </w:rPr>
        <w:t>закан</w:t>
      </w:r>
      <w:r>
        <w:rPr>
          <w:rFonts w:ascii="Georgia" w:hAnsi="Georgia"/>
          <w:b w:val="0"/>
          <w:i w:val="0"/>
          <w:color w:val="000000"/>
          <w:sz w:val="24"/>
        </w:rPr>
        <w:t xml:space="preserve"> — «борода» (</w:t>
      </w:r>
      <w:r>
        <w:rPr>
          <w:rFonts w:ascii="Georgia" w:hAnsi="Georgia" w:cs="Times New Roman"/>
          <w:b/>
          <w:i w:val="0"/>
          <w:color w:val="000000"/>
          <w:sz w:val="24"/>
          <w:rtl/>
          <w:szCs w:val="32"/>
        </w:rPr>
        <w:t>זָקָן</w:t>
      </w:r>
      <w:r>
        <w:rPr>
          <w:rFonts w:ascii="Georgia" w:hAnsi="Georgia"/>
          <w:b w:val="0"/>
          <w:i w:val="0"/>
          <w:color w:val="000000"/>
          <w:sz w:val="24"/>
        </w:rPr>
        <w:t xml:space="preserve"> = 157; дважды 157 = 314) равны по гематрии Имени ШАДАЙ (</w:t>
      </w:r>
      <w:r>
        <w:rPr>
          <w:rFonts w:ascii="Georgia" w:hAnsi="Georgia" w:cs="Times New Roman"/>
          <w:b/>
          <w:i w:val="0"/>
          <w:color w:val="000000"/>
          <w:sz w:val="24"/>
          <w:rtl/>
          <w:szCs w:val="32"/>
        </w:rPr>
        <w:t>שַׁדַּי</w:t>
      </w:r>
      <w:r>
        <w:rPr>
          <w:rFonts w:ascii="Georgia" w:hAnsi="Georgia"/>
          <w:b w:val="0"/>
          <w:i w:val="0"/>
          <w:color w:val="000000"/>
          <w:sz w:val="24"/>
        </w:rPr>
        <w:t xml:space="preserve"> = 314), как упомянуто в соответствующем месте. Также нужно направлять намерение при облачении в одежды Шаббата на Имя </w:t>
      </w:r>
      <w:r>
        <w:rPr>
          <w:rFonts w:ascii="Georgia" w:hAnsi="Georgia" w:cs="Times New Roman"/>
          <w:b/>
          <w:i w:val="0"/>
          <w:color w:val="000000"/>
          <w:sz w:val="24"/>
          <w:rtl/>
          <w:szCs w:val="32"/>
        </w:rPr>
        <w:t>אהרר״יאל</w:t>
      </w:r>
      <w:r>
        <w:rPr>
          <w:rFonts w:ascii="Georgia" w:hAnsi="Georgia"/>
          <w:b w:val="0"/>
          <w:i w:val="0"/>
          <w:color w:val="000000"/>
          <w:sz w:val="24"/>
        </w:rPr>
        <w:t xml:space="preserve">, как упомянуто в соответствующем месте. Еще пусть остерегается соединять и сплетать между собой десять пальцев правой и левой руки, и направляет в них намерение на Имя </w:t>
      </w:r>
      <w:r>
        <w:rPr>
          <w:rFonts w:ascii="Georgia" w:hAnsi="Georgia" w:cs="Times New Roman"/>
          <w:b/>
          <w:i w:val="0"/>
          <w:color w:val="000000"/>
          <w:sz w:val="24"/>
          <w:rtl/>
          <w:szCs w:val="32"/>
        </w:rPr>
        <w:t>אהו״ה</w:t>
      </w:r>
      <w:r>
        <w:rPr>
          <w:rFonts w:ascii="Georgia" w:hAnsi="Georgia"/>
          <w:b w:val="0"/>
          <w:i w:val="0"/>
          <w:color w:val="000000"/>
          <w:sz w:val="24"/>
        </w:rPr>
        <w:t xml:space="preserve">, равное по гематрии слову </w:t>
      </w:r>
      <w:r>
        <w:rPr>
          <w:rFonts w:ascii="Georgia" w:hAnsi="Georgia"/>
          <w:b w:val="0"/>
          <w:i/>
          <w:color w:val="000000"/>
          <w:sz w:val="24"/>
        </w:rPr>
        <w:t>эцба</w:t>
      </w:r>
      <w:r>
        <w:rPr>
          <w:rFonts w:ascii="Georgia" w:hAnsi="Georgia"/>
          <w:b w:val="0"/>
          <w:i w:val="0"/>
          <w:color w:val="000000"/>
          <w:sz w:val="24"/>
        </w:rPr>
        <w:t xml:space="preserve"> — «палец» (</w:t>
      </w:r>
      <w:r>
        <w:rPr>
          <w:rFonts w:ascii="Georgia" w:hAnsi="Georgia" w:cs="Times New Roman"/>
          <w:b/>
          <w:i w:val="0"/>
          <w:color w:val="000000"/>
          <w:sz w:val="24"/>
          <w:rtl/>
          <w:szCs w:val="32"/>
        </w:rPr>
        <w:t>אֶצְבַּע</w:t>
      </w:r>
      <w:r>
        <w:rPr>
          <w:rFonts w:ascii="Georgia" w:hAnsi="Georgia"/>
          <w:b w:val="0"/>
          <w:i w:val="0"/>
          <w:color w:val="000000"/>
          <w:sz w:val="24"/>
        </w:rPr>
        <w:t xml:space="preserve">), как упомянуто в соответствующем месте. (Говорит Шмуэль: расчет таков: в наполнении буквами йод [Имени </w:t>
      </w:r>
      <w:r>
        <w:rPr>
          <w:rFonts w:ascii="Georgia" w:hAnsi="Georgia" w:cs="Times New Roman"/>
          <w:b/>
          <w:i w:val="0"/>
          <w:color w:val="000000"/>
          <w:sz w:val="24"/>
          <w:rtl/>
          <w:szCs w:val="32"/>
        </w:rPr>
        <w:t>אהו״ה</w:t>
      </w:r>
      <w:r>
        <w:rPr>
          <w:rFonts w:ascii="Georgia" w:hAnsi="Georgia"/>
          <w:b w:val="0"/>
          <w:i w:val="0"/>
          <w:color w:val="000000"/>
          <w:sz w:val="24"/>
        </w:rPr>
        <w:t>] алеф (</w:t>
      </w:r>
      <w:r>
        <w:rPr>
          <w:rFonts w:ascii="Georgia" w:hAnsi="Georgia" w:cs="Times New Roman"/>
          <w:b/>
          <w:i w:val="0"/>
          <w:color w:val="000000"/>
          <w:sz w:val="24"/>
          <w:rtl/>
          <w:szCs w:val="32"/>
        </w:rPr>
        <w:t>אלף</w:t>
      </w:r>
      <w:r>
        <w:rPr>
          <w:rFonts w:ascii="Georgia" w:hAnsi="Georgia"/>
          <w:b w:val="0"/>
          <w:i w:val="0"/>
          <w:color w:val="000000"/>
          <w:sz w:val="24"/>
        </w:rPr>
        <w:t xml:space="preserve"> = 111), хэй (</w:t>
      </w:r>
      <w:r>
        <w:rPr>
          <w:rFonts w:ascii="Georgia" w:hAnsi="Georgia" w:cs="Times New Roman"/>
          <w:b/>
          <w:i w:val="0"/>
          <w:color w:val="000000"/>
          <w:sz w:val="24"/>
          <w:rtl/>
          <w:szCs w:val="32"/>
        </w:rPr>
        <w:t>הי</w:t>
      </w:r>
      <w:r>
        <w:rPr>
          <w:rFonts w:ascii="Georgia" w:hAnsi="Georgia"/>
          <w:b w:val="0"/>
          <w:i w:val="0"/>
          <w:color w:val="000000"/>
          <w:sz w:val="24"/>
        </w:rPr>
        <w:t xml:space="preserve"> = 15), вав (</w:t>
      </w:r>
      <w:r>
        <w:rPr>
          <w:rFonts w:ascii="Georgia" w:hAnsi="Georgia" w:cs="Times New Roman"/>
          <w:b/>
          <w:i w:val="0"/>
          <w:color w:val="000000"/>
          <w:sz w:val="24"/>
          <w:rtl/>
          <w:szCs w:val="32"/>
        </w:rPr>
        <w:t>ויו</w:t>
      </w:r>
      <w:r>
        <w:rPr>
          <w:rFonts w:ascii="Georgia" w:hAnsi="Georgia"/>
          <w:b w:val="0"/>
          <w:i w:val="0"/>
          <w:color w:val="000000"/>
          <w:sz w:val="24"/>
        </w:rPr>
        <w:t xml:space="preserve"> = 22), хэй (</w:t>
      </w:r>
      <w:r>
        <w:rPr>
          <w:rFonts w:ascii="Georgia" w:hAnsi="Georgia" w:cs="Times New Roman"/>
          <w:b/>
          <w:i w:val="0"/>
          <w:color w:val="000000"/>
          <w:sz w:val="24"/>
          <w:rtl/>
          <w:szCs w:val="32"/>
        </w:rPr>
        <w:t>הי</w:t>
      </w:r>
      <w:r>
        <w:rPr>
          <w:rFonts w:ascii="Georgia" w:hAnsi="Georgia"/>
          <w:b w:val="0"/>
          <w:i w:val="0"/>
          <w:color w:val="000000"/>
          <w:sz w:val="24"/>
        </w:rPr>
        <w:t xml:space="preserve"> = 15) составляют по гематрии 163 (</w:t>
      </w:r>
      <w:r>
        <w:rPr>
          <w:rFonts w:ascii="Georgia" w:hAnsi="Georgia" w:cs="Times New Roman"/>
          <w:b/>
          <w:i w:val="0"/>
          <w:color w:val="000000"/>
          <w:sz w:val="24"/>
          <w:rtl/>
          <w:szCs w:val="32"/>
        </w:rPr>
        <w:t>קס״ג</w:t>
      </w:r>
      <w:r>
        <w:rPr>
          <w:rFonts w:ascii="Georgia" w:hAnsi="Georgia"/>
          <w:b w:val="0"/>
          <w:i w:val="0"/>
          <w:color w:val="000000"/>
          <w:sz w:val="24"/>
        </w:rPr>
        <w:t xml:space="preserve">), и слово </w:t>
      </w:r>
      <w:r>
        <w:rPr>
          <w:rFonts w:ascii="Georgia" w:hAnsi="Georgia"/>
          <w:b w:val="0"/>
          <w:i/>
          <w:color w:val="000000"/>
          <w:sz w:val="24"/>
        </w:rPr>
        <w:t>эцба</w:t>
      </w:r>
      <w:r>
        <w:rPr>
          <w:rFonts w:ascii="Georgia" w:hAnsi="Georgia"/>
          <w:b w:val="0"/>
          <w:i w:val="0"/>
          <w:color w:val="000000"/>
          <w:sz w:val="24"/>
        </w:rPr>
        <w:t xml:space="preserve"> (</w:t>
      </w:r>
      <w:r>
        <w:rPr>
          <w:rFonts w:ascii="Georgia" w:hAnsi="Georgia" w:cs="Times New Roman"/>
          <w:b/>
          <w:i w:val="0"/>
          <w:color w:val="000000"/>
          <w:sz w:val="24"/>
          <w:rtl/>
          <w:szCs w:val="32"/>
        </w:rPr>
        <w:t>אֶצְבַּע</w:t>
      </w:r>
      <w:r>
        <w:rPr>
          <w:rFonts w:ascii="Georgia" w:hAnsi="Georgia"/>
          <w:b w:val="0"/>
          <w:i w:val="0"/>
          <w:color w:val="000000"/>
          <w:sz w:val="24"/>
        </w:rPr>
        <w:t>) также равно по гематрии 163).</w:t>
      </w:r>
    </w:p>
    <w:p>
      <w:pPr>
        <w:spacing w:before="40" w:after="120"/>
        <w:jc w:val="both"/>
      </w:pPr>
      <w:r>
        <w:rPr>
          <w:rFonts w:ascii="Georgia" w:hAnsi="Georgia"/>
          <w:b w:val="0"/>
          <w:i w:val="0"/>
          <w:color w:val="000000"/>
          <w:sz w:val="24"/>
        </w:rPr>
        <w:t xml:space="preserve">Также пусть остерегается, чтобы ремни тфилин не касались земли, и помнит в намерении, что слово </w:t>
      </w:r>
      <w:r>
        <w:rPr>
          <w:rFonts w:ascii="Georgia" w:hAnsi="Georgia"/>
          <w:b w:val="0"/>
          <w:i/>
          <w:color w:val="000000"/>
          <w:sz w:val="24"/>
        </w:rPr>
        <w:t>рцуа</w:t>
      </w:r>
      <w:r>
        <w:rPr>
          <w:rFonts w:ascii="Georgia" w:hAnsi="Georgia"/>
          <w:b w:val="0"/>
          <w:i w:val="0"/>
          <w:color w:val="000000"/>
          <w:sz w:val="24"/>
        </w:rPr>
        <w:t xml:space="preserve"> — «ремень» (</w:t>
      </w:r>
      <w:r>
        <w:rPr>
          <w:rFonts w:ascii="Georgia" w:hAnsi="Georgia" w:cs="Times New Roman"/>
          <w:b/>
          <w:i w:val="0"/>
          <w:color w:val="000000"/>
          <w:sz w:val="24"/>
          <w:rtl/>
          <w:szCs w:val="32"/>
        </w:rPr>
        <w:t>רְצוּעָה</w:t>
      </w:r>
      <w:r>
        <w:rPr>
          <w:rFonts w:ascii="Georgia" w:hAnsi="Georgia"/>
          <w:b w:val="0"/>
          <w:i w:val="0"/>
          <w:color w:val="000000"/>
          <w:sz w:val="24"/>
        </w:rPr>
        <w:t>) равно по гематрии двум Именам ЭЛЬ (</w:t>
      </w:r>
      <w:r>
        <w:rPr>
          <w:rFonts w:ascii="Georgia" w:hAnsi="Georgia" w:cs="Times New Roman"/>
          <w:b/>
          <w:i w:val="0"/>
          <w:color w:val="000000"/>
          <w:sz w:val="24"/>
          <w:rtl/>
          <w:szCs w:val="32"/>
        </w:rPr>
        <w:t>אֵל</w:t>
      </w:r>
      <w:r>
        <w:rPr>
          <w:rFonts w:ascii="Georgia" w:hAnsi="Georgia"/>
          <w:b w:val="0"/>
          <w:i w:val="0"/>
          <w:color w:val="000000"/>
          <w:sz w:val="24"/>
        </w:rPr>
        <w:t>), как упомянуто в соответствующем месте. Также пусть остерегается [и не забывает] смотреть на чашу благословения и направлять намерение на то, что капли воды, вливаемые в нее, соответствуют девяти буквам йод четырех Имен АВАЯ — АБ (72), САГ (63), МА (45) и БОН (52), как упомянуто в соответствующем месте. И смотри и пойми, что каждая искра души — это одна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поскольку каждая душа включает в себя десять [сфирот]. И потому в Корахе — тринадцать искр, соответственно квадрату [букв] Имени АВАЯ с наполнением буквами алеф, составляющему по гематрии 130 (</w:t>
      </w:r>
      <w:r>
        <w:rPr>
          <w:rFonts w:ascii="Georgia" w:hAnsi="Georgia" w:cs="Times New Roman"/>
          <w:b/>
          <w:i w:val="0"/>
          <w:color w:val="000000"/>
          <w:sz w:val="24"/>
          <w:rtl/>
          <w:szCs w:val="32"/>
        </w:rPr>
        <w:t>ק״ל</w:t>
      </w:r>
      <w:r>
        <w:rPr>
          <w:rFonts w:ascii="Georgia" w:hAnsi="Georgia"/>
          <w:b w:val="0"/>
          <w:i w:val="0"/>
          <w:color w:val="000000"/>
          <w:sz w:val="24"/>
        </w:rPr>
        <w:t>); и подобным образом во всех них вплоть до Малхут. В Лемехе же — двадцать две искры, соответственно двадцати двум буквам в наполнении [Имен] АВАЯ и АДОНАЙ.</w:t>
      </w:r>
    </w:p>
    <w:p>
      <w:pPr>
        <w:spacing w:before="40" w:after="120"/>
        <w:jc w:val="both"/>
      </w:pPr>
      <w:r>
        <w:rPr>
          <w:rFonts w:ascii="Georgia" w:hAnsi="Georgia"/>
          <w:b w:val="0"/>
          <w:i w:val="0"/>
          <w:color w:val="000000"/>
          <w:sz w:val="24"/>
        </w:rPr>
        <w:t xml:space="preserve">Также мой учитель, благословенной памяти, высказал мне одно прекрасное предуведомление, а именно: знай, что нет человека, у которого не было бы одного определенного дня в неделе и одного определенного дня в месяце, и этот день благоприятен для него во всех его делах, ведь его мазаль зависит от этого дня сообразно корню его души; и в этот день ему не грозит никакое зло, а также он не умрет в этот день. И в этом тайна сказанного нашими мудрецами, благословенной памяти: </w:t>
      </w:r>
      <w:r>
        <w:rPr>
          <w:rFonts w:ascii="Georgia" w:hAnsi="Georgia"/>
          <w:b w:val="0"/>
          <w:i/>
          <w:color w:val="000000"/>
          <w:sz w:val="24"/>
        </w:rPr>
        <w:t>«И раскайся за день до своей смерти»</w:t>
      </w:r>
      <w:r>
        <w:rPr>
          <w:rFonts w:ascii="Georgia" w:hAnsi="Georgia"/>
          <w:b w:val="0"/>
          <w:i w:val="0"/>
          <w:color w:val="000000"/>
          <w:sz w:val="24"/>
        </w:rPr>
        <w:t xml:space="preserve"> (Авот 2:10) — то есть именно в тот день, когда у тебя нет страха умереть, вернись в раскаянии, потому что затем, в остальные дни, ты, быть может, умрешь, и у тебя не будет времени раскаяться. Также он передал мне намерение цдаки и молитвы: объединить буквы йод-хэй (</w:t>
      </w:r>
      <w:r>
        <w:rPr>
          <w:rFonts w:ascii="Georgia" w:hAnsi="Georgia" w:cs="Times New Roman"/>
          <w:b/>
          <w:i w:val="0"/>
          <w:color w:val="000000"/>
          <w:sz w:val="24"/>
          <w:rtl/>
          <w:szCs w:val="32"/>
        </w:rPr>
        <w:t>י״ה</w:t>
      </w:r>
      <w:r>
        <w:rPr>
          <w:rFonts w:ascii="Georgia" w:hAnsi="Georgia"/>
          <w:b w:val="0"/>
          <w:i w:val="0"/>
          <w:color w:val="000000"/>
          <w:sz w:val="24"/>
        </w:rPr>
        <w:t>), отделившиеся от букв вав-хэй (</w:t>
      </w:r>
      <w:r>
        <w:rPr>
          <w:rFonts w:ascii="Georgia" w:hAnsi="Georgia" w:cs="Times New Roman"/>
          <w:b/>
          <w:i w:val="0"/>
          <w:color w:val="000000"/>
          <w:sz w:val="24"/>
          <w:rtl/>
          <w:szCs w:val="32"/>
        </w:rPr>
        <w:t>ו״ה</w:t>
      </w:r>
      <w:r>
        <w:rPr>
          <w:rFonts w:ascii="Georgia" w:hAnsi="Georgia"/>
          <w:b w:val="0"/>
          <w:i w:val="0"/>
          <w:color w:val="000000"/>
          <w:sz w:val="24"/>
        </w:rPr>
        <w:t xml:space="preserve">). И прежде чем человек исполнит какую-либо заповедь или даст цдаку, пусть произнесет: </w:t>
      </w:r>
      <w:r>
        <w:rPr>
          <w:rFonts w:ascii="Georgia" w:hAnsi="Georgia"/>
          <w:b w:val="0"/>
          <w:i/>
          <w:color w:val="000000"/>
          <w:sz w:val="24"/>
        </w:rPr>
        <w:t>«Ради единения Имени Святого, благословен Он, и Его Шхины, в трепете и любви, и в любви и трепете, от имени всего Исраэля…»</w:t>
      </w:r>
      <w:r>
        <w:rPr>
          <w:rFonts w:ascii="Georgia" w:hAnsi="Georgia"/>
          <w:b w:val="0"/>
          <w:i w:val="0"/>
          <w:color w:val="000000"/>
          <w:sz w:val="24"/>
        </w:rPr>
        <w:t xml:space="preserve"> — и сосредоточит намерение на том, чтобы соединить [буквы] йод-хэй, являющиеся трепетом и любовью, с [буквами] вав-хэй, являющимися Святым, благословен Он, и Его Шхиной.</w:t>
      </w:r>
    </w:p>
    <w:p>
      <w:pPr>
        <w:spacing w:before="40" w:after="120"/>
        <w:jc w:val="both"/>
      </w:pPr>
      <w:r>
        <w:rPr>
          <w:rFonts w:ascii="Georgia" w:hAnsi="Georgia"/>
          <w:b w:val="0"/>
          <w:i w:val="0"/>
          <w:color w:val="000000"/>
          <w:sz w:val="24"/>
        </w:rPr>
        <w:t>Что касается цдаки: ты даешь монету (</w:t>
      </w:r>
      <w:r>
        <w:rPr>
          <w:rFonts w:ascii="Georgia" w:hAnsi="Georgia"/>
          <w:b w:val="0"/>
          <w:i/>
          <w:color w:val="000000"/>
          <w:sz w:val="24"/>
        </w:rPr>
        <w:t>пруту</w:t>
      </w:r>
      <w:r>
        <w:rPr>
          <w:rFonts w:ascii="Georgia" w:hAnsi="Georgia"/>
          <w:b w:val="0"/>
          <w:i w:val="0"/>
          <w:color w:val="000000"/>
          <w:sz w:val="24"/>
        </w:rPr>
        <w:t xml:space="preserve">) и направляешь намерение на то, что слово </w:t>
      </w:r>
      <w:r>
        <w:rPr>
          <w:rFonts w:ascii="Georgia" w:hAnsi="Georgia"/>
          <w:b w:val="0"/>
          <w:i/>
          <w:color w:val="000000"/>
          <w:sz w:val="24"/>
        </w:rPr>
        <w:t>прута</w:t>
      </w:r>
      <w:r>
        <w:rPr>
          <w:rFonts w:ascii="Georgia" w:hAnsi="Georgia"/>
          <w:b w:val="0"/>
          <w:i w:val="0"/>
          <w:color w:val="000000"/>
          <w:sz w:val="24"/>
        </w:rPr>
        <w:t xml:space="preserve"> (</w:t>
      </w:r>
      <w:r>
        <w:rPr>
          <w:rFonts w:ascii="Georgia" w:hAnsi="Georgia" w:cs="Times New Roman"/>
          <w:b/>
          <w:i w:val="0"/>
          <w:color w:val="000000"/>
          <w:sz w:val="24"/>
          <w:rtl/>
          <w:szCs w:val="32"/>
        </w:rPr>
        <w:t>פְּרוּטָה</w:t>
      </w:r>
      <w:r>
        <w:rPr>
          <w:rFonts w:ascii="Georgia" w:hAnsi="Georgia"/>
          <w:b w:val="0"/>
          <w:i w:val="0"/>
          <w:color w:val="000000"/>
          <w:sz w:val="24"/>
        </w:rPr>
        <w:t xml:space="preserve">) содержит в себе тайну: </w:t>
      </w:r>
      <w:r>
        <w:rPr>
          <w:rFonts w:ascii="Georgia" w:hAnsi="Georgia"/>
          <w:b w:val="0"/>
          <w:i/>
          <w:color w:val="000000"/>
          <w:sz w:val="24"/>
        </w:rPr>
        <w:t>прат</w:t>
      </w:r>
      <w:r>
        <w:rPr>
          <w:rFonts w:ascii="Georgia" w:hAnsi="Georgia"/>
          <w:b w:val="0"/>
          <w:i w:val="0"/>
          <w:color w:val="000000"/>
          <w:sz w:val="24"/>
        </w:rPr>
        <w:t xml:space="preserve"> (</w:t>
      </w:r>
      <w:r>
        <w:rPr>
          <w:rFonts w:ascii="Georgia" w:hAnsi="Georgia" w:cs="Times New Roman"/>
          <w:b/>
          <w:i w:val="0"/>
          <w:color w:val="000000"/>
          <w:sz w:val="24"/>
          <w:rtl/>
          <w:szCs w:val="32"/>
        </w:rPr>
        <w:t>פְּרָט</w:t>
      </w:r>
      <w:r>
        <w:rPr>
          <w:rFonts w:ascii="Georgia" w:hAnsi="Georgia"/>
          <w:b w:val="0"/>
          <w:i w:val="0"/>
          <w:color w:val="000000"/>
          <w:sz w:val="24"/>
        </w:rPr>
        <w:t>) и буквы вав-хэй (</w:t>
      </w:r>
      <w:r>
        <w:rPr>
          <w:rFonts w:ascii="Georgia" w:hAnsi="Georgia" w:cs="Times New Roman"/>
          <w:b/>
          <w:i w:val="0"/>
          <w:color w:val="000000"/>
          <w:sz w:val="24"/>
          <w:rtl/>
          <w:szCs w:val="32"/>
        </w:rPr>
        <w:t>ו״ה</w:t>
      </w:r>
      <w:r>
        <w:rPr>
          <w:rFonts w:ascii="Georgia" w:hAnsi="Georgia"/>
          <w:b w:val="0"/>
          <w:i w:val="0"/>
          <w:color w:val="000000"/>
          <w:sz w:val="24"/>
        </w:rPr>
        <w:t>). Ведь корень судов — это 288 искр (РАПАХ), а вместе с колелем их число составляет 289 (</w:t>
      </w:r>
      <w:r>
        <w:rPr>
          <w:rFonts w:ascii="Georgia" w:hAnsi="Georgia"/>
          <w:b w:val="0"/>
          <w:i/>
          <w:color w:val="000000"/>
          <w:sz w:val="24"/>
        </w:rPr>
        <w:t>прат</w:t>
      </w:r>
      <w:r>
        <w:rPr>
          <w:rFonts w:ascii="Georgia" w:hAnsi="Georgia"/>
          <w:b w:val="0"/>
          <w:i w:val="0"/>
          <w:color w:val="000000"/>
          <w:sz w:val="24"/>
        </w:rPr>
        <w:t xml:space="preserve">, </w:t>
      </w:r>
      <w:r>
        <w:rPr>
          <w:rFonts w:ascii="Georgia" w:hAnsi="Georgia" w:cs="Times New Roman"/>
          <w:b/>
          <w:i w:val="0"/>
          <w:color w:val="000000"/>
          <w:sz w:val="24"/>
          <w:rtl/>
          <w:szCs w:val="32"/>
        </w:rPr>
        <w:t>פְּרָט</w:t>
      </w:r>
      <w:r>
        <w:rPr>
          <w:rFonts w:ascii="Georgia" w:hAnsi="Georgia"/>
          <w:b w:val="0"/>
          <w:i w:val="0"/>
          <w:color w:val="000000"/>
          <w:sz w:val="24"/>
        </w:rPr>
        <w:t xml:space="preserve"> = 289). Сами же суды пребывают в Малхут, именуемой нижней буквой хэй (</w:t>
      </w:r>
      <w:r>
        <w:rPr>
          <w:rFonts w:ascii="Georgia" w:hAnsi="Georgia" w:cs="Times New Roman"/>
          <w:b/>
          <w:i w:val="0"/>
          <w:color w:val="000000"/>
          <w:sz w:val="24"/>
          <w:rtl/>
          <w:szCs w:val="32"/>
        </w:rPr>
        <w:t>ה</w:t>
      </w:r>
      <w:r>
        <w:rPr>
          <w:rFonts w:ascii="Georgia" w:hAnsi="Georgia"/>
          <w:b w:val="0"/>
          <w:i w:val="0"/>
          <w:color w:val="000000"/>
          <w:sz w:val="24"/>
        </w:rPr>
        <w:t>). И когда буква вав (</w:t>
      </w:r>
      <w:r>
        <w:rPr>
          <w:rFonts w:ascii="Georgia" w:hAnsi="Georgia" w:cs="Times New Roman"/>
          <w:b/>
          <w:i w:val="0"/>
          <w:color w:val="000000"/>
          <w:sz w:val="24"/>
          <w:rtl/>
          <w:szCs w:val="32"/>
        </w:rPr>
        <w:t>ו</w:t>
      </w:r>
      <w:r>
        <w:rPr>
          <w:rFonts w:ascii="Georgia" w:hAnsi="Georgia"/>
          <w:b w:val="0"/>
          <w:i w:val="0"/>
          <w:color w:val="000000"/>
          <w:sz w:val="24"/>
        </w:rPr>
        <w:t>) соединяется с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тогда эти 289 судов подслащиваются, и совершается это посредством цдаки. Также псалом </w:t>
      </w:r>
      <w:r>
        <w:rPr>
          <w:rFonts w:ascii="Georgia" w:hAnsi="Georgia"/>
          <w:b w:val="0"/>
          <w:i/>
          <w:color w:val="000000"/>
          <w:sz w:val="24"/>
        </w:rPr>
        <w:t>«Ответит тебе Г-сподь в день бедствия…»</w:t>
      </w:r>
      <w:r>
        <w:rPr>
          <w:rFonts w:ascii="Georgia" w:hAnsi="Georgia"/>
          <w:b w:val="0"/>
          <w:i w:val="0"/>
          <w:color w:val="000000"/>
          <w:sz w:val="24"/>
        </w:rPr>
        <w:t xml:space="preserve"> (Теилим 20:2) хорошо читать раскаивающемуся человеку и направлять намерение на два присутствующих в нем [сочетания, равных Имени] ЯБОК (</w:t>
      </w:r>
      <w:r>
        <w:rPr>
          <w:rFonts w:ascii="Georgia" w:hAnsi="Georgia" w:cs="Times New Roman"/>
          <w:b/>
          <w:i w:val="0"/>
          <w:color w:val="000000"/>
          <w:sz w:val="24"/>
          <w:rtl/>
          <w:szCs w:val="32"/>
        </w:rPr>
        <w:t>יב״ק</w:t>
      </w:r>
      <w:r>
        <w:rPr>
          <w:rFonts w:ascii="Georgia" w:hAnsi="Georgia"/>
          <w:b w:val="0"/>
          <w:i w:val="0"/>
          <w:color w:val="000000"/>
          <w:sz w:val="24"/>
        </w:rPr>
        <w:t xml:space="preserve"> = 112). Первое — в начале псалма, по начальным буквам слов </w:t>
      </w:r>
      <w:r>
        <w:rPr>
          <w:rFonts w:ascii="Georgia" w:hAnsi="Georgia"/>
          <w:b w:val="0"/>
          <w:i/>
          <w:color w:val="000000"/>
          <w:sz w:val="24"/>
        </w:rPr>
        <w:t>«Яанха АВАЯ бе-йом цара»</w:t>
      </w:r>
      <w:r>
        <w:rPr>
          <w:rFonts w:ascii="Georgia" w:hAnsi="Georgia"/>
          <w:b w:val="0"/>
          <w:i w:val="0"/>
          <w:color w:val="000000"/>
          <w:sz w:val="24"/>
        </w:rPr>
        <w:t xml:space="preserve"> (</w:t>
      </w:r>
      <w:r>
        <w:rPr>
          <w:rFonts w:ascii="Georgia" w:hAnsi="Georgia" w:cs="Times New Roman"/>
          <w:b/>
          <w:i w:val="0"/>
          <w:color w:val="000000"/>
          <w:sz w:val="24"/>
          <w:rtl/>
          <w:szCs w:val="32"/>
        </w:rPr>
        <w:t>יַעַנְךָ יהוה בְּיוֹם צָרָה</w:t>
      </w:r>
      <w:r>
        <w:rPr>
          <w:rFonts w:ascii="Georgia" w:hAnsi="Georgia"/>
          <w:b w:val="0"/>
          <w:i w:val="0"/>
          <w:color w:val="000000"/>
          <w:sz w:val="24"/>
        </w:rPr>
        <w:t>), составляющим по гематрии 112 (йод [</w:t>
      </w:r>
      <w:r>
        <w:rPr>
          <w:rFonts w:ascii="Georgia" w:hAnsi="Georgia" w:cs="Times New Roman"/>
          <w:b/>
          <w:i w:val="0"/>
          <w:color w:val="000000"/>
          <w:sz w:val="24"/>
          <w:rtl/>
          <w:szCs w:val="32"/>
        </w:rPr>
        <w:t>י</w:t>
      </w:r>
      <w:r>
        <w:rPr>
          <w:rFonts w:ascii="Georgia" w:hAnsi="Georgia"/>
          <w:b w:val="0"/>
          <w:i w:val="0"/>
          <w:color w:val="000000"/>
          <w:sz w:val="24"/>
        </w:rPr>
        <w:t xml:space="preserve"> = 10] + йод [</w:t>
      </w:r>
      <w:r>
        <w:rPr>
          <w:rFonts w:ascii="Georgia" w:hAnsi="Georgia" w:cs="Times New Roman"/>
          <w:b/>
          <w:i w:val="0"/>
          <w:color w:val="000000"/>
          <w:sz w:val="24"/>
          <w:rtl/>
          <w:szCs w:val="32"/>
        </w:rPr>
        <w:t>י</w:t>
      </w:r>
      <w:r>
        <w:rPr>
          <w:rFonts w:ascii="Georgia" w:hAnsi="Georgia"/>
          <w:b w:val="0"/>
          <w:i w:val="0"/>
          <w:color w:val="000000"/>
          <w:sz w:val="24"/>
        </w:rPr>
        <w:t xml:space="preserve"> = 10] + бэт [</w:t>
      </w:r>
      <w:r>
        <w:rPr>
          <w:rFonts w:ascii="Georgia" w:hAnsi="Georgia" w:cs="Times New Roman"/>
          <w:b/>
          <w:i w:val="0"/>
          <w:color w:val="000000"/>
          <w:sz w:val="24"/>
          <w:rtl/>
          <w:szCs w:val="32"/>
        </w:rPr>
        <w:t>ב</w:t>
      </w:r>
      <w:r>
        <w:rPr>
          <w:rFonts w:ascii="Georgia" w:hAnsi="Georgia"/>
          <w:b w:val="0"/>
          <w:i w:val="0"/>
          <w:color w:val="000000"/>
          <w:sz w:val="24"/>
        </w:rPr>
        <w:t xml:space="preserve"> = 2] + цади [</w:t>
      </w:r>
      <w:r>
        <w:rPr>
          <w:rFonts w:ascii="Georgia" w:hAnsi="Georgia" w:cs="Times New Roman"/>
          <w:b/>
          <w:i w:val="0"/>
          <w:color w:val="000000"/>
          <w:sz w:val="24"/>
          <w:rtl/>
          <w:szCs w:val="32"/>
        </w:rPr>
        <w:t>צ</w:t>
      </w:r>
      <w:r>
        <w:rPr>
          <w:rFonts w:ascii="Georgia" w:hAnsi="Georgia"/>
          <w:b w:val="0"/>
          <w:i w:val="0"/>
          <w:color w:val="000000"/>
          <w:sz w:val="24"/>
        </w:rPr>
        <w:t xml:space="preserve"> = 90] = 112, что равно </w:t>
      </w:r>
      <w:r>
        <w:rPr>
          <w:rFonts w:ascii="Georgia" w:hAnsi="Georgia" w:cs="Times New Roman"/>
          <w:b/>
          <w:i w:val="0"/>
          <w:color w:val="000000"/>
          <w:sz w:val="24"/>
          <w:rtl/>
          <w:szCs w:val="32"/>
        </w:rPr>
        <w:t>יב״ק</w:t>
      </w:r>
      <w:r>
        <w:rPr>
          <w:rFonts w:ascii="Georgia" w:hAnsi="Georgia"/>
          <w:b w:val="0"/>
          <w:i w:val="0"/>
          <w:color w:val="000000"/>
          <w:sz w:val="24"/>
        </w:rPr>
        <w:t xml:space="preserve">). Второе — в конце псалма, по начальным буквам слов </w:t>
      </w:r>
      <w:r>
        <w:rPr>
          <w:rFonts w:ascii="Georgia" w:hAnsi="Georgia"/>
          <w:b w:val="0"/>
          <w:i/>
          <w:color w:val="000000"/>
          <w:sz w:val="24"/>
        </w:rPr>
        <w:t>«Яанену бе-йом коръэну»</w:t>
      </w:r>
      <w:r>
        <w:rPr>
          <w:rFonts w:ascii="Georgia" w:hAnsi="Georgia"/>
          <w:b w:val="0"/>
          <w:i w:val="0"/>
          <w:color w:val="000000"/>
          <w:sz w:val="24"/>
        </w:rPr>
        <w:t xml:space="preserve"> (</w:t>
      </w:r>
      <w:r>
        <w:rPr>
          <w:rFonts w:ascii="Georgia" w:hAnsi="Georgia" w:cs="Times New Roman"/>
          <w:b/>
          <w:i w:val="0"/>
          <w:color w:val="000000"/>
          <w:sz w:val="24"/>
          <w:rtl/>
          <w:szCs w:val="32"/>
        </w:rPr>
        <w:t>יַעֲנֵנוּ בְיוֹם קָרְאֵנוּ</w:t>
      </w:r>
      <w:r>
        <w:rPr>
          <w:rFonts w:ascii="Georgia" w:hAnsi="Georgia"/>
          <w:b w:val="0"/>
          <w:i w:val="0"/>
          <w:color w:val="000000"/>
          <w:sz w:val="24"/>
        </w:rPr>
        <w:t>), первые буквы которых составляют 112 (йод [</w:t>
      </w:r>
      <w:r>
        <w:rPr>
          <w:rFonts w:ascii="Georgia" w:hAnsi="Georgia" w:cs="Times New Roman"/>
          <w:b/>
          <w:i w:val="0"/>
          <w:color w:val="000000"/>
          <w:sz w:val="24"/>
          <w:rtl/>
          <w:szCs w:val="32"/>
        </w:rPr>
        <w:t>י</w:t>
      </w:r>
      <w:r>
        <w:rPr>
          <w:rFonts w:ascii="Georgia" w:hAnsi="Georgia"/>
          <w:b w:val="0"/>
          <w:i w:val="0"/>
          <w:color w:val="000000"/>
          <w:sz w:val="24"/>
        </w:rPr>
        <w:t xml:space="preserve"> = 10] + бэт [</w:t>
      </w:r>
      <w:r>
        <w:rPr>
          <w:rFonts w:ascii="Georgia" w:hAnsi="Georgia" w:cs="Times New Roman"/>
          <w:b/>
          <w:i w:val="0"/>
          <w:color w:val="000000"/>
          <w:sz w:val="24"/>
          <w:rtl/>
          <w:szCs w:val="32"/>
        </w:rPr>
        <w:t>ב</w:t>
      </w:r>
      <w:r>
        <w:rPr>
          <w:rFonts w:ascii="Georgia" w:hAnsi="Georgia"/>
          <w:b w:val="0"/>
          <w:i w:val="0"/>
          <w:color w:val="000000"/>
          <w:sz w:val="24"/>
        </w:rPr>
        <w:t xml:space="preserve"> = 2] + куф [</w:t>
      </w:r>
      <w:r>
        <w:rPr>
          <w:rFonts w:ascii="Georgia" w:hAnsi="Georgia" w:cs="Times New Roman"/>
          <w:b/>
          <w:i w:val="0"/>
          <w:color w:val="000000"/>
          <w:sz w:val="24"/>
          <w:rtl/>
          <w:szCs w:val="32"/>
        </w:rPr>
        <w:t>ק</w:t>
      </w:r>
      <w:r>
        <w:rPr>
          <w:rFonts w:ascii="Georgia" w:hAnsi="Georgia"/>
          <w:b w:val="0"/>
          <w:i w:val="0"/>
          <w:color w:val="000000"/>
          <w:sz w:val="24"/>
        </w:rPr>
        <w:t xml:space="preserve"> = 100] = 112, что также равно </w:t>
      </w:r>
      <w:r>
        <w:rPr>
          <w:rFonts w:ascii="Georgia" w:hAnsi="Georgia" w:cs="Times New Roman"/>
          <w:b/>
          <w:i w:val="0"/>
          <w:color w:val="000000"/>
          <w:sz w:val="24"/>
          <w:rtl/>
          <w:szCs w:val="32"/>
        </w:rPr>
        <w:t>יב״ק</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стих </w:t>
      </w:r>
      <w:r>
        <w:rPr>
          <w:rFonts w:ascii="Georgia" w:hAnsi="Georgia"/>
          <w:b w:val="0"/>
          <w:i/>
          <w:color w:val="000000"/>
          <w:sz w:val="24"/>
        </w:rPr>
        <w:t>«Ибо Я — Г-сподь, целитель твой»</w:t>
      </w:r>
      <w:r>
        <w:rPr>
          <w:rFonts w:ascii="Georgia" w:hAnsi="Georgia"/>
          <w:b w:val="0"/>
          <w:i w:val="0"/>
          <w:color w:val="000000"/>
          <w:sz w:val="24"/>
        </w:rPr>
        <w:t xml:space="preserve"> (Шмот 15:26) содержит четыре буквы йод, и хорошо произносить его каждый день, направляя намерение на то, чтобы удалить от себя клипот с помощью этих четырех букв йод, представляющих собой четыре буквы йод Имени АВАЯ с наполнением АБ (72). Говорит Шмуэль: мне представляется, что следует произносить весь стих целиком, однако намерение должно быть сосредоточено на четырех буквах йод в упомянутых четырех словах. И все же это требует дальнейшего изучения, поскольку в слове </w:t>
      </w:r>
      <w:r>
        <w:rPr>
          <w:rFonts w:ascii="Georgia" w:hAnsi="Georgia"/>
          <w:b w:val="0"/>
          <w:i/>
          <w:color w:val="000000"/>
          <w:sz w:val="24"/>
        </w:rPr>
        <w:t>рофэха</w:t>
      </w:r>
      <w:r>
        <w:rPr>
          <w:rFonts w:ascii="Georgia" w:hAnsi="Georgia"/>
          <w:b w:val="0"/>
          <w:i w:val="0"/>
          <w:color w:val="000000"/>
          <w:sz w:val="24"/>
        </w:rPr>
        <w:t xml:space="preserve"> — «целитель твой» (</w:t>
      </w:r>
      <w:r>
        <w:rPr>
          <w:rFonts w:ascii="Georgia" w:hAnsi="Georgia" w:cs="Times New Roman"/>
          <w:b/>
          <w:i w:val="0"/>
          <w:color w:val="000000"/>
          <w:sz w:val="24"/>
          <w:rtl/>
          <w:szCs w:val="32"/>
        </w:rPr>
        <w:t>רוֹפְאֶיךָ</w:t>
      </w:r>
      <w:r>
        <w:rPr>
          <w:rFonts w:ascii="Georgia" w:hAnsi="Georgia"/>
          <w:b w:val="0"/>
          <w:i w:val="0"/>
          <w:color w:val="000000"/>
          <w:sz w:val="24"/>
        </w:rPr>
        <w:t xml:space="preserve">) нет буквы йод; возможно, здесь закралась ошибка переписчика, и можно предположить, что имеется в виду буква йод слова </w:t>
      </w:r>
      <w:r>
        <w:rPr>
          <w:rFonts w:ascii="Georgia" w:hAnsi="Georgia"/>
          <w:b w:val="0"/>
          <w:i/>
          <w:color w:val="000000"/>
          <w:sz w:val="24"/>
        </w:rPr>
        <w:t>алеха</w:t>
      </w:r>
      <w:r>
        <w:rPr>
          <w:rFonts w:ascii="Georgia" w:hAnsi="Georgia"/>
          <w:b w:val="0"/>
          <w:i w:val="0"/>
          <w:color w:val="000000"/>
          <w:sz w:val="24"/>
        </w:rPr>
        <w:t xml:space="preserve"> — «на тебя» (</w:t>
      </w:r>
      <w:r>
        <w:rPr>
          <w:rFonts w:ascii="Georgia" w:hAnsi="Georgia" w:cs="Times New Roman"/>
          <w:b/>
          <w:i w:val="0"/>
          <w:color w:val="000000"/>
          <w:sz w:val="24"/>
          <w:rtl/>
          <w:szCs w:val="32"/>
        </w:rPr>
        <w:t>עָלֶיךָ</w:t>
      </w:r>
      <w:r>
        <w:rPr>
          <w:rFonts w:ascii="Georgia" w:hAnsi="Georgia"/>
          <w:b w:val="0"/>
          <w:i w:val="0"/>
          <w:color w:val="000000"/>
          <w:sz w:val="24"/>
        </w:rPr>
        <w:t>).</w:t>
      </w:r>
    </w:p>
    <w:p>
      <w:pPr>
        <w:spacing w:before="40" w:after="120"/>
        <w:jc w:val="both"/>
      </w:pPr>
      <w:r>
        <w:rPr>
          <w:rFonts w:ascii="Georgia" w:hAnsi="Georgia"/>
          <w:b w:val="0"/>
          <w:i w:val="0"/>
          <w:color w:val="000000"/>
          <w:sz w:val="24"/>
        </w:rPr>
        <w:t>Говорит Шмуэль: после того как я записал все вышесказанное — а это добрые правила поведения, которых должен держаться человек, чтобы благодаря им очистилась его душа для обретения постижения, или святого духа, или видов уединения, или совершения простирания на могилах праведников, чтобы воспринять от них изобилие (шефа) и постижение, как мы подробно разъясним это в конце этих врат с Б-жьей помощью, среди которых есть единения (</w:t>
      </w:r>
      <w:r>
        <w:rPr>
          <w:rFonts w:ascii="Georgia" w:hAnsi="Georgia"/>
          <w:b w:val="0"/>
          <w:i/>
          <w:color w:val="000000"/>
          <w:sz w:val="24"/>
        </w:rPr>
        <w:t>ихудим</w:t>
      </w:r>
      <w:r>
        <w:rPr>
          <w:rFonts w:ascii="Georgia" w:hAnsi="Georgia"/>
          <w:b w:val="0"/>
          <w:i w:val="0"/>
          <w:color w:val="000000"/>
          <w:sz w:val="24"/>
        </w:rPr>
        <w:t>) на самих могилах праведников, есть единения в собственном доме человека, а есть единения для исправления своей души, — теперь я запишу все виды исправлений, которыми человеку необходимо исправить свою душу сначала в этом мире и очиститься от скверны грязи своих прегрешений, и лишь затем он сможет совершать все виды единений, которые мы разъясним с помощью Всевышнего. И вот я приступаю с помощью Оплота, Искупителя моего.</w:t>
      </w:r>
    </w:p>
    <w:p>
      <w:pPr>
        <w:spacing w:before="40" w:after="120"/>
        <w:jc w:val="both"/>
      </w:pPr>
      <w:r>
        <w:rPr>
          <w:rFonts w:ascii="Georgia" w:hAnsi="Georgia"/>
          <w:b w:val="0"/>
          <w:i w:val="0"/>
          <w:color w:val="000000"/>
          <w:sz w:val="24"/>
        </w:rPr>
        <w:t>[Примечание издателя: я нашел еще один отрывок в книге «Олат Тамид», лист 59б, относящийся к этому месту, и вот его слова:]</w:t>
      </w:r>
    </w:p>
    <w:p>
      <w:pPr>
        <w:spacing w:before="40" w:after="120"/>
        <w:jc w:val="both"/>
      </w:pPr>
      <w:r>
        <w:rPr>
          <w:rFonts w:ascii="Georgia" w:hAnsi="Georgia"/>
          <w:b w:val="0"/>
          <w:i w:val="0"/>
          <w:color w:val="000000"/>
          <w:sz w:val="24"/>
        </w:rPr>
        <w:t xml:space="preserve">Поскольку человек сотворен из материи и формы, представляющей собой нефеш, руах и нешаму, являющуюся «частью Б-га свыше» (Иов 31:2), как сказано: </w:t>
      </w:r>
      <w:r>
        <w:rPr>
          <w:rFonts w:ascii="Georgia" w:hAnsi="Georgia"/>
          <w:b w:val="0"/>
          <w:i/>
          <w:color w:val="000000"/>
          <w:sz w:val="24"/>
        </w:rPr>
        <w:t>«И вдунул в ноздри его дыхание жизни»</w:t>
      </w:r>
      <w:r>
        <w:rPr>
          <w:rFonts w:ascii="Georgia" w:hAnsi="Georgia"/>
          <w:b w:val="0"/>
          <w:i w:val="0"/>
          <w:color w:val="000000"/>
          <w:sz w:val="24"/>
        </w:rPr>
        <w:t xml:space="preserve"> (Берешит 2:7); тело же его — грубая материя со стороны клипы, которая обвиняет человека и препятствует ему в достижении совершенства души, стремясь отсечь ее от Древа Жизни (</w:t>
      </w:r>
      <w:r>
        <w:rPr>
          <w:rFonts w:ascii="Georgia" w:hAnsi="Georgia"/>
          <w:b w:val="0"/>
          <w:i/>
          <w:color w:val="000000"/>
          <w:sz w:val="24"/>
        </w:rPr>
        <w:t>илана де-хайей</w:t>
      </w:r>
      <w:r>
        <w:rPr>
          <w:rFonts w:ascii="Georgia" w:hAnsi="Georgia"/>
          <w:b w:val="0"/>
          <w:i w:val="0"/>
          <w:color w:val="000000"/>
          <w:sz w:val="24"/>
        </w:rPr>
        <w:t xml:space="preserve">), так как дурное начало — это «старый и глупый царь» (Коэлет 4:13), рождающийся на тринадцать лет раньше души, как известно. И потому </w:t>
      </w:r>
      <w:r>
        <w:rPr>
          <w:rFonts w:ascii="Georgia" w:hAnsi="Georgia"/>
          <w:b w:val="0"/>
          <w:i/>
          <w:color w:val="000000"/>
          <w:sz w:val="24"/>
        </w:rPr>
        <w:t>«нет человека праведного на земле, который делал бы добро и не грешил бы»</w:t>
      </w:r>
      <w:r>
        <w:rPr>
          <w:rFonts w:ascii="Georgia" w:hAnsi="Georgia"/>
          <w:b w:val="0"/>
          <w:i w:val="0"/>
          <w:color w:val="000000"/>
          <w:sz w:val="24"/>
        </w:rPr>
        <w:t xml:space="preserve"> (Коэлет 7:20).</w:t>
      </w:r>
    </w:p>
    <w:p>
      <w:pPr>
        <w:spacing w:before="40" w:after="120"/>
        <w:jc w:val="both"/>
      </w:pPr>
      <w:r>
        <w:rPr>
          <w:rFonts w:ascii="Georgia" w:hAnsi="Georgia"/>
          <w:b w:val="0"/>
          <w:i w:val="0"/>
          <w:color w:val="000000"/>
          <w:sz w:val="24"/>
        </w:rPr>
        <w:t xml:space="preserve">Цемах: четыре причины присущи всякой вещи, как упоминается в науке логики: действующая причина, материя, форма и цель; и они применимы к этому вопросу. Действующая причина — это Всевышний, сотворивший человека из материи: </w:t>
      </w:r>
      <w:r>
        <w:rPr>
          <w:rFonts w:ascii="Georgia" w:hAnsi="Georgia"/>
          <w:b w:val="0"/>
          <w:i/>
          <w:color w:val="000000"/>
          <w:sz w:val="24"/>
        </w:rPr>
        <w:t>«праха земного»</w:t>
      </w:r>
      <w:r>
        <w:rPr>
          <w:rFonts w:ascii="Georgia" w:hAnsi="Georgia"/>
          <w:b w:val="0"/>
          <w:i w:val="0"/>
          <w:color w:val="000000"/>
          <w:sz w:val="24"/>
        </w:rPr>
        <w:t xml:space="preserve"> (Берешит 2:7); и вложивший в него форму: </w:t>
      </w:r>
      <w:r>
        <w:rPr>
          <w:rFonts w:ascii="Georgia" w:hAnsi="Georgia"/>
          <w:b w:val="0"/>
          <w:i/>
          <w:color w:val="000000"/>
          <w:sz w:val="24"/>
        </w:rPr>
        <w:t>«и вдунул в ноздри его…»</w:t>
      </w:r>
      <w:r>
        <w:rPr>
          <w:rFonts w:ascii="Georgia" w:hAnsi="Georgia"/>
          <w:b w:val="0"/>
          <w:i w:val="0"/>
          <w:color w:val="000000"/>
          <w:sz w:val="24"/>
        </w:rPr>
        <w:t xml:space="preserve"> (Берешит 2:7). И все это для того, чтобы </w:t>
      </w:r>
      <w:r>
        <w:rPr>
          <w:rFonts w:ascii="Georgia" w:hAnsi="Georgia"/>
          <w:b w:val="0"/>
          <w:i/>
          <w:color w:val="000000"/>
          <w:sz w:val="24"/>
        </w:rPr>
        <w:t>«возделывать его и хранить его»</w:t>
      </w:r>
      <w:r>
        <w:rPr>
          <w:rFonts w:ascii="Georgia" w:hAnsi="Georgia"/>
          <w:b w:val="0"/>
          <w:i w:val="0"/>
          <w:color w:val="000000"/>
          <w:sz w:val="24"/>
        </w:rPr>
        <w:t xml:space="preserve"> (Берешит 2:15) — то есть хранить форму, </w:t>
      </w:r>
      <w:r>
        <w:rPr>
          <w:rFonts w:ascii="Georgia" w:hAnsi="Georgia"/>
          <w:b w:val="0"/>
          <w:i/>
          <w:color w:val="000000"/>
          <w:sz w:val="24"/>
        </w:rPr>
        <w:t>«ибо в этом весь человек»</w:t>
      </w:r>
      <w:r>
        <w:rPr>
          <w:rFonts w:ascii="Georgia" w:hAnsi="Georgia"/>
          <w:b w:val="0"/>
          <w:i w:val="0"/>
          <w:color w:val="000000"/>
          <w:sz w:val="24"/>
        </w:rPr>
        <w:t xml:space="preserve"> (Коэлет 12:13), и в этом состоит цель вещей; и об этом сказано здесь: «ведь для того ты и был сотворен» (Авот 2:8). И подобно тому как материя предшествовала форме, являющейся частью Всевышнего свыше, так дурное побуждение (</w:t>
      </w:r>
      <w:r>
        <w:rPr>
          <w:rFonts w:ascii="Georgia" w:hAnsi="Georgia"/>
          <w:b w:val="0"/>
          <w:i/>
          <w:color w:val="000000"/>
          <w:sz w:val="24"/>
        </w:rPr>
        <w:t>йецер а-ра</w:t>
      </w:r>
      <w:r>
        <w:rPr>
          <w:rFonts w:ascii="Georgia" w:hAnsi="Georgia"/>
          <w:b w:val="0"/>
          <w:i w:val="0"/>
          <w:color w:val="000000"/>
          <w:sz w:val="24"/>
        </w:rPr>
        <w:t>) опередило доброе побуждение (</w:t>
      </w:r>
      <w:r>
        <w:rPr>
          <w:rFonts w:ascii="Georgia" w:hAnsi="Georgia"/>
          <w:b w:val="0"/>
          <w:i/>
          <w:color w:val="000000"/>
          <w:sz w:val="24"/>
        </w:rPr>
        <w:t>йецер а-тов</w:t>
      </w:r>
      <w:r>
        <w:rPr>
          <w:rFonts w:ascii="Georgia" w:hAnsi="Georgia"/>
          <w:b w:val="0"/>
          <w:i w:val="0"/>
          <w:color w:val="000000"/>
          <w:sz w:val="24"/>
        </w:rPr>
        <w:t xml:space="preserve">); и этого достаточно. И в этом смысл стиха: </w:t>
      </w:r>
      <w:r>
        <w:rPr>
          <w:rFonts w:ascii="Georgia" w:hAnsi="Georgia"/>
          <w:b w:val="0"/>
          <w:i/>
          <w:color w:val="000000"/>
          <w:sz w:val="24"/>
        </w:rPr>
        <w:t>«Суть всего, после того как все было услышано…»</w:t>
      </w:r>
      <w:r>
        <w:rPr>
          <w:rFonts w:ascii="Georgia" w:hAnsi="Georgia"/>
          <w:b w:val="0"/>
          <w:i w:val="0"/>
          <w:color w:val="000000"/>
          <w:sz w:val="24"/>
        </w:rPr>
        <w:t xml:space="preserve"> (Коэлет 12:13), то есть последняя вещь из четырех упомянутых, каковой является цель. И известно, что грех наносит ущерб, образуя пятно и ржавчину на душе, и это болезнь чистой души. А когда она пребывает в нечистоте и запятнанности, она не способна видеть и постигать истинное совершенство, то есть тайны Торы, чтобы форме [души] соединиться с Ним [в двекут], ведь для этого она и была создана. И потому спрашивают ее [душу]: «Вглядывался ли ты в Шиур Кома?» — то есть в тайны Торы. Прегрешение же становится преградой (экраном) и разделением между нею и ее Создателем, мешая видеть и понимать высшие, святые и чистые предметы, как сказано: </w:t>
      </w:r>
      <w:r>
        <w:rPr>
          <w:rFonts w:ascii="Georgia" w:hAnsi="Georgia"/>
          <w:b w:val="0"/>
          <w:i/>
          <w:color w:val="000000"/>
          <w:sz w:val="24"/>
        </w:rPr>
        <w:t>«Тора Г-сподня непорочна, возвращает душу»</w:t>
      </w:r>
      <w:r>
        <w:rPr>
          <w:rFonts w:ascii="Georgia" w:hAnsi="Georgia"/>
          <w:b w:val="0"/>
          <w:i w:val="0"/>
          <w:color w:val="000000"/>
          <w:sz w:val="24"/>
        </w:rPr>
        <w:t xml:space="preserve"> (Теилим 19:8), поскольку она возвращает ее на свое место, чтобы часть соединилась со Всем. Когда же она нечиста, она не способна видеть, и чистые предметы не сияют в ней, подобно тому как не сияет медное зеркало, когда оно покрыто пятнами и ржавчиной: в нем не видны образы, разве только тусклыми и искаженными. Когда же оно чисто и прозрачно, тогда вещи и образы видны в нем исправно, в их подлинном виде. Так и душа: когда она чиста и непорочна, в ней запечатлеваются святые высшие истины. Когда же она покрыта ржавчиной и пятнами, тогда для нее горькое кажется сладким (Йешаяу 5:20) — подобно больному, который во время болезни питает отвращение к полезной пище и любит то, что лишь отягощает недуг. Врач же, чтобы приблизить его выздоровление, дает ему снадобья, некоторые из которых горьки, как полынь, чтобы благодаря им его природа вернулась к своему первоначальному состоянию и прежнему здоровью. Так и для больной души: чтобы устранить ее недуг, человеку необходимо принять на себя горечь врачевания и раскаяние с умерщвлением плоти (</w:t>
      </w:r>
      <w:r>
        <w:rPr>
          <w:rFonts w:ascii="Georgia" w:hAnsi="Georgia"/>
          <w:b w:val="0"/>
          <w:i/>
          <w:color w:val="000000"/>
          <w:sz w:val="24"/>
        </w:rPr>
        <w:t>сигуфим</w:t>
      </w:r>
      <w:r>
        <w:rPr>
          <w:rFonts w:ascii="Georgia" w:hAnsi="Georgia"/>
          <w:b w:val="0"/>
          <w:i w:val="0"/>
          <w:color w:val="000000"/>
          <w:sz w:val="24"/>
        </w:rPr>
        <w:t>), с постами, вретищем и пеплом, с ударами плетью, омовениями в микве и очищением от грязи и пятен прегрешений, чтобы он смог постигать и понимать высшие предметы, являющиеся сокровенными тайнами мира (</w:t>
      </w:r>
      <w:r>
        <w:rPr>
          <w:rFonts w:ascii="Georgia" w:hAnsi="Georgia"/>
          <w:b w:val="0"/>
          <w:i/>
          <w:color w:val="000000"/>
          <w:sz w:val="24"/>
        </w:rPr>
        <w:t>кившоно шель олам</w:t>
      </w:r>
      <w:r>
        <w:rPr>
          <w:rFonts w:ascii="Georgia" w:hAnsi="Georgia"/>
          <w:b w:val="0"/>
          <w:i w:val="0"/>
          <w:color w:val="000000"/>
          <w:sz w:val="24"/>
        </w:rPr>
        <w:t>), — то есть эту мудрость, остававшуюся скрытой с древних времен до Рашби (мир ему) и доныне. Как сказал он, мир ему: «Ей не дано разрешения открыться вплоть до последнего поколения, когда придет Царь Машиах», — то есть в наше время, когда благодаря нашему святому Б-жественному учителю, наставнику нашему рабби Ицхаку де Лурия, благословенной памяти, через озаривший его дух пророчества он начал просвещать наши глаза светом этой Б-жественной мудрости, сокрытой от глаз всего живущего, чтобы произошло возвышение и помощь снизу, как сказали мудрецы, благословенной памяти: «Высшие на деле нуждаются в нижних».</w:t>
      </w:r>
    </w:p>
    <w:p>
      <w:pPr>
        <w:spacing w:before="40" w:after="120"/>
        <w:jc w:val="both"/>
      </w:pPr>
      <w:r>
        <w:rPr>
          <w:rFonts w:ascii="Georgia" w:hAnsi="Georgia"/>
          <w:b w:val="0"/>
          <w:i w:val="0"/>
          <w:color w:val="000000"/>
          <w:sz w:val="24"/>
        </w:rPr>
        <w:t>И Рашби, мир ему, сказал, что необходимо пробуждение снизу вверх (</w:t>
      </w:r>
      <w:r>
        <w:rPr>
          <w:rFonts w:ascii="Georgia" w:hAnsi="Georgia"/>
          <w:b w:val="0"/>
          <w:i/>
          <w:color w:val="000000"/>
          <w:sz w:val="24"/>
        </w:rPr>
        <w:t>итъорерут ми-тата ле-эла</w:t>
      </w:r>
      <w:r>
        <w:rPr>
          <w:rFonts w:ascii="Georgia" w:hAnsi="Georgia"/>
          <w:b w:val="0"/>
          <w:i w:val="0"/>
          <w:color w:val="000000"/>
          <w:sz w:val="24"/>
        </w:rPr>
        <w:t>), чтобы содействовать приходу Искупителя, и да произойдет это вскоре, в наши дни! Ведь мы видим, что бедствия следуют чередой одно за другим, и все признаки, о которых рабби Ишмаэль, мир ему, говорил, что они явятся по следам Машиаха (</w:t>
      </w:r>
      <w:r>
        <w:rPr>
          <w:rFonts w:ascii="Georgia" w:hAnsi="Georgia"/>
          <w:b w:val="0"/>
          <w:i/>
          <w:color w:val="000000"/>
          <w:sz w:val="24"/>
        </w:rPr>
        <w:t>бе-иквот мешиха</w:t>
      </w:r>
      <w:r>
        <w:rPr>
          <w:rFonts w:ascii="Georgia" w:hAnsi="Georgia"/>
          <w:b w:val="0"/>
          <w:i w:val="0"/>
          <w:color w:val="000000"/>
          <w:sz w:val="24"/>
        </w:rPr>
        <w:t xml:space="preserve">), мы наблюдаем в наше время, так что ни один из них не миновал; и благодаря раскрытию... ...света этой мудрости через истинного святого [наставника], мир ему. При этом он не открывал ни одной тайны из глубин этой святой мудрости тому, в чьей душе видел посредством святого духа изъян, пока не давал ему исправление, чтобы исправить все, что тот исказил. И подобно тому как опытный врач дает для каждой болезни снадобье, необходимое для ее исцеления, так и он, мир ему, распознавал прегрешение, указывал человеку поврежденное место и давал исправление, необходимое для этого прегрешения, чтобы омыть его душу для восприятия высшего света, как написано: </w:t>
      </w:r>
      <w:r>
        <w:rPr>
          <w:rFonts w:ascii="Georgia" w:hAnsi="Georgia"/>
          <w:b w:val="0"/>
          <w:i/>
          <w:color w:val="000000"/>
          <w:sz w:val="24"/>
        </w:rPr>
        <w:t>«Омой от зла сердце твое, Йерушалаим, чтобы спастись тебе»</w:t>
      </w:r>
      <w:r>
        <w:rPr>
          <w:rFonts w:ascii="Georgia" w:hAnsi="Georgia"/>
          <w:b w:val="0"/>
          <w:i w:val="0"/>
          <w:color w:val="000000"/>
          <w:sz w:val="24"/>
        </w:rPr>
        <w:t xml:space="preserve"> (Ирмеяу 4:14). И ныне, по нашим многочисленным и тяжким прегрешениям, он был призван в горнюю обитель; он, мир ему, отошел к своему упокоению и оставил нас стенать, и нет никого, кто устранил бы разделяющую завесу между нами и нашим Б-гом, каковой являются прегрешения, как сказал пророк, мир ему: </w:t>
      </w:r>
      <w:r>
        <w:rPr>
          <w:rFonts w:ascii="Georgia" w:hAnsi="Georgia"/>
          <w:b w:val="0"/>
          <w:i/>
          <w:color w:val="000000"/>
          <w:sz w:val="24"/>
        </w:rPr>
        <w:t>«Но грехи ваши стали преградой между вами и вашим Б-гом…»</w:t>
      </w:r>
      <w:r>
        <w:rPr>
          <w:rFonts w:ascii="Georgia" w:hAnsi="Georgia"/>
          <w:b w:val="0"/>
          <w:i w:val="0"/>
          <w:color w:val="000000"/>
          <w:sz w:val="24"/>
        </w:rPr>
        <w:t xml:space="preserve"> (Йешаяу 59:2). И поскольку мудрецы наши, благословенной памяти, сказали: «Тому, кто приходит очиститься, помогают [свыше]» (Шаббат 104а), я решил ради того, чтобы обрести заслугу самому и дать заслугу тому, кто хочет вернуться в совершенном раскаянии, очистить свою душу и войти в Пардес мудрости, чтобы в его душе запечатлелись святые высшие истины, — я решил записать прегрешения, в которых человек оступается в юности или в старости, как сказано в Писании: </w:t>
      </w:r>
      <w:r>
        <w:rPr>
          <w:rFonts w:ascii="Georgia" w:hAnsi="Georgia"/>
          <w:b w:val="0"/>
          <w:i/>
          <w:color w:val="000000"/>
          <w:sz w:val="24"/>
        </w:rPr>
        <w:t>«Ибо помысел сердца человеческого — зло от юности его»</w:t>
      </w:r>
      <w:r>
        <w:rPr>
          <w:rFonts w:ascii="Georgia" w:hAnsi="Georgia"/>
          <w:b w:val="0"/>
          <w:i w:val="0"/>
          <w:color w:val="000000"/>
          <w:sz w:val="24"/>
        </w:rPr>
        <w:t xml:space="preserve"> (Берешит 8:21); и то врачевание, которое требуется совершить для каждого отдельного прегрешения: чтобы знать поврежденное место, что следует предпринять для исправления и какое раскаяние совершить, чтобы исправить содеянное кривое, из того, что имеется у меня со слов Учителя, мир ему; а также намерения и исправления, требуемые для каждого греха, и круговороты душ (гильгулим), в которые душе придется перевоплощаться за каждый грех, чтобы содрогнулось его сердце от наказания, и он вернулся к Г-споду, и Тот помиловал его (Йешаяу 55:7). И пусть Он, благословенный и превознесенный, озарит наши глаза светом Своей Торы и откроет очи наши, чтобы видеть и постигать чудеса и тайны Его святой и непорочной Торы. И перед Первопричиной всех причин и Источником всех следствий я повергаю мольбу мою пред Престолом славы Его, молюсь, прошу и чаю помощи и поддержки: да поддержит Он меня, и поможет мне, и убережет от ошибок, чтобы я не преткнулся в своих писаниях, и чтобы труд мой был угоден Ему, а мое намерение — раскаяться в прегрешениях моих и служить Ему с цельным сердцем, ведь на Него уповало... ...сердце мое, и Он помог мне (Теилим 28:7); и пусть озарит Он мои очи светом Своей святой Торы, хотя я и недостоин, и не заслуживаю входить внутрь за пределы отведенной мне грани.</w:t>
      </w:r>
    </w:p>
    <w:p>
      <w:pPr>
        <w:spacing w:before="40" w:after="120"/>
        <w:jc w:val="both"/>
      </w:pPr>
      <w:r>
        <w:rPr>
          <w:rFonts w:ascii="Georgia" w:hAnsi="Georgia"/>
          <w:b w:val="0"/>
          <w:i w:val="0"/>
          <w:color w:val="000000"/>
          <w:sz w:val="24"/>
        </w:rPr>
        <w:t xml:space="preserve">Однако тому, кто приходит очиститься, помогают [свыше]; и потому </w:t>
      </w:r>
      <w:r>
        <w:rPr>
          <w:rFonts w:ascii="Georgia" w:hAnsi="Georgia"/>
          <w:b w:val="0"/>
          <w:i/>
          <w:color w:val="000000"/>
          <w:sz w:val="24"/>
        </w:rPr>
        <w:t>«я сделал лицо мое как кремень, и знаю, что не устыжусь»</w:t>
      </w:r>
      <w:r>
        <w:rPr>
          <w:rFonts w:ascii="Georgia" w:hAnsi="Georgia"/>
          <w:b w:val="0"/>
          <w:i w:val="0"/>
          <w:color w:val="000000"/>
          <w:sz w:val="24"/>
        </w:rPr>
        <w:t xml:space="preserve"> (Йешаяу 50:7). И я начну: </w:t>
      </w:r>
      <w:r>
        <w:rPr>
          <w:rFonts w:ascii="Georgia" w:hAnsi="Georgia"/>
          <w:b w:val="0"/>
          <w:i/>
          <w:color w:val="000000"/>
          <w:sz w:val="24"/>
        </w:rPr>
        <w:t>«Помощь моя — от Г-спода, Творца неба и земли»</w:t>
      </w:r>
      <w:r>
        <w:rPr>
          <w:rFonts w:ascii="Georgia" w:hAnsi="Georgia"/>
          <w:b w:val="0"/>
          <w:i w:val="0"/>
          <w:color w:val="000000"/>
          <w:sz w:val="24"/>
        </w:rPr>
        <w:t xml:space="preserve"> (Теилим 121:2). И вот я приступаю к описанию врачевания болезней души, как упомянуто выше, сообразно тому, как слышал из уст моего учителя, благословенна память его для жизни мира грядущего. [На этом заканчиваются слова автора книги «Олат Тамид»]</w:t>
      </w:r>
    </w:p>
    <w:p>
      <w:r>
        <w:br w:type="page"/>
      </w:r>
    </w:p>
    <w:p>
      <w:pPr>
        <w:keepNext/>
        <w:spacing w:before="360" w:after="160"/>
        <w:jc w:val="center"/>
      </w:pPr>
      <w:r>
        <w:rPr>
          <w:rFonts w:ascii="Georgia" w:hAnsi="Georgia"/>
          <w:b w:val="0"/>
          <w:i w:val="0"/>
          <w:color w:val="000000"/>
          <w:sz w:val="40"/>
        </w:rPr>
        <w:t>Исправления прегрешений</w:t>
      </w:r>
    </w:p>
    <w:p>
      <w:pPr>
        <w:keepNext/>
        <w:spacing w:before="320" w:after="120"/>
      </w:pPr>
      <w:r>
        <w:rPr>
          <w:rFonts w:ascii="Georgia" w:hAnsi="Georgia"/>
          <w:b w:val="0"/>
          <w:i w:val="0"/>
          <w:color w:val="000000"/>
          <w:sz w:val="32"/>
        </w:rPr>
        <w:t>Исправление 1</w:t>
      </w:r>
    </w:p>
    <w:p>
      <w:pPr>
        <w:spacing w:before="40" w:after="120"/>
        <w:jc w:val="both"/>
      </w:pPr>
      <w:r>
        <w:rPr>
          <w:rFonts w:ascii="Georgia" w:hAnsi="Georgia"/>
          <w:b w:val="0"/>
          <w:i w:val="0"/>
          <w:color w:val="000000"/>
          <w:sz w:val="24"/>
        </w:rPr>
        <w:t>Для человека, преступившего повелительную заповедь: исправление каждой отдельной заповеди соразмерно степени ее строгости и величия в частных подробностях. Однако как в общем, так и в частности, в отношении этих четырех повелительных заповедей — пренебрежения молитвой, тфилин, цицит и чтением «Шма», — хотя они уже были объяснены на своем месте, разъясним их здесь: за каждое из них необходимо поститься шестьдесят один (</w:t>
      </w:r>
      <w:r>
        <w:rPr>
          <w:rFonts w:ascii="Georgia" w:hAnsi="Georgia" w:cs="Times New Roman"/>
          <w:b/>
          <w:i w:val="0"/>
          <w:color w:val="000000"/>
          <w:sz w:val="24"/>
          <w:rtl/>
          <w:szCs w:val="32"/>
        </w:rPr>
        <w:t>ס״א</w:t>
      </w:r>
      <w:r>
        <w:rPr>
          <w:rFonts w:ascii="Georgia" w:hAnsi="Georgia"/>
          <w:b w:val="0"/>
          <w:i w:val="0"/>
          <w:color w:val="000000"/>
          <w:sz w:val="24"/>
        </w:rPr>
        <w:t xml:space="preserve">) пост. Смысл [этого] заключается в том, что уже разъяснялось: все повелительные заповеди происходят от хасадим, а все запрещающие заповеди — от гвурот. И известно, что Хесед называется ЭЛЬ, как сказано в Писании: </w:t>
      </w:r>
      <w:r>
        <w:rPr>
          <w:rFonts w:ascii="Georgia" w:hAnsi="Georgia"/>
          <w:b w:val="0"/>
          <w:i/>
          <w:color w:val="000000"/>
          <w:sz w:val="24"/>
        </w:rPr>
        <w:t>«Милость Б-жья — весь день»</w:t>
      </w:r>
      <w:r>
        <w:rPr>
          <w:rFonts w:ascii="Georgia" w:hAnsi="Georgia"/>
          <w:b w:val="0"/>
          <w:i w:val="0"/>
          <w:color w:val="000000"/>
          <w:sz w:val="24"/>
        </w:rPr>
        <w:t xml:space="preserve"> (Теилим 52:3). И вот [Имя] ЭЛЬ в наполнении — алеф и ламэд (</w:t>
      </w:r>
      <w:r>
        <w:rPr>
          <w:rFonts w:ascii="Georgia" w:hAnsi="Georgia" w:cs="Times New Roman"/>
          <w:b/>
          <w:i w:val="0"/>
          <w:color w:val="000000"/>
          <w:sz w:val="24"/>
          <w:rtl/>
          <w:szCs w:val="32"/>
        </w:rPr>
        <w:t>אל״ף למ״ד</w:t>
      </w:r>
      <w:r>
        <w:rPr>
          <w:rFonts w:ascii="Georgia" w:hAnsi="Georgia"/>
          <w:b w:val="0"/>
          <w:i w:val="0"/>
          <w:color w:val="000000"/>
          <w:sz w:val="24"/>
        </w:rPr>
        <w:t>) — по гематрии составляет 185 (</w:t>
      </w:r>
      <w:r>
        <w:rPr>
          <w:rFonts w:ascii="Georgia" w:hAnsi="Georgia" w:cs="Times New Roman"/>
          <w:b/>
          <w:i w:val="0"/>
          <w:color w:val="000000"/>
          <w:sz w:val="24"/>
          <w:rtl/>
          <w:szCs w:val="32"/>
        </w:rPr>
        <w:t>קפ״ה</w:t>
      </w:r>
      <w:r>
        <w:rPr>
          <w:rFonts w:ascii="Georgia" w:hAnsi="Georgia"/>
          <w:b w:val="0"/>
          <w:i w:val="0"/>
          <w:color w:val="000000"/>
          <w:sz w:val="24"/>
        </w:rPr>
        <w:t>), а дважды [Имя] ЭЛЬ [в наполнении] — по гематрии 370 (</w:t>
      </w:r>
      <w:r>
        <w:rPr>
          <w:rFonts w:ascii="Georgia" w:hAnsi="Georgia" w:cs="Times New Roman"/>
          <w:b/>
          <w:i w:val="0"/>
          <w:color w:val="000000"/>
          <w:sz w:val="24"/>
          <w:rtl/>
          <w:szCs w:val="32"/>
        </w:rPr>
        <w:t>ש״ע</w:t>
      </w:r>
      <w:r>
        <w:rPr>
          <w:rFonts w:ascii="Georgia" w:hAnsi="Georgia"/>
          <w:b w:val="0"/>
          <w:i w:val="0"/>
          <w:color w:val="000000"/>
          <w:sz w:val="24"/>
        </w:rPr>
        <w:t>). А пять букв наполнения [вместе с этим] дают по гематрии 375 (</w:t>
      </w:r>
      <w:r>
        <w:rPr>
          <w:rFonts w:ascii="Georgia" w:hAnsi="Georgia" w:cs="Times New Roman"/>
          <w:b/>
          <w:i w:val="0"/>
          <w:color w:val="000000"/>
          <w:sz w:val="24"/>
          <w:rtl/>
          <w:szCs w:val="32"/>
        </w:rPr>
        <w:t>עש״ה</w:t>
      </w:r>
      <w:r>
        <w:rPr>
          <w:rFonts w:ascii="Georgia" w:hAnsi="Georgia"/>
          <w:b w:val="0"/>
          <w:i w:val="0"/>
          <w:color w:val="000000"/>
          <w:sz w:val="24"/>
        </w:rPr>
        <w:t>), и в этом тайна повелительной заповеди (</w:t>
      </w:r>
      <w:r>
        <w:rPr>
          <w:rFonts w:ascii="Georgia" w:hAnsi="Georgia"/>
          <w:b w:val="0"/>
          <w:i/>
          <w:color w:val="000000"/>
          <w:sz w:val="24"/>
        </w:rPr>
        <w:t>мицват асэ</w:t>
      </w:r>
      <w:r>
        <w:rPr>
          <w:rFonts w:ascii="Georgia" w:hAnsi="Georgia"/>
          <w:b w:val="0"/>
          <w:i w:val="0"/>
          <w:color w:val="000000"/>
          <w:sz w:val="24"/>
        </w:rPr>
        <w:t xml:space="preserve">). [Говорит Шмуэль: я не понял, почему их пять, ведь их шесть.] Поэтому постов шестьдесят один, по числу двух [простых Имен] ЭЛЬ, которые суть корень [слова] </w:t>
      </w:r>
      <w:r>
        <w:rPr>
          <w:rFonts w:ascii="Georgia" w:hAnsi="Georgia"/>
          <w:b w:val="0"/>
          <w:i/>
          <w:color w:val="000000"/>
          <w:sz w:val="24"/>
        </w:rPr>
        <w:t>асэ</w:t>
      </w:r>
      <w:r>
        <w:rPr>
          <w:rFonts w:ascii="Georgia" w:hAnsi="Georgia"/>
          <w:b w:val="0"/>
          <w:i w:val="0"/>
          <w:color w:val="000000"/>
          <w:sz w:val="24"/>
        </w:rPr>
        <w:t>.</w:t>
      </w:r>
    </w:p>
    <w:p>
      <w:pPr>
        <w:spacing w:before="40" w:after="120"/>
        <w:jc w:val="both"/>
      </w:pPr>
      <w:r>
        <w:rPr>
          <w:rFonts w:ascii="Georgia" w:hAnsi="Georgia"/>
          <w:b w:val="0"/>
          <w:i w:val="0"/>
          <w:color w:val="000000"/>
          <w:sz w:val="24"/>
        </w:rPr>
        <w:t>И вот один [ЭЛЬ] включается в другой, и потому постов всего шестьдесят один — и это [также] число [слова] «Я» (</w:t>
      </w:r>
      <w:r>
        <w:rPr>
          <w:rFonts w:ascii="Georgia" w:hAnsi="Georgia"/>
          <w:b w:val="0"/>
          <w:i/>
          <w:color w:val="000000"/>
          <w:sz w:val="24"/>
        </w:rPr>
        <w:t>Ани</w:t>
      </w:r>
      <w:r>
        <w:rPr>
          <w:rFonts w:ascii="Georgia" w:hAnsi="Georgia"/>
          <w:b w:val="0"/>
          <w:i w:val="0"/>
          <w:color w:val="000000"/>
          <w:sz w:val="24"/>
        </w:rPr>
        <w:t xml:space="preserve">, </w:t>
      </w:r>
      <w:r>
        <w:rPr>
          <w:rFonts w:ascii="Georgia" w:hAnsi="Georgia" w:cs="Times New Roman"/>
          <w:b/>
          <w:i w:val="0"/>
          <w:color w:val="000000"/>
          <w:sz w:val="24"/>
          <w:rtl/>
          <w:szCs w:val="32"/>
        </w:rPr>
        <w:t>אֲנִי</w:t>
      </w:r>
      <w:r>
        <w:rPr>
          <w:rFonts w:ascii="Georgia" w:hAnsi="Georgia"/>
          <w:b w:val="0"/>
          <w:i w:val="0"/>
          <w:color w:val="000000"/>
          <w:sz w:val="24"/>
        </w:rPr>
        <w:t xml:space="preserve">) в </w:t>
      </w:r>
      <w:r>
        <w:rPr>
          <w:rFonts w:ascii="Georgia" w:hAnsi="Georgia"/>
          <w:b w:val="0"/>
          <w:i/>
          <w:color w:val="000000"/>
          <w:sz w:val="24"/>
        </w:rPr>
        <w:t>«Я — Г-сподь»</w:t>
      </w:r>
      <w:r>
        <w:rPr>
          <w:rFonts w:ascii="Georgia" w:hAnsi="Georgia"/>
          <w:b w:val="0"/>
          <w:i w:val="0"/>
          <w:color w:val="000000"/>
          <w:sz w:val="24"/>
        </w:rPr>
        <w:t xml:space="preserve"> (Шмот 6:2). [Говорит Шмуэль: и этого я тоже не понял. Ведь если один [ЭЛЬ] включается в другой, тогда должно было бы хватить тридцати одного (</w:t>
      </w:r>
      <w:r>
        <w:rPr>
          <w:rFonts w:ascii="Georgia" w:hAnsi="Georgia" w:cs="Times New Roman"/>
          <w:b/>
          <w:i w:val="0"/>
          <w:color w:val="000000"/>
          <w:sz w:val="24"/>
          <w:rtl/>
          <w:szCs w:val="32"/>
        </w:rPr>
        <w:t>ל״א</w:t>
      </w:r>
      <w:r>
        <w:rPr>
          <w:rFonts w:ascii="Georgia" w:hAnsi="Georgia"/>
          <w:b w:val="0"/>
          <w:i w:val="0"/>
          <w:color w:val="000000"/>
          <w:sz w:val="24"/>
        </w:rPr>
        <w:t>) поста! Однако его мысль — [ответить на вопрос], почему постов не шестьдесят два (</w:t>
      </w:r>
      <w:r>
        <w:rPr>
          <w:rFonts w:ascii="Georgia" w:hAnsi="Georgia" w:cs="Times New Roman"/>
          <w:b/>
          <w:i w:val="0"/>
          <w:color w:val="000000"/>
          <w:sz w:val="24"/>
          <w:rtl/>
          <w:szCs w:val="32"/>
        </w:rPr>
        <w:t>ס״ב</w:t>
      </w:r>
      <w:r>
        <w:rPr>
          <w:rFonts w:ascii="Georgia" w:hAnsi="Georgia"/>
          <w:b w:val="0"/>
          <w:i w:val="0"/>
          <w:color w:val="000000"/>
          <w:sz w:val="24"/>
        </w:rPr>
        <w:t>), и он ответил, что один включается в другой, и достаточно шестидесяти одного поста, а одна недостающая буква алеф (</w:t>
      </w:r>
      <w:r>
        <w:rPr>
          <w:rFonts w:ascii="Georgia" w:hAnsi="Georgia" w:cs="Times New Roman"/>
          <w:b/>
          <w:i w:val="0"/>
          <w:color w:val="000000"/>
          <w:sz w:val="24"/>
          <w:rtl/>
          <w:szCs w:val="32"/>
        </w:rPr>
        <w:t>אל״ף</w:t>
      </w:r>
      <w:r>
        <w:rPr>
          <w:rFonts w:ascii="Georgia" w:hAnsi="Georgia"/>
          <w:b w:val="0"/>
          <w:i w:val="0"/>
          <w:color w:val="000000"/>
          <w:sz w:val="24"/>
        </w:rPr>
        <w:t xml:space="preserve"> = 1) намекает на то, что один включается в другой. Но все же я еще не утолил своей жажды.]</w:t>
      </w:r>
    </w:p>
    <w:p>
      <w:pPr>
        <w:keepNext/>
        <w:spacing w:before="320" w:after="120"/>
      </w:pPr>
      <w:r>
        <w:rPr>
          <w:rFonts w:ascii="Georgia" w:hAnsi="Georgia"/>
          <w:b w:val="0"/>
          <w:i w:val="0"/>
          <w:color w:val="000000"/>
          <w:sz w:val="32"/>
        </w:rPr>
        <w:t>Исправление 2</w:t>
      </w:r>
    </w:p>
    <w:p>
      <w:pPr>
        <w:spacing w:before="40" w:after="120"/>
        <w:jc w:val="both"/>
      </w:pPr>
      <w:r>
        <w:rPr>
          <w:rFonts w:ascii="Georgia" w:hAnsi="Georgia"/>
          <w:b w:val="0"/>
          <w:i w:val="0"/>
          <w:color w:val="000000"/>
          <w:sz w:val="24"/>
        </w:rPr>
        <w:t>Человеку, согрешившему в мысли: пусть выдержит 87 (</w:t>
      </w:r>
      <w:r>
        <w:rPr>
          <w:rFonts w:ascii="Georgia" w:hAnsi="Georgia" w:cs="Times New Roman"/>
          <w:b/>
          <w:i w:val="0"/>
          <w:color w:val="000000"/>
          <w:sz w:val="24"/>
          <w:rtl/>
          <w:szCs w:val="32"/>
        </w:rPr>
        <w:t>פ״ז</w:t>
      </w:r>
      <w:r>
        <w:rPr>
          <w:rFonts w:ascii="Georgia" w:hAnsi="Georgia"/>
          <w:b w:val="0"/>
          <w:i w:val="0"/>
          <w:color w:val="000000"/>
          <w:sz w:val="24"/>
        </w:rPr>
        <w:t>) постов и сосредоточит намерение на Имени АВАЯ де-альфин (с наполнением алеф), гематрия которого — МА (</w:t>
      </w:r>
      <w:r>
        <w:rPr>
          <w:rFonts w:ascii="Georgia" w:hAnsi="Georgia" w:cs="Times New Roman"/>
          <w:b/>
          <w:i w:val="0"/>
          <w:color w:val="000000"/>
          <w:sz w:val="24"/>
          <w:rtl/>
          <w:szCs w:val="32"/>
        </w:rPr>
        <w:t>מ״ה</w:t>
      </w:r>
      <w:r>
        <w:rPr>
          <w:rFonts w:ascii="Georgia" w:hAnsi="Georgia"/>
          <w:b w:val="0"/>
          <w:i w:val="0"/>
          <w:color w:val="000000"/>
          <w:sz w:val="24"/>
        </w:rPr>
        <w:t xml:space="preserve"> = 45), и на его 42 (</w:t>
      </w:r>
      <w:r>
        <w:rPr>
          <w:rFonts w:ascii="Georgia" w:hAnsi="Georgia" w:cs="Times New Roman"/>
          <w:b/>
          <w:i w:val="0"/>
          <w:color w:val="000000"/>
          <w:sz w:val="24"/>
          <w:rtl/>
          <w:szCs w:val="32"/>
        </w:rPr>
        <w:t>מ״ב</w:t>
      </w:r>
      <w:r>
        <w:rPr>
          <w:rFonts w:ascii="Georgia" w:hAnsi="Georgia"/>
          <w:b w:val="0"/>
          <w:i w:val="0"/>
          <w:color w:val="000000"/>
          <w:sz w:val="24"/>
        </w:rPr>
        <w:t>) буквах, содержащихся в простом [написании], наполнении и наполнении наполнения, — ведь оба они вместе по гематрии составляют 87.</w:t>
      </w:r>
    </w:p>
    <w:p>
      <w:pPr>
        <w:keepNext/>
        <w:spacing w:before="320" w:after="120"/>
      </w:pPr>
      <w:r>
        <w:rPr>
          <w:rFonts w:ascii="Georgia" w:hAnsi="Georgia"/>
          <w:b w:val="0"/>
          <w:i w:val="0"/>
          <w:color w:val="000000"/>
          <w:sz w:val="32"/>
        </w:rPr>
        <w:t>Исправление 3</w:t>
      </w:r>
    </w:p>
    <w:p>
      <w:pPr>
        <w:spacing w:before="40" w:after="120"/>
        <w:jc w:val="both"/>
      </w:pPr>
      <w:r>
        <w:rPr>
          <w:rFonts w:ascii="Georgia" w:hAnsi="Georgia"/>
          <w:b w:val="0"/>
          <w:i w:val="0"/>
          <w:color w:val="000000"/>
          <w:sz w:val="24"/>
        </w:rPr>
        <w:t>Для человека, пользующегося практической Каббалой. Сначала я объясню, в чем заключается его прегрешение, приведя слова моего учителя, благословенна его память:</w:t>
      </w:r>
    </w:p>
    <w:p>
      <w:pPr>
        <w:spacing w:before="40" w:after="120"/>
        <w:jc w:val="both"/>
      </w:pPr>
      <w:r>
        <w:rPr>
          <w:rFonts w:ascii="Georgia" w:hAnsi="Georgia"/>
          <w:b w:val="0"/>
          <w:i w:val="0"/>
          <w:color w:val="000000"/>
          <w:sz w:val="24"/>
        </w:rPr>
        <w:t>«Я, пишущий это Хаим, спросил моего учителя, благословенна его память, об использовании практической Каббалы, которое запрещено во всех книгах поздних каббалистов (ахроним): как же рабби Ишмаэль и рабби Акива, мир им, в главах о чертогах пользовались грозными Именами для [укрепления] памяти и раскрытия сердца? И он ответил мне, что в их времена был доступен пепел [красной] коровы, и они полностью очищались от всякой нечистоты. Мы же все нечисты от мертвого тела, и у нас нет пепла [красной] коровы, чтобы очиститься от нечистоты мертвого. И какая польза в том, если мы очистимся от остальных видов нечистоты, когда нечистота мертвого остается в силе? Поэтому в наше время у нас нет разрешения пользоваться святыми Именами, а того, кто ими пользуется, ждет суровое наказание, как будет сказано ниже».</w:t>
      </w:r>
    </w:p>
    <w:p>
      <w:pPr>
        <w:spacing w:before="40" w:after="120"/>
        <w:jc w:val="both"/>
      </w:pPr>
      <w:r>
        <w:rPr>
          <w:rFonts w:ascii="Georgia" w:hAnsi="Georgia"/>
          <w:b w:val="0"/>
          <w:i w:val="0"/>
          <w:color w:val="000000"/>
          <w:sz w:val="24"/>
        </w:rPr>
        <w:t xml:space="preserve">А рав Элия де Видас сказал мне, что он тоже задал упомянутый вопрос моему учителю, благословенна его память, ведь мы находим и видим, что все ранние [мудрецы] (ришоним) пользовались Именами. И тот ответил ему: всякому человеку, который способен исполнить на себе сказанное в Писании: </w:t>
      </w:r>
      <w:r>
        <w:rPr>
          <w:rFonts w:ascii="Georgia" w:hAnsi="Georgia"/>
          <w:b w:val="0"/>
          <w:i/>
          <w:color w:val="000000"/>
          <w:sz w:val="24"/>
        </w:rPr>
        <w:t>«Потому девы полюбили тебя»</w:t>
      </w:r>
      <w:r>
        <w:rPr>
          <w:rFonts w:ascii="Georgia" w:hAnsi="Georgia"/>
          <w:b w:val="0"/>
          <w:i w:val="0"/>
          <w:color w:val="000000"/>
          <w:sz w:val="24"/>
        </w:rPr>
        <w:t xml:space="preserve"> (Шир а-Ширим 1:3), дано разрешение пользоваться ими. Смысл же в том, как сказали наши мудрецы, благословенной памяти (ХАЗАЛЬ): «Не читай </w:t>
      </w:r>
      <w:r>
        <w:rPr>
          <w:rFonts w:ascii="Georgia" w:hAnsi="Georgia"/>
          <w:b w:val="0"/>
          <w:i/>
          <w:color w:val="000000"/>
          <w:sz w:val="24"/>
        </w:rPr>
        <w:t>аламот</w:t>
      </w:r>
      <w:r>
        <w:rPr>
          <w:rFonts w:ascii="Georgia" w:hAnsi="Georgia"/>
          <w:b w:val="0"/>
          <w:i w:val="0"/>
          <w:color w:val="000000"/>
          <w:sz w:val="24"/>
        </w:rPr>
        <w:t xml:space="preserve"> — «девы» (</w:t>
      </w:r>
      <w:r>
        <w:rPr>
          <w:rFonts w:ascii="Georgia" w:hAnsi="Georgia" w:cs="Times New Roman"/>
          <w:b/>
          <w:i w:val="0"/>
          <w:color w:val="000000"/>
          <w:sz w:val="24"/>
          <w:rtl/>
          <w:szCs w:val="32"/>
        </w:rPr>
        <w:t>עֲלָמוֹת</w:t>
      </w:r>
      <w:r>
        <w:rPr>
          <w:rFonts w:ascii="Georgia" w:hAnsi="Georgia"/>
          <w:b w:val="0"/>
          <w:i w:val="0"/>
          <w:color w:val="000000"/>
          <w:sz w:val="24"/>
        </w:rPr>
        <w:t xml:space="preserve">), а читай </w:t>
      </w:r>
      <w:r>
        <w:rPr>
          <w:rFonts w:ascii="Georgia" w:hAnsi="Georgia"/>
          <w:b w:val="0"/>
          <w:i/>
          <w:color w:val="000000"/>
          <w:sz w:val="24"/>
        </w:rPr>
        <w:t>альмавет</w:t>
      </w:r>
      <w:r>
        <w:rPr>
          <w:rFonts w:ascii="Georgia" w:hAnsi="Georgia"/>
          <w:b w:val="0"/>
          <w:i w:val="0"/>
          <w:color w:val="000000"/>
          <w:sz w:val="24"/>
        </w:rPr>
        <w:t xml:space="preserve"> — «над смертью» (</w:t>
      </w:r>
      <w:r>
        <w:rPr>
          <w:rFonts w:ascii="Georgia" w:hAnsi="Georgia" w:cs="Times New Roman"/>
          <w:b/>
          <w:i w:val="0"/>
          <w:color w:val="000000"/>
          <w:sz w:val="24"/>
          <w:rtl/>
          <w:szCs w:val="32"/>
        </w:rPr>
        <w:t>עַלְמָוֶת</w:t>
      </w:r>
      <w:r>
        <w:rPr>
          <w:rFonts w:ascii="Georgia" w:hAnsi="Georgia"/>
          <w:b w:val="0"/>
          <w:i w:val="0"/>
          <w:color w:val="000000"/>
          <w:sz w:val="24"/>
        </w:rPr>
        <w:t>), ведь даже ангел смерти становится другом праведника». Тот же, в ком нет никакого прегрешения, так что обвинитель (мекатрег) не сможет обвинить его пред Святым, благословен Он, сказав Ему: «Вот, такой-то пользуется Твоими Именами, а ведь в такой-то день он совершил такой-то грех!» — [не будет наказан]. Ведь тогда его покарали бы с Небес, если бы он пользовался Его Именами, благословен Он. Если же в человеке нет совершенно никакого прегрешения и против него нет никакого обвинения, так что даже ангел смерти становится его другом, — такой человек сможет пользоваться Его Именами, благословен Он, и не будет наказан.</w:t>
      </w:r>
    </w:p>
    <w:p>
      <w:pPr>
        <w:spacing w:before="40" w:after="120"/>
        <w:jc w:val="both"/>
      </w:pPr>
      <w:r>
        <w:rPr>
          <w:rFonts w:ascii="Georgia" w:hAnsi="Georgia"/>
          <w:b w:val="0"/>
          <w:i w:val="0"/>
          <w:color w:val="000000"/>
          <w:sz w:val="24"/>
        </w:rPr>
        <w:t>Нечто близкое к этому мы уже находим в главах о чертогах: входить в Пардес разрешено только тому, кто ни разу не нарушил ни одной из запрещающих заповедей Торы. Там же рассказывается, что когда рабби Нехунья предавался уединенному созерцанию в Пардесе, рабби Акива и рабби Ишмаэль коснулись его одеждой женщины, относительно которой было сомнение в нечистоте, — и его тотчас удалили от Престола Славы. Все это служит доказательством для двух приведенных ответов.</w:t>
      </w:r>
    </w:p>
    <w:p>
      <w:pPr>
        <w:spacing w:before="40" w:after="120"/>
        <w:jc w:val="both"/>
      </w:pPr>
      <w:r>
        <w:rPr>
          <w:rFonts w:ascii="Georgia" w:hAnsi="Georgia"/>
          <w:b w:val="0"/>
          <w:i w:val="0"/>
          <w:color w:val="000000"/>
          <w:sz w:val="24"/>
        </w:rPr>
        <w:t>В другой раз мой учитель, благословенна его память, ответил упомянутому человеку на тот же вопрос иначе, а именно: «Знай, что все Имена и амулеты (камейот), которые сейчас записаны в книгах, содержат ошибки. И даже в тех Именах и амулетах, которые были испытаны и признаны действенными знатоком, есть множество ошибок, и потому пользоваться ими запрещено. Если бы мы знали эти Имена в их точном устройстве и истинности, нам тоже было бы разрешено ими пользоваться».</w:t>
      </w:r>
    </w:p>
    <w:p>
      <w:pPr>
        <w:spacing w:before="40" w:after="120"/>
        <w:jc w:val="both"/>
      </w:pPr>
      <w:r>
        <w:rPr>
          <w:rFonts w:ascii="Georgia" w:hAnsi="Georgia"/>
          <w:b w:val="0"/>
          <w:i w:val="0"/>
          <w:color w:val="000000"/>
          <w:sz w:val="24"/>
        </w:rPr>
        <w:t>Порядок его исправления таков: пусть он девять раз перекатится в снегу. Причем каждый раз пусть катается всем телом нагим — со стороны лица и со спины, чтобы получилось девять перекатываний.</w:t>
      </w:r>
    </w:p>
    <w:p>
      <w:pPr>
        <w:spacing w:before="40" w:after="120"/>
        <w:jc w:val="both"/>
      </w:pPr>
      <w:r>
        <w:rPr>
          <w:rFonts w:ascii="Georgia" w:hAnsi="Georgia"/>
          <w:b w:val="0"/>
          <w:i w:val="0"/>
          <w:color w:val="000000"/>
          <w:sz w:val="24"/>
        </w:rPr>
        <w:t>[Говорит Шмуэль: в другом месте я нашел иную версию: «Пусть сидит в снегу». И еще вариант: пусть катается по снегу семь раз, поскольку все Имена исходят из Има Илаа, называемой «семь лет», — ведь там источник всех Имен, и именно там он нанес изъян своим грехом]. [Говорит Шмуэль: в другом месте написано следующее: «И его раскаяние (тшува) состоит в том, чтобы поститься семь раз по семь [дней]». (И мне представляется, что смысл этого связан со сказанным выше)].</w:t>
      </w:r>
    </w:p>
    <w:p>
      <w:pPr>
        <w:spacing w:before="40" w:after="120"/>
        <w:jc w:val="both"/>
      </w:pPr>
      <w:r>
        <w:rPr>
          <w:rFonts w:ascii="Georgia" w:hAnsi="Georgia"/>
          <w:b w:val="0"/>
          <w:i w:val="0"/>
          <w:color w:val="000000"/>
          <w:sz w:val="24"/>
        </w:rPr>
        <w:t xml:space="preserve">Вернемся к нашей теме. В этом и заключается смысл сказанного в Писании: </w:t>
      </w:r>
      <w:r>
        <w:rPr>
          <w:rFonts w:ascii="Georgia" w:hAnsi="Georgia"/>
          <w:b w:val="0"/>
          <w:i/>
          <w:color w:val="000000"/>
          <w:sz w:val="24"/>
        </w:rPr>
        <w:t>«Когда Всемогущий рассеивал царей на ней…»</w:t>
      </w:r>
      <w:r>
        <w:rPr>
          <w:rFonts w:ascii="Georgia" w:hAnsi="Georgia"/>
          <w:b w:val="0"/>
          <w:i w:val="0"/>
          <w:color w:val="000000"/>
          <w:sz w:val="24"/>
        </w:rPr>
        <w:t xml:space="preserve"> (Теилим 68:15). То есть когда человек произносит и ясно выговаривает своими устами святые Имена, такие как Имя ШАДАЙ и подобные ему, которые называются мелахим — ведь известно, что все святые Имена называются мелахим. И потому начальные буквы слов </w:t>
      </w:r>
      <w:r>
        <w:rPr>
          <w:rFonts w:ascii="Georgia" w:hAnsi="Georgia"/>
          <w:b w:val="0"/>
          <w:i/>
          <w:color w:val="000000"/>
          <w:sz w:val="24"/>
        </w:rPr>
        <w:t>бе-фарес ШАДАЙ мелахим</w:t>
      </w:r>
      <w:r>
        <w:rPr>
          <w:rFonts w:ascii="Georgia" w:hAnsi="Georgia"/>
          <w:b w:val="0"/>
          <w:i w:val="0"/>
          <w:color w:val="000000"/>
          <w:sz w:val="24"/>
        </w:rPr>
        <w:t xml:space="preserve"> (</w:t>
      </w:r>
      <w:r>
        <w:rPr>
          <w:rFonts w:ascii="Georgia" w:hAnsi="Georgia" w:cs="Times New Roman"/>
          <w:b/>
          <w:i w:val="0"/>
          <w:color w:val="000000"/>
          <w:sz w:val="24"/>
          <w:rtl/>
          <w:szCs w:val="32"/>
        </w:rPr>
        <w:t>בְּפָרֵשׂ שַׁדַּי מְלָכִים</w:t>
      </w:r>
      <w:r>
        <w:rPr>
          <w:rFonts w:ascii="Georgia" w:hAnsi="Georgia"/>
          <w:b w:val="0"/>
          <w:i w:val="0"/>
          <w:color w:val="000000"/>
          <w:sz w:val="24"/>
        </w:rPr>
        <w:t xml:space="preserve">) составляют слово </w:t>
      </w:r>
      <w:r>
        <w:rPr>
          <w:rFonts w:ascii="Georgia" w:hAnsi="Georgia"/>
          <w:b w:val="0"/>
          <w:i/>
          <w:color w:val="000000"/>
          <w:sz w:val="24"/>
        </w:rPr>
        <w:t>бе-шем</w:t>
      </w:r>
      <w:r>
        <w:rPr>
          <w:rFonts w:ascii="Georgia" w:hAnsi="Georgia"/>
          <w:b w:val="0"/>
          <w:i w:val="0"/>
          <w:color w:val="000000"/>
          <w:sz w:val="24"/>
        </w:rPr>
        <w:t xml:space="preserve"> — «Именем» (</w:t>
      </w:r>
      <w:r>
        <w:rPr>
          <w:rFonts w:ascii="Georgia" w:hAnsi="Georgia" w:cs="Times New Roman"/>
          <w:b/>
          <w:i w:val="0"/>
          <w:color w:val="000000"/>
          <w:sz w:val="24"/>
          <w:rtl/>
          <w:szCs w:val="32"/>
        </w:rPr>
        <w:t>בְּשֵׁם</w:t>
      </w:r>
      <w:r>
        <w:rPr>
          <w:rFonts w:ascii="Georgia" w:hAnsi="Georgia"/>
          <w:b w:val="0"/>
          <w:i w:val="0"/>
          <w:color w:val="000000"/>
          <w:sz w:val="24"/>
        </w:rPr>
        <w:t xml:space="preserve">). Смысл в том, что когда человек ясно произносит и извлекает из своих уст святые Имена, его судят снегом в Гехинноме, где есть два отделения: одно из снега, а другое из огня. И в этом смысл продолжения стиха: </w:t>
      </w:r>
      <w:r>
        <w:rPr>
          <w:rFonts w:ascii="Georgia" w:hAnsi="Georgia"/>
          <w:b w:val="0"/>
          <w:i/>
          <w:color w:val="000000"/>
          <w:sz w:val="24"/>
        </w:rPr>
        <w:t>«…снег [шел] на Цалмоне»</w:t>
      </w:r>
      <w:r>
        <w:rPr>
          <w:rFonts w:ascii="Georgia" w:hAnsi="Georgia"/>
          <w:b w:val="0"/>
          <w:i w:val="0"/>
          <w:color w:val="000000"/>
          <w:sz w:val="24"/>
        </w:rPr>
        <w:t>, то есть он попадет в то отделение Гехиннома со снегом, которое называется Цалмон. Поэтому его исправление совершается с помощью снега, как сказано выше.</w:t>
      </w:r>
    </w:p>
    <w:p>
      <w:pPr>
        <w:spacing w:before="40" w:after="120"/>
        <w:jc w:val="both"/>
      </w:pPr>
      <w:r>
        <w:rPr>
          <w:rFonts w:ascii="Georgia" w:hAnsi="Georgia"/>
          <w:b w:val="0"/>
          <w:i w:val="0"/>
          <w:color w:val="000000"/>
          <w:sz w:val="24"/>
        </w:rPr>
        <w:t>Смысл же этого снега мы разъясним ниже, разбирая исправление прегрешения мужеложства, см. там.</w:t>
      </w:r>
    </w:p>
    <w:p>
      <w:pPr>
        <w:spacing w:before="40" w:after="120"/>
        <w:jc w:val="both"/>
      </w:pPr>
      <w:r>
        <w:rPr>
          <w:rFonts w:ascii="Georgia" w:hAnsi="Georgia"/>
          <w:b w:val="0"/>
          <w:i w:val="0"/>
          <w:color w:val="000000"/>
          <w:sz w:val="24"/>
        </w:rPr>
        <w:t>И знай, что использующий святые Имена навлекает на себя великое бедствие: те ангелы, которых он силой своего заклятия принуждает исполнять свою волю, приходят и вводят его в грех, чтобы погубить его и искоренить из этого мира, и постоянно вкладывают в его уста напрасные благословения, ведь проступок влечет за собой [новый] проступок.</w:t>
      </w:r>
    </w:p>
    <w:p>
      <w:pPr>
        <w:keepNext/>
        <w:spacing w:before="320" w:after="120"/>
      </w:pPr>
      <w:r>
        <w:rPr>
          <w:rFonts w:ascii="Georgia" w:hAnsi="Georgia"/>
          <w:b w:val="0"/>
          <w:i w:val="0"/>
          <w:color w:val="000000"/>
          <w:sz w:val="32"/>
        </w:rPr>
        <w:t>Исправление 4</w:t>
      </w:r>
    </w:p>
    <w:p>
      <w:pPr>
        <w:spacing w:before="40" w:after="120"/>
        <w:jc w:val="both"/>
      </w:pPr>
      <w:r>
        <w:rPr>
          <w:rFonts w:ascii="Georgia" w:hAnsi="Georgia"/>
          <w:b w:val="0"/>
          <w:i w:val="0"/>
          <w:color w:val="000000"/>
          <w:sz w:val="24"/>
        </w:rPr>
        <w:t xml:space="preserve">Тому, кто пишет амулет женщине при тяжелых родах: этот человек приводит к тому, что плод выходит раньше времени, и тем самым обрекает его либо на смерть прежде положенного срока, либо на нищету. Поэтому ему нужно поститься сорок пять (МА) дней соответственно Имени АВАЯ с наполнением алеф, гематрия которого равна [числу слова] </w:t>
      </w:r>
      <w:r>
        <w:rPr>
          <w:rFonts w:ascii="Georgia" w:hAnsi="Georgia"/>
          <w:b w:val="0"/>
          <w:i/>
          <w:color w:val="000000"/>
          <w:sz w:val="24"/>
        </w:rPr>
        <w:t>адам</w:t>
      </w:r>
      <w:r>
        <w:rPr>
          <w:rFonts w:ascii="Georgia" w:hAnsi="Georgia"/>
          <w:b w:val="0"/>
          <w:i w:val="0"/>
          <w:color w:val="000000"/>
          <w:sz w:val="24"/>
        </w:rPr>
        <w:t xml:space="preserve"> — «человек» (</w:t>
      </w:r>
      <w:r>
        <w:rPr>
          <w:rFonts w:ascii="Georgia" w:hAnsi="Georgia" w:cs="Times New Roman"/>
          <w:b/>
          <w:i w:val="0"/>
          <w:color w:val="000000"/>
          <w:sz w:val="24"/>
          <w:rtl/>
          <w:szCs w:val="32"/>
        </w:rPr>
        <w:t>אָדָם</w:t>
      </w:r>
      <w:r>
        <w:rPr>
          <w:rFonts w:ascii="Georgia" w:hAnsi="Georgia"/>
          <w:b w:val="0"/>
          <w:i w:val="0"/>
          <w:color w:val="000000"/>
          <w:sz w:val="24"/>
        </w:rPr>
        <w:t>). А поскольку он пролил кровь (</w:t>
      </w:r>
      <w:r>
        <w:rPr>
          <w:rFonts w:ascii="Georgia" w:hAnsi="Georgia"/>
          <w:b w:val="0"/>
          <w:i/>
          <w:color w:val="000000"/>
          <w:sz w:val="24"/>
        </w:rPr>
        <w:t>дам</w:t>
      </w:r>
      <w:r>
        <w:rPr>
          <w:rFonts w:ascii="Georgia" w:hAnsi="Georgia"/>
          <w:b w:val="0"/>
          <w:i w:val="0"/>
          <w:color w:val="000000"/>
          <w:sz w:val="24"/>
        </w:rPr>
        <w:t xml:space="preserve">, </w:t>
      </w:r>
      <w:r>
        <w:rPr>
          <w:rFonts w:ascii="Georgia" w:hAnsi="Georgia" w:cs="Times New Roman"/>
          <w:b/>
          <w:i w:val="0"/>
          <w:color w:val="000000"/>
          <w:sz w:val="24"/>
          <w:rtl/>
          <w:szCs w:val="32"/>
        </w:rPr>
        <w:t>דָּם</w:t>
      </w:r>
      <w:r>
        <w:rPr>
          <w:rFonts w:ascii="Georgia" w:hAnsi="Georgia"/>
          <w:b w:val="0"/>
          <w:i w:val="0"/>
          <w:color w:val="000000"/>
          <w:sz w:val="24"/>
        </w:rPr>
        <w:t xml:space="preserve">) человека, гематрия которой равна сорока четырем (МАД), пусть постится еще один день, чтобы восполнить счет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w:t>
      </w:r>
    </w:p>
    <w:p>
      <w:pPr>
        <w:keepNext/>
        <w:spacing w:before="320" w:after="120"/>
      </w:pPr>
      <w:r>
        <w:rPr>
          <w:rFonts w:ascii="Georgia" w:hAnsi="Georgia"/>
          <w:b w:val="0"/>
          <w:i w:val="0"/>
          <w:color w:val="000000"/>
          <w:sz w:val="32"/>
        </w:rPr>
        <w:t>Исправление 5</w:t>
      </w:r>
    </w:p>
    <w:p>
      <w:pPr>
        <w:spacing w:before="40" w:after="120"/>
        <w:jc w:val="both"/>
      </w:pPr>
      <w:r>
        <w:rPr>
          <w:rFonts w:ascii="Georgia" w:hAnsi="Georgia"/>
          <w:b w:val="0"/>
          <w:i w:val="0"/>
          <w:color w:val="000000"/>
          <w:sz w:val="24"/>
        </w:rPr>
        <w:t>[Это исправление мой учитель] дал одному человеку за то, что тот пил возлиянное вино (</w:t>
      </w:r>
      <w:r>
        <w:rPr>
          <w:rFonts w:ascii="Georgia" w:hAnsi="Georgia"/>
          <w:b w:val="0"/>
          <w:i/>
          <w:color w:val="000000"/>
          <w:sz w:val="24"/>
        </w:rPr>
        <w:t>яин несех</w:t>
      </w:r>
      <w:r>
        <w:rPr>
          <w:rFonts w:ascii="Georgia" w:hAnsi="Georgia"/>
          <w:b w:val="0"/>
          <w:i w:val="0"/>
          <w:color w:val="000000"/>
          <w:sz w:val="24"/>
        </w:rPr>
        <w:t>) с одним ишмаэлитянином — а именно их обычное вино (</w:t>
      </w:r>
      <w:r>
        <w:rPr>
          <w:rFonts w:ascii="Georgia" w:hAnsi="Georgia"/>
          <w:b w:val="0"/>
          <w:i/>
          <w:color w:val="000000"/>
          <w:sz w:val="24"/>
        </w:rPr>
        <w:t>стам йенам</w:t>
      </w:r>
      <w:r>
        <w:rPr>
          <w:rFonts w:ascii="Georgia" w:hAnsi="Georgia"/>
          <w:b w:val="0"/>
          <w:i w:val="0"/>
          <w:color w:val="000000"/>
          <w:sz w:val="24"/>
        </w:rPr>
        <w:t xml:space="preserve">), запрещенное для питья. Тот человек выполнил исправление этого прегрешения, но я забыл, в чем оно состояло. Однако мой учитель благословенной памяти сказал ему, что когда тот совершал это исправление, на Небесах против него восстали обвинители из-за того, что однажды этот человек сам распустил дурную молву об одном человеке, будто тот пил яин несех. Причем он не сам распустил дурную молву, а стал причиной того, что другой человек оклеветал того [первого]; и из-за этого против него [выступили] сильные обвинители. И [учитель] велел ему произносить при отходе ко сну стих: </w:t>
      </w:r>
      <w:r>
        <w:rPr>
          <w:rFonts w:ascii="Georgia" w:hAnsi="Georgia"/>
          <w:b w:val="0"/>
          <w:i/>
          <w:color w:val="000000"/>
          <w:sz w:val="24"/>
        </w:rPr>
        <w:t>«Клялся Г-сподь и не раскается: ты — священнослужитель вовек…»</w:t>
      </w:r>
      <w:r>
        <w:rPr>
          <w:rFonts w:ascii="Georgia" w:hAnsi="Georgia"/>
          <w:b w:val="0"/>
          <w:i w:val="0"/>
          <w:color w:val="000000"/>
          <w:sz w:val="24"/>
        </w:rPr>
        <w:t xml:space="preserve"> (Теилим 110:4), и направлять намерение на вторые буквы [слов] </w:t>
      </w:r>
      <w:r>
        <w:rPr>
          <w:rFonts w:ascii="Georgia" w:hAnsi="Georgia"/>
          <w:b w:val="0"/>
          <w:i/>
          <w:color w:val="000000"/>
          <w:sz w:val="24"/>
        </w:rPr>
        <w:t>нишба</w:t>
      </w:r>
      <w:r>
        <w:rPr>
          <w:rFonts w:ascii="Georgia" w:hAnsi="Georgia"/>
          <w:b w:val="0"/>
          <w:i w:val="0"/>
          <w:color w:val="000000"/>
          <w:sz w:val="24"/>
        </w:rPr>
        <w:t xml:space="preserve"> (</w:t>
      </w:r>
      <w:r>
        <w:rPr>
          <w:rFonts w:ascii="Georgia" w:hAnsi="Georgia" w:cs="Times New Roman"/>
          <w:b/>
          <w:i w:val="0"/>
          <w:color w:val="000000"/>
          <w:sz w:val="24"/>
          <w:rtl/>
          <w:szCs w:val="32"/>
        </w:rPr>
        <w:t>נִשְׁבַּע</w:t>
      </w:r>
      <w:r>
        <w:rPr>
          <w:rFonts w:ascii="Georgia" w:hAnsi="Georgia"/>
          <w:b w:val="0"/>
          <w:i w:val="0"/>
          <w:color w:val="000000"/>
          <w:sz w:val="24"/>
        </w:rPr>
        <w:t>), АВАЯ (</w:t>
      </w:r>
      <w:r>
        <w:rPr>
          <w:rFonts w:ascii="Georgia" w:hAnsi="Georgia" w:cs="Times New Roman"/>
          <w:b/>
          <w:i w:val="0"/>
          <w:color w:val="000000"/>
          <w:sz w:val="24"/>
          <w:rtl/>
          <w:szCs w:val="32"/>
        </w:rPr>
        <w:t>יהוה</w:t>
      </w:r>
      <w:r>
        <w:rPr>
          <w:rFonts w:ascii="Georgia" w:hAnsi="Georgia"/>
          <w:b w:val="0"/>
          <w:i w:val="0"/>
          <w:color w:val="000000"/>
          <w:sz w:val="24"/>
        </w:rPr>
        <w:t xml:space="preserve">), </w:t>
      </w:r>
      <w:r>
        <w:rPr>
          <w:rFonts w:ascii="Georgia" w:hAnsi="Georgia"/>
          <w:b w:val="0"/>
          <w:i/>
          <w:color w:val="000000"/>
          <w:sz w:val="24"/>
        </w:rPr>
        <w:t>ве-ло</w:t>
      </w:r>
      <w:r>
        <w:rPr>
          <w:rFonts w:ascii="Georgia" w:hAnsi="Georgia"/>
          <w:b w:val="0"/>
          <w:i w:val="0"/>
          <w:color w:val="000000"/>
          <w:sz w:val="24"/>
        </w:rPr>
        <w:t xml:space="preserve"> (</w:t>
      </w:r>
      <w:r>
        <w:rPr>
          <w:rFonts w:ascii="Georgia" w:hAnsi="Georgia" w:cs="Times New Roman"/>
          <w:b/>
          <w:i w:val="0"/>
          <w:color w:val="000000"/>
          <w:sz w:val="24"/>
          <w:rtl/>
          <w:szCs w:val="32"/>
        </w:rPr>
        <w:t>וְלֹא</w:t>
      </w:r>
      <w:r>
        <w:rPr>
          <w:rFonts w:ascii="Georgia" w:hAnsi="Georgia"/>
          <w:b w:val="0"/>
          <w:i w:val="0"/>
          <w:color w:val="000000"/>
          <w:sz w:val="24"/>
        </w:rPr>
        <w:t xml:space="preserve">) и </w:t>
      </w:r>
      <w:r>
        <w:rPr>
          <w:rFonts w:ascii="Georgia" w:hAnsi="Georgia"/>
          <w:b w:val="0"/>
          <w:i/>
          <w:color w:val="000000"/>
          <w:sz w:val="24"/>
        </w:rPr>
        <w:t>инахам</w:t>
      </w:r>
      <w:r>
        <w:rPr>
          <w:rFonts w:ascii="Georgia" w:hAnsi="Georgia"/>
          <w:b w:val="0"/>
          <w:i w:val="0"/>
          <w:color w:val="000000"/>
          <w:sz w:val="24"/>
        </w:rPr>
        <w:t xml:space="preserve"> (</w:t>
      </w:r>
      <w:r>
        <w:rPr>
          <w:rFonts w:ascii="Georgia" w:hAnsi="Georgia" w:cs="Times New Roman"/>
          <w:b/>
          <w:i w:val="0"/>
          <w:color w:val="000000"/>
          <w:sz w:val="24"/>
          <w:rtl/>
          <w:szCs w:val="32"/>
        </w:rPr>
        <w:t>יִנָּחֵם</w:t>
      </w:r>
      <w:r>
        <w:rPr>
          <w:rFonts w:ascii="Georgia" w:hAnsi="Georgia"/>
          <w:b w:val="0"/>
          <w:i w:val="0"/>
          <w:color w:val="000000"/>
          <w:sz w:val="24"/>
        </w:rPr>
        <w:t>) — [буквы шин (</w:t>
      </w:r>
      <w:r>
        <w:rPr>
          <w:rFonts w:ascii="Georgia" w:hAnsi="Georgia" w:cs="Times New Roman"/>
          <w:b/>
          <w:i w:val="0"/>
          <w:color w:val="000000"/>
          <w:sz w:val="24"/>
          <w:rtl/>
          <w:szCs w:val="32"/>
        </w:rPr>
        <w:t>ש</w:t>
      </w:r>
      <w:r>
        <w:rPr>
          <w:rFonts w:ascii="Georgia" w:hAnsi="Georgia"/>
          <w:b w:val="0"/>
          <w:i w:val="0"/>
          <w:color w:val="000000"/>
          <w:sz w:val="24"/>
        </w:rPr>
        <w:t>), хэй (</w:t>
      </w:r>
      <w:r>
        <w:rPr>
          <w:rFonts w:ascii="Georgia" w:hAnsi="Georgia" w:cs="Times New Roman"/>
          <w:b/>
          <w:i w:val="0"/>
          <w:color w:val="000000"/>
          <w:sz w:val="24"/>
          <w:rtl/>
          <w:szCs w:val="32"/>
        </w:rPr>
        <w:t>ה</w:t>
      </w:r>
      <w:r>
        <w:rPr>
          <w:rFonts w:ascii="Georgia" w:hAnsi="Georgia"/>
          <w:b w:val="0"/>
          <w:i w:val="0"/>
          <w:color w:val="000000"/>
          <w:sz w:val="24"/>
        </w:rPr>
        <w:t>), ламэд (</w:t>
      </w:r>
      <w:r>
        <w:rPr>
          <w:rFonts w:ascii="Georgia" w:hAnsi="Georgia" w:cs="Times New Roman"/>
          <w:b/>
          <w:i w:val="0"/>
          <w:color w:val="000000"/>
          <w:sz w:val="24"/>
          <w:rtl/>
          <w:szCs w:val="32"/>
        </w:rPr>
        <w:t>ל</w:t>
      </w:r>
      <w:r>
        <w:rPr>
          <w:rFonts w:ascii="Georgia" w:hAnsi="Georgia"/>
          <w:b w:val="0"/>
          <w:i w:val="0"/>
          <w:color w:val="000000"/>
          <w:sz w:val="24"/>
        </w:rPr>
        <w:t>) и нун (</w:t>
      </w:r>
      <w:r>
        <w:rPr>
          <w:rFonts w:ascii="Georgia" w:hAnsi="Georgia" w:cs="Times New Roman"/>
          <w:b/>
          <w:i w:val="0"/>
          <w:color w:val="000000"/>
          <w:sz w:val="24"/>
          <w:rtl/>
          <w:szCs w:val="32"/>
        </w:rPr>
        <w:t>נ</w:t>
      </w:r>
      <w:r>
        <w:rPr>
          <w:rFonts w:ascii="Georgia" w:hAnsi="Georgia"/>
          <w:b w:val="0"/>
          <w:i w:val="0"/>
          <w:color w:val="000000"/>
          <w:sz w:val="24"/>
        </w:rPr>
        <w:t xml:space="preserve">)], которые образуют святое Имя </w:t>
      </w:r>
      <w:r>
        <w:rPr>
          <w:rFonts w:ascii="Georgia" w:hAnsi="Georgia"/>
          <w:b w:val="0"/>
          <w:i/>
          <w:color w:val="000000"/>
          <w:sz w:val="24"/>
        </w:rPr>
        <w:t>Шаалан</w:t>
      </w:r>
      <w:r>
        <w:rPr>
          <w:rFonts w:ascii="Georgia" w:hAnsi="Georgia"/>
          <w:b w:val="0"/>
          <w:i w:val="0"/>
          <w:color w:val="000000"/>
          <w:sz w:val="24"/>
        </w:rPr>
        <w:t xml:space="preserve"> (</w:t>
      </w:r>
      <w:r>
        <w:rPr>
          <w:rFonts w:ascii="Georgia" w:hAnsi="Georgia" w:cs="Times New Roman"/>
          <w:b/>
          <w:i w:val="0"/>
          <w:color w:val="000000"/>
          <w:sz w:val="24"/>
          <w:rtl/>
          <w:szCs w:val="32"/>
        </w:rPr>
        <w:t>שַׁהֲלָנ</w:t>
      </w:r>
      <w:r>
        <w:rPr>
          <w:rFonts w:ascii="Georgia" w:hAnsi="Georgia"/>
          <w:b w:val="0"/>
          <w:i w:val="0"/>
          <w:color w:val="000000"/>
          <w:sz w:val="24"/>
        </w:rPr>
        <w:t xml:space="preserve">). Огласовка же его [берется] из стиха: </w:t>
      </w:r>
      <w:r>
        <w:rPr>
          <w:rFonts w:ascii="Georgia" w:hAnsi="Georgia"/>
          <w:b w:val="0"/>
          <w:i/>
          <w:color w:val="000000"/>
          <w:sz w:val="24"/>
        </w:rPr>
        <w:t>«…день за год, день за год…»</w:t>
      </w:r>
      <w:r>
        <w:rPr>
          <w:rFonts w:ascii="Georgia" w:hAnsi="Georgia"/>
          <w:b w:val="0"/>
          <w:i w:val="0"/>
          <w:color w:val="000000"/>
          <w:sz w:val="24"/>
        </w:rPr>
        <w:t xml:space="preserve"> (Бемидбар 14:34).</w:t>
      </w:r>
    </w:p>
    <w:p>
      <w:pPr>
        <w:spacing w:before="40" w:after="120"/>
        <w:jc w:val="both"/>
      </w:pPr>
      <w:r>
        <w:rPr>
          <w:rFonts w:ascii="Georgia" w:hAnsi="Georgia"/>
          <w:b w:val="0"/>
          <w:i w:val="0"/>
          <w:color w:val="000000"/>
          <w:sz w:val="24"/>
        </w:rPr>
        <w:t xml:space="preserve">Кроме того, у этого упомянутого Имени есть другое сочетание [букв] — [слово] </w:t>
      </w:r>
      <w:r>
        <w:rPr>
          <w:rFonts w:ascii="Georgia" w:hAnsi="Georgia"/>
          <w:b w:val="0"/>
          <w:i/>
          <w:color w:val="000000"/>
          <w:sz w:val="24"/>
        </w:rPr>
        <w:t>ла-шана</w:t>
      </w:r>
      <w:r>
        <w:rPr>
          <w:rFonts w:ascii="Georgia" w:hAnsi="Georgia"/>
          <w:b w:val="0"/>
          <w:i w:val="0"/>
          <w:color w:val="000000"/>
          <w:sz w:val="24"/>
        </w:rPr>
        <w:t xml:space="preserve"> (</w:t>
      </w:r>
      <w:r>
        <w:rPr>
          <w:rFonts w:ascii="Georgia" w:hAnsi="Georgia" w:cs="Times New Roman"/>
          <w:b/>
          <w:i w:val="0"/>
          <w:color w:val="000000"/>
          <w:sz w:val="24"/>
          <w:rtl/>
          <w:szCs w:val="32"/>
        </w:rPr>
        <w:t>לַשָּׁנָה</w:t>
      </w:r>
      <w:r>
        <w:rPr>
          <w:rFonts w:ascii="Georgia" w:hAnsi="Georgia"/>
          <w:b w:val="0"/>
          <w:i w:val="0"/>
          <w:color w:val="000000"/>
          <w:sz w:val="24"/>
        </w:rPr>
        <w:t xml:space="preserve">), сказанное в приведенном стихе о разведчиках, ведь это Имя поставлено взыскивать с тех, кто распускает дурную молву. Оно же [само по себе составляет 385, а] с колелем равно по гематрии слову </w:t>
      </w:r>
      <w:r>
        <w:rPr>
          <w:rFonts w:ascii="Georgia" w:hAnsi="Georgia"/>
          <w:b w:val="0"/>
          <w:i/>
          <w:color w:val="000000"/>
          <w:sz w:val="24"/>
        </w:rPr>
        <w:t>лашон</w:t>
      </w:r>
      <w:r>
        <w:rPr>
          <w:rFonts w:ascii="Georgia" w:hAnsi="Georgia"/>
          <w:b w:val="0"/>
          <w:i w:val="0"/>
          <w:color w:val="000000"/>
          <w:sz w:val="24"/>
        </w:rPr>
        <w:t xml:space="preserve"> — «язык» (</w:t>
      </w:r>
      <w:r>
        <w:rPr>
          <w:rFonts w:ascii="Georgia" w:hAnsi="Georgia" w:cs="Times New Roman"/>
          <w:b/>
          <w:i w:val="0"/>
          <w:color w:val="000000"/>
          <w:sz w:val="24"/>
          <w:rtl/>
          <w:szCs w:val="32"/>
        </w:rPr>
        <w:t>לָשׁוֹן</w:t>
      </w:r>
      <w:r>
        <w:rPr>
          <w:rFonts w:ascii="Georgia" w:hAnsi="Georgia"/>
          <w:b w:val="0"/>
          <w:i w:val="0"/>
          <w:color w:val="000000"/>
          <w:sz w:val="24"/>
        </w:rPr>
        <w:t xml:space="preserve"> = 386); также оно равно по гематрии слову </w:t>
      </w:r>
      <w:r>
        <w:rPr>
          <w:rFonts w:ascii="Georgia" w:hAnsi="Georgia"/>
          <w:b w:val="0"/>
          <w:i/>
          <w:color w:val="000000"/>
          <w:sz w:val="24"/>
        </w:rPr>
        <w:t>сафа</w:t>
      </w:r>
      <w:r>
        <w:rPr>
          <w:rFonts w:ascii="Georgia" w:hAnsi="Georgia"/>
          <w:b w:val="0"/>
          <w:i w:val="0"/>
          <w:color w:val="000000"/>
          <w:sz w:val="24"/>
        </w:rPr>
        <w:t xml:space="preserve"> — «уста» (</w:t>
      </w:r>
      <w:r>
        <w:rPr>
          <w:rFonts w:ascii="Georgia" w:hAnsi="Georgia" w:cs="Times New Roman"/>
          <w:b/>
          <w:i w:val="0"/>
          <w:color w:val="000000"/>
          <w:sz w:val="24"/>
          <w:rtl/>
          <w:szCs w:val="32"/>
        </w:rPr>
        <w:t>שָׂפָה</w:t>
      </w:r>
      <w:r>
        <w:rPr>
          <w:rFonts w:ascii="Georgia" w:hAnsi="Georgia"/>
          <w:b w:val="0"/>
          <w:i w:val="0"/>
          <w:color w:val="000000"/>
          <w:sz w:val="24"/>
        </w:rPr>
        <w:t xml:space="preserve"> = 385) и имени Шхина (</w:t>
      </w:r>
      <w:r>
        <w:rPr>
          <w:rFonts w:ascii="Georgia" w:hAnsi="Georgia" w:cs="Times New Roman"/>
          <w:b/>
          <w:i w:val="0"/>
          <w:color w:val="000000"/>
          <w:sz w:val="24"/>
          <w:rtl/>
          <w:szCs w:val="32"/>
        </w:rPr>
        <w:t>שְׁכִינָה</w:t>
      </w:r>
      <w:r>
        <w:rPr>
          <w:rFonts w:ascii="Georgia" w:hAnsi="Georgia"/>
          <w:b w:val="0"/>
          <w:i w:val="0"/>
          <w:color w:val="000000"/>
          <w:sz w:val="24"/>
        </w:rPr>
        <w:t xml:space="preserve"> = 385). Смысл этого в том, что они распустили дурную молву о Шхине своим языком и своими устами. Кроме того, слово </w:t>
      </w:r>
      <w:r>
        <w:rPr>
          <w:rFonts w:ascii="Georgia" w:hAnsi="Georgia"/>
          <w:b w:val="0"/>
          <w:i/>
          <w:color w:val="000000"/>
          <w:sz w:val="24"/>
        </w:rPr>
        <w:t>диба</w:t>
      </w:r>
      <w:r>
        <w:rPr>
          <w:rFonts w:ascii="Georgia" w:hAnsi="Georgia"/>
          <w:b w:val="0"/>
          <w:i w:val="0"/>
          <w:color w:val="000000"/>
          <w:sz w:val="24"/>
        </w:rPr>
        <w:t xml:space="preserve"> — «дурная молва» (</w:t>
      </w:r>
      <w:r>
        <w:rPr>
          <w:rFonts w:ascii="Georgia" w:hAnsi="Georgia" w:cs="Times New Roman"/>
          <w:b/>
          <w:i w:val="0"/>
          <w:color w:val="000000"/>
          <w:sz w:val="24"/>
          <w:rtl/>
          <w:szCs w:val="32"/>
        </w:rPr>
        <w:t>דִּבָּה</w:t>
      </w:r>
      <w:r>
        <w:rPr>
          <w:rFonts w:ascii="Georgia" w:hAnsi="Georgia"/>
          <w:b w:val="0"/>
          <w:i w:val="0"/>
          <w:color w:val="000000"/>
          <w:sz w:val="24"/>
        </w:rPr>
        <w:t>) имеет гематрию 11 (</w:t>
      </w:r>
      <w:r>
        <w:rPr>
          <w:rFonts w:ascii="Georgia" w:hAnsi="Georgia" w:cs="Times New Roman"/>
          <w:b/>
          <w:i w:val="0"/>
          <w:color w:val="000000"/>
          <w:sz w:val="24"/>
          <w:rtl/>
          <w:szCs w:val="32"/>
        </w:rPr>
        <w:t>י״א</w:t>
      </w:r>
      <w:r>
        <w:rPr>
          <w:rFonts w:ascii="Georgia" w:hAnsi="Georgia"/>
          <w:b w:val="0"/>
          <w:i w:val="0"/>
          <w:color w:val="000000"/>
          <w:sz w:val="24"/>
        </w:rPr>
        <w:t xml:space="preserve"> = 11)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 4),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что соответствует буквам алеф и йод (</w:t>
      </w:r>
      <w:r>
        <w:rPr>
          <w:rFonts w:ascii="Georgia" w:hAnsi="Georgia" w:cs="Times New Roman"/>
          <w:b/>
          <w:i w:val="0"/>
          <w:color w:val="000000"/>
          <w:sz w:val="24"/>
          <w:rtl/>
          <w:szCs w:val="32"/>
        </w:rPr>
        <w:t>א״י</w:t>
      </w:r>
      <w:r>
        <w:rPr>
          <w:rFonts w:ascii="Georgia" w:hAnsi="Georgia"/>
          <w:b w:val="0"/>
          <w:i w:val="0"/>
          <w:color w:val="000000"/>
          <w:sz w:val="24"/>
        </w:rPr>
        <w:t xml:space="preserve">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и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из Имени АДОНАЙ (</w:t>
      </w:r>
      <w:r>
        <w:rPr>
          <w:rFonts w:ascii="Georgia" w:hAnsi="Georgia" w:cs="Times New Roman"/>
          <w:b/>
          <w:i w:val="0"/>
          <w:color w:val="000000"/>
          <w:sz w:val="24"/>
          <w:rtl/>
          <w:szCs w:val="32"/>
        </w:rPr>
        <w:t>אדני</w:t>
      </w:r>
      <w:r>
        <w:rPr>
          <w:rFonts w:ascii="Georgia" w:hAnsi="Georgia"/>
          <w:b w:val="0"/>
          <w:i w:val="0"/>
          <w:color w:val="000000"/>
          <w:sz w:val="24"/>
        </w:rPr>
        <w:t>), но в чем тут суть, я забыл.</w:t>
      </w:r>
    </w:p>
    <w:p>
      <w:pPr>
        <w:keepNext/>
        <w:spacing w:before="320" w:after="120"/>
      </w:pPr>
      <w:r>
        <w:rPr>
          <w:rFonts w:ascii="Georgia" w:hAnsi="Georgia"/>
          <w:b w:val="0"/>
          <w:i w:val="0"/>
          <w:color w:val="000000"/>
          <w:sz w:val="32"/>
        </w:rPr>
        <w:t>Исправление 6</w:t>
      </w:r>
    </w:p>
    <w:p>
      <w:pPr>
        <w:spacing w:before="40" w:after="120"/>
        <w:jc w:val="both"/>
      </w:pPr>
      <w:r>
        <w:rPr>
          <w:rFonts w:ascii="Georgia" w:hAnsi="Georgia"/>
          <w:b w:val="0"/>
          <w:i w:val="0"/>
          <w:color w:val="000000"/>
          <w:sz w:val="24"/>
        </w:rPr>
        <w:t xml:space="preserve">Это исправление прегрешения [ложных] обетов и клятв во лжи. Знай: хотя в книге Зоар и сказано, что клятва относится к Нукве Зеир Анпина (ЗА), а обет — к Высшей Матери (Има Илаа), то есть к Бине, как упоминается в недельной главе «Итро», всё же суть вопроса в том, что оба они относятся к Нукве де-ЗА. Так говорит и Писание: </w:t>
      </w:r>
      <w:r>
        <w:rPr>
          <w:rFonts w:ascii="Georgia" w:hAnsi="Georgia"/>
          <w:b w:val="0"/>
          <w:i/>
          <w:color w:val="000000"/>
          <w:sz w:val="24"/>
        </w:rPr>
        <w:t>«Муж ее может подтвердить это, и муж ее может отменить это»</w:t>
      </w:r>
      <w:r>
        <w:rPr>
          <w:rFonts w:ascii="Georgia" w:hAnsi="Georgia"/>
          <w:b w:val="0"/>
          <w:i w:val="0"/>
          <w:color w:val="000000"/>
          <w:sz w:val="24"/>
        </w:rPr>
        <w:t xml:space="preserve"> (Бемидбар 30:14) — как в отношении обета, так и в отношении клятвы.</w:t>
      </w:r>
    </w:p>
    <w:p>
      <w:pPr>
        <w:spacing w:before="40" w:after="120"/>
        <w:jc w:val="both"/>
      </w:pPr>
      <w:r>
        <w:rPr>
          <w:rFonts w:ascii="Georgia" w:hAnsi="Georgia"/>
          <w:b w:val="0"/>
          <w:i w:val="0"/>
          <w:color w:val="000000"/>
          <w:sz w:val="24"/>
        </w:rPr>
        <w:t xml:space="preserve">Смысл же их таков: изо рта (пэ) Зеир Анпина выходит пар и становится окружающим светом для семи нижних [сфирот] его Нуквы. Они представляют собой тайну семи [струй] пара из книги Коэлет, выходящих из пэ де-ЗА. И в этом тайна истинной клятвы — предписывающей заповеди клясться Именем Святого, благословен Он, как сказано: </w:t>
      </w:r>
      <w:r>
        <w:rPr>
          <w:rFonts w:ascii="Georgia" w:hAnsi="Georgia"/>
          <w:b w:val="0"/>
          <w:i/>
          <w:color w:val="000000"/>
          <w:sz w:val="24"/>
        </w:rPr>
        <w:t>«И Именем Его клянись»</w:t>
      </w:r>
      <w:r>
        <w:rPr>
          <w:rFonts w:ascii="Georgia" w:hAnsi="Georgia"/>
          <w:b w:val="0"/>
          <w:i w:val="0"/>
          <w:color w:val="000000"/>
          <w:sz w:val="24"/>
        </w:rPr>
        <w:t xml:space="preserve"> (Дварим 10:20). То есть семь [струй] пара ее окружающего света притягиваются из пэ де-ЗА, называемого «Истина» (</w:t>
      </w:r>
      <w:r>
        <w:rPr>
          <w:rFonts w:ascii="Georgia" w:hAnsi="Georgia"/>
          <w:b w:val="0"/>
          <w:i/>
          <w:color w:val="000000"/>
          <w:sz w:val="24"/>
        </w:rPr>
        <w:t>эмет</w:t>
      </w:r>
      <w:r>
        <w:rPr>
          <w:rFonts w:ascii="Georgia" w:hAnsi="Georgia"/>
          <w:b w:val="0"/>
          <w:i w:val="0"/>
          <w:color w:val="000000"/>
          <w:sz w:val="24"/>
        </w:rPr>
        <w:t xml:space="preserve">, </w:t>
      </w:r>
      <w:r>
        <w:rPr>
          <w:rFonts w:ascii="Georgia" w:hAnsi="Georgia" w:cs="Times New Roman"/>
          <w:b/>
          <w:i w:val="0"/>
          <w:color w:val="000000"/>
          <w:sz w:val="24"/>
          <w:rtl/>
          <w:szCs w:val="32"/>
        </w:rPr>
        <w:t>אֱמֶת</w:t>
      </w:r>
      <w:r>
        <w:rPr>
          <w:rFonts w:ascii="Georgia" w:hAnsi="Georgia"/>
          <w:b w:val="0"/>
          <w:i w:val="0"/>
          <w:color w:val="000000"/>
          <w:sz w:val="24"/>
        </w:rPr>
        <w:t xml:space="preserve">). И оказывается, что клянущийся в истине содействует привлечению света пара изо рта Зеир Анпина, представляющего собой эти семь [струй] пара, и они окружают семь нижних [сфирот] Нуквы в тайне окружающего света ее тела (гуф), когда ее рост простирается от уровня груди (хазе) де-ЗА и ниже, как известно. Таким образом, клятва пребывает в Нукве, однако притягивается к ней от ее мужа — Зеир Анпина. Поэтому и говорит Писание: </w:t>
      </w:r>
      <w:r>
        <w:rPr>
          <w:rFonts w:ascii="Georgia" w:hAnsi="Georgia"/>
          <w:b w:val="0"/>
          <w:i/>
          <w:color w:val="000000"/>
          <w:sz w:val="24"/>
        </w:rPr>
        <w:t>«Муж ее может подтвердить это, и муж ее может отменить это»</w:t>
      </w:r>
      <w:r>
        <w:rPr>
          <w:rFonts w:ascii="Georgia" w:hAnsi="Georgia"/>
          <w:b w:val="0"/>
          <w:i w:val="0"/>
          <w:color w:val="000000"/>
          <w:sz w:val="24"/>
        </w:rPr>
        <w:t xml:space="preserve"> (Бемидбар 30:14). Она именуется также истинной клятвой, поскольку относится к окружающему свету; а ведь известно, что всякий окружающий свет исходит от Имени ЭЙЕ. И вот [значение Имени] ЭЙЕ (</w:t>
      </w:r>
      <w:r>
        <w:rPr>
          <w:rFonts w:ascii="Georgia" w:hAnsi="Georgia" w:cs="Times New Roman"/>
          <w:b/>
          <w:i w:val="0"/>
          <w:color w:val="000000"/>
          <w:sz w:val="24"/>
          <w:rtl/>
          <w:szCs w:val="32"/>
        </w:rPr>
        <w:t>אהיה</w:t>
      </w:r>
      <w:r>
        <w:rPr>
          <w:rFonts w:ascii="Georgia" w:hAnsi="Georgia"/>
          <w:b w:val="0"/>
          <w:i w:val="0"/>
          <w:color w:val="000000"/>
          <w:sz w:val="24"/>
        </w:rPr>
        <w:t xml:space="preserve"> = 21), помноженное на ЭЙЕ (</w:t>
      </w:r>
      <w:r>
        <w:rPr>
          <w:rFonts w:ascii="Georgia" w:hAnsi="Georgia" w:cs="Times New Roman"/>
          <w:b/>
          <w:i w:val="0"/>
          <w:color w:val="000000"/>
          <w:sz w:val="24"/>
          <w:rtl/>
          <w:szCs w:val="32"/>
        </w:rPr>
        <w:t>אהיה</w:t>
      </w:r>
      <w:r>
        <w:rPr>
          <w:rFonts w:ascii="Georgia" w:hAnsi="Georgia"/>
          <w:b w:val="0"/>
          <w:i w:val="0"/>
          <w:color w:val="000000"/>
          <w:sz w:val="24"/>
        </w:rPr>
        <w:t xml:space="preserve"> = 21), составляет 441, что по гематрии равно слову </w:t>
      </w:r>
      <w:r>
        <w:rPr>
          <w:rFonts w:ascii="Georgia" w:hAnsi="Georgia"/>
          <w:b w:val="0"/>
          <w:i/>
          <w:color w:val="000000"/>
          <w:sz w:val="24"/>
        </w:rPr>
        <w:t>эмет</w:t>
      </w:r>
      <w:r>
        <w:rPr>
          <w:rFonts w:ascii="Georgia" w:hAnsi="Georgia"/>
          <w:b w:val="0"/>
          <w:i w:val="0"/>
          <w:color w:val="000000"/>
          <w:sz w:val="24"/>
        </w:rPr>
        <w:t xml:space="preserve"> (</w:t>
      </w:r>
      <w:r>
        <w:rPr>
          <w:rFonts w:ascii="Georgia" w:hAnsi="Georgia" w:cs="Times New Roman"/>
          <w:b/>
          <w:i w:val="0"/>
          <w:color w:val="000000"/>
          <w:sz w:val="24"/>
          <w:rtl/>
          <w:szCs w:val="32"/>
        </w:rPr>
        <w:t>אֱמֶת</w:t>
      </w:r>
      <w:r>
        <w:rPr>
          <w:rFonts w:ascii="Georgia" w:hAnsi="Georgia"/>
          <w:b w:val="0"/>
          <w:i w:val="0"/>
          <w:color w:val="000000"/>
          <w:sz w:val="24"/>
        </w:rPr>
        <w:t xml:space="preserve"> = 441: алеф (</w:t>
      </w:r>
      <w:r>
        <w:rPr>
          <w:rFonts w:ascii="Georgia" w:hAnsi="Georgia" w:cs="Times New Roman"/>
          <w:b/>
          <w:i w:val="0"/>
          <w:color w:val="000000"/>
          <w:sz w:val="24"/>
          <w:rtl/>
          <w:szCs w:val="32"/>
        </w:rPr>
        <w:t>א</w:t>
      </w:r>
      <w:r>
        <w:rPr>
          <w:rFonts w:ascii="Georgia" w:hAnsi="Georgia"/>
          <w:b w:val="0"/>
          <w:i w:val="0"/>
          <w:color w:val="000000"/>
          <w:sz w:val="24"/>
        </w:rPr>
        <w:t xml:space="preserve"> = 1), мэм (</w:t>
      </w:r>
      <w:r>
        <w:rPr>
          <w:rFonts w:ascii="Georgia" w:hAnsi="Georgia" w:cs="Times New Roman"/>
          <w:b/>
          <w:i w:val="0"/>
          <w:color w:val="000000"/>
          <w:sz w:val="24"/>
          <w:rtl/>
          <w:szCs w:val="32"/>
        </w:rPr>
        <w:t>מ</w:t>
      </w:r>
      <w:r>
        <w:rPr>
          <w:rFonts w:ascii="Georgia" w:hAnsi="Georgia"/>
          <w:b w:val="0"/>
          <w:i w:val="0"/>
          <w:color w:val="000000"/>
          <w:sz w:val="24"/>
        </w:rPr>
        <w:t xml:space="preserve"> = 40) и тав (</w:t>
      </w:r>
      <w:r>
        <w:rPr>
          <w:rFonts w:ascii="Georgia" w:hAnsi="Georgia" w:cs="Times New Roman"/>
          <w:b/>
          <w:i w:val="0"/>
          <w:color w:val="000000"/>
          <w:sz w:val="24"/>
          <w:rtl/>
          <w:szCs w:val="32"/>
        </w:rPr>
        <w:t>ת</w:t>
      </w:r>
      <w:r>
        <w:rPr>
          <w:rFonts w:ascii="Georgia" w:hAnsi="Georgia"/>
          <w:b w:val="0"/>
          <w:i w:val="0"/>
          <w:color w:val="000000"/>
          <w:sz w:val="24"/>
        </w:rPr>
        <w:t xml:space="preserve"> = 400)), как известно.</w:t>
      </w:r>
    </w:p>
    <w:p>
      <w:pPr>
        <w:spacing w:before="40" w:after="120"/>
        <w:jc w:val="both"/>
      </w:pPr>
      <w:r>
        <w:rPr>
          <w:rFonts w:ascii="Georgia" w:hAnsi="Georgia"/>
          <w:b w:val="0"/>
          <w:i w:val="0"/>
          <w:color w:val="000000"/>
          <w:sz w:val="24"/>
        </w:rPr>
        <w:t xml:space="preserve">Известно также сказанное в «Тиккуней Зоар» (лист 74, оборот) на стих: </w:t>
      </w:r>
      <w:r>
        <w:rPr>
          <w:rFonts w:ascii="Georgia" w:hAnsi="Georgia"/>
          <w:b w:val="0"/>
          <w:i/>
          <w:color w:val="000000"/>
          <w:sz w:val="24"/>
        </w:rPr>
        <w:t>«И ныне да возвеличится сила Г-спода…»</w:t>
      </w:r>
      <w:r>
        <w:rPr>
          <w:rFonts w:ascii="Georgia" w:hAnsi="Georgia"/>
          <w:b w:val="0"/>
          <w:i w:val="0"/>
          <w:color w:val="000000"/>
          <w:sz w:val="24"/>
        </w:rPr>
        <w:t xml:space="preserve"> (Бемидбар 14:17): Малхут зовется «силой АДОНАЙ» (</w:t>
      </w:r>
      <w:r>
        <w:rPr>
          <w:rFonts w:ascii="Georgia" w:hAnsi="Georgia"/>
          <w:b w:val="0"/>
          <w:i/>
          <w:color w:val="000000"/>
          <w:sz w:val="24"/>
        </w:rPr>
        <w:t>коах АДОНАЙ</w:t>
      </w:r>
      <w:r>
        <w:rPr>
          <w:rFonts w:ascii="Georgia" w:hAnsi="Georgia"/>
          <w:b w:val="0"/>
          <w:i w:val="0"/>
          <w:color w:val="000000"/>
          <w:sz w:val="24"/>
        </w:rPr>
        <w:t>), поскольку она именуется Бат-Шева («дочь семи»), и в каждой сфире из семи ее нижних пребывает одно Имя АВАЯ. И вот семь Имен АВАЯ содержат двадцать восемь букв (</w:t>
      </w:r>
      <w:r>
        <w:rPr>
          <w:rFonts w:ascii="Georgia" w:hAnsi="Georgia" w:cs="Times New Roman"/>
          <w:b/>
          <w:i w:val="0"/>
          <w:color w:val="000000"/>
          <w:sz w:val="24"/>
          <w:rtl/>
          <w:szCs w:val="32"/>
        </w:rPr>
        <w:t>כ״ח</w:t>
      </w:r>
      <w:r>
        <w:rPr>
          <w:rFonts w:ascii="Georgia" w:hAnsi="Georgia"/>
          <w:b w:val="0"/>
          <w:i w:val="0"/>
          <w:color w:val="000000"/>
          <w:sz w:val="24"/>
        </w:rPr>
        <w:t xml:space="preserve"> = 28: буква каф (</w:t>
      </w:r>
      <w:r>
        <w:rPr>
          <w:rFonts w:ascii="Georgia" w:hAnsi="Georgia" w:cs="Times New Roman"/>
          <w:b/>
          <w:i w:val="0"/>
          <w:color w:val="000000"/>
          <w:sz w:val="24"/>
          <w:rtl/>
          <w:szCs w:val="32"/>
        </w:rPr>
        <w:t>כ</w:t>
      </w:r>
      <w:r>
        <w:rPr>
          <w:rFonts w:ascii="Georgia" w:hAnsi="Georgia"/>
          <w:b w:val="0"/>
          <w:i w:val="0"/>
          <w:color w:val="000000"/>
          <w:sz w:val="24"/>
        </w:rPr>
        <w:t xml:space="preserve"> = 20) и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и они называются «силой АВАЯ» (</w:t>
      </w:r>
      <w:r>
        <w:rPr>
          <w:rFonts w:ascii="Georgia" w:hAnsi="Georgia"/>
          <w:b w:val="0"/>
          <w:i/>
          <w:color w:val="000000"/>
          <w:sz w:val="24"/>
        </w:rPr>
        <w:t>коах АВАЯ</w:t>
      </w:r>
      <w:r>
        <w:rPr>
          <w:rFonts w:ascii="Georgia" w:hAnsi="Georgia"/>
          <w:b w:val="0"/>
          <w:i w:val="0"/>
          <w:color w:val="000000"/>
          <w:sz w:val="24"/>
        </w:rPr>
        <w:t>), и тогда она именуется Бат-Шева. Пойми же это.</w:t>
      </w:r>
    </w:p>
    <w:p>
      <w:pPr>
        <w:spacing w:before="40" w:after="120"/>
        <w:jc w:val="both"/>
      </w:pPr>
      <w:r>
        <w:rPr>
          <w:rFonts w:ascii="Georgia" w:hAnsi="Georgia"/>
          <w:b w:val="0"/>
          <w:i w:val="0"/>
          <w:color w:val="000000"/>
          <w:sz w:val="24"/>
        </w:rPr>
        <w:t xml:space="preserve">Тот же, кто клянется ложно, лишает ее этих семи святых [струй] пара и, если можно так выразиться, облачает ее семью [струями] пара клипы, о которых сказано: </w:t>
      </w:r>
      <w:r>
        <w:rPr>
          <w:rFonts w:ascii="Georgia" w:hAnsi="Georgia"/>
          <w:b w:val="0"/>
          <w:i/>
          <w:color w:val="000000"/>
          <w:sz w:val="24"/>
        </w:rPr>
        <w:t>«И это суета (эвель) и томление духа»</w:t>
      </w:r>
      <w:r>
        <w:rPr>
          <w:rFonts w:ascii="Georgia" w:hAnsi="Georgia"/>
          <w:b w:val="0"/>
          <w:i w:val="0"/>
          <w:color w:val="000000"/>
          <w:sz w:val="24"/>
        </w:rPr>
        <w:t xml:space="preserve"> (Коэлет 2:26). Поэтому исправление клятвы состоит в том, чтобы поститься двадцать восемь дней подряд (</w:t>
      </w:r>
      <w:r>
        <w:rPr>
          <w:rFonts w:ascii="Georgia" w:hAnsi="Georgia" w:cs="Times New Roman"/>
          <w:b/>
          <w:i w:val="0"/>
          <w:color w:val="000000"/>
          <w:sz w:val="24"/>
          <w:rtl/>
          <w:szCs w:val="32"/>
        </w:rPr>
        <w:t>כ״ח</w:t>
      </w:r>
      <w:r>
        <w:rPr>
          <w:rFonts w:ascii="Georgia" w:hAnsi="Georgia"/>
          <w:b w:val="0"/>
          <w:i w:val="0"/>
          <w:color w:val="000000"/>
          <w:sz w:val="24"/>
        </w:rPr>
        <w:t xml:space="preserve"> = 28), чтобы исправить ее тело (гуф) — семь нижних [сфирот], которые суть упомянутые семь Имен АВАЯ, насчитывающие двадцать восемь букв. И следует во время постов каждый день направлять намерение на одну букву, ведь таково измерение ее тела со стороны окружающего света. И знай, что сейчас мера ее десяти сфирот соответствует лишь мере НЕХИ Зеир Анпина, простираясь вверх лишь до уровня хазе в Тиферет де-ЗА.</w:t>
      </w:r>
    </w:p>
    <w:p>
      <w:pPr>
        <w:spacing w:before="40" w:after="120"/>
        <w:jc w:val="both"/>
      </w:pPr>
      <w:r>
        <w:rPr>
          <w:rFonts w:ascii="Georgia" w:hAnsi="Georgia"/>
          <w:b w:val="0"/>
          <w:i w:val="0"/>
          <w:color w:val="000000"/>
          <w:sz w:val="24"/>
        </w:rPr>
        <w:t>Говорит Шмуэль: в другом месте я нашел исправление упомянутого [прегрешения] в ином виде и не удержусь записать его и здесь. Вот его текст:</w:t>
      </w:r>
    </w:p>
    <w:p>
      <w:pPr>
        <w:spacing w:before="40" w:after="120"/>
        <w:jc w:val="both"/>
      </w:pPr>
      <w:r>
        <w:rPr>
          <w:rFonts w:ascii="Georgia" w:hAnsi="Georgia"/>
          <w:b w:val="0"/>
          <w:i w:val="0"/>
          <w:color w:val="000000"/>
          <w:sz w:val="24"/>
        </w:rPr>
        <w:t xml:space="preserve">«Исправление для поклявшегося ложно. Знай, что повреждение от [ложной] клятвы происходит в мире Брия, ведь клятва — это тайна семи [струй] пара, исходящих из высшего рта (пэ). Слово </w:t>
      </w:r>
      <w:r>
        <w:rPr>
          <w:rFonts w:ascii="Georgia" w:hAnsi="Georgia"/>
          <w:b w:val="0"/>
          <w:i/>
          <w:color w:val="000000"/>
          <w:sz w:val="24"/>
        </w:rPr>
        <w:t>эвель</w:t>
      </w:r>
      <w:r>
        <w:rPr>
          <w:rFonts w:ascii="Georgia" w:hAnsi="Georgia"/>
          <w:b w:val="0"/>
          <w:i w:val="0"/>
          <w:color w:val="000000"/>
          <w:sz w:val="24"/>
        </w:rPr>
        <w:t xml:space="preserve"> («пар», </w:t>
      </w:r>
      <w:r>
        <w:rPr>
          <w:rFonts w:ascii="Georgia" w:hAnsi="Georgia" w:cs="Times New Roman"/>
          <w:b/>
          <w:i w:val="0"/>
          <w:color w:val="000000"/>
          <w:sz w:val="24"/>
          <w:rtl/>
          <w:szCs w:val="32"/>
        </w:rPr>
        <w:t>הֶבֶל</w:t>
      </w:r>
      <w:r>
        <w:rPr>
          <w:rFonts w:ascii="Georgia" w:hAnsi="Georgia"/>
          <w:b w:val="0"/>
          <w:i w:val="0"/>
          <w:color w:val="000000"/>
          <w:sz w:val="24"/>
        </w:rPr>
        <w:t>) по гематрии равно тридцати семи (</w:t>
      </w:r>
      <w:r>
        <w:rPr>
          <w:rFonts w:ascii="Georgia" w:hAnsi="Georgia" w:cs="Times New Roman"/>
          <w:b/>
          <w:i w:val="0"/>
          <w:color w:val="000000"/>
          <w:sz w:val="24"/>
          <w:rtl/>
          <w:szCs w:val="32"/>
        </w:rPr>
        <w:t>ל״ז</w:t>
      </w:r>
      <w:r>
        <w:rPr>
          <w:rFonts w:ascii="Georgia" w:hAnsi="Georgia"/>
          <w:b w:val="0"/>
          <w:i w:val="0"/>
          <w:color w:val="000000"/>
          <w:sz w:val="24"/>
        </w:rPr>
        <w:t xml:space="preserve"> = 37: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и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что составляет наполнение (милуй) Имени САГ (63). А оно пребывает в мире Брия, и потому повреждение наносится миру Брия.</w:t>
      </w:r>
    </w:p>
    <w:p>
      <w:pPr>
        <w:spacing w:before="40" w:after="120"/>
        <w:jc w:val="both"/>
      </w:pPr>
      <w:r>
        <w:rPr>
          <w:rFonts w:ascii="Georgia" w:hAnsi="Georgia"/>
          <w:b w:val="0"/>
          <w:i w:val="0"/>
          <w:color w:val="000000"/>
          <w:sz w:val="24"/>
        </w:rPr>
        <w:t xml:space="preserve">Эти семь [струй] пара по гематрии равны слову </w:t>
      </w:r>
      <w:r>
        <w:rPr>
          <w:rFonts w:ascii="Georgia" w:hAnsi="Georgia"/>
          <w:b w:val="0"/>
          <w:i/>
          <w:color w:val="000000"/>
          <w:sz w:val="24"/>
        </w:rPr>
        <w:t>килькель</w:t>
      </w:r>
      <w:r>
        <w:rPr>
          <w:rFonts w:ascii="Georgia" w:hAnsi="Georgia"/>
          <w:b w:val="0"/>
          <w:i w:val="0"/>
          <w:color w:val="000000"/>
          <w:sz w:val="24"/>
        </w:rPr>
        <w:t xml:space="preserve"> («испортил», </w:t>
      </w:r>
      <w:r>
        <w:rPr>
          <w:rFonts w:ascii="Georgia" w:hAnsi="Georgia" w:cs="Times New Roman"/>
          <w:b/>
          <w:i w:val="0"/>
          <w:color w:val="000000"/>
          <w:sz w:val="24"/>
          <w:rtl/>
          <w:szCs w:val="32"/>
        </w:rPr>
        <w:t>קִלְקֵל</w:t>
      </w:r>
      <w:r>
        <w:rPr>
          <w:rFonts w:ascii="Georgia" w:hAnsi="Georgia"/>
          <w:b w:val="0"/>
          <w:i w:val="0"/>
          <w:color w:val="000000"/>
          <w:sz w:val="24"/>
        </w:rPr>
        <w:t xml:space="preserve"> = 260: семь умножить на 37 дает 259, а с учетом колеля — 260). В этом тайна стиха: </w:t>
      </w:r>
      <w:r>
        <w:rPr>
          <w:rFonts w:ascii="Georgia" w:hAnsi="Georgia"/>
          <w:b w:val="0"/>
          <w:i/>
          <w:color w:val="000000"/>
          <w:sz w:val="24"/>
        </w:rPr>
        <w:t>«И душе нашей опротивел этот негодный хлеб»</w:t>
      </w:r>
      <w:r>
        <w:rPr>
          <w:rFonts w:ascii="Georgia" w:hAnsi="Georgia"/>
          <w:b w:val="0"/>
          <w:i w:val="0"/>
          <w:color w:val="000000"/>
          <w:sz w:val="24"/>
        </w:rPr>
        <w:t xml:space="preserve"> (Бемидбар 21:5). И они соответствуют семи сфирот: Хохма, Бина, ХАГАТ, Нецах и Ход.</w:t>
      </w:r>
    </w:p>
    <w:p>
      <w:pPr>
        <w:spacing w:before="40" w:after="120"/>
        <w:jc w:val="both"/>
      </w:pPr>
      <w:r>
        <w:rPr>
          <w:rFonts w:ascii="Georgia" w:hAnsi="Georgia"/>
          <w:b w:val="0"/>
          <w:i w:val="0"/>
          <w:color w:val="000000"/>
          <w:sz w:val="24"/>
        </w:rPr>
        <w:t xml:space="preserve">А слово </w:t>
      </w:r>
      <w:r>
        <w:rPr>
          <w:rFonts w:ascii="Georgia" w:hAnsi="Georgia"/>
          <w:b w:val="0"/>
          <w:i/>
          <w:color w:val="000000"/>
          <w:sz w:val="24"/>
        </w:rPr>
        <w:t>шива</w:t>
      </w:r>
      <w:r>
        <w:rPr>
          <w:rFonts w:ascii="Georgia" w:hAnsi="Georgia"/>
          <w:b w:val="0"/>
          <w:i w:val="0"/>
          <w:color w:val="000000"/>
          <w:sz w:val="24"/>
        </w:rPr>
        <w:t xml:space="preserve"> («семь», </w:t>
      </w:r>
      <w:r>
        <w:rPr>
          <w:rFonts w:ascii="Georgia" w:hAnsi="Georgia" w:cs="Times New Roman"/>
          <w:b/>
          <w:i w:val="0"/>
          <w:color w:val="000000"/>
          <w:sz w:val="24"/>
          <w:rtl/>
          <w:szCs w:val="32"/>
        </w:rPr>
        <w:t>שִׁבְעָה</w:t>
      </w:r>
      <w:r>
        <w:rPr>
          <w:rFonts w:ascii="Georgia" w:hAnsi="Georgia"/>
          <w:b w:val="0"/>
          <w:i w:val="0"/>
          <w:color w:val="000000"/>
          <w:sz w:val="24"/>
        </w:rPr>
        <w:t xml:space="preserve">) с колелем дает гематрию слова </w:t>
      </w:r>
      <w:r>
        <w:rPr>
          <w:rFonts w:ascii="Georgia" w:hAnsi="Georgia"/>
          <w:b w:val="0"/>
          <w:i/>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 xml:space="preserve"> = 378: шин (</w:t>
      </w:r>
      <w:r>
        <w:rPr>
          <w:rFonts w:ascii="Georgia" w:hAnsi="Georgia" w:cs="Times New Roman"/>
          <w:b/>
          <w:i w:val="0"/>
          <w:color w:val="000000"/>
          <w:sz w:val="24"/>
          <w:rtl/>
          <w:szCs w:val="32"/>
        </w:rPr>
        <w:t>ש</w:t>
      </w:r>
      <w:r>
        <w:rPr>
          <w:rFonts w:ascii="Georgia" w:hAnsi="Georgia"/>
          <w:b w:val="0"/>
          <w:i w:val="0"/>
          <w:color w:val="000000"/>
          <w:sz w:val="24"/>
        </w:rPr>
        <w:t xml:space="preserve"> = 300), бэт (</w:t>
      </w:r>
      <w:r>
        <w:rPr>
          <w:rFonts w:ascii="Georgia" w:hAnsi="Georgia" w:cs="Times New Roman"/>
          <w:b/>
          <w:i w:val="0"/>
          <w:color w:val="000000"/>
          <w:sz w:val="24"/>
          <w:rtl/>
          <w:szCs w:val="32"/>
        </w:rPr>
        <w:t>ב</w:t>
      </w:r>
      <w:r>
        <w:rPr>
          <w:rFonts w:ascii="Georgia" w:hAnsi="Georgia"/>
          <w:b w:val="0"/>
          <w:i w:val="0"/>
          <w:color w:val="000000"/>
          <w:sz w:val="24"/>
        </w:rPr>
        <w:t xml:space="preserve"> = 2), айн (</w:t>
      </w:r>
      <w:r>
        <w:rPr>
          <w:rFonts w:ascii="Georgia" w:hAnsi="Georgia" w:cs="Times New Roman"/>
          <w:b/>
          <w:i w:val="0"/>
          <w:color w:val="000000"/>
          <w:sz w:val="24"/>
          <w:rtl/>
          <w:szCs w:val="32"/>
        </w:rPr>
        <w:t>ע</w:t>
      </w:r>
      <w:r>
        <w:rPr>
          <w:rFonts w:ascii="Georgia" w:hAnsi="Georgia"/>
          <w:b w:val="0"/>
          <w:i w:val="0"/>
          <w:color w:val="000000"/>
          <w:sz w:val="24"/>
        </w:rPr>
        <w:t xml:space="preserve"> = 70), хэй (</w:t>
      </w:r>
      <w:r>
        <w:rPr>
          <w:rFonts w:ascii="Georgia" w:hAnsi="Georgia" w:cs="Times New Roman"/>
          <w:b/>
          <w:i w:val="0"/>
          <w:color w:val="000000"/>
          <w:sz w:val="24"/>
          <w:rtl/>
          <w:szCs w:val="32"/>
        </w:rPr>
        <w:t>ה</w:t>
      </w:r>
      <w:r>
        <w:rPr>
          <w:rFonts w:ascii="Georgia" w:hAnsi="Georgia"/>
          <w:b w:val="0"/>
          <w:i w:val="0"/>
          <w:color w:val="000000"/>
          <w:sz w:val="24"/>
        </w:rPr>
        <w:t xml:space="preserve"> = 5), что составляет 377, а с добавлением единицы за само слово — 378; и это равно сумме букв: хэт (</w:t>
      </w:r>
      <w:r>
        <w:rPr>
          <w:rFonts w:ascii="Georgia" w:hAnsi="Georgia" w:cs="Times New Roman"/>
          <w:b/>
          <w:i w:val="0"/>
          <w:color w:val="000000"/>
          <w:sz w:val="24"/>
          <w:rtl/>
          <w:szCs w:val="32"/>
        </w:rPr>
        <w:t>ח</w:t>
      </w:r>
      <w:r>
        <w:rPr>
          <w:rFonts w:ascii="Georgia" w:hAnsi="Georgia"/>
          <w:b w:val="0"/>
          <w:i w:val="0"/>
          <w:color w:val="000000"/>
          <w:sz w:val="24"/>
        </w:rPr>
        <w:t xml:space="preserve"> = 8), шин (</w:t>
      </w:r>
      <w:r>
        <w:rPr>
          <w:rFonts w:ascii="Georgia" w:hAnsi="Georgia" w:cs="Times New Roman"/>
          <w:b/>
          <w:i w:val="0"/>
          <w:color w:val="000000"/>
          <w:sz w:val="24"/>
          <w:rtl/>
          <w:szCs w:val="32"/>
        </w:rPr>
        <w:t>ש</w:t>
      </w:r>
      <w:r>
        <w:rPr>
          <w:rFonts w:ascii="Georgia" w:hAnsi="Georgia"/>
          <w:b w:val="0"/>
          <w:i w:val="0"/>
          <w:color w:val="000000"/>
          <w:sz w:val="24"/>
        </w:rPr>
        <w:t xml:space="preserve"> = 300), мэм (</w:t>
      </w:r>
      <w:r>
        <w:rPr>
          <w:rFonts w:ascii="Georgia" w:hAnsi="Georgia" w:cs="Times New Roman"/>
          <w:b/>
          <w:i w:val="0"/>
          <w:color w:val="000000"/>
          <w:sz w:val="24"/>
          <w:rtl/>
          <w:szCs w:val="32"/>
        </w:rPr>
        <w:t>מ</w:t>
      </w:r>
      <w:r>
        <w:rPr>
          <w:rFonts w:ascii="Georgia" w:hAnsi="Georgia"/>
          <w:b w:val="0"/>
          <w:i w:val="0"/>
          <w:color w:val="000000"/>
          <w:sz w:val="24"/>
        </w:rPr>
        <w:t xml:space="preserve"> = 40) и ламэд (</w:t>
      </w:r>
      <w:r>
        <w:rPr>
          <w:rFonts w:ascii="Georgia" w:hAnsi="Georgia" w:cs="Times New Roman"/>
          <w:b/>
          <w:i w:val="0"/>
          <w:color w:val="000000"/>
          <w:sz w:val="24"/>
          <w:rtl/>
          <w:szCs w:val="32"/>
        </w:rPr>
        <w:t>ל</w:t>
      </w:r>
      <w:r>
        <w:rPr>
          <w:rFonts w:ascii="Georgia" w:hAnsi="Georgia"/>
          <w:b w:val="0"/>
          <w:i w:val="0"/>
          <w:color w:val="000000"/>
          <w:sz w:val="24"/>
        </w:rPr>
        <w:t xml:space="preserve"> = 30)). Они представляют собой триста семьдесят светов (</w:t>
      </w:r>
      <w:r>
        <w:rPr>
          <w:rFonts w:ascii="Georgia" w:hAnsi="Georgia" w:cs="Times New Roman"/>
          <w:b/>
          <w:i w:val="0"/>
          <w:color w:val="000000"/>
          <w:sz w:val="24"/>
          <w:rtl/>
          <w:szCs w:val="32"/>
        </w:rPr>
        <w:t>ש״ע</w:t>
      </w:r>
      <w:r>
        <w:rPr>
          <w:rFonts w:ascii="Georgia" w:hAnsi="Georgia"/>
          <w:b w:val="0"/>
          <w:i w:val="0"/>
          <w:color w:val="000000"/>
          <w:sz w:val="24"/>
        </w:rPr>
        <w:t xml:space="preserve"> = 370), исходящих из двух полных Имен ЭЛЬ (</w:t>
      </w:r>
      <w:r>
        <w:rPr>
          <w:rFonts w:ascii="Georgia" w:hAnsi="Georgia" w:cs="Times New Roman"/>
          <w:b/>
          <w:i w:val="0"/>
          <w:color w:val="000000"/>
          <w:sz w:val="24"/>
          <w:rtl/>
          <w:szCs w:val="32"/>
        </w:rPr>
        <w:t>אֵל</w:t>
      </w:r>
      <w:r>
        <w:rPr>
          <w:rFonts w:ascii="Georgia" w:hAnsi="Georgia"/>
          <w:b w:val="0"/>
          <w:i w:val="0"/>
          <w:color w:val="000000"/>
          <w:sz w:val="24"/>
        </w:rPr>
        <w:t>), пребывающих в Кетере, именуемом Арих Анпин (АА), и протягивающихся через упомянутые семь сфирот, расположенных под Кетером (называемым АА), и нисходящих до самой Малхут, чтобы отдалить от нее цепляющиеся за нее клипот.</w:t>
      </w:r>
    </w:p>
    <w:p>
      <w:pPr>
        <w:spacing w:before="40" w:after="120"/>
        <w:jc w:val="both"/>
      </w:pPr>
      <w:r>
        <w:rPr>
          <w:rFonts w:ascii="Georgia" w:hAnsi="Georgia"/>
          <w:b w:val="0"/>
          <w:i w:val="0"/>
          <w:color w:val="000000"/>
          <w:sz w:val="24"/>
        </w:rPr>
        <w:t>Из-за же повреждения ложной клятвой портятся те каналы, которые упорядочивали эти упомянутые триста семьдесят светов, и тогда Малхут именуется «негодным хлебом» (</w:t>
      </w:r>
      <w:r>
        <w:rPr>
          <w:rFonts w:ascii="Georgia" w:hAnsi="Georgia"/>
          <w:b w:val="0"/>
          <w:i/>
          <w:color w:val="000000"/>
          <w:sz w:val="24"/>
        </w:rPr>
        <w:t>лехем а-келокель</w:t>
      </w:r>
      <w:r>
        <w:rPr>
          <w:rFonts w:ascii="Georgia" w:hAnsi="Georgia"/>
          <w:b w:val="0"/>
          <w:i w:val="0"/>
          <w:color w:val="000000"/>
          <w:sz w:val="24"/>
        </w:rPr>
        <w:t xml:space="preserve">, </w:t>
      </w:r>
      <w:r>
        <w:rPr>
          <w:rFonts w:ascii="Georgia" w:hAnsi="Georgia" w:cs="Times New Roman"/>
          <w:b/>
          <w:i w:val="0"/>
          <w:color w:val="000000"/>
          <w:sz w:val="24"/>
          <w:rtl/>
          <w:szCs w:val="32"/>
        </w:rPr>
        <w:t>לֶחֶם הַקְּלֹקֵל</w:t>
      </w:r>
      <w:r>
        <w:rPr>
          <w:rFonts w:ascii="Georgia" w:hAnsi="Georgia"/>
          <w:b w:val="0"/>
          <w:i w:val="0"/>
          <w:color w:val="000000"/>
          <w:sz w:val="24"/>
        </w:rPr>
        <w:t>), то есть «буква хэй испортилась» (</w:t>
      </w:r>
      <w:r>
        <w:rPr>
          <w:rFonts w:ascii="Georgia" w:hAnsi="Georgia"/>
          <w:b w:val="0"/>
          <w:i/>
          <w:color w:val="000000"/>
          <w:sz w:val="24"/>
        </w:rPr>
        <w:t>хэй килькель</w:t>
      </w:r>
      <w:r>
        <w:rPr>
          <w:rFonts w:ascii="Georgia" w:hAnsi="Georgia"/>
          <w:b w:val="0"/>
          <w:i w:val="0"/>
          <w:color w:val="000000"/>
          <w:sz w:val="24"/>
        </w:rPr>
        <w:t>): ведь Малхут, называемая «нижней буквой хэй» (</w:t>
      </w:r>
      <w:r>
        <w:rPr>
          <w:rFonts w:ascii="Georgia" w:hAnsi="Georgia"/>
          <w:b w:val="0"/>
          <w:i/>
          <w:color w:val="000000"/>
          <w:sz w:val="24"/>
        </w:rPr>
        <w:t>хэй татаа</w:t>
      </w:r>
      <w:r>
        <w:rPr>
          <w:rFonts w:ascii="Georgia" w:hAnsi="Georgia"/>
          <w:b w:val="0"/>
          <w:i w:val="0"/>
          <w:color w:val="000000"/>
          <w:sz w:val="24"/>
        </w:rPr>
        <w:t>), повредилась и уподобилась порче (</w:t>
      </w:r>
      <w:r>
        <w:rPr>
          <w:rFonts w:ascii="Georgia" w:hAnsi="Georgia"/>
          <w:b w:val="0"/>
          <w:i/>
          <w:color w:val="000000"/>
          <w:sz w:val="24"/>
        </w:rPr>
        <w:t>килькель</w:t>
      </w:r>
      <w:r>
        <w:rPr>
          <w:rFonts w:ascii="Georgia" w:hAnsi="Georgia"/>
          <w:b w:val="0"/>
          <w:i w:val="0"/>
          <w:color w:val="000000"/>
          <w:sz w:val="24"/>
        </w:rPr>
        <w:t>), в противоположность исправлению, производимому теми триста семьюдесятью светами. Поэтому его раскаяние состоит в том, чтобы провести тридцать семь постов (</w:t>
      </w:r>
      <w:r>
        <w:rPr>
          <w:rFonts w:ascii="Georgia" w:hAnsi="Georgia" w:cs="Times New Roman"/>
          <w:b/>
          <w:i w:val="0"/>
          <w:color w:val="000000"/>
          <w:sz w:val="24"/>
          <w:rtl/>
          <w:szCs w:val="32"/>
        </w:rPr>
        <w:t>ל״ז</w:t>
      </w:r>
      <w:r>
        <w:rPr>
          <w:rFonts w:ascii="Georgia" w:hAnsi="Georgia"/>
          <w:b w:val="0"/>
          <w:i w:val="0"/>
          <w:color w:val="000000"/>
          <w:sz w:val="24"/>
        </w:rPr>
        <w:t xml:space="preserve"> = 37) — по числу гематрии слова </w:t>
      </w:r>
      <w:r>
        <w:rPr>
          <w:rFonts w:ascii="Georgia" w:hAnsi="Georgia"/>
          <w:b w:val="0"/>
          <w:i/>
          <w:color w:val="000000"/>
          <w:sz w:val="24"/>
        </w:rPr>
        <w:t>эвель</w:t>
      </w:r>
      <w:r>
        <w:rPr>
          <w:rFonts w:ascii="Georgia" w:hAnsi="Georgia"/>
          <w:b w:val="0"/>
          <w:i w:val="0"/>
          <w:color w:val="000000"/>
          <w:sz w:val="24"/>
        </w:rPr>
        <w:t xml:space="preserve"> (</w:t>
      </w:r>
      <w:r>
        <w:rPr>
          <w:rFonts w:ascii="Georgia" w:hAnsi="Georgia" w:cs="Times New Roman"/>
          <w:b/>
          <w:i w:val="0"/>
          <w:color w:val="000000"/>
          <w:sz w:val="24"/>
          <w:rtl/>
          <w:szCs w:val="32"/>
        </w:rPr>
        <w:t>הֶבֶל</w:t>
      </w:r>
      <w:r>
        <w:rPr>
          <w:rFonts w:ascii="Georgia" w:hAnsi="Georgia"/>
          <w:b w:val="0"/>
          <w:i w:val="0"/>
          <w:color w:val="000000"/>
          <w:sz w:val="24"/>
        </w:rPr>
        <w:t>). К тому же, по простому смыслу, клятва — это пар и речь, исходящие из уст клянущегося человека».</w:t>
      </w:r>
    </w:p>
    <w:p>
      <w:pPr>
        <w:spacing w:before="40" w:after="120"/>
        <w:jc w:val="both"/>
      </w:pPr>
      <w:r>
        <w:rPr>
          <w:rFonts w:ascii="Georgia" w:hAnsi="Georgia"/>
          <w:b w:val="0"/>
          <w:i w:val="0"/>
          <w:color w:val="000000"/>
          <w:sz w:val="24"/>
        </w:rPr>
        <w:t>Говорит Шмуэль: в другом месте я нашел исправление упомянутого [прегрешения] еще в одном виде и не удержусь записать его и здесь. Вот его текст:</w:t>
      </w:r>
    </w:p>
    <w:p>
      <w:pPr>
        <w:spacing w:before="40" w:after="120"/>
        <w:jc w:val="both"/>
      </w:pPr>
      <w:r>
        <w:rPr>
          <w:rFonts w:ascii="Georgia" w:hAnsi="Georgia"/>
          <w:b w:val="0"/>
          <w:i w:val="0"/>
          <w:color w:val="000000"/>
          <w:sz w:val="24"/>
        </w:rPr>
        <w:t>«Исправление для поклявшегося напрасно и сквернословящего. Он наносит повреждение семи [струям] пара. Каким образом? Святой пар, выходящий из высшего рта (пэ) АА, питает и поддерживает Абу; выходящий из пэ де-Аба — жизнь Имы; выходящий из пэ де-Има — жизнь Зеир Анпина; выходящий из пэ де-ЗА — жизнь его Нуквы; выходящий из пэ де-Нуква — жизнь мира Брия; выходящий из Брия — жизнь мира Ецира; а выходящий из Ецира — жизнь мира Асия. И оказывается, что он повреждает эти семь [струй] пара во всем мироздании, от его начала до конца.</w:t>
      </w:r>
    </w:p>
    <w:p>
      <w:pPr>
        <w:spacing w:before="40" w:after="120"/>
        <w:jc w:val="both"/>
      </w:pPr>
      <w:r>
        <w:rPr>
          <w:rFonts w:ascii="Georgia" w:hAnsi="Georgia"/>
          <w:b w:val="0"/>
          <w:i w:val="0"/>
          <w:color w:val="000000"/>
          <w:sz w:val="24"/>
        </w:rPr>
        <w:t xml:space="preserve">Другое объяснение: клятва пребывает в тайне пара, исходящего из высшего рта. И вот слово </w:t>
      </w:r>
      <w:r>
        <w:rPr>
          <w:rFonts w:ascii="Georgia" w:hAnsi="Georgia"/>
          <w:b w:val="0"/>
          <w:i/>
          <w:color w:val="000000"/>
          <w:sz w:val="24"/>
        </w:rPr>
        <w:t>эвель</w:t>
      </w:r>
      <w:r>
        <w:rPr>
          <w:rFonts w:ascii="Georgia" w:hAnsi="Georgia"/>
          <w:b w:val="0"/>
          <w:i w:val="0"/>
          <w:color w:val="000000"/>
          <w:sz w:val="24"/>
        </w:rPr>
        <w:t xml:space="preserve"> (</w:t>
      </w:r>
      <w:r>
        <w:rPr>
          <w:rFonts w:ascii="Georgia" w:hAnsi="Georgia" w:cs="Times New Roman"/>
          <w:b/>
          <w:i w:val="0"/>
          <w:color w:val="000000"/>
          <w:sz w:val="24"/>
          <w:rtl/>
          <w:szCs w:val="32"/>
        </w:rPr>
        <w:t>הֶבֶל</w:t>
      </w:r>
      <w:r>
        <w:rPr>
          <w:rFonts w:ascii="Georgia" w:hAnsi="Georgia"/>
          <w:b w:val="0"/>
          <w:i w:val="0"/>
          <w:color w:val="000000"/>
          <w:sz w:val="24"/>
        </w:rPr>
        <w:t>) по гематрии равно тридцати семи (</w:t>
      </w:r>
      <w:r>
        <w:rPr>
          <w:rFonts w:ascii="Georgia" w:hAnsi="Georgia" w:cs="Times New Roman"/>
          <w:b/>
          <w:i w:val="0"/>
          <w:color w:val="000000"/>
          <w:sz w:val="24"/>
          <w:rtl/>
          <w:szCs w:val="32"/>
        </w:rPr>
        <w:t>ל״ז</w:t>
      </w:r>
      <w:r>
        <w:rPr>
          <w:rFonts w:ascii="Georgia" w:hAnsi="Georgia"/>
          <w:b w:val="0"/>
          <w:i w:val="0"/>
          <w:color w:val="000000"/>
          <w:sz w:val="24"/>
        </w:rPr>
        <w:t xml:space="preserve"> = 37) и представляет собой наполнение Имени АВАЯ де-САГ (63). Известно, что эти семь [струй] пара равны семикратному значению слова </w:t>
      </w:r>
      <w:r>
        <w:rPr>
          <w:rFonts w:ascii="Georgia" w:hAnsi="Georgia"/>
          <w:b w:val="0"/>
          <w:i/>
          <w:color w:val="000000"/>
          <w:sz w:val="24"/>
        </w:rPr>
        <w:t>эвель</w:t>
      </w:r>
      <w:r>
        <w:rPr>
          <w:rFonts w:ascii="Georgia" w:hAnsi="Georgia"/>
          <w:b w:val="0"/>
          <w:i w:val="0"/>
          <w:color w:val="000000"/>
          <w:sz w:val="24"/>
        </w:rPr>
        <w:t>, составляющему по гематрии [число 260, разделяющееся на] две части по 130 (</w:t>
      </w:r>
      <w:r>
        <w:rPr>
          <w:rFonts w:ascii="Georgia" w:hAnsi="Georgia" w:cs="Times New Roman"/>
          <w:b/>
          <w:i w:val="0"/>
          <w:color w:val="000000"/>
          <w:sz w:val="24"/>
          <w:rtl/>
          <w:szCs w:val="32"/>
        </w:rPr>
        <w:t>ק״ל ק״ל</w:t>
      </w:r>
      <w:r>
        <w:rPr>
          <w:rFonts w:ascii="Georgia" w:hAnsi="Georgia"/>
          <w:b w:val="0"/>
          <w:i w:val="0"/>
          <w:color w:val="000000"/>
          <w:sz w:val="24"/>
        </w:rPr>
        <w:t xml:space="preserve"> = 260) — высший Даат и нижний Даат, которыми питается Малхут, называемая «хлебом», о которой сказано: </w:t>
      </w:r>
      <w:r>
        <w:rPr>
          <w:rFonts w:ascii="Georgia" w:hAnsi="Georgia"/>
          <w:b w:val="0"/>
          <w:i/>
          <w:color w:val="000000"/>
          <w:sz w:val="24"/>
        </w:rPr>
        <w:t>«И душе нашей опротивел этот негодный хлеб»</w:t>
      </w:r>
      <w:r>
        <w:rPr>
          <w:rFonts w:ascii="Georgia" w:hAnsi="Georgia"/>
          <w:b w:val="0"/>
          <w:i w:val="0"/>
          <w:color w:val="000000"/>
          <w:sz w:val="24"/>
        </w:rPr>
        <w:t xml:space="preserve"> (Бемидбар 21:5). И так как повреждение произошло в тайне [слова] </w:t>
      </w:r>
      <w:r>
        <w:rPr>
          <w:rFonts w:ascii="Georgia" w:hAnsi="Georgia"/>
          <w:b w:val="0"/>
          <w:i/>
          <w:color w:val="000000"/>
          <w:sz w:val="24"/>
        </w:rPr>
        <w:t>эвель</w:t>
      </w:r>
      <w:r>
        <w:rPr>
          <w:rFonts w:ascii="Georgia" w:hAnsi="Georgia"/>
          <w:b w:val="0"/>
          <w:i w:val="0"/>
          <w:color w:val="000000"/>
          <w:sz w:val="24"/>
        </w:rPr>
        <w:t>, равного тридцати семи, дни его постов составляют тридцать семь (</w:t>
      </w:r>
      <w:r>
        <w:rPr>
          <w:rFonts w:ascii="Georgia" w:hAnsi="Georgia" w:cs="Times New Roman"/>
          <w:b/>
          <w:i w:val="0"/>
          <w:color w:val="000000"/>
          <w:sz w:val="24"/>
          <w:rtl/>
          <w:szCs w:val="32"/>
        </w:rPr>
        <w:t>ל״ז</w:t>
      </w:r>
      <w:r>
        <w:rPr>
          <w:rFonts w:ascii="Georgia" w:hAnsi="Georgia"/>
          <w:b w:val="0"/>
          <w:i w:val="0"/>
          <w:color w:val="000000"/>
          <w:sz w:val="24"/>
        </w:rPr>
        <w:t xml:space="preserve"> = 37), как известно».</w:t>
      </w:r>
    </w:p>
    <w:p>
      <w:pPr>
        <w:spacing w:before="40" w:after="120"/>
        <w:jc w:val="both"/>
      </w:pPr>
      <w:r>
        <w:rPr>
          <w:rFonts w:ascii="Georgia" w:hAnsi="Georgia"/>
          <w:b w:val="0"/>
          <w:i w:val="0"/>
          <w:color w:val="000000"/>
          <w:sz w:val="24"/>
        </w:rPr>
        <w:t>Говорит Шмуэль: эта третья формулировка близка ко второму исправлению и развивает его.</w:t>
      </w:r>
    </w:p>
    <w:p>
      <w:pPr>
        <w:spacing w:before="40" w:after="120"/>
        <w:jc w:val="both"/>
      </w:pPr>
      <w:r>
        <w:rPr>
          <w:rFonts w:ascii="Georgia" w:hAnsi="Georgia"/>
          <w:b w:val="0"/>
          <w:i w:val="0"/>
          <w:color w:val="000000"/>
          <w:sz w:val="24"/>
        </w:rPr>
        <w:t>Что же касается сути обета, то это иное свойство. Знай, что три вида свечений протягиваются от АА к мохин Зеир Анпина.</w:t>
      </w:r>
    </w:p>
    <w:p>
      <w:pPr>
        <w:spacing w:before="40" w:after="120"/>
        <w:jc w:val="both"/>
      </w:pPr>
      <w:r>
        <w:rPr>
          <w:rFonts w:ascii="Georgia" w:hAnsi="Georgia"/>
          <w:b w:val="0"/>
          <w:i w:val="0"/>
          <w:color w:val="000000"/>
          <w:sz w:val="24"/>
        </w:rPr>
        <w:t xml:space="preserve">Первый вид: свечение протягивается от высшего Хеседа Атика, распространяющегося до тринадцатого исправления бороды (дикна) Ариха, называемого </w:t>
      </w:r>
      <w:r>
        <w:rPr>
          <w:rFonts w:ascii="Georgia" w:hAnsi="Georgia"/>
          <w:b w:val="0"/>
          <w:i/>
          <w:color w:val="000000"/>
          <w:sz w:val="24"/>
        </w:rPr>
        <w:t>мазла</w:t>
      </w:r>
      <w:r>
        <w:rPr>
          <w:rFonts w:ascii="Georgia" w:hAnsi="Georgia"/>
          <w:b w:val="0"/>
          <w:i w:val="0"/>
          <w:color w:val="000000"/>
          <w:sz w:val="24"/>
        </w:rPr>
        <w:t xml:space="preserve"> (источник влияния); оттуда свечение продолжается до Даат, общего для Абы и Имы, объединяет их и производит их зивуг. И тогда благодаря этой силе НЕХИ де-Има становятся светом разума (мохин) в голове (рош) де-ЗА при его взрослом состоянии (гадлут), как известно.</w:t>
      </w:r>
    </w:p>
    <w:p>
      <w:pPr>
        <w:spacing w:before="40" w:after="120"/>
        <w:jc w:val="both"/>
      </w:pPr>
      <w:r>
        <w:rPr>
          <w:rFonts w:ascii="Georgia" w:hAnsi="Georgia"/>
          <w:b w:val="0"/>
          <w:i w:val="0"/>
          <w:color w:val="000000"/>
          <w:sz w:val="24"/>
        </w:rPr>
        <w:t>Второй вид: свечение исходит из внутренней части скрытого мозга (</w:t>
      </w:r>
      <w:r>
        <w:rPr>
          <w:rFonts w:ascii="Georgia" w:hAnsi="Georgia"/>
          <w:b w:val="0"/>
          <w:i/>
          <w:color w:val="000000"/>
          <w:sz w:val="24"/>
        </w:rPr>
        <w:t>моха стимаа</w:t>
      </w:r>
      <w:r>
        <w:rPr>
          <w:rFonts w:ascii="Georgia" w:hAnsi="Georgia"/>
          <w:b w:val="0"/>
          <w:i w:val="0"/>
          <w:color w:val="000000"/>
          <w:sz w:val="24"/>
        </w:rPr>
        <w:t>) АА через волосы его головы и его бороды (дикна), которые протягиваются до головы де-ЗА, как известно, и светят в мохин Зеир Анпина.</w:t>
      </w:r>
    </w:p>
    <w:p>
      <w:pPr>
        <w:spacing w:before="40" w:after="120"/>
        <w:jc w:val="both"/>
      </w:pPr>
      <w:r>
        <w:rPr>
          <w:rFonts w:ascii="Georgia" w:hAnsi="Georgia"/>
          <w:b w:val="0"/>
          <w:i w:val="0"/>
          <w:color w:val="000000"/>
          <w:sz w:val="24"/>
        </w:rPr>
        <w:t>Третий вид: свечение исходит от внутреннего света в мэцах де-рош де-Арих — из мозга Ариха; оно пробивает [преграду], выходит наружу его лба, опускается на мэцах де-ЗА, светит в собственных мохин Зеир Анпина, пребывающих внутри его лба, и аннулирует все суровые суды, находящиеся в его лбу, как известно. Теперь разъясним суть обета. Подобно тому как АА взирает и светит из своего лба благоволения (мэцах а-рацон) на мэцах де-ЗА, в его мохин, так и Зеир Анпин взирает со своего лба на мэцах де-Нуква, чтобы светить в три ее мохин.</w:t>
      </w:r>
    </w:p>
    <w:p>
      <w:pPr>
        <w:spacing w:before="40" w:after="120"/>
        <w:jc w:val="both"/>
      </w:pPr>
      <w:r>
        <w:rPr>
          <w:rFonts w:ascii="Georgia" w:hAnsi="Georgia"/>
          <w:b w:val="0"/>
          <w:i w:val="0"/>
          <w:color w:val="000000"/>
          <w:sz w:val="24"/>
        </w:rPr>
        <w:t>Суть в том, что после того, как благодаря истинной клятве завершается [построение] ее тела (гуф) — семи ее нижних [сфирот], — затем завершаются и три ее первые [сфирот, ГАР], и тогда она становится равной по росту с Зеир Анпином, стоя паним бе-паним с ним. Тогда свечение исходит из его мохин, находящихся внутри его лба, выходит наружу через его лоб, и оттуда он взирает на лоб Нуквы; этот свет входит внутрь ее лба и освещает три пребывающих в ней мохин.</w:t>
      </w:r>
    </w:p>
    <w:p>
      <w:pPr>
        <w:spacing w:before="40" w:after="120"/>
        <w:jc w:val="both"/>
      </w:pPr>
      <w:r>
        <w:rPr>
          <w:rFonts w:ascii="Georgia" w:hAnsi="Georgia"/>
          <w:b w:val="0"/>
          <w:i w:val="0"/>
          <w:color w:val="000000"/>
          <w:sz w:val="24"/>
        </w:rPr>
        <w:t xml:space="preserve">Исправление же прегрешения обета состоит в том, чтобы поститься шесть дней подряд. Причина в том, что вначале, посредством истинной клятвы, мера ее десяти сфирот соответствовала лишь НЕХИ Зеир Анпина, как известно. Затем же, благодаря истинному обету, представляющему собой ее подъем для получения мохин, она распространяется, растет и поднимается до уровня его мохин. И этот подъем равен мере шести его сфирот: КАХАБ и ХАГАТ. А из-за напрасного обета у нее отнимается подъем на эти шесть упомянутых сфирот. Поэтому его исправление — шесть постов. Есть и другая, еще более существенная причина: ведь слово </w:t>
      </w:r>
      <w:r>
        <w:rPr>
          <w:rFonts w:ascii="Georgia" w:hAnsi="Georgia"/>
          <w:b w:val="0"/>
          <w:i/>
          <w:color w:val="000000"/>
          <w:sz w:val="24"/>
        </w:rPr>
        <w:t>недер</w:t>
      </w:r>
      <w:r>
        <w:rPr>
          <w:rFonts w:ascii="Georgia" w:hAnsi="Georgia"/>
          <w:b w:val="0"/>
          <w:i w:val="0"/>
          <w:color w:val="000000"/>
          <w:sz w:val="24"/>
        </w:rPr>
        <w:t xml:space="preserve"> («обет», </w:t>
      </w:r>
      <w:r>
        <w:rPr>
          <w:rFonts w:ascii="Georgia" w:hAnsi="Georgia" w:cs="Times New Roman"/>
          <w:b/>
          <w:i w:val="0"/>
          <w:color w:val="000000"/>
          <w:sz w:val="24"/>
          <w:rtl/>
          <w:szCs w:val="32"/>
        </w:rPr>
        <w:t>נֶדֶר</w:t>
      </w:r>
      <w:r>
        <w:rPr>
          <w:rFonts w:ascii="Georgia" w:hAnsi="Georgia"/>
          <w:b w:val="0"/>
          <w:i w:val="0"/>
          <w:color w:val="000000"/>
          <w:sz w:val="24"/>
        </w:rPr>
        <w:t>) содержит в себе тайну двухсот сорока восьми органов (</w:t>
      </w:r>
      <w:r>
        <w:rPr>
          <w:rFonts w:ascii="Georgia" w:hAnsi="Georgia" w:cs="Times New Roman"/>
          <w:b/>
          <w:i w:val="0"/>
          <w:color w:val="000000"/>
          <w:sz w:val="24"/>
          <w:rtl/>
          <w:szCs w:val="32"/>
        </w:rPr>
        <w:t>רמ״ח</w:t>
      </w:r>
      <w:r>
        <w:rPr>
          <w:rFonts w:ascii="Georgia" w:hAnsi="Georgia"/>
          <w:b w:val="0"/>
          <w:i w:val="0"/>
          <w:color w:val="000000"/>
          <w:sz w:val="24"/>
        </w:rPr>
        <w:t xml:space="preserve"> = 248), находящихся в ней, и еще шести свойств (</w:t>
      </w:r>
      <w:r>
        <w:rPr>
          <w:rFonts w:ascii="Georgia" w:hAnsi="Georgia" w:cs="Times New Roman"/>
          <w:b/>
          <w:i w:val="0"/>
          <w:color w:val="000000"/>
          <w:sz w:val="24"/>
          <w:rtl/>
          <w:szCs w:val="32"/>
        </w:rPr>
        <w:t>ו</w:t>
      </w:r>
      <w:r>
        <w:rPr>
          <w:rFonts w:ascii="Georgia" w:hAnsi="Georgia"/>
          <w:b w:val="0"/>
          <w:i w:val="0"/>
          <w:color w:val="000000"/>
          <w:sz w:val="24"/>
        </w:rPr>
        <w:t xml:space="preserve"> = 6), являющихся свечением трех его мохин в три ее мохин; вместе это составляет число слова </w:t>
      </w:r>
      <w:r>
        <w:rPr>
          <w:rFonts w:ascii="Georgia" w:hAnsi="Georgia"/>
          <w:b w:val="0"/>
          <w:i/>
          <w:color w:val="000000"/>
          <w:sz w:val="24"/>
        </w:rPr>
        <w:t>недер</w:t>
      </w:r>
      <w:r>
        <w:rPr>
          <w:rFonts w:ascii="Georgia" w:hAnsi="Georgia"/>
          <w:b w:val="0"/>
          <w:i w:val="0"/>
          <w:color w:val="000000"/>
          <w:sz w:val="24"/>
        </w:rPr>
        <w:t xml:space="preserve"> (</w:t>
      </w:r>
      <w:r>
        <w:rPr>
          <w:rFonts w:ascii="Georgia" w:hAnsi="Georgia" w:cs="Times New Roman"/>
          <w:b/>
          <w:i w:val="0"/>
          <w:color w:val="000000"/>
          <w:sz w:val="24"/>
          <w:rtl/>
          <w:szCs w:val="32"/>
        </w:rPr>
        <w:t>נֶדֶר</w:t>
      </w:r>
      <w:r>
        <w:rPr>
          <w:rFonts w:ascii="Georgia" w:hAnsi="Georgia"/>
          <w:b w:val="0"/>
          <w:i w:val="0"/>
          <w:color w:val="000000"/>
          <w:sz w:val="24"/>
        </w:rPr>
        <w:t xml:space="preserve"> = 254: буква нун (</w:t>
      </w:r>
      <w:r>
        <w:rPr>
          <w:rFonts w:ascii="Georgia" w:hAnsi="Georgia" w:cs="Times New Roman"/>
          <w:b/>
          <w:i w:val="0"/>
          <w:color w:val="000000"/>
          <w:sz w:val="24"/>
          <w:rtl/>
          <w:szCs w:val="32"/>
        </w:rPr>
        <w:t>נ</w:t>
      </w:r>
      <w:r>
        <w:rPr>
          <w:rFonts w:ascii="Georgia" w:hAnsi="Georgia"/>
          <w:b w:val="0"/>
          <w:i w:val="0"/>
          <w:color w:val="000000"/>
          <w:sz w:val="24"/>
        </w:rPr>
        <w:t xml:space="preserve"> = 50),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 4) и буква рэйш (</w:t>
      </w:r>
      <w:r>
        <w:rPr>
          <w:rFonts w:ascii="Georgia" w:hAnsi="Georgia" w:cs="Times New Roman"/>
          <w:b/>
          <w:i w:val="0"/>
          <w:color w:val="000000"/>
          <w:sz w:val="24"/>
          <w:rtl/>
          <w:szCs w:val="32"/>
        </w:rPr>
        <w:t>ר</w:t>
      </w:r>
      <w:r>
        <w:rPr>
          <w:rFonts w:ascii="Georgia" w:hAnsi="Georgia"/>
          <w:b w:val="0"/>
          <w:i w:val="0"/>
          <w:color w:val="000000"/>
          <w:sz w:val="24"/>
        </w:rPr>
        <w:t xml:space="preserve"> = 200), ведь 248 плюс 6 равно 254). И поскольку напрасный обет приводит к упразднению этих шести мохин, требуются шесть постов.</w:t>
      </w:r>
    </w:p>
    <w:p>
      <w:pPr>
        <w:spacing w:before="40" w:after="120"/>
        <w:jc w:val="both"/>
      </w:pPr>
      <w:r>
        <w:rPr>
          <w:rFonts w:ascii="Georgia" w:hAnsi="Georgia"/>
          <w:b w:val="0"/>
          <w:i w:val="0"/>
          <w:color w:val="000000"/>
          <w:sz w:val="24"/>
        </w:rPr>
        <w:t>И хотя в Нукве есть лишь два [света] разума (мохин), как сказано в «Идра Насо» и в недельной главе «Шлах Леха» — ведь «женский разум легковесен» (</w:t>
      </w:r>
      <w:r>
        <w:rPr>
          <w:rFonts w:ascii="Georgia" w:hAnsi="Georgia"/>
          <w:b w:val="0"/>
          <w:i/>
          <w:color w:val="000000"/>
          <w:sz w:val="24"/>
        </w:rPr>
        <w:t>даатан кала</w:t>
      </w:r>
      <w:r>
        <w:rPr>
          <w:rFonts w:ascii="Georgia" w:hAnsi="Georgia"/>
          <w:b w:val="0"/>
          <w:i w:val="0"/>
          <w:color w:val="000000"/>
          <w:sz w:val="24"/>
        </w:rPr>
        <w:t>), — всё же в другом месте уже разъяснялось: при первом зивуге ЗОН, именуемом «первым совокуплением» (</w:t>
      </w:r>
      <w:r>
        <w:rPr>
          <w:rFonts w:ascii="Georgia" w:hAnsi="Georgia"/>
          <w:b w:val="0"/>
          <w:i/>
          <w:color w:val="000000"/>
          <w:sz w:val="24"/>
        </w:rPr>
        <w:t>биа ришона</w:t>
      </w:r>
      <w:r>
        <w:rPr>
          <w:rFonts w:ascii="Georgia" w:hAnsi="Georgia"/>
          <w:b w:val="0"/>
          <w:i w:val="0"/>
          <w:color w:val="000000"/>
          <w:sz w:val="24"/>
        </w:rPr>
        <w:t>), цель которого — сделать ее [полноценным] кли, он внедряет в нее тот дух, который вселяет внутрь нее (</w:t>
      </w:r>
      <w:r>
        <w:rPr>
          <w:rFonts w:ascii="Georgia" w:hAnsi="Georgia"/>
          <w:b w:val="0"/>
          <w:i/>
          <w:color w:val="000000"/>
          <w:sz w:val="24"/>
        </w:rPr>
        <w:t>руха де-шадей бе-гава</w:t>
      </w:r>
      <w:r>
        <w:rPr>
          <w:rFonts w:ascii="Georgia" w:hAnsi="Georgia"/>
          <w:b w:val="0"/>
          <w:i w:val="0"/>
          <w:color w:val="000000"/>
          <w:sz w:val="24"/>
        </w:rPr>
        <w:t>). Это Имя АВАЯ с наполнением на хэй, именуемое БОН (52); оно и служит свойством ее Даат в будние дни, как у нас разъяснено. Благодаря этой силе она впоследствии поднимает женские воды (МАН), как известно, и тогда в ней восполняются три мохин. Помни же это. Отсюда мы учим, что высота строения (шиур кома) Малхут, когда она стоит наравне с Зеир Анпином истинно лицом к лицу, составляет двадцать восемь [букв] в семи нижних [сфирот] и шесть в отношении ее мохин, как говорилось выше. Вместе они составляют тридцать четыре (</w:t>
      </w:r>
      <w:r>
        <w:rPr>
          <w:rFonts w:ascii="Georgia" w:hAnsi="Georgia" w:cs="Times New Roman"/>
          <w:b/>
          <w:i w:val="0"/>
          <w:color w:val="000000"/>
          <w:sz w:val="24"/>
          <w:rtl/>
          <w:szCs w:val="32"/>
        </w:rPr>
        <w:t>ד״ל</w:t>
      </w:r>
      <w:r>
        <w:rPr>
          <w:rFonts w:ascii="Georgia" w:hAnsi="Georgia"/>
          <w:b w:val="0"/>
          <w:i w:val="0"/>
          <w:color w:val="000000"/>
          <w:sz w:val="24"/>
        </w:rPr>
        <w:t xml:space="preserve"> = 34: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и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 4)). В этом тайна стиха: </w:t>
      </w:r>
      <w:r>
        <w:rPr>
          <w:rFonts w:ascii="Georgia" w:hAnsi="Georgia"/>
          <w:b w:val="0"/>
          <w:i/>
          <w:color w:val="000000"/>
          <w:sz w:val="24"/>
        </w:rPr>
        <w:t>«Длина одного полотнища — тридцать локтей, а ширина… четыре локтя»</w:t>
      </w:r>
      <w:r>
        <w:rPr>
          <w:rFonts w:ascii="Georgia" w:hAnsi="Georgia"/>
          <w:b w:val="0"/>
          <w:i w:val="0"/>
          <w:color w:val="000000"/>
          <w:sz w:val="24"/>
        </w:rPr>
        <w:t xml:space="preserve"> (Шмот 26:8). Пойми же это.</w:t>
      </w:r>
    </w:p>
    <w:p>
      <w:pPr>
        <w:spacing w:before="40" w:after="120"/>
        <w:jc w:val="both"/>
      </w:pPr>
      <w:r>
        <w:rPr>
          <w:rFonts w:ascii="Georgia" w:hAnsi="Georgia"/>
          <w:b w:val="0"/>
          <w:i w:val="0"/>
          <w:color w:val="000000"/>
          <w:sz w:val="24"/>
        </w:rPr>
        <w:t>Это указывает на три Имени, каждое из которых свидетельствует о состоянии Малхут, когда она находится лицом к лицу с Зеир Анпином, и каждое из них по гематрии равно тридцати четырем (</w:t>
      </w:r>
      <w:r>
        <w:rPr>
          <w:rFonts w:ascii="Georgia" w:hAnsi="Georgia" w:cs="Times New Roman"/>
          <w:b/>
          <w:i w:val="0"/>
          <w:color w:val="000000"/>
          <w:sz w:val="24"/>
          <w:rtl/>
          <w:szCs w:val="32"/>
        </w:rPr>
        <w:t>ד״ל</w:t>
      </w:r>
      <w:r>
        <w:rPr>
          <w:rFonts w:ascii="Georgia" w:hAnsi="Georgia"/>
          <w:b w:val="0"/>
          <w:i w:val="0"/>
          <w:color w:val="000000"/>
          <w:sz w:val="24"/>
        </w:rPr>
        <w:t xml:space="preserve"> = 34). Это Имя БОХУ (</w:t>
      </w:r>
      <w:r>
        <w:rPr>
          <w:rFonts w:ascii="Georgia" w:hAnsi="Georgia" w:cs="Times New Roman"/>
          <w:b/>
          <w:i w:val="0"/>
          <w:color w:val="000000"/>
          <w:sz w:val="24"/>
          <w:rtl/>
          <w:szCs w:val="32"/>
        </w:rPr>
        <w:t>בוכו</w:t>
      </w:r>
      <w:r>
        <w:rPr>
          <w:rFonts w:ascii="Georgia" w:hAnsi="Georgia"/>
          <w:b w:val="0"/>
          <w:i w:val="0"/>
          <w:color w:val="000000"/>
          <w:sz w:val="24"/>
        </w:rPr>
        <w:t xml:space="preserve"> = 34: бэт (</w:t>
      </w:r>
      <w:r>
        <w:rPr>
          <w:rFonts w:ascii="Georgia" w:hAnsi="Georgia" w:cs="Times New Roman"/>
          <w:b/>
          <w:i w:val="0"/>
          <w:color w:val="000000"/>
          <w:sz w:val="24"/>
          <w:rtl/>
          <w:szCs w:val="32"/>
        </w:rPr>
        <w:t>ב</w:t>
      </w:r>
      <w:r>
        <w:rPr>
          <w:rFonts w:ascii="Georgia" w:hAnsi="Georgia"/>
          <w:b w:val="0"/>
          <w:i w:val="0"/>
          <w:color w:val="000000"/>
          <w:sz w:val="24"/>
        </w:rPr>
        <w:t xml:space="preserve"> = 2), вав (</w:t>
      </w:r>
      <w:r>
        <w:rPr>
          <w:rFonts w:ascii="Georgia" w:hAnsi="Georgia" w:cs="Times New Roman"/>
          <w:b/>
          <w:i w:val="0"/>
          <w:color w:val="000000"/>
          <w:sz w:val="24"/>
          <w:rtl/>
          <w:szCs w:val="32"/>
        </w:rPr>
        <w:t>ו</w:t>
      </w:r>
      <w:r>
        <w:rPr>
          <w:rFonts w:ascii="Georgia" w:hAnsi="Georgia"/>
          <w:b w:val="0"/>
          <w:i w:val="0"/>
          <w:color w:val="000000"/>
          <w:sz w:val="24"/>
        </w:rPr>
        <w:t xml:space="preserve"> = 6), каф (</w:t>
      </w:r>
      <w:r>
        <w:rPr>
          <w:rFonts w:ascii="Georgia" w:hAnsi="Georgia" w:cs="Times New Roman"/>
          <w:b/>
          <w:i w:val="0"/>
          <w:color w:val="000000"/>
          <w:sz w:val="24"/>
          <w:rtl/>
          <w:szCs w:val="32"/>
        </w:rPr>
        <w:t>כ</w:t>
      </w:r>
      <w:r>
        <w:rPr>
          <w:rFonts w:ascii="Georgia" w:hAnsi="Georgia"/>
          <w:b w:val="0"/>
          <w:i w:val="0"/>
          <w:color w:val="000000"/>
          <w:sz w:val="24"/>
        </w:rPr>
        <w:t xml:space="preserve"> = 20), вав (</w:t>
      </w:r>
      <w:r>
        <w:rPr>
          <w:rFonts w:ascii="Georgia" w:hAnsi="Georgia" w:cs="Times New Roman"/>
          <w:b/>
          <w:i w:val="0"/>
          <w:color w:val="000000"/>
          <w:sz w:val="24"/>
          <w:rtl/>
          <w:szCs w:val="32"/>
        </w:rPr>
        <w:t>ו</w:t>
      </w:r>
      <w:r>
        <w:rPr>
          <w:rFonts w:ascii="Georgia" w:hAnsi="Georgia"/>
          <w:b w:val="0"/>
          <w:i w:val="0"/>
          <w:color w:val="000000"/>
          <w:sz w:val="24"/>
        </w:rPr>
        <w:t xml:space="preserve"> = 6)), Имя АГЛА (</w:t>
      </w:r>
      <w:r>
        <w:rPr>
          <w:rFonts w:ascii="Georgia" w:hAnsi="Georgia" w:cs="Times New Roman"/>
          <w:b/>
          <w:i w:val="0"/>
          <w:color w:val="000000"/>
          <w:sz w:val="24"/>
          <w:rtl/>
          <w:szCs w:val="32"/>
        </w:rPr>
        <w:t>אגלא</w:t>
      </w:r>
      <w:r>
        <w:rPr>
          <w:rFonts w:ascii="Georgia" w:hAnsi="Georgia"/>
          <w:b w:val="0"/>
          <w:i w:val="0"/>
          <w:color w:val="000000"/>
          <w:sz w:val="24"/>
        </w:rPr>
        <w:t>) и Имя АДОНАЙ в двойном наполнении (наполнение наполнителя), насчитывающее тридцать четыре буквы (</w:t>
      </w:r>
      <w:r>
        <w:rPr>
          <w:rFonts w:ascii="Georgia" w:hAnsi="Georgia" w:cs="Times New Roman"/>
          <w:b/>
          <w:i w:val="0"/>
          <w:color w:val="000000"/>
          <w:sz w:val="24"/>
          <w:rtl/>
          <w:szCs w:val="32"/>
        </w:rPr>
        <w:t>ל״ד</w:t>
      </w:r>
      <w:r>
        <w:rPr>
          <w:rFonts w:ascii="Georgia" w:hAnsi="Georgia"/>
          <w:b w:val="0"/>
          <w:i w:val="0"/>
          <w:color w:val="000000"/>
          <w:sz w:val="24"/>
        </w:rPr>
        <w:t xml:space="preserve"> = 34).</w:t>
      </w:r>
    </w:p>
    <w:p>
      <w:pPr>
        <w:spacing w:before="40" w:after="120"/>
        <w:jc w:val="both"/>
      </w:pPr>
      <w:r>
        <w:rPr>
          <w:rFonts w:ascii="Georgia" w:hAnsi="Georgia"/>
          <w:b w:val="0"/>
          <w:i w:val="0"/>
          <w:color w:val="000000"/>
          <w:sz w:val="24"/>
        </w:rPr>
        <w:t>И эти три Имени мы разъяснили в соответствующем месте — в благословении «Праотцы» (</w:t>
      </w:r>
      <w:r>
        <w:rPr>
          <w:rFonts w:ascii="Georgia" w:hAnsi="Georgia"/>
          <w:b w:val="0"/>
          <w:i/>
          <w:color w:val="000000"/>
          <w:sz w:val="24"/>
        </w:rPr>
        <w:t>Биркат Авот</w:t>
      </w:r>
      <w:r>
        <w:rPr>
          <w:rFonts w:ascii="Georgia" w:hAnsi="Georgia"/>
          <w:b w:val="0"/>
          <w:i w:val="0"/>
          <w:color w:val="000000"/>
          <w:sz w:val="24"/>
        </w:rPr>
        <w:t xml:space="preserve">), в словах </w:t>
      </w:r>
      <w:r>
        <w:rPr>
          <w:rFonts w:ascii="Georgia" w:hAnsi="Georgia"/>
          <w:b w:val="0"/>
          <w:i/>
          <w:color w:val="000000"/>
          <w:sz w:val="24"/>
        </w:rPr>
        <w:t>«Мелех, Помогающий, Спасающий и Щит»</w:t>
      </w:r>
      <w:r>
        <w:rPr>
          <w:rFonts w:ascii="Georgia" w:hAnsi="Georgia"/>
          <w:b w:val="0"/>
          <w:i w:val="0"/>
          <w:color w:val="000000"/>
          <w:sz w:val="24"/>
        </w:rPr>
        <w:t xml:space="preserve"> (</w:t>
      </w:r>
      <w:r>
        <w:rPr>
          <w:rFonts w:ascii="Georgia" w:hAnsi="Georgia"/>
          <w:b w:val="0"/>
          <w:i/>
          <w:color w:val="000000"/>
          <w:sz w:val="24"/>
        </w:rPr>
        <w:t>Мелех озе́р у-моши́а у-маге́н</w:t>
      </w:r>
      <w:r>
        <w:rPr>
          <w:rFonts w:ascii="Georgia" w:hAnsi="Georgia"/>
          <w:b w:val="0"/>
          <w:i w:val="0"/>
          <w:color w:val="000000"/>
          <w:sz w:val="24"/>
        </w:rPr>
        <w:t>), где описывается ее возвращение лицом к лицу [с ЗА]: там намекается Имя БОХУ (</w:t>
      </w:r>
      <w:r>
        <w:rPr>
          <w:rFonts w:ascii="Georgia" w:hAnsi="Georgia" w:cs="Times New Roman"/>
          <w:b/>
          <w:i w:val="0"/>
          <w:color w:val="000000"/>
          <w:sz w:val="24"/>
          <w:rtl/>
          <w:szCs w:val="32"/>
        </w:rPr>
        <w:t>בוכו</w:t>
      </w:r>
      <w:r>
        <w:rPr>
          <w:rFonts w:ascii="Georgia" w:hAnsi="Georgia"/>
          <w:b w:val="0"/>
          <w:i w:val="0"/>
          <w:color w:val="000000"/>
          <w:sz w:val="24"/>
        </w:rPr>
        <w:t xml:space="preserve">); а в словах </w:t>
      </w:r>
      <w:r>
        <w:rPr>
          <w:rFonts w:ascii="Georgia" w:hAnsi="Georgia"/>
          <w:b w:val="0"/>
          <w:i/>
          <w:color w:val="000000"/>
          <w:sz w:val="24"/>
        </w:rPr>
        <w:t>«Ты могуществен вовеки, Г-сподь»</w:t>
      </w:r>
      <w:r>
        <w:rPr>
          <w:rFonts w:ascii="Georgia" w:hAnsi="Georgia"/>
          <w:b w:val="0"/>
          <w:i w:val="0"/>
          <w:color w:val="000000"/>
          <w:sz w:val="24"/>
        </w:rPr>
        <w:t xml:space="preserve"> (</w:t>
      </w:r>
      <w:r>
        <w:rPr>
          <w:rFonts w:ascii="Georgia" w:hAnsi="Georgia"/>
          <w:b w:val="0"/>
          <w:i/>
          <w:color w:val="000000"/>
          <w:sz w:val="24"/>
        </w:rPr>
        <w:t>Ата гибор ле-олам АДОНАЙ</w:t>
      </w:r>
      <w:r>
        <w:rPr>
          <w:rFonts w:ascii="Georgia" w:hAnsi="Georgia"/>
          <w:b w:val="0"/>
          <w:i w:val="0"/>
          <w:color w:val="000000"/>
          <w:sz w:val="24"/>
        </w:rPr>
        <w:t xml:space="preserve">, </w:t>
      </w:r>
      <w:r>
        <w:rPr>
          <w:rFonts w:ascii="Georgia" w:hAnsi="Georgia" w:cs="Times New Roman"/>
          <w:b/>
          <w:i w:val="0"/>
          <w:color w:val="000000"/>
          <w:sz w:val="24"/>
          <w:rtl/>
          <w:szCs w:val="32"/>
        </w:rPr>
        <w:t>אַתָּה גִּבּוֹר לְעוֹלָם ה</w:t>
      </w:r>
      <w:r>
        <w:rPr>
          <w:rFonts w:ascii="Georgia" w:hAnsi="Georgia"/>
          <w:b w:val="0"/>
          <w:i w:val="0"/>
          <w:color w:val="000000"/>
          <w:sz w:val="24"/>
        </w:rPr>
        <w:t>) начальными буквами намекается Имя АГЛА (</w:t>
      </w:r>
      <w:r>
        <w:rPr>
          <w:rFonts w:ascii="Georgia" w:hAnsi="Georgia" w:cs="Times New Roman"/>
          <w:b/>
          <w:i w:val="0"/>
          <w:color w:val="000000"/>
          <w:sz w:val="24"/>
          <w:rtl/>
          <w:szCs w:val="32"/>
        </w:rPr>
        <w:t>אגלא</w:t>
      </w:r>
      <w:r>
        <w:rPr>
          <w:rFonts w:ascii="Georgia" w:hAnsi="Georgia"/>
          <w:b w:val="0"/>
          <w:i w:val="0"/>
          <w:color w:val="000000"/>
          <w:sz w:val="24"/>
        </w:rPr>
        <w:t>; [говорит Шмуэль: с учетом колеля]); и точно так же разверни то Имя АДОНАЙ в наполнении [наполнения] — и вот, все три Имени намекаются там.</w:t>
      </w:r>
    </w:p>
    <w:p>
      <w:pPr>
        <w:spacing w:before="40" w:after="120"/>
        <w:jc w:val="both"/>
      </w:pPr>
      <w:r>
        <w:rPr>
          <w:rFonts w:ascii="Georgia" w:hAnsi="Georgia"/>
          <w:b w:val="0"/>
          <w:i w:val="0"/>
          <w:color w:val="000000"/>
          <w:sz w:val="24"/>
        </w:rPr>
        <w:t>Теперь разъясним сказанное нашими мудрецами, благословенной памяти (ХАЗАЛЬ): «Есть строгость в обетах, которой нет в клятвах, и есть строгость в клятвах, которой нет в обетах» (Мишна, Недарим 2:2).</w:t>
      </w:r>
    </w:p>
    <w:p>
      <w:pPr>
        <w:spacing w:before="40" w:after="120"/>
        <w:jc w:val="both"/>
      </w:pPr>
      <w:r>
        <w:rPr>
          <w:rFonts w:ascii="Georgia" w:hAnsi="Georgia"/>
          <w:b w:val="0"/>
          <w:i w:val="0"/>
          <w:color w:val="000000"/>
          <w:sz w:val="24"/>
        </w:rPr>
        <w:t xml:space="preserve">Суть в том, что клятва — это пар, выходящий из пэ де-ЗА, чтобы окружить ее. И этот пар включает в себя огонь, воду и воздух, в нем есть вещественность (осязаемая субстанция, </w:t>
      </w:r>
      <w:r>
        <w:rPr>
          <w:rFonts w:ascii="Georgia" w:hAnsi="Georgia"/>
          <w:b w:val="0"/>
          <w:i/>
          <w:color w:val="000000"/>
          <w:sz w:val="24"/>
        </w:rPr>
        <w:t>мамаш</w:t>
      </w:r>
      <w:r>
        <w:rPr>
          <w:rFonts w:ascii="Georgia" w:hAnsi="Georgia"/>
          <w:b w:val="0"/>
          <w:i w:val="0"/>
          <w:color w:val="000000"/>
          <w:sz w:val="24"/>
        </w:rPr>
        <w:t>). Поэтому клятва имеет силу лишь в отношении вещественного предмета (</w:t>
      </w:r>
      <w:r>
        <w:rPr>
          <w:rFonts w:ascii="Georgia" w:hAnsi="Georgia"/>
          <w:b w:val="0"/>
          <w:i/>
          <w:color w:val="000000"/>
          <w:sz w:val="24"/>
        </w:rPr>
        <w:t>давар ше-еш бо мамаш</w:t>
      </w:r>
      <w:r>
        <w:rPr>
          <w:rFonts w:ascii="Georgia" w:hAnsi="Georgia"/>
          <w:b w:val="0"/>
          <w:i w:val="0"/>
          <w:color w:val="000000"/>
          <w:sz w:val="24"/>
        </w:rPr>
        <w:t>). По этой причине и потребовалось двадцать восемь постов (</w:t>
      </w:r>
      <w:r>
        <w:rPr>
          <w:rFonts w:ascii="Georgia" w:hAnsi="Georgia" w:cs="Times New Roman"/>
          <w:b/>
          <w:i w:val="0"/>
          <w:color w:val="000000"/>
          <w:sz w:val="24"/>
          <w:rtl/>
          <w:szCs w:val="32"/>
        </w:rPr>
        <w:t>כ״ח</w:t>
      </w:r>
      <w:r>
        <w:rPr>
          <w:rFonts w:ascii="Georgia" w:hAnsi="Georgia"/>
          <w:b w:val="0"/>
          <w:i w:val="0"/>
          <w:color w:val="000000"/>
          <w:sz w:val="24"/>
        </w:rPr>
        <w:t xml:space="preserve"> = 28), чтобы исправить прегрешение повреждения клятвы, поскольку она охватывает совокупность всего тела (гуф) Малхут, и в особенности потому, что она относится к окружающему свету, превосходящему свет внутренний, а также потому, что в ней есть вещественность. Потому и необходимо поститься двадцать восемь дней соответственно всем ее частным деталям, которых двадцать восемь, и они составляют основу Малхут.</w:t>
      </w:r>
    </w:p>
    <w:p>
      <w:pPr>
        <w:spacing w:before="40" w:after="120"/>
        <w:jc w:val="both"/>
      </w:pPr>
      <w:r>
        <w:rPr>
          <w:rFonts w:ascii="Georgia" w:hAnsi="Georgia"/>
          <w:b w:val="0"/>
          <w:i w:val="0"/>
          <w:color w:val="000000"/>
          <w:sz w:val="24"/>
        </w:rPr>
        <w:t>Для [исправления же] обета требуется лишь шесть дней, поскольку он — явление, лишенное вещественности (</w:t>
      </w:r>
      <w:r>
        <w:rPr>
          <w:rFonts w:ascii="Georgia" w:hAnsi="Georgia"/>
          <w:b w:val="0"/>
          <w:i/>
          <w:color w:val="000000"/>
          <w:sz w:val="24"/>
        </w:rPr>
        <w:t>давар ше-эйн бо мамаш</w:t>
      </w:r>
      <w:r>
        <w:rPr>
          <w:rFonts w:ascii="Georgia" w:hAnsi="Georgia"/>
          <w:b w:val="0"/>
          <w:i w:val="0"/>
          <w:color w:val="000000"/>
          <w:sz w:val="24"/>
        </w:rPr>
        <w:t>), представляющее собой лишь устремление взгляда (свечение) от его лба к ее лбу, как сказано выше. Поэтому обет имеет силу и в отношении того, в чем нет вещественности, и потому он не столь строг, как клятва. К тому же обет — лишь внутренний свет, а не окружающий (коим является клятва), который намного более велик. Кроме того, этот свет — лишь добавление к ее мохин: свет и духовность, прибавляющиеся в ее разуме, а не сама суть корня Нуквы, как при клятве, когда упраздняется само бытие Нуквы. Ведь клятва служит ради семи нижних [сфирот], составляющих основу Малхут; обет же относится к уровню мохин — добавлению святости, а не к самой основе корня Нуквы, являясь лишь дополнением, и повреждение от него не столь велико. К тому же дающий напрасный обет не вызывает облачения клипот, как говорилось по поводу клятвы, а лишь препятствует свечению в ее мохин.</w:t>
      </w:r>
    </w:p>
    <w:p>
      <w:pPr>
        <w:spacing w:before="40" w:after="120"/>
        <w:jc w:val="both"/>
      </w:pPr>
      <w:r>
        <w:rPr>
          <w:rFonts w:ascii="Georgia" w:hAnsi="Georgia"/>
          <w:b w:val="0"/>
          <w:i w:val="0"/>
          <w:color w:val="000000"/>
          <w:sz w:val="24"/>
        </w:rPr>
        <w:t>Однако в ином отношении обет строже клятвы. Ведь клятва подобна клянущемуся самим мелехом — Зеир Анпином, то есть паром, выходящим непосредственно изо рта [Зеир Анпина], чтобы окружить семь нижних сфирот Нуквы. Обет же подобен клянущемуся жизнью мелеха (</w:t>
      </w:r>
      <w:r>
        <w:rPr>
          <w:rFonts w:ascii="Georgia" w:hAnsi="Georgia"/>
          <w:b w:val="0"/>
          <w:i/>
          <w:color w:val="000000"/>
          <w:sz w:val="24"/>
        </w:rPr>
        <w:t>хайей а-мелех</w:t>
      </w:r>
      <w:r>
        <w:rPr>
          <w:rFonts w:ascii="Georgia" w:hAnsi="Georgia"/>
          <w:b w:val="0"/>
          <w:i w:val="0"/>
          <w:color w:val="000000"/>
          <w:sz w:val="24"/>
        </w:rPr>
        <w:t>) — теми мохин, которые притягиваются из Бины к Зеир Анпину, именуемыми «жизнью мелеха», как известно; а оттуда это свечение протягивается к ее мохин.</w:t>
      </w:r>
    </w:p>
    <w:p>
      <w:pPr>
        <w:spacing w:before="40" w:after="120"/>
        <w:jc w:val="both"/>
      </w:pPr>
      <w:r>
        <w:rPr>
          <w:rFonts w:ascii="Georgia" w:hAnsi="Georgia"/>
          <w:b w:val="0"/>
          <w:i w:val="0"/>
          <w:color w:val="000000"/>
          <w:sz w:val="24"/>
        </w:rPr>
        <w:t>И оказывается, что по правде и клятва, и обет — это света, привлекаемые к Нукве, как упомянуто выше. Но поскольку обет привлекается от мохин де-ЗА, приходящих к нему от Бины, мудрецы наши, благословенной памяти (ХАЗАЛЬ), и сказали в книге Зоар, что обет относится к Высшей Матери (Има Илаа). Таким образом, поскольку обет зависит от высших мохин, притягиваемых к нему от Бины со стороны ее собственной сути, он строже клятвы.</w:t>
      </w:r>
    </w:p>
    <w:p>
      <w:pPr>
        <w:keepNext/>
        <w:spacing w:before="320" w:after="120"/>
      </w:pPr>
      <w:r>
        <w:rPr>
          <w:rFonts w:ascii="Georgia" w:hAnsi="Georgia"/>
          <w:b w:val="0"/>
          <w:i w:val="0"/>
          <w:color w:val="000000"/>
          <w:sz w:val="32"/>
        </w:rPr>
        <w:t>Исправление 7</w:t>
      </w:r>
    </w:p>
    <w:p>
      <w:pPr>
        <w:spacing w:before="40" w:after="120"/>
        <w:jc w:val="both"/>
      </w:pPr>
      <w:r>
        <w:rPr>
          <w:rFonts w:ascii="Georgia" w:hAnsi="Georgia"/>
          <w:b w:val="0"/>
          <w:i w:val="0"/>
          <w:color w:val="000000"/>
          <w:sz w:val="24"/>
        </w:rPr>
        <w:t>Это исправление гордыни. Сначала разберем, в чем состоит повреждение от нее и за что она удерживается.</w:t>
      </w:r>
    </w:p>
    <w:p>
      <w:pPr>
        <w:spacing w:before="40" w:after="120"/>
        <w:jc w:val="both"/>
      </w:pPr>
      <w:r>
        <w:rPr>
          <w:rFonts w:ascii="Georgia" w:hAnsi="Georgia"/>
          <w:b w:val="0"/>
          <w:i w:val="0"/>
          <w:color w:val="000000"/>
          <w:sz w:val="24"/>
        </w:rPr>
        <w:t>Знай, что место гордыни — в Имени ЙА (</w:t>
      </w:r>
      <w:r>
        <w:rPr>
          <w:rFonts w:ascii="Georgia" w:hAnsi="Georgia" w:cs="Times New Roman"/>
          <w:b/>
          <w:i w:val="0"/>
          <w:color w:val="000000"/>
          <w:sz w:val="24"/>
          <w:rtl/>
          <w:szCs w:val="32"/>
        </w:rPr>
        <w:t>יה</w:t>
      </w:r>
      <w:r>
        <w:rPr>
          <w:rFonts w:ascii="Georgia" w:hAnsi="Georgia"/>
          <w:b w:val="0"/>
          <w:i w:val="0"/>
          <w:color w:val="000000"/>
          <w:sz w:val="24"/>
        </w:rPr>
        <w:t xml:space="preserve">), то есть в двух высших буквах Имени АВАЯ, о которых сказано: </w:t>
      </w:r>
      <w:r>
        <w:rPr>
          <w:rFonts w:ascii="Georgia" w:hAnsi="Georgia"/>
          <w:b w:val="0"/>
          <w:i/>
          <w:color w:val="000000"/>
          <w:sz w:val="24"/>
        </w:rPr>
        <w:t>«Г-сподь воцарился, величием (</w:t>
      </w:r>
      <w:r>
        <w:rPr>
          <w:rFonts w:ascii="Georgia" w:hAnsi="Georgia"/>
          <w:b w:val="0"/>
          <w:i w:val="0"/>
          <w:color w:val="000000"/>
          <w:sz w:val="24"/>
        </w:rPr>
        <w:t>геут</w:t>
      </w:r>
      <w:r>
        <w:rPr>
          <w:rFonts w:ascii="Georgia" w:hAnsi="Georgia"/>
          <w:b w:val="0"/>
          <w:i/>
          <w:color w:val="000000"/>
          <w:sz w:val="24"/>
        </w:rPr>
        <w:t xml:space="preserve">, </w:t>
      </w:r>
      <w:r>
        <w:rPr>
          <w:rFonts w:ascii="Georgia" w:hAnsi="Georgia" w:cs="Times New Roman"/>
          <w:b/>
          <w:i/>
          <w:color w:val="000000"/>
          <w:sz w:val="24"/>
          <w:rtl/>
          <w:szCs w:val="32"/>
        </w:rPr>
        <w:t>גֵּאוּת</w:t>
      </w:r>
      <w:r>
        <w:rPr>
          <w:rFonts w:ascii="Georgia" w:hAnsi="Georgia"/>
          <w:b w:val="0"/>
          <w:i/>
          <w:color w:val="000000"/>
          <w:sz w:val="24"/>
        </w:rPr>
        <w:t>) облекся…»</w:t>
      </w:r>
      <w:r>
        <w:rPr>
          <w:rFonts w:ascii="Georgia" w:hAnsi="Georgia"/>
          <w:b w:val="0"/>
          <w:i w:val="0"/>
          <w:color w:val="000000"/>
          <w:sz w:val="24"/>
        </w:rPr>
        <w:t xml:space="preserve"> (Теилим 93:1). Гордость эта двояка. Первая пребывает в простом Имени ЙА (</w:t>
      </w:r>
      <w:r>
        <w:rPr>
          <w:rFonts w:ascii="Georgia" w:hAnsi="Georgia" w:cs="Times New Roman"/>
          <w:b/>
          <w:i w:val="0"/>
          <w:color w:val="000000"/>
          <w:sz w:val="24"/>
          <w:rtl/>
          <w:szCs w:val="32"/>
        </w:rPr>
        <w:t>יה</w:t>
      </w:r>
      <w:r>
        <w:rPr>
          <w:rFonts w:ascii="Georgia" w:hAnsi="Georgia"/>
          <w:b w:val="0"/>
          <w:i w:val="0"/>
          <w:color w:val="000000"/>
          <w:sz w:val="24"/>
        </w:rPr>
        <w:t xml:space="preserve">), числовое значение (гематрия) которого равно слову </w:t>
      </w:r>
      <w:r>
        <w:rPr>
          <w:rFonts w:ascii="Georgia" w:hAnsi="Georgia"/>
          <w:b w:val="0"/>
          <w:i/>
          <w:color w:val="000000"/>
          <w:sz w:val="24"/>
        </w:rPr>
        <w:t>гаава</w:t>
      </w:r>
      <w:r>
        <w:rPr>
          <w:rFonts w:ascii="Georgia" w:hAnsi="Georgia"/>
          <w:b w:val="0"/>
          <w:i w:val="0"/>
          <w:color w:val="000000"/>
          <w:sz w:val="24"/>
        </w:rPr>
        <w:t xml:space="preserve"> — «гордыня» (</w:t>
      </w:r>
      <w:r>
        <w:rPr>
          <w:rFonts w:ascii="Georgia" w:hAnsi="Georgia" w:cs="Times New Roman"/>
          <w:b/>
          <w:i w:val="0"/>
          <w:color w:val="000000"/>
          <w:sz w:val="24"/>
          <w:rtl/>
          <w:szCs w:val="32"/>
        </w:rPr>
        <w:t>גַּאֲוָה</w:t>
      </w:r>
      <w:r>
        <w:rPr>
          <w:rFonts w:ascii="Georgia" w:hAnsi="Georgia"/>
          <w:b w:val="0"/>
          <w:i w:val="0"/>
          <w:color w:val="000000"/>
          <w:sz w:val="24"/>
        </w:rPr>
        <w:t xml:space="preserve"> = 15; ведь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дают в сумме 15, как и буквы слова </w:t>
      </w:r>
      <w:r>
        <w:rPr>
          <w:rFonts w:ascii="Georgia" w:hAnsi="Georgia"/>
          <w:b w:val="0"/>
          <w:i/>
          <w:color w:val="000000"/>
          <w:sz w:val="24"/>
        </w:rPr>
        <w:t>гаава</w:t>
      </w:r>
      <w:r>
        <w:rPr>
          <w:rFonts w:ascii="Georgia" w:hAnsi="Georgia"/>
          <w:b w:val="0"/>
          <w:i w:val="0"/>
          <w:color w:val="000000"/>
          <w:sz w:val="24"/>
        </w:rPr>
        <w:t>: буква гимель (</w:t>
      </w:r>
      <w:r>
        <w:rPr>
          <w:rFonts w:ascii="Georgia" w:hAnsi="Georgia" w:cs="Times New Roman"/>
          <w:b/>
          <w:i w:val="0"/>
          <w:color w:val="000000"/>
          <w:sz w:val="24"/>
          <w:rtl/>
          <w:szCs w:val="32"/>
        </w:rPr>
        <w:t>ג</w:t>
      </w:r>
      <w:r>
        <w:rPr>
          <w:rFonts w:ascii="Georgia" w:hAnsi="Georgia"/>
          <w:b w:val="0"/>
          <w:i w:val="0"/>
          <w:color w:val="000000"/>
          <w:sz w:val="24"/>
        </w:rPr>
        <w:t xml:space="preserve"> = 3),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Вторая же пребывает в буквах наполнения Имени ЙА с буквами хэй (</w:t>
      </w:r>
      <w:r>
        <w:rPr>
          <w:rFonts w:ascii="Georgia" w:hAnsi="Georgia" w:cs="Times New Roman"/>
          <w:b/>
          <w:i w:val="0"/>
          <w:color w:val="000000"/>
          <w:sz w:val="24"/>
          <w:rtl/>
          <w:szCs w:val="32"/>
        </w:rPr>
        <w:t>ההי״ן</w:t>
      </w:r>
      <w:r>
        <w:rPr>
          <w:rFonts w:ascii="Georgia" w:hAnsi="Georgia"/>
          <w:b w:val="0"/>
          <w:i w:val="0"/>
          <w:color w:val="000000"/>
          <w:sz w:val="24"/>
        </w:rPr>
        <w:t>), то есть в буквах вав, далет и хэй (</w:t>
      </w:r>
      <w:r>
        <w:rPr>
          <w:rFonts w:ascii="Georgia" w:hAnsi="Georgia" w:cs="Times New Roman"/>
          <w:b/>
          <w:i w:val="0"/>
          <w:color w:val="000000"/>
          <w:sz w:val="24"/>
          <w:rtl/>
          <w:szCs w:val="32"/>
        </w:rPr>
        <w:t>ודה</w:t>
      </w:r>
      <w:r>
        <w:rPr>
          <w:rFonts w:ascii="Georgia" w:hAnsi="Georgia"/>
          <w:b w:val="0"/>
          <w:i w:val="0"/>
          <w:color w:val="000000"/>
          <w:sz w:val="24"/>
        </w:rPr>
        <w:t xml:space="preserve">), которые также по гематрии равны слову </w:t>
      </w:r>
      <w:r>
        <w:rPr>
          <w:rFonts w:ascii="Georgia" w:hAnsi="Georgia"/>
          <w:b w:val="0"/>
          <w:i/>
          <w:color w:val="000000"/>
          <w:sz w:val="24"/>
        </w:rPr>
        <w:t>гаава</w:t>
      </w:r>
      <w:r>
        <w:rPr>
          <w:rFonts w:ascii="Georgia" w:hAnsi="Georgia"/>
          <w:b w:val="0"/>
          <w:i w:val="0"/>
          <w:color w:val="000000"/>
          <w:sz w:val="24"/>
        </w:rPr>
        <w:t xml:space="preserve">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 4)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дают в сумме 15). И в этом тайна стиха: </w:t>
      </w:r>
      <w:r>
        <w:rPr>
          <w:rFonts w:ascii="Georgia" w:hAnsi="Georgia"/>
          <w:b w:val="0"/>
          <w:i/>
          <w:color w:val="000000"/>
          <w:sz w:val="24"/>
        </w:rPr>
        <w:t>«Пою Г-споду, ибо высоко превознесся Он…»</w:t>
      </w:r>
      <w:r>
        <w:rPr>
          <w:rFonts w:ascii="Georgia" w:hAnsi="Georgia"/>
          <w:b w:val="0"/>
          <w:i w:val="0"/>
          <w:color w:val="000000"/>
          <w:sz w:val="24"/>
        </w:rPr>
        <w:t xml:space="preserve"> (Шмот 15:1) — это два упомянутых проявления величия, и оба они пребывают в Имени ЙА: одно — в его простом виде, а другое — в его наполнении буквами хэй.</w:t>
      </w:r>
    </w:p>
    <w:p>
      <w:pPr>
        <w:spacing w:before="40" w:after="120"/>
        <w:jc w:val="both"/>
      </w:pPr>
      <w:r>
        <w:rPr>
          <w:rFonts w:ascii="Georgia" w:hAnsi="Georgia"/>
          <w:b w:val="0"/>
          <w:i w:val="0"/>
          <w:color w:val="000000"/>
          <w:sz w:val="24"/>
        </w:rPr>
        <w:t xml:space="preserve">Величие подобает лишь Святому, благословен Он, ведь о Нем сказано: </w:t>
      </w:r>
      <w:r>
        <w:rPr>
          <w:rFonts w:ascii="Georgia" w:hAnsi="Georgia"/>
          <w:b w:val="0"/>
          <w:i/>
          <w:color w:val="000000"/>
          <w:sz w:val="24"/>
        </w:rPr>
        <w:t>«Г-сподь воцарился, величием облекся…»</w:t>
      </w:r>
      <w:r>
        <w:rPr>
          <w:rFonts w:ascii="Georgia" w:hAnsi="Georgia"/>
          <w:b w:val="0"/>
          <w:i w:val="0"/>
          <w:color w:val="000000"/>
          <w:sz w:val="24"/>
        </w:rPr>
        <w:t xml:space="preserve"> (Теилим 93:1), как упомянуто. Когда же человек гордится внизу, он наносит ущерб наверху. Дело в том, что у клипот нет зацепки нигде, кроме двух нижних букв вав и хэй (</w:t>
      </w:r>
      <w:r>
        <w:rPr>
          <w:rFonts w:ascii="Georgia" w:hAnsi="Georgia" w:cs="Times New Roman"/>
          <w:b/>
          <w:i w:val="0"/>
          <w:color w:val="000000"/>
          <w:sz w:val="24"/>
          <w:rtl/>
          <w:szCs w:val="32"/>
        </w:rPr>
        <w:t>וה</w:t>
      </w:r>
      <w:r>
        <w:rPr>
          <w:rFonts w:ascii="Georgia" w:hAnsi="Georgia"/>
          <w:b w:val="0"/>
          <w:i w:val="0"/>
          <w:color w:val="000000"/>
          <w:sz w:val="24"/>
        </w:rPr>
        <w:t>) Имени АВАЯ, что соответствует исключительно шести концам (ВАК), как известно. Из-за гордящегося же человека клипот обретают надменность и силу, превозносятся и поднимаются вплоть до места [Имени] ЙА, являющегося обителью величия, как сказано, и удерживаются там и сосут оттуда [свет].</w:t>
      </w:r>
    </w:p>
    <w:p>
      <w:pPr>
        <w:spacing w:before="40" w:after="120"/>
        <w:jc w:val="both"/>
      </w:pPr>
      <w:r>
        <w:rPr>
          <w:rFonts w:ascii="Georgia" w:hAnsi="Georgia"/>
          <w:b w:val="0"/>
          <w:i w:val="0"/>
          <w:color w:val="000000"/>
          <w:sz w:val="24"/>
        </w:rPr>
        <w:t xml:space="preserve">В этом тайна стиха: </w:t>
      </w:r>
      <w:r>
        <w:rPr>
          <w:rFonts w:ascii="Georgia" w:hAnsi="Georgia"/>
          <w:b w:val="0"/>
          <w:i/>
          <w:color w:val="000000"/>
          <w:sz w:val="24"/>
        </w:rPr>
        <w:t>«И о страдающей в нечистоте своей…»</w:t>
      </w:r>
      <w:r>
        <w:rPr>
          <w:rFonts w:ascii="Georgia" w:hAnsi="Georgia"/>
          <w:b w:val="0"/>
          <w:i w:val="0"/>
          <w:color w:val="000000"/>
          <w:sz w:val="24"/>
        </w:rPr>
        <w:t xml:space="preserve"> (Ваикра 15:33). Ведь [изначально] удержание клипот есть только в двух буквах вав и хэй (</w:t>
      </w:r>
      <w:r>
        <w:rPr>
          <w:rFonts w:ascii="Georgia" w:hAnsi="Georgia" w:cs="Times New Roman"/>
          <w:b/>
          <w:i w:val="0"/>
          <w:color w:val="000000"/>
          <w:sz w:val="24"/>
          <w:rtl/>
          <w:szCs w:val="32"/>
        </w:rPr>
        <w:t>וה</w:t>
      </w:r>
      <w:r>
        <w:rPr>
          <w:rFonts w:ascii="Georgia" w:hAnsi="Georgia"/>
          <w:b w:val="0"/>
          <w:i w:val="0"/>
          <w:color w:val="000000"/>
          <w:sz w:val="24"/>
        </w:rPr>
        <w:t xml:space="preserve">) слова </w:t>
      </w:r>
      <w:r>
        <w:rPr>
          <w:rFonts w:ascii="Georgia" w:hAnsi="Georgia"/>
          <w:b w:val="0"/>
          <w:i/>
          <w:color w:val="000000"/>
          <w:sz w:val="24"/>
        </w:rPr>
        <w:t>ве-а-дава</w:t>
      </w:r>
      <w:r>
        <w:rPr>
          <w:rFonts w:ascii="Georgia" w:hAnsi="Georgia"/>
          <w:b w:val="0"/>
          <w:i w:val="0"/>
          <w:color w:val="000000"/>
          <w:sz w:val="24"/>
        </w:rPr>
        <w:t xml:space="preserve"> (</w:t>
      </w:r>
      <w:r>
        <w:rPr>
          <w:rFonts w:ascii="Georgia" w:hAnsi="Georgia" w:cs="Times New Roman"/>
          <w:b/>
          <w:i w:val="0"/>
          <w:color w:val="000000"/>
          <w:sz w:val="24"/>
          <w:rtl/>
          <w:szCs w:val="32"/>
        </w:rPr>
        <w:t>וְהַדָּוָה</w:t>
      </w:r>
      <w:r>
        <w:rPr>
          <w:rFonts w:ascii="Georgia" w:hAnsi="Georgia"/>
          <w:b w:val="0"/>
          <w:i w:val="0"/>
          <w:color w:val="000000"/>
          <w:sz w:val="24"/>
        </w:rPr>
        <w:t>), но из-за гордыни они удерживаются также и в наполнении Имени ЙА — то есть в буквах далет, вав и хэй (</w:t>
      </w:r>
      <w:r>
        <w:rPr>
          <w:rFonts w:ascii="Georgia" w:hAnsi="Georgia" w:cs="Times New Roman"/>
          <w:b/>
          <w:i w:val="0"/>
          <w:color w:val="000000"/>
          <w:sz w:val="24"/>
          <w:rtl/>
          <w:szCs w:val="32"/>
        </w:rPr>
        <w:t>דוה</w:t>
      </w:r>
      <w:r>
        <w:rPr>
          <w:rFonts w:ascii="Georgia" w:hAnsi="Georgia"/>
          <w:b w:val="0"/>
          <w:i w:val="0"/>
          <w:color w:val="000000"/>
          <w:sz w:val="24"/>
        </w:rPr>
        <w:t xml:space="preserve">) того же слова </w:t>
      </w:r>
      <w:r>
        <w:rPr>
          <w:rFonts w:ascii="Georgia" w:hAnsi="Georgia"/>
          <w:b w:val="0"/>
          <w:i/>
          <w:color w:val="000000"/>
          <w:sz w:val="24"/>
        </w:rPr>
        <w:t>ве-а-дава</w:t>
      </w:r>
      <w:r>
        <w:rPr>
          <w:rFonts w:ascii="Georgia" w:hAnsi="Georgia"/>
          <w:b w:val="0"/>
          <w:i w:val="0"/>
          <w:color w:val="000000"/>
          <w:sz w:val="24"/>
        </w:rPr>
        <w:t xml:space="preserve">, как сказано выше. В этом же смысл сказанного: </w:t>
      </w:r>
      <w:r>
        <w:rPr>
          <w:rFonts w:ascii="Georgia" w:hAnsi="Georgia"/>
          <w:b w:val="0"/>
          <w:i/>
          <w:color w:val="000000"/>
          <w:sz w:val="24"/>
        </w:rPr>
        <w:t>«Я ушла полной…»</w:t>
      </w:r>
      <w:r>
        <w:rPr>
          <w:rFonts w:ascii="Georgia" w:hAnsi="Georgia"/>
          <w:b w:val="0"/>
          <w:i w:val="0"/>
          <w:color w:val="000000"/>
          <w:sz w:val="24"/>
        </w:rPr>
        <w:t xml:space="preserve"> (Рут 1:21). Ведь буквы Имени ЭЛОКИМ образуют перестановку слова </w:t>
      </w:r>
      <w:r>
        <w:rPr>
          <w:rFonts w:ascii="Georgia" w:hAnsi="Georgia"/>
          <w:b w:val="0"/>
          <w:i/>
          <w:color w:val="000000"/>
          <w:sz w:val="24"/>
        </w:rPr>
        <w:t>мелеа</w:t>
      </w:r>
      <w:r>
        <w:rPr>
          <w:rFonts w:ascii="Georgia" w:hAnsi="Georgia"/>
          <w:b w:val="0"/>
          <w:i w:val="0"/>
          <w:color w:val="000000"/>
          <w:sz w:val="24"/>
        </w:rPr>
        <w:t xml:space="preserve"> — «полная» (</w:t>
      </w:r>
      <w:r>
        <w:rPr>
          <w:rFonts w:ascii="Georgia" w:hAnsi="Georgia" w:cs="Times New Roman"/>
          <w:b/>
          <w:i w:val="0"/>
          <w:color w:val="000000"/>
          <w:sz w:val="24"/>
          <w:rtl/>
          <w:szCs w:val="32"/>
        </w:rPr>
        <w:t>מְלֵיאָה</w:t>
      </w:r>
      <w:r>
        <w:rPr>
          <w:rFonts w:ascii="Georgia" w:hAnsi="Georgia"/>
          <w:b w:val="0"/>
          <w:i w:val="0"/>
          <w:color w:val="000000"/>
          <w:sz w:val="24"/>
        </w:rPr>
        <w:t>), как сказано в «Тиккуней Зоар» к этому стиху. Известно также, что при уходе букв йод и хэй (</w:t>
      </w:r>
      <w:r>
        <w:rPr>
          <w:rFonts w:ascii="Georgia" w:hAnsi="Georgia" w:cs="Times New Roman"/>
          <w:b/>
          <w:i w:val="0"/>
          <w:color w:val="000000"/>
          <w:sz w:val="24"/>
          <w:rtl/>
          <w:szCs w:val="32"/>
        </w:rPr>
        <w:t>יה</w:t>
      </w:r>
      <w:r>
        <w:rPr>
          <w:rFonts w:ascii="Georgia" w:hAnsi="Georgia"/>
          <w:b w:val="0"/>
          <w:i w:val="0"/>
          <w:color w:val="000000"/>
          <w:sz w:val="24"/>
        </w:rPr>
        <w:t>) из Имени ЭЛОКИМ остаются буквы алеф, ламэд и мэм (</w:t>
      </w:r>
      <w:r>
        <w:rPr>
          <w:rFonts w:ascii="Georgia" w:hAnsi="Georgia" w:cs="Times New Roman"/>
          <w:b/>
          <w:i w:val="0"/>
          <w:color w:val="000000"/>
          <w:sz w:val="24"/>
          <w:rtl/>
          <w:szCs w:val="32"/>
        </w:rPr>
        <w:t>אלם</w:t>
      </w:r>
      <w:r>
        <w:rPr>
          <w:rFonts w:ascii="Georgia" w:hAnsi="Georgia"/>
          <w:b w:val="0"/>
          <w:i w:val="0"/>
          <w:color w:val="000000"/>
          <w:sz w:val="24"/>
        </w:rPr>
        <w:t xml:space="preserve">), образующие слово </w:t>
      </w:r>
      <w:r>
        <w:rPr>
          <w:rFonts w:ascii="Georgia" w:hAnsi="Georgia"/>
          <w:b w:val="0"/>
          <w:i/>
          <w:color w:val="000000"/>
          <w:sz w:val="24"/>
        </w:rPr>
        <w:t>илем</w:t>
      </w:r>
      <w:r>
        <w:rPr>
          <w:rFonts w:ascii="Georgia" w:hAnsi="Georgia"/>
          <w:b w:val="0"/>
          <w:i w:val="0"/>
          <w:color w:val="000000"/>
          <w:sz w:val="24"/>
        </w:rPr>
        <w:t xml:space="preserve"> — «немой», в тайне стиха: </w:t>
      </w:r>
      <w:r>
        <w:rPr>
          <w:rFonts w:ascii="Georgia" w:hAnsi="Georgia"/>
          <w:b w:val="0"/>
          <w:i/>
          <w:color w:val="000000"/>
          <w:sz w:val="24"/>
        </w:rPr>
        <w:t>«Я онемел в безмолвии…»</w:t>
      </w:r>
      <w:r>
        <w:rPr>
          <w:rFonts w:ascii="Georgia" w:hAnsi="Georgia"/>
          <w:b w:val="0"/>
          <w:i w:val="0"/>
          <w:color w:val="000000"/>
          <w:sz w:val="24"/>
        </w:rPr>
        <w:t xml:space="preserve"> (Теилим 39:3). То есть: «я онемела и сделалась немой (</w:t>
      </w:r>
      <w:r>
        <w:rPr>
          <w:rFonts w:ascii="Georgia" w:hAnsi="Georgia" w:cs="Times New Roman"/>
          <w:b/>
          <w:i w:val="0"/>
          <w:color w:val="000000"/>
          <w:sz w:val="24"/>
          <w:rtl/>
          <w:szCs w:val="32"/>
        </w:rPr>
        <w:t>אִלֵּם</w:t>
      </w:r>
      <w:r>
        <w:rPr>
          <w:rFonts w:ascii="Georgia" w:hAnsi="Georgia"/>
          <w:b w:val="0"/>
          <w:i w:val="0"/>
          <w:color w:val="000000"/>
          <w:sz w:val="24"/>
        </w:rPr>
        <w:t>) от [ухода букв из Имени] ЭЛОКИМ из-за безмолвия (</w:t>
      </w:r>
      <w:r>
        <w:rPr>
          <w:rFonts w:ascii="Georgia" w:hAnsi="Georgia"/>
          <w:b w:val="0"/>
          <w:i/>
          <w:color w:val="000000"/>
          <w:sz w:val="24"/>
        </w:rPr>
        <w:t>думия</w:t>
      </w:r>
      <w:r>
        <w:rPr>
          <w:rFonts w:ascii="Georgia" w:hAnsi="Georgia"/>
          <w:b w:val="0"/>
          <w:i w:val="0"/>
          <w:color w:val="000000"/>
          <w:sz w:val="24"/>
        </w:rPr>
        <w:t>) — по причине того, что буквы йод и хэй в Имени ЭЛОКИМ умолкли и были удалены оттуда». Ведь буквы йод и хэй в Имени ЭЛОКИМ — это жизненная сила в нем, порождающая речь; а когда я оказалась опустошенной и безгласной без букв йод и хэй Имени ЭЛОКИМ, я онемела и осталась лишь с буквами алеф, ламэд и мэм (</w:t>
      </w:r>
      <w:r>
        <w:rPr>
          <w:rFonts w:ascii="Georgia" w:hAnsi="Georgia" w:cs="Times New Roman"/>
          <w:b/>
          <w:i w:val="0"/>
          <w:color w:val="000000"/>
          <w:sz w:val="24"/>
          <w:rtl/>
          <w:szCs w:val="32"/>
        </w:rPr>
        <w:t>אלם</w:t>
      </w:r>
      <w:r>
        <w:rPr>
          <w:rFonts w:ascii="Georgia" w:hAnsi="Georgia"/>
          <w:b w:val="0"/>
          <w:i w:val="0"/>
          <w:color w:val="000000"/>
          <w:sz w:val="24"/>
        </w:rPr>
        <w:t>), как упомянуто.</w:t>
      </w:r>
    </w:p>
    <w:p>
      <w:pPr>
        <w:spacing w:before="40" w:after="120"/>
        <w:jc w:val="both"/>
      </w:pPr>
      <w:r>
        <w:rPr>
          <w:rFonts w:ascii="Georgia" w:hAnsi="Georgia"/>
          <w:b w:val="0"/>
          <w:i w:val="0"/>
          <w:color w:val="000000"/>
          <w:sz w:val="24"/>
        </w:rPr>
        <w:t xml:space="preserve">И в этом суть слов: </w:t>
      </w:r>
      <w:r>
        <w:rPr>
          <w:rFonts w:ascii="Georgia" w:hAnsi="Georgia"/>
          <w:b w:val="0"/>
          <w:i/>
          <w:color w:val="000000"/>
          <w:sz w:val="24"/>
        </w:rPr>
        <w:t>«Я ушла полной…»</w:t>
      </w:r>
      <w:r>
        <w:rPr>
          <w:rFonts w:ascii="Georgia" w:hAnsi="Georgia"/>
          <w:b w:val="0"/>
          <w:i w:val="0"/>
          <w:color w:val="000000"/>
          <w:sz w:val="24"/>
        </w:rPr>
        <w:t xml:space="preserve"> (Рут 1:21). Это согласуется с известным учением: в Мидраш Рут в книге Зоар, а также в «Мидраш а-Неэлам» к разделу Лех Леха сказано, что Элимелех и Наоми — это тайна двух букв йод и хэй (</w:t>
      </w:r>
      <w:r>
        <w:rPr>
          <w:rFonts w:ascii="Georgia" w:hAnsi="Georgia" w:cs="Times New Roman"/>
          <w:b/>
          <w:i w:val="0"/>
          <w:color w:val="000000"/>
          <w:sz w:val="24"/>
          <w:rtl/>
          <w:szCs w:val="32"/>
        </w:rPr>
        <w:t>יה</w:t>
      </w:r>
      <w:r>
        <w:rPr>
          <w:rFonts w:ascii="Georgia" w:hAnsi="Georgia"/>
          <w:b w:val="0"/>
          <w:i w:val="0"/>
          <w:color w:val="000000"/>
          <w:sz w:val="24"/>
        </w:rPr>
        <w:t>), «душа души» (</w:t>
      </w:r>
      <w:r>
        <w:rPr>
          <w:rFonts w:ascii="Georgia" w:hAnsi="Georgia"/>
          <w:b w:val="0"/>
          <w:i/>
          <w:color w:val="000000"/>
          <w:sz w:val="24"/>
        </w:rPr>
        <w:t>нишмата ле-нишмата</w:t>
      </w:r>
      <w:r>
        <w:rPr>
          <w:rFonts w:ascii="Georgia" w:hAnsi="Georgia"/>
          <w:b w:val="0"/>
          <w:i w:val="0"/>
          <w:color w:val="000000"/>
          <w:sz w:val="24"/>
        </w:rPr>
        <w:t>) и «душа» (</w:t>
      </w:r>
      <w:r>
        <w:rPr>
          <w:rFonts w:ascii="Georgia" w:hAnsi="Georgia"/>
          <w:b w:val="0"/>
          <w:i/>
          <w:color w:val="000000"/>
          <w:sz w:val="24"/>
        </w:rPr>
        <w:t>нишмата</w:t>
      </w:r>
      <w:r>
        <w:rPr>
          <w:rFonts w:ascii="Georgia" w:hAnsi="Georgia"/>
          <w:b w:val="0"/>
          <w:i w:val="0"/>
          <w:color w:val="000000"/>
          <w:sz w:val="24"/>
        </w:rPr>
        <w:t>). И сказала Наоми: «Вот, Имя ЙА, пребывавшее изначально во мне, было наполнено буквами хэй — йод, вав, далет и хэй, хэй (</w:t>
      </w:r>
      <w:r>
        <w:rPr>
          <w:rFonts w:ascii="Georgia" w:hAnsi="Georgia" w:cs="Times New Roman"/>
          <w:b/>
          <w:i w:val="0"/>
          <w:color w:val="000000"/>
          <w:sz w:val="24"/>
          <w:rtl/>
          <w:szCs w:val="32"/>
        </w:rPr>
        <w:t>יוד הה</w:t>
      </w:r>
      <w:r>
        <w:rPr>
          <w:rFonts w:ascii="Georgia" w:hAnsi="Georgia"/>
          <w:b w:val="0"/>
          <w:i w:val="0"/>
          <w:color w:val="000000"/>
          <w:sz w:val="24"/>
        </w:rPr>
        <w:t xml:space="preserve">)...» «...и в этом смысл слов: </w:t>
      </w:r>
      <w:r>
        <w:rPr>
          <w:rFonts w:ascii="Georgia" w:hAnsi="Georgia"/>
          <w:b w:val="0"/>
          <w:i/>
          <w:color w:val="000000"/>
          <w:sz w:val="24"/>
        </w:rPr>
        <w:t>«Я ушла полной…»</w:t>
      </w:r>
      <w:r>
        <w:rPr>
          <w:rFonts w:ascii="Georgia" w:hAnsi="Georgia"/>
          <w:b w:val="0"/>
          <w:i w:val="0"/>
          <w:color w:val="000000"/>
          <w:sz w:val="24"/>
        </w:rPr>
        <w:t xml:space="preserve"> (Рут 1:21) — а теперь надо мной возобладали клипот и ухватились во мне также за буквы наполнения далет, вав и хэй (</w:t>
      </w:r>
      <w:r>
        <w:rPr>
          <w:rFonts w:ascii="Georgia" w:hAnsi="Georgia" w:cs="Times New Roman"/>
          <w:b/>
          <w:i w:val="0"/>
          <w:color w:val="000000"/>
          <w:sz w:val="24"/>
          <w:rtl/>
          <w:szCs w:val="32"/>
        </w:rPr>
        <w:t>דוה</w:t>
      </w:r>
      <w:r>
        <w:rPr>
          <w:rFonts w:ascii="Georgia" w:hAnsi="Georgia"/>
          <w:b w:val="0"/>
          <w:i w:val="0"/>
          <w:color w:val="000000"/>
          <w:sz w:val="24"/>
        </w:rPr>
        <w:t xml:space="preserve">), пребывающие в моем Имени ЙА, гематрия которых равна слову </w:t>
      </w:r>
      <w:r>
        <w:rPr>
          <w:rFonts w:ascii="Georgia" w:hAnsi="Georgia"/>
          <w:b w:val="0"/>
          <w:i/>
          <w:color w:val="000000"/>
          <w:sz w:val="24"/>
        </w:rPr>
        <w:t>гаава</w:t>
      </w:r>
      <w:r>
        <w:rPr>
          <w:rFonts w:ascii="Georgia" w:hAnsi="Georgia"/>
          <w:b w:val="0"/>
          <w:i w:val="0"/>
          <w:color w:val="000000"/>
          <w:sz w:val="24"/>
        </w:rPr>
        <w:t xml:space="preserve"> («гордыня»), и я осталась простым Именем ЙА, опустошенным от наполнения».</w:t>
      </w:r>
    </w:p>
    <w:p>
      <w:pPr>
        <w:spacing w:before="40" w:after="120"/>
        <w:jc w:val="both"/>
      </w:pPr>
      <w:r>
        <w:rPr>
          <w:rFonts w:ascii="Georgia" w:hAnsi="Georgia"/>
          <w:b w:val="0"/>
          <w:i w:val="0"/>
          <w:color w:val="000000"/>
          <w:sz w:val="24"/>
        </w:rPr>
        <w:t xml:space="preserve">В этом же тайна гордыни фараона, возгордившегося над остальными мелахим, ибо он сказал: </w:t>
      </w:r>
      <w:r>
        <w:rPr>
          <w:rFonts w:ascii="Georgia" w:hAnsi="Georgia"/>
          <w:b w:val="0"/>
          <w:i/>
          <w:color w:val="000000"/>
          <w:sz w:val="24"/>
        </w:rPr>
        <w:t>«Моя река, и я сам создал себя»</w:t>
      </w:r>
      <w:r>
        <w:rPr>
          <w:rFonts w:ascii="Georgia" w:hAnsi="Georgia"/>
          <w:b w:val="0"/>
          <w:i w:val="0"/>
          <w:color w:val="000000"/>
          <w:sz w:val="24"/>
        </w:rPr>
        <w:t xml:space="preserve"> (Йехезкель 29:3), как известно, ведь он объявил себя божеством. Причина же заключается в сказанном нами: гордыня вызывает подъем клипот вверх, к Имени ЙА. Я уже сообщал тебе, что фараон — это уровень клипы, удерживающейся на затылке (</w:t>
      </w:r>
      <w:r>
        <w:rPr>
          <w:rFonts w:ascii="Georgia" w:hAnsi="Georgia"/>
          <w:b w:val="0"/>
          <w:i/>
          <w:color w:val="000000"/>
          <w:sz w:val="24"/>
        </w:rPr>
        <w:t>ореф</w:t>
      </w:r>
      <w:r>
        <w:rPr>
          <w:rFonts w:ascii="Georgia" w:hAnsi="Georgia"/>
          <w:b w:val="0"/>
          <w:i w:val="0"/>
          <w:color w:val="000000"/>
          <w:sz w:val="24"/>
        </w:rPr>
        <w:t>), сзади горла (</w:t>
      </w:r>
      <w:r>
        <w:rPr>
          <w:rFonts w:ascii="Georgia" w:hAnsi="Georgia"/>
          <w:b w:val="0"/>
          <w:i/>
          <w:color w:val="000000"/>
          <w:sz w:val="24"/>
        </w:rPr>
        <w:t>гарон</w:t>
      </w:r>
      <w:r>
        <w:rPr>
          <w:rFonts w:ascii="Georgia" w:hAnsi="Georgia"/>
          <w:b w:val="0"/>
          <w:i w:val="0"/>
          <w:color w:val="000000"/>
          <w:sz w:val="24"/>
        </w:rPr>
        <w:t xml:space="preserve">), где расположено место трех мохин [Имен] ЭЛОКИМ состояния катнут, которые по гематрии равны слову </w:t>
      </w:r>
      <w:r>
        <w:rPr>
          <w:rFonts w:ascii="Georgia" w:hAnsi="Georgia"/>
          <w:b w:val="0"/>
          <w:i/>
          <w:color w:val="000000"/>
          <w:sz w:val="24"/>
        </w:rPr>
        <w:t>гарон</w:t>
      </w:r>
      <w:r>
        <w:rPr>
          <w:rFonts w:ascii="Georgia" w:hAnsi="Georgia"/>
          <w:b w:val="0"/>
          <w:i w:val="0"/>
          <w:color w:val="000000"/>
          <w:sz w:val="24"/>
        </w:rPr>
        <w:t xml:space="preserve"> — «горло». И именно в этих Именах ЙА, входящих в Имена ЭЛОКИМ в горле, находят себе зацепку фараон и Египет, которые превозносятся и поднимаются туда.</w:t>
      </w:r>
    </w:p>
    <w:p>
      <w:pPr>
        <w:spacing w:before="40" w:after="120"/>
        <w:jc w:val="both"/>
      </w:pPr>
      <w:r>
        <w:rPr>
          <w:rFonts w:ascii="Georgia" w:hAnsi="Georgia"/>
          <w:b w:val="0"/>
          <w:i w:val="0"/>
          <w:color w:val="000000"/>
          <w:sz w:val="24"/>
        </w:rPr>
        <w:t xml:space="preserve">Поэтому имя </w:t>
      </w:r>
      <w:r>
        <w:rPr>
          <w:rFonts w:ascii="Georgia" w:hAnsi="Georgia"/>
          <w:b w:val="0"/>
          <w:i/>
          <w:color w:val="000000"/>
          <w:sz w:val="24"/>
        </w:rPr>
        <w:t>Паро</w:t>
      </w:r>
      <w:r>
        <w:rPr>
          <w:rFonts w:ascii="Georgia" w:hAnsi="Georgia"/>
          <w:b w:val="0"/>
          <w:i w:val="0"/>
          <w:color w:val="000000"/>
          <w:sz w:val="24"/>
        </w:rPr>
        <w:t xml:space="preserve"> — «фараон» (</w:t>
      </w:r>
      <w:r>
        <w:rPr>
          <w:rFonts w:ascii="Georgia" w:hAnsi="Georgia" w:cs="Times New Roman"/>
          <w:b/>
          <w:i w:val="0"/>
          <w:color w:val="000000"/>
          <w:sz w:val="24"/>
          <w:rtl/>
          <w:szCs w:val="32"/>
        </w:rPr>
        <w:t>פַּרְעֹה</w:t>
      </w:r>
      <w:r>
        <w:rPr>
          <w:rFonts w:ascii="Georgia" w:hAnsi="Georgia"/>
          <w:b w:val="0"/>
          <w:i w:val="0"/>
          <w:color w:val="000000"/>
          <w:sz w:val="24"/>
        </w:rPr>
        <w:t xml:space="preserve">) состоит из тех же букв, что и </w:t>
      </w:r>
      <w:r>
        <w:rPr>
          <w:rFonts w:ascii="Georgia" w:hAnsi="Georgia"/>
          <w:b w:val="0"/>
          <w:i/>
          <w:color w:val="000000"/>
          <w:sz w:val="24"/>
        </w:rPr>
        <w:t>а-ореф</w:t>
      </w:r>
      <w:r>
        <w:rPr>
          <w:rFonts w:ascii="Georgia" w:hAnsi="Georgia"/>
          <w:b w:val="0"/>
          <w:i w:val="0"/>
          <w:color w:val="000000"/>
          <w:sz w:val="24"/>
        </w:rPr>
        <w:t xml:space="preserve"> — «затылок» (</w:t>
      </w:r>
      <w:r>
        <w:rPr>
          <w:rFonts w:ascii="Georgia" w:hAnsi="Georgia" w:cs="Times New Roman"/>
          <w:b/>
          <w:i w:val="0"/>
          <w:color w:val="000000"/>
          <w:sz w:val="24"/>
          <w:rtl/>
          <w:szCs w:val="32"/>
        </w:rPr>
        <w:t>הָעוֹרֶף</w:t>
      </w:r>
      <w:r>
        <w:rPr>
          <w:rFonts w:ascii="Georgia" w:hAnsi="Georgia"/>
          <w:b w:val="0"/>
          <w:i w:val="0"/>
          <w:color w:val="000000"/>
          <w:sz w:val="24"/>
        </w:rPr>
        <w:t>), служащий задней стороной горла. Египет (</w:t>
      </w:r>
      <w:r>
        <w:rPr>
          <w:rFonts w:ascii="Georgia" w:hAnsi="Georgia"/>
          <w:b w:val="0"/>
          <w:i/>
          <w:color w:val="000000"/>
          <w:sz w:val="24"/>
        </w:rPr>
        <w:t>Мицраим</w:t>
      </w:r>
      <w:r>
        <w:rPr>
          <w:rFonts w:ascii="Georgia" w:hAnsi="Georgia"/>
          <w:b w:val="0"/>
          <w:i w:val="0"/>
          <w:color w:val="000000"/>
          <w:sz w:val="24"/>
        </w:rPr>
        <w:t>) также назван так потому, что во всем теле нет места более узкого и тесного (</w:t>
      </w:r>
      <w:r>
        <w:rPr>
          <w:rFonts w:ascii="Georgia" w:hAnsi="Georgia"/>
          <w:b w:val="0"/>
          <w:i/>
          <w:color w:val="000000"/>
          <w:sz w:val="24"/>
        </w:rPr>
        <w:t>цар</w:t>
      </w:r>
      <w:r>
        <w:rPr>
          <w:rFonts w:ascii="Georgia" w:hAnsi="Georgia"/>
          <w:b w:val="0"/>
          <w:i w:val="0"/>
          <w:color w:val="000000"/>
          <w:sz w:val="24"/>
        </w:rPr>
        <w:t xml:space="preserve">), чем горло; вследствие этого оно представляет собой законченные суды (диним), и за него цепляются внешние силы. К тому же из-за своей узости оно приводит к тому, что мохин де-катнут при приходе мохин де-гадлут не вытесняются вниз, а задерживаются в горле. Также и Хирам, мелех Цора, возгордился подобно фараону и объявил себя божеством, ведь и он берет здесь корень: имя </w:t>
      </w:r>
      <w:r>
        <w:rPr>
          <w:rFonts w:ascii="Georgia" w:hAnsi="Georgia"/>
          <w:b w:val="0"/>
          <w:i/>
          <w:color w:val="000000"/>
          <w:sz w:val="24"/>
        </w:rPr>
        <w:t>Хирам</w:t>
      </w:r>
      <w:r>
        <w:rPr>
          <w:rFonts w:ascii="Georgia" w:hAnsi="Georgia"/>
          <w:b w:val="0"/>
          <w:i w:val="0"/>
          <w:color w:val="000000"/>
          <w:sz w:val="24"/>
        </w:rPr>
        <w:t xml:space="preserve"> (</w:t>
      </w:r>
      <w:r>
        <w:rPr>
          <w:rFonts w:ascii="Georgia" w:hAnsi="Georgia" w:cs="Times New Roman"/>
          <w:b/>
          <w:i w:val="0"/>
          <w:color w:val="000000"/>
          <w:sz w:val="24"/>
          <w:rtl/>
          <w:szCs w:val="32"/>
        </w:rPr>
        <w:t>חִירָם</w:t>
      </w:r>
      <w:r>
        <w:rPr>
          <w:rFonts w:ascii="Georgia" w:hAnsi="Georgia"/>
          <w:b w:val="0"/>
          <w:i w:val="0"/>
          <w:color w:val="000000"/>
          <w:sz w:val="24"/>
        </w:rPr>
        <w:t xml:space="preserve"> = 258) по гематрии равно слову </w:t>
      </w:r>
      <w:r>
        <w:rPr>
          <w:rFonts w:ascii="Georgia" w:hAnsi="Georgia"/>
          <w:b w:val="0"/>
          <w:i/>
          <w:color w:val="000000"/>
          <w:sz w:val="24"/>
        </w:rPr>
        <w:t>гарон</w:t>
      </w:r>
      <w:r>
        <w:rPr>
          <w:rFonts w:ascii="Georgia" w:hAnsi="Georgia"/>
          <w:b w:val="0"/>
          <w:i w:val="0"/>
          <w:color w:val="000000"/>
          <w:sz w:val="24"/>
        </w:rPr>
        <w:t xml:space="preserve"> — «горло» (</w:t>
      </w:r>
      <w:r>
        <w:rPr>
          <w:rFonts w:ascii="Georgia" w:hAnsi="Georgia" w:cs="Times New Roman"/>
          <w:b/>
          <w:i w:val="0"/>
          <w:color w:val="000000"/>
          <w:sz w:val="24"/>
          <w:rtl/>
          <w:szCs w:val="32"/>
        </w:rPr>
        <w:t>גָּרוֹן</w:t>
      </w:r>
      <w:r>
        <w:rPr>
          <w:rFonts w:ascii="Georgia" w:hAnsi="Georgia"/>
          <w:b w:val="0"/>
          <w:i w:val="0"/>
          <w:color w:val="000000"/>
          <w:sz w:val="24"/>
        </w:rPr>
        <w:t xml:space="preserve"> = 259) с колелем. Цор (</w:t>
      </w:r>
      <w:r>
        <w:rPr>
          <w:rFonts w:ascii="Georgia" w:hAnsi="Georgia"/>
          <w:b w:val="0"/>
          <w:i/>
          <w:color w:val="000000"/>
          <w:sz w:val="24"/>
        </w:rPr>
        <w:t>Цор</w:t>
      </w:r>
      <w:r>
        <w:rPr>
          <w:rFonts w:ascii="Georgia" w:hAnsi="Georgia"/>
          <w:b w:val="0"/>
          <w:i w:val="0"/>
          <w:color w:val="000000"/>
          <w:sz w:val="24"/>
        </w:rPr>
        <w:t xml:space="preserve">, </w:t>
      </w:r>
      <w:r>
        <w:rPr>
          <w:rFonts w:ascii="Georgia" w:hAnsi="Georgia" w:cs="Times New Roman"/>
          <w:b/>
          <w:i w:val="0"/>
          <w:color w:val="000000"/>
          <w:sz w:val="24"/>
          <w:rtl/>
          <w:szCs w:val="32"/>
        </w:rPr>
        <w:t>צוֹר</w:t>
      </w:r>
      <w:r>
        <w:rPr>
          <w:rFonts w:ascii="Georgia" w:hAnsi="Georgia"/>
          <w:b w:val="0"/>
          <w:i w:val="0"/>
          <w:color w:val="000000"/>
          <w:sz w:val="24"/>
        </w:rPr>
        <w:t>) также подобен Египту, относясь к стороне горла, как сказано.</w:t>
      </w:r>
    </w:p>
    <w:p>
      <w:pPr>
        <w:spacing w:before="40" w:after="120"/>
        <w:jc w:val="both"/>
      </w:pPr>
      <w:r>
        <w:rPr>
          <w:rFonts w:ascii="Georgia" w:hAnsi="Georgia"/>
          <w:b w:val="0"/>
          <w:i w:val="0"/>
          <w:color w:val="000000"/>
          <w:sz w:val="24"/>
        </w:rPr>
        <w:t>Вернемся к вопросу Египта: поскольку клипот удерживаются в месте нижней теснины (</w:t>
      </w:r>
      <w:r>
        <w:rPr>
          <w:rFonts w:ascii="Georgia" w:hAnsi="Georgia"/>
          <w:b w:val="0"/>
          <w:i/>
          <w:color w:val="000000"/>
          <w:sz w:val="24"/>
        </w:rPr>
        <w:t>мецар</w:t>
      </w:r>
      <w:r>
        <w:rPr>
          <w:rFonts w:ascii="Georgia" w:hAnsi="Georgia"/>
          <w:b w:val="0"/>
          <w:i w:val="0"/>
          <w:color w:val="000000"/>
          <w:sz w:val="24"/>
        </w:rPr>
        <w:t xml:space="preserve">), то есть в горле, которое целиком состоит из судов, они набирают силу. В этом тайна усиления царства и господства фараона и Египта. Когда же Святой, благословен Он, пожелал смирить их, было сказано: </w:t>
      </w:r>
      <w:r>
        <w:rPr>
          <w:rFonts w:ascii="Georgia" w:hAnsi="Georgia"/>
          <w:b w:val="0"/>
          <w:i/>
          <w:color w:val="000000"/>
          <w:sz w:val="24"/>
        </w:rPr>
        <w:t>«И столкну Я египтян с египтянами…»</w:t>
      </w:r>
      <w:r>
        <w:rPr>
          <w:rFonts w:ascii="Georgia" w:hAnsi="Georgia"/>
          <w:b w:val="0"/>
          <w:i w:val="0"/>
          <w:color w:val="000000"/>
          <w:sz w:val="24"/>
        </w:rPr>
        <w:t xml:space="preserve"> (Йешаяу 19:2). Смысл же заключается в том, о чем я уже сообщал тебе: суды усмиряются не иначе как через свой корень и источник — лишь тогда они прекращаются и упраздняются. И вот, нижняя теснина (</w:t>
      </w:r>
      <w:r>
        <w:rPr>
          <w:rFonts w:ascii="Georgia" w:hAnsi="Georgia"/>
          <w:b w:val="0"/>
          <w:i/>
          <w:color w:val="000000"/>
          <w:sz w:val="24"/>
        </w:rPr>
        <w:t>мецар</w:t>
      </w:r>
      <w:r>
        <w:rPr>
          <w:rFonts w:ascii="Georgia" w:hAnsi="Georgia"/>
          <w:b w:val="0"/>
          <w:i w:val="0"/>
          <w:color w:val="000000"/>
          <w:sz w:val="24"/>
        </w:rPr>
        <w:t>), за которую цепляются фараон и Египет, то есть упомянутое горло, зависит от своего высшего корня и укоренена в нем — в высшей теснине. Это место первого исправления бороды (</w:t>
      </w:r>
      <w:r>
        <w:rPr>
          <w:rFonts w:ascii="Georgia" w:hAnsi="Georgia"/>
          <w:b w:val="0"/>
          <w:i/>
          <w:color w:val="000000"/>
          <w:sz w:val="24"/>
        </w:rPr>
        <w:t>тиккуна кадмаа де-дикна</w:t>
      </w:r>
      <w:r>
        <w:rPr>
          <w:rFonts w:ascii="Georgia" w:hAnsi="Georgia"/>
          <w:b w:val="0"/>
          <w:i w:val="0"/>
          <w:color w:val="000000"/>
          <w:sz w:val="24"/>
        </w:rPr>
        <w:t xml:space="preserve">), то есть высшие края (пеот) бороды, о которых сказано: </w:t>
      </w:r>
      <w:r>
        <w:rPr>
          <w:rFonts w:ascii="Georgia" w:hAnsi="Georgia"/>
          <w:b w:val="0"/>
          <w:i/>
          <w:color w:val="000000"/>
          <w:sz w:val="24"/>
        </w:rPr>
        <w:t>«Из теснины призвал я Г-спода (</w:t>
      </w:r>
      <w:r>
        <w:rPr>
          <w:rFonts w:ascii="Georgia" w:hAnsi="Georgia"/>
          <w:b w:val="0"/>
          <w:i w:val="0"/>
          <w:color w:val="000000"/>
          <w:sz w:val="24"/>
        </w:rPr>
        <w:t>ЙА</w:t>
      </w:r>
      <w:r>
        <w:rPr>
          <w:rFonts w:ascii="Georgia" w:hAnsi="Georgia"/>
          <w:b w:val="0"/>
          <w:i/>
          <w:color w:val="000000"/>
          <w:sz w:val="24"/>
        </w:rPr>
        <w:t>)…»</w:t>
      </w:r>
      <w:r>
        <w:rPr>
          <w:rFonts w:ascii="Georgia" w:hAnsi="Georgia"/>
          <w:b w:val="0"/>
          <w:i w:val="0"/>
          <w:color w:val="000000"/>
          <w:sz w:val="24"/>
        </w:rPr>
        <w:t xml:space="preserve"> (Теилим 118:5), как приведено в «Идра Раба». И оно называется ЭЛЬ — из [стиха о тринадцати свойствах милосердия]: </w:t>
      </w:r>
      <w:r>
        <w:rPr>
          <w:rFonts w:ascii="Georgia" w:hAnsi="Georgia"/>
          <w:b w:val="0"/>
          <w:i/>
          <w:color w:val="000000"/>
          <w:sz w:val="24"/>
        </w:rPr>
        <w:t>«Б-г (</w:t>
      </w:r>
      <w:r>
        <w:rPr>
          <w:rFonts w:ascii="Georgia" w:hAnsi="Georgia"/>
          <w:b w:val="0"/>
          <w:i w:val="0"/>
          <w:color w:val="000000"/>
          <w:sz w:val="24"/>
        </w:rPr>
        <w:t>ЭЛЬ</w:t>
      </w:r>
      <w:r>
        <w:rPr>
          <w:rFonts w:ascii="Georgia" w:hAnsi="Georgia"/>
          <w:b w:val="0"/>
          <w:i/>
          <w:color w:val="000000"/>
          <w:sz w:val="24"/>
        </w:rPr>
        <w:t>) жалостливый и милосердный…»</w:t>
      </w:r>
      <w:r>
        <w:rPr>
          <w:rFonts w:ascii="Georgia" w:hAnsi="Georgia"/>
          <w:b w:val="0"/>
          <w:i w:val="0"/>
          <w:color w:val="000000"/>
          <w:sz w:val="24"/>
        </w:rPr>
        <w:t xml:space="preserve"> (Шмот 34:6), как разъяснено у нас. Это буквы алеф и ламэд (</w:t>
      </w:r>
      <w:r>
        <w:rPr>
          <w:rFonts w:ascii="Georgia" w:hAnsi="Georgia" w:cs="Times New Roman"/>
          <w:b/>
          <w:i w:val="0"/>
          <w:color w:val="000000"/>
          <w:sz w:val="24"/>
          <w:rtl/>
          <w:szCs w:val="32"/>
        </w:rPr>
        <w:t>אל</w:t>
      </w:r>
      <w:r>
        <w:rPr>
          <w:rFonts w:ascii="Georgia" w:hAnsi="Georgia"/>
          <w:b w:val="0"/>
          <w:i w:val="0"/>
          <w:color w:val="000000"/>
          <w:sz w:val="24"/>
        </w:rPr>
        <w:t xml:space="preserve">) из Имени ЭЛОКИМ, числовое значение которого равно слову </w:t>
      </w:r>
      <w:r>
        <w:rPr>
          <w:rFonts w:ascii="Georgia" w:hAnsi="Georgia"/>
          <w:b w:val="0"/>
          <w:i/>
          <w:color w:val="000000"/>
          <w:sz w:val="24"/>
        </w:rPr>
        <w:t>пеа</w:t>
      </w:r>
      <w:r>
        <w:rPr>
          <w:rFonts w:ascii="Georgia" w:hAnsi="Georgia"/>
          <w:b w:val="0"/>
          <w:i w:val="0"/>
          <w:color w:val="000000"/>
          <w:sz w:val="24"/>
        </w:rPr>
        <w:t xml:space="preserve"> — «край» (</w:t>
      </w:r>
      <w:r>
        <w:rPr>
          <w:rFonts w:ascii="Georgia" w:hAnsi="Georgia" w:cs="Times New Roman"/>
          <w:b/>
          <w:i w:val="0"/>
          <w:color w:val="000000"/>
          <w:sz w:val="24"/>
          <w:rtl/>
          <w:szCs w:val="32"/>
        </w:rPr>
        <w:t>פֵּאָה</w:t>
      </w:r>
      <w:r>
        <w:rPr>
          <w:rFonts w:ascii="Georgia" w:hAnsi="Georgia"/>
          <w:b w:val="0"/>
          <w:i w:val="0"/>
          <w:color w:val="000000"/>
          <w:sz w:val="24"/>
        </w:rPr>
        <w:t xml:space="preserve"> = 86: буква пэй (</w:t>
      </w:r>
      <w:r>
        <w:rPr>
          <w:rFonts w:ascii="Georgia" w:hAnsi="Georgia" w:cs="Times New Roman"/>
          <w:b/>
          <w:i w:val="0"/>
          <w:color w:val="000000"/>
          <w:sz w:val="24"/>
          <w:rtl/>
          <w:szCs w:val="32"/>
        </w:rPr>
        <w:t>פ</w:t>
      </w:r>
      <w:r>
        <w:rPr>
          <w:rFonts w:ascii="Georgia" w:hAnsi="Georgia"/>
          <w:b w:val="0"/>
          <w:i w:val="0"/>
          <w:color w:val="000000"/>
          <w:sz w:val="24"/>
        </w:rPr>
        <w:t xml:space="preserve"> = 80),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составляют 86 — гематрию Имени ЭЛОКИМ).</w:t>
      </w:r>
    </w:p>
    <w:p>
      <w:pPr>
        <w:spacing w:before="40" w:after="120"/>
        <w:jc w:val="both"/>
      </w:pPr>
      <w:r>
        <w:rPr>
          <w:rFonts w:ascii="Georgia" w:hAnsi="Georgia"/>
          <w:b w:val="0"/>
          <w:i w:val="0"/>
          <w:color w:val="000000"/>
          <w:sz w:val="24"/>
        </w:rPr>
        <w:t>По двум сторонам лица пребывают два Имени ЙА (</w:t>
      </w:r>
      <w:r>
        <w:rPr>
          <w:rFonts w:ascii="Georgia" w:hAnsi="Georgia" w:cs="Times New Roman"/>
          <w:b/>
          <w:i w:val="0"/>
          <w:color w:val="000000"/>
          <w:sz w:val="24"/>
          <w:rtl/>
          <w:szCs w:val="32"/>
        </w:rPr>
        <w:t>יה יה</w:t>
      </w:r>
      <w:r>
        <w:rPr>
          <w:rFonts w:ascii="Georgia" w:hAnsi="Georgia"/>
          <w:b w:val="0"/>
          <w:i w:val="0"/>
          <w:color w:val="000000"/>
          <w:sz w:val="24"/>
        </w:rPr>
        <w:t>), и они составляют первое исправление, называемое ЭЛЬ. Там мы объяснили, что три имени ЭЛЬ включены в него, а именно: ЭЛЬ ШАДАЙ, ЭЛЬ АВАЯ и ЭЛЬ АДОНАЙ. Получается, что каждое из двух Имен ЙА (</w:t>
      </w:r>
      <w:r>
        <w:rPr>
          <w:rFonts w:ascii="Georgia" w:hAnsi="Georgia" w:cs="Times New Roman"/>
          <w:b/>
          <w:i w:val="0"/>
          <w:color w:val="000000"/>
          <w:sz w:val="24"/>
          <w:rtl/>
          <w:szCs w:val="32"/>
        </w:rPr>
        <w:t>יה יה</w:t>
      </w:r>
      <w:r>
        <w:rPr>
          <w:rFonts w:ascii="Georgia" w:hAnsi="Georgia"/>
          <w:b w:val="0"/>
          <w:i w:val="0"/>
          <w:color w:val="000000"/>
          <w:sz w:val="24"/>
        </w:rPr>
        <w:t xml:space="preserve">), находящихся в двух упомянутых теснинах краев [бороды] в тайне стиха </w:t>
      </w:r>
      <w:r>
        <w:rPr>
          <w:rFonts w:ascii="Georgia" w:hAnsi="Georgia"/>
          <w:b w:val="0"/>
          <w:i/>
          <w:color w:val="000000"/>
          <w:sz w:val="24"/>
        </w:rPr>
        <w:t>«Из теснины призвал я Г-спода (</w:t>
      </w:r>
      <w:r>
        <w:rPr>
          <w:rFonts w:ascii="Georgia" w:hAnsi="Georgia"/>
          <w:b w:val="0"/>
          <w:i w:val="0"/>
          <w:color w:val="000000"/>
          <w:sz w:val="24"/>
        </w:rPr>
        <w:t>ЙА</w:t>
      </w:r>
      <w:r>
        <w:rPr>
          <w:rFonts w:ascii="Georgia" w:hAnsi="Georgia"/>
          <w:b w:val="0"/>
          <w:i/>
          <w:color w:val="000000"/>
          <w:sz w:val="24"/>
        </w:rPr>
        <w:t>)…»</w:t>
      </w:r>
      <w:r>
        <w:rPr>
          <w:rFonts w:ascii="Georgia" w:hAnsi="Georgia"/>
          <w:b w:val="0"/>
          <w:i w:val="0"/>
          <w:color w:val="000000"/>
          <w:sz w:val="24"/>
        </w:rPr>
        <w:t xml:space="preserve"> (Теилим 118:5), включает в себя три имени ЭЛЬ: ЭЛЬ, ЭЛЬ, ЭЛЬ. Таким образом, это два Имени ЙА, включающие шесть имен ЭЛЬ в двух теснинах высшей бороды, как разъяснено у нас в истолковании благословения «Отцы» (</w:t>
      </w:r>
      <w:r>
        <w:rPr>
          <w:rFonts w:ascii="Georgia" w:hAnsi="Georgia"/>
          <w:b w:val="0"/>
          <w:i/>
          <w:color w:val="000000"/>
          <w:sz w:val="24"/>
        </w:rPr>
        <w:t>Биркат Авот</w:t>
      </w:r>
      <w:r>
        <w:rPr>
          <w:rFonts w:ascii="Georgia" w:hAnsi="Georgia"/>
          <w:b w:val="0"/>
          <w:i w:val="0"/>
          <w:color w:val="000000"/>
          <w:sz w:val="24"/>
        </w:rPr>
        <w:t xml:space="preserve">) на слова </w:t>
      </w:r>
      <w:r>
        <w:rPr>
          <w:rFonts w:ascii="Georgia" w:hAnsi="Georgia"/>
          <w:b w:val="0"/>
          <w:i/>
          <w:color w:val="000000"/>
          <w:sz w:val="24"/>
        </w:rPr>
        <w:t>«Б-г великий…»</w:t>
      </w:r>
      <w:r>
        <w:rPr>
          <w:rFonts w:ascii="Georgia" w:hAnsi="Georgia"/>
          <w:b w:val="0"/>
          <w:i w:val="0"/>
          <w:color w:val="000000"/>
          <w:sz w:val="24"/>
        </w:rPr>
        <w:t xml:space="preserve"> (</w:t>
      </w:r>
      <w:r>
        <w:rPr>
          <w:rFonts w:ascii="Georgia" w:hAnsi="Georgia"/>
          <w:b w:val="0"/>
          <w:i/>
          <w:color w:val="000000"/>
          <w:sz w:val="24"/>
        </w:rPr>
        <w:t>а-Эль а-Гадоль</w:t>
      </w:r>
      <w:r>
        <w:rPr>
          <w:rFonts w:ascii="Georgia" w:hAnsi="Georgia"/>
          <w:b w:val="0"/>
          <w:i w:val="0"/>
          <w:color w:val="000000"/>
          <w:sz w:val="24"/>
        </w:rPr>
        <w:t>), и там ты глубоко поймешь все это: как из трех наполнений буквы хэй Имени ЙА образуется имя ЭЛЬ [Говорит Шмуэль: следующим образом — буквы хэй, йод (</w:t>
      </w:r>
      <w:r>
        <w:rPr>
          <w:rFonts w:ascii="Georgia" w:hAnsi="Georgia" w:cs="Times New Roman"/>
          <w:b/>
          <w:i w:val="0"/>
          <w:color w:val="000000"/>
          <w:sz w:val="24"/>
          <w:rtl/>
          <w:szCs w:val="32"/>
        </w:rPr>
        <w:t>הי</w:t>
      </w:r>
      <w:r>
        <w:rPr>
          <w:rFonts w:ascii="Georgia" w:hAnsi="Georgia"/>
          <w:b w:val="0"/>
          <w:i w:val="0"/>
          <w:color w:val="000000"/>
          <w:sz w:val="24"/>
        </w:rPr>
        <w:t xml:space="preserve"> = 15); хэй, хэй (</w:t>
      </w:r>
      <w:r>
        <w:rPr>
          <w:rFonts w:ascii="Georgia" w:hAnsi="Georgia" w:cs="Times New Roman"/>
          <w:b/>
          <w:i w:val="0"/>
          <w:color w:val="000000"/>
          <w:sz w:val="24"/>
          <w:rtl/>
          <w:szCs w:val="32"/>
        </w:rPr>
        <w:t>הה</w:t>
      </w:r>
      <w:r>
        <w:rPr>
          <w:rFonts w:ascii="Georgia" w:hAnsi="Georgia"/>
          <w:b w:val="0"/>
          <w:i w:val="0"/>
          <w:color w:val="000000"/>
          <w:sz w:val="24"/>
        </w:rPr>
        <w:t xml:space="preserve"> = 10); хэй, алеф (</w:t>
      </w:r>
      <w:r>
        <w:rPr>
          <w:rFonts w:ascii="Georgia" w:hAnsi="Georgia" w:cs="Times New Roman"/>
          <w:b/>
          <w:i w:val="0"/>
          <w:color w:val="000000"/>
          <w:sz w:val="24"/>
          <w:rtl/>
          <w:szCs w:val="32"/>
        </w:rPr>
        <w:t>הא</w:t>
      </w:r>
      <w:r>
        <w:rPr>
          <w:rFonts w:ascii="Georgia" w:hAnsi="Georgia"/>
          <w:b w:val="0"/>
          <w:i w:val="0"/>
          <w:color w:val="000000"/>
          <w:sz w:val="24"/>
        </w:rPr>
        <w:t xml:space="preserve"> = 6), что в сумме составляет 31 — гематрию имени ЭЛЬ (</w:t>
      </w:r>
      <w:r>
        <w:rPr>
          <w:rFonts w:ascii="Georgia" w:hAnsi="Georgia" w:cs="Times New Roman"/>
          <w:b/>
          <w:i w:val="0"/>
          <w:color w:val="000000"/>
          <w:sz w:val="24"/>
          <w:rtl/>
          <w:szCs w:val="32"/>
        </w:rPr>
        <w:t>אֵל</w:t>
      </w:r>
      <w:r>
        <w:rPr>
          <w:rFonts w:ascii="Georgia" w:hAnsi="Georgia"/>
          <w:b w:val="0"/>
          <w:i w:val="0"/>
          <w:color w:val="000000"/>
          <w:sz w:val="24"/>
        </w:rPr>
        <w:t xml:space="preserve"> = 31)], и как образуются также шесть раз по ЭЛЬ. Получается, что есть шесть [имен] ЭЛЬ, и все они — в тайне Имени ЙА, и все они относятся к первому из тринадцати исправлений бороды.</w:t>
      </w:r>
    </w:p>
    <w:p>
      <w:pPr>
        <w:spacing w:before="40" w:after="120"/>
        <w:jc w:val="both"/>
      </w:pPr>
      <w:r>
        <w:rPr>
          <w:rFonts w:ascii="Georgia" w:hAnsi="Georgia"/>
          <w:b w:val="0"/>
          <w:i w:val="0"/>
          <w:color w:val="000000"/>
          <w:sz w:val="24"/>
        </w:rPr>
        <w:t>И вот, «когда раскрывается святая борода, покоряются все суды» (</w:t>
      </w:r>
      <w:r>
        <w:rPr>
          <w:rFonts w:ascii="Georgia" w:hAnsi="Georgia"/>
          <w:b w:val="0"/>
          <w:i/>
          <w:color w:val="000000"/>
          <w:sz w:val="24"/>
        </w:rPr>
        <w:t>кад итгалья дикна кадиша иткафьян коль динин</w:t>
      </w:r>
      <w:r>
        <w:rPr>
          <w:rFonts w:ascii="Georgia" w:hAnsi="Georgia"/>
          <w:b w:val="0"/>
          <w:i w:val="0"/>
          <w:color w:val="000000"/>
          <w:sz w:val="24"/>
        </w:rPr>
        <w:t xml:space="preserve">), как сказано в святой «Идра». И тогда все суды, находящиеся внизу в нижней теснине, именуемой горлом — представляющие собой уровень Имен ЭЛОКИМ, шесть мохин де-катнут (три от Абы и три от Имы), называемые нижним Египтом (нижними теснинами), — услаждаются в высших теснинах бороды. В этом тайна стиха: </w:t>
      </w:r>
      <w:r>
        <w:rPr>
          <w:rFonts w:ascii="Georgia" w:hAnsi="Georgia"/>
          <w:b w:val="0"/>
          <w:i/>
          <w:color w:val="000000"/>
          <w:sz w:val="24"/>
        </w:rPr>
        <w:t>«И столкну Я египтян с египтянами…»</w:t>
      </w:r>
      <w:r>
        <w:rPr>
          <w:rFonts w:ascii="Georgia" w:hAnsi="Georgia"/>
          <w:b w:val="0"/>
          <w:i w:val="0"/>
          <w:color w:val="000000"/>
          <w:sz w:val="24"/>
        </w:rPr>
        <w:t xml:space="preserve"> (Йешаяу 19:2) — ведь переплетаются и протягиваются света из высшей теснины в нижнюю теснину, и благодаря этому нижняя теснина также связывается и соединяется с высшей, и суды в нижней теснине услаждаются через свой корень, коим является высшая теснина. Тогда клипот, удерживающиеся в нижней теснине, упраздняются, а также фараон и царство Египетское, держащиеся за те клипот, уничтожаются, и гибнет их власть и владычество.</w:t>
      </w:r>
    </w:p>
    <w:p>
      <w:pPr>
        <w:spacing w:before="40" w:after="120"/>
        <w:jc w:val="both"/>
      </w:pPr>
      <w:r>
        <w:rPr>
          <w:rFonts w:ascii="Georgia" w:hAnsi="Georgia"/>
          <w:b w:val="0"/>
          <w:i w:val="0"/>
          <w:color w:val="000000"/>
          <w:sz w:val="24"/>
        </w:rPr>
        <w:t xml:space="preserve">Оказывается согласно этому, что в высших теснинах пребывают шесть имен ЭЛЬ в тайне Хеседа, как написано в Писании: </w:t>
      </w:r>
      <w:r>
        <w:rPr>
          <w:rFonts w:ascii="Georgia" w:hAnsi="Georgia"/>
          <w:b w:val="0"/>
          <w:i/>
          <w:color w:val="000000"/>
          <w:sz w:val="24"/>
        </w:rPr>
        <w:t>«Милость Б-жья (Хесед ЭЛЬ) — всякий день»</w:t>
      </w:r>
      <w:r>
        <w:rPr>
          <w:rFonts w:ascii="Georgia" w:hAnsi="Georgia"/>
          <w:b w:val="0"/>
          <w:i w:val="0"/>
          <w:color w:val="000000"/>
          <w:sz w:val="24"/>
        </w:rPr>
        <w:t xml:space="preserve"> (Теилим 52:3). И потому услаждаются шесть Имен ЭЛОКИМ, являющихся судами в нижних теснинах в горле. Уже разъяснено, что имя ЭЛЬ в высшей теснине — это тайна [букв] ЭЛЬ из Имени ЭЛОКИМ в пеот; и потому оно заставляет клипот отступить, ведь суды услаждаются в своем корне, так как корень ЭЛОКИМ — это имя ЭЛЬ в высшей теснине, как упомянуто. Также тебе разъяснено, что шесть упомянутых имен ЭЛЬ представляют собой два Имени ЙА, как сказано, и посредством этих Имен ЙА услаждаются [Имена] ЭЛОКИМ, как разъяснено у нас в тайне [молитвы] </w:t>
      </w:r>
      <w:r>
        <w:rPr>
          <w:rFonts w:ascii="Georgia" w:hAnsi="Georgia"/>
          <w:b w:val="0"/>
          <w:i/>
          <w:color w:val="000000"/>
          <w:sz w:val="24"/>
        </w:rPr>
        <w:t>«Амен, йеэ шме раба…»</w:t>
      </w:r>
      <w:r>
        <w:rPr>
          <w:rFonts w:ascii="Georgia" w:hAnsi="Georgia"/>
          <w:b w:val="0"/>
          <w:i w:val="0"/>
          <w:color w:val="000000"/>
          <w:sz w:val="24"/>
        </w:rPr>
        <w:t>, ибо это [буквы] йод и хэй (</w:t>
      </w:r>
      <w:r>
        <w:rPr>
          <w:rFonts w:ascii="Georgia" w:hAnsi="Georgia" w:cs="Times New Roman"/>
          <w:b/>
          <w:i w:val="0"/>
          <w:color w:val="000000"/>
          <w:sz w:val="24"/>
          <w:rtl/>
          <w:szCs w:val="32"/>
        </w:rPr>
        <w:t>יה</w:t>
      </w:r>
      <w:r>
        <w:rPr>
          <w:rFonts w:ascii="Georgia" w:hAnsi="Georgia"/>
          <w:b w:val="0"/>
          <w:i w:val="0"/>
          <w:color w:val="000000"/>
          <w:sz w:val="24"/>
        </w:rPr>
        <w:t>) из Имени ЭЛОКИМ.</w:t>
      </w:r>
    </w:p>
    <w:p>
      <w:pPr>
        <w:spacing w:before="40" w:after="120"/>
        <w:jc w:val="both"/>
      </w:pPr>
      <w:r>
        <w:rPr>
          <w:rFonts w:ascii="Georgia" w:hAnsi="Georgia"/>
          <w:b w:val="0"/>
          <w:i w:val="0"/>
          <w:color w:val="000000"/>
          <w:sz w:val="24"/>
        </w:rPr>
        <w:t xml:space="preserve">В этом же тайна стиха: </w:t>
      </w:r>
      <w:r>
        <w:rPr>
          <w:rFonts w:ascii="Georgia" w:hAnsi="Georgia"/>
          <w:b w:val="0"/>
          <w:i/>
          <w:color w:val="000000"/>
          <w:sz w:val="24"/>
        </w:rPr>
        <w:t>«В тайных местах будет плакать душа моя из-за гордости…»</w:t>
      </w:r>
      <w:r>
        <w:rPr>
          <w:rFonts w:ascii="Georgia" w:hAnsi="Georgia"/>
          <w:b w:val="0"/>
          <w:i w:val="0"/>
          <w:color w:val="000000"/>
          <w:sz w:val="24"/>
        </w:rPr>
        <w:t xml:space="preserve"> (Ирмеяу 13:17). Истолковали наши мудрецы (ХАЗАЛЬ): «Есть место у Святого, благословен Он, и имя ему Мистарим ("Тайные обители")… "Из-за гордости" — из-за величия Исраэля, которое было отнято у них и отдано народам мира» (Хагига 5б). Разъяснение слов наших мудрецов таково: скрытый мир (</w:t>
      </w:r>
      <w:r>
        <w:rPr>
          <w:rFonts w:ascii="Georgia" w:hAnsi="Georgia"/>
          <w:b w:val="0"/>
          <w:i/>
          <w:color w:val="000000"/>
          <w:sz w:val="24"/>
        </w:rPr>
        <w:t>альма де-иткасья</w:t>
      </w:r>
      <w:r>
        <w:rPr>
          <w:rFonts w:ascii="Georgia" w:hAnsi="Georgia"/>
          <w:b w:val="0"/>
          <w:i w:val="0"/>
          <w:color w:val="000000"/>
          <w:sz w:val="24"/>
        </w:rPr>
        <w:t>), то есть Имя ЙА, представляющее собой Абу ве-Иму, называется «сокрытые обители» (</w:t>
      </w:r>
      <w:r>
        <w:rPr>
          <w:rFonts w:ascii="Georgia" w:hAnsi="Georgia"/>
          <w:b w:val="0"/>
          <w:i/>
          <w:color w:val="000000"/>
          <w:sz w:val="24"/>
        </w:rPr>
        <w:t>мистарим</w:t>
      </w:r>
      <w:r>
        <w:rPr>
          <w:rFonts w:ascii="Georgia" w:hAnsi="Georgia"/>
          <w:b w:val="0"/>
          <w:i w:val="0"/>
          <w:color w:val="000000"/>
          <w:sz w:val="24"/>
        </w:rPr>
        <w:t>). Ты уже знаешь, что этот стих был сказан Ирмеяу о разрушении Храма (</w:t>
      </w:r>
      <w:r>
        <w:rPr>
          <w:rFonts w:ascii="Georgia" w:hAnsi="Georgia"/>
          <w:b w:val="0"/>
          <w:i/>
          <w:color w:val="000000"/>
          <w:sz w:val="24"/>
        </w:rPr>
        <w:t>Бейт а-Микдаш</w:t>
      </w:r>
      <w:r>
        <w:rPr>
          <w:rFonts w:ascii="Georgia" w:hAnsi="Georgia"/>
          <w:b w:val="0"/>
          <w:i w:val="0"/>
          <w:color w:val="000000"/>
          <w:sz w:val="24"/>
        </w:rPr>
        <w:t>), что соответствует высшей букве хэй (</w:t>
      </w:r>
      <w:r>
        <w:rPr>
          <w:rFonts w:ascii="Georgia" w:hAnsi="Georgia" w:cs="Times New Roman"/>
          <w:b/>
          <w:i w:val="0"/>
          <w:color w:val="000000"/>
          <w:sz w:val="24"/>
          <w:rtl/>
          <w:szCs w:val="32"/>
        </w:rPr>
        <w:t>ה</w:t>
      </w:r>
      <w:r>
        <w:rPr>
          <w:rFonts w:ascii="Georgia" w:hAnsi="Georgia"/>
          <w:b w:val="0"/>
          <w:i w:val="0"/>
          <w:color w:val="000000"/>
          <w:sz w:val="24"/>
        </w:rPr>
        <w:t>) — скрытому миру, как сказано в Зоаре в начале раздела Шмот. Буквы наполнения Имени ЙА с буквами хэй именуются «сокрытыми» (</w:t>
      </w:r>
      <w:r>
        <w:rPr>
          <w:rFonts w:ascii="Georgia" w:hAnsi="Georgia"/>
          <w:b w:val="0"/>
          <w:i/>
          <w:color w:val="000000"/>
          <w:sz w:val="24"/>
        </w:rPr>
        <w:t>мистарим</w:t>
      </w:r>
      <w:r>
        <w:rPr>
          <w:rFonts w:ascii="Georgia" w:hAnsi="Georgia"/>
          <w:b w:val="0"/>
          <w:i w:val="0"/>
          <w:color w:val="000000"/>
          <w:sz w:val="24"/>
        </w:rPr>
        <w:t>), потому что наполнение покрыто, скрыто и утаено внутри простых букв йод и хэй (</w:t>
      </w:r>
      <w:r>
        <w:rPr>
          <w:rFonts w:ascii="Georgia" w:hAnsi="Georgia" w:cs="Times New Roman"/>
          <w:b/>
          <w:i w:val="0"/>
          <w:color w:val="000000"/>
          <w:sz w:val="24"/>
          <w:rtl/>
          <w:szCs w:val="32"/>
        </w:rPr>
        <w:t>יה</w:t>
      </w:r>
      <w:r>
        <w:rPr>
          <w:rFonts w:ascii="Georgia" w:hAnsi="Georgia"/>
          <w:b w:val="0"/>
          <w:i w:val="0"/>
          <w:color w:val="000000"/>
          <w:sz w:val="24"/>
        </w:rPr>
        <w:t>). А так как наполнение буквами хэй расположено ниже, чем наполнение буквами алеф или йод, внешние силы цепляются за него сильнее, чем за другие наполнения Имени ЙА. И это наполнение — буквы далет, вав и хэй (</w:t>
      </w:r>
      <w:r>
        <w:rPr>
          <w:rFonts w:ascii="Georgia" w:hAnsi="Georgia" w:cs="Times New Roman"/>
          <w:b/>
          <w:i w:val="0"/>
          <w:color w:val="000000"/>
          <w:sz w:val="24"/>
          <w:rtl/>
          <w:szCs w:val="32"/>
        </w:rPr>
        <w:t>דוה</w:t>
      </w:r>
      <w:r>
        <w:rPr>
          <w:rFonts w:ascii="Georgia" w:hAnsi="Georgia"/>
          <w:b w:val="0"/>
          <w:i w:val="0"/>
          <w:color w:val="000000"/>
          <w:sz w:val="24"/>
        </w:rPr>
        <w:t xml:space="preserve">), именуемое </w:t>
      </w:r>
      <w:r>
        <w:rPr>
          <w:rFonts w:ascii="Georgia" w:hAnsi="Georgia"/>
          <w:b w:val="0"/>
          <w:i/>
          <w:color w:val="000000"/>
          <w:sz w:val="24"/>
        </w:rPr>
        <w:t>мистарим</w:t>
      </w:r>
      <w:r>
        <w:rPr>
          <w:rFonts w:ascii="Georgia" w:hAnsi="Georgia"/>
          <w:b w:val="0"/>
          <w:i w:val="0"/>
          <w:color w:val="000000"/>
          <w:sz w:val="24"/>
        </w:rPr>
        <w:t xml:space="preserve">, по гематрии равно слову </w:t>
      </w:r>
      <w:r>
        <w:rPr>
          <w:rFonts w:ascii="Georgia" w:hAnsi="Georgia"/>
          <w:b w:val="0"/>
          <w:i/>
          <w:color w:val="000000"/>
          <w:sz w:val="24"/>
        </w:rPr>
        <w:t>гева</w:t>
      </w:r>
      <w:r>
        <w:rPr>
          <w:rFonts w:ascii="Georgia" w:hAnsi="Georgia"/>
          <w:b w:val="0"/>
          <w:i w:val="0"/>
          <w:color w:val="000000"/>
          <w:sz w:val="24"/>
        </w:rPr>
        <w:t xml:space="preserve"> — «гордость» (</w:t>
      </w:r>
      <w:r>
        <w:rPr>
          <w:rFonts w:ascii="Georgia" w:hAnsi="Georgia" w:cs="Times New Roman"/>
          <w:b/>
          <w:i w:val="0"/>
          <w:color w:val="000000"/>
          <w:sz w:val="24"/>
          <w:rtl/>
          <w:szCs w:val="32"/>
        </w:rPr>
        <w:t>גֵּוָה</w:t>
      </w:r>
      <w:r>
        <w:rPr>
          <w:rFonts w:ascii="Georgia" w:hAnsi="Georgia"/>
          <w:b w:val="0"/>
          <w:i w:val="0"/>
          <w:color w:val="000000"/>
          <w:sz w:val="24"/>
        </w:rPr>
        <w:t>) с колелем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 4),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дают 15; а в слове </w:t>
      </w:r>
      <w:r>
        <w:rPr>
          <w:rFonts w:ascii="Georgia" w:hAnsi="Georgia"/>
          <w:b w:val="0"/>
          <w:i/>
          <w:color w:val="000000"/>
          <w:sz w:val="24"/>
        </w:rPr>
        <w:t>гева</w:t>
      </w:r>
      <w:r>
        <w:rPr>
          <w:rFonts w:ascii="Georgia" w:hAnsi="Georgia"/>
          <w:b w:val="0"/>
          <w:i w:val="0"/>
          <w:color w:val="000000"/>
          <w:sz w:val="24"/>
        </w:rPr>
        <w:t>: буква гимель (</w:t>
      </w:r>
      <w:r>
        <w:rPr>
          <w:rFonts w:ascii="Georgia" w:hAnsi="Georgia" w:cs="Times New Roman"/>
          <w:b/>
          <w:i w:val="0"/>
          <w:color w:val="000000"/>
          <w:sz w:val="24"/>
          <w:rtl/>
          <w:szCs w:val="32"/>
        </w:rPr>
        <w:t>ג</w:t>
      </w:r>
      <w:r>
        <w:rPr>
          <w:rFonts w:ascii="Georgia" w:hAnsi="Georgia"/>
          <w:b w:val="0"/>
          <w:i w:val="0"/>
          <w:color w:val="000000"/>
          <w:sz w:val="24"/>
        </w:rPr>
        <w:t xml:space="preserve"> = 3),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дают 14, что вместе с колелем составляет 15).</w:t>
      </w:r>
    </w:p>
    <w:p>
      <w:pPr>
        <w:spacing w:before="40" w:after="120"/>
        <w:jc w:val="both"/>
      </w:pPr>
      <w:r>
        <w:rPr>
          <w:rFonts w:ascii="Georgia" w:hAnsi="Georgia"/>
          <w:b w:val="0"/>
          <w:i w:val="0"/>
          <w:color w:val="000000"/>
          <w:sz w:val="24"/>
        </w:rPr>
        <w:t xml:space="preserve">В этом смысл сказанного: </w:t>
      </w:r>
      <w:r>
        <w:rPr>
          <w:rFonts w:ascii="Georgia" w:hAnsi="Georgia"/>
          <w:b w:val="0"/>
          <w:i/>
          <w:color w:val="000000"/>
          <w:sz w:val="24"/>
        </w:rPr>
        <w:t>«В тайных местах будет плакать душа моя из-за гордости…»</w:t>
      </w:r>
      <w:r>
        <w:rPr>
          <w:rFonts w:ascii="Georgia" w:hAnsi="Georgia"/>
          <w:b w:val="0"/>
          <w:i w:val="0"/>
          <w:color w:val="000000"/>
          <w:sz w:val="24"/>
        </w:rPr>
        <w:t xml:space="preserve"> (Ирмеяу 13:17) — ведь грех гордыни, существовавший тогда в народе Исраэля, привел к тому, что клипот отняли у них это величие, именуемое </w:t>
      </w:r>
      <w:r>
        <w:rPr>
          <w:rFonts w:ascii="Georgia" w:hAnsi="Georgia"/>
          <w:b w:val="0"/>
          <w:i/>
          <w:color w:val="000000"/>
          <w:sz w:val="24"/>
        </w:rPr>
        <w:t>мистарим</w:t>
      </w:r>
      <w:r>
        <w:rPr>
          <w:rFonts w:ascii="Georgia" w:hAnsi="Georgia"/>
          <w:b w:val="0"/>
          <w:i w:val="0"/>
          <w:color w:val="000000"/>
          <w:sz w:val="24"/>
        </w:rPr>
        <w:t>, и отдали его народам мира. Об этом и сказали мудрецы: «Из-за величия Исраэля, которое было отнято у них и отдано народам мира». Таков и смысл стиха: из-за греха того, что клипот ухватились за высшие сокрытые обители вследствие надменности Исраэля, «будет плакать душа моя», ибо увидела она чужих, обнаживших тайны ее.</w:t>
      </w:r>
    </w:p>
    <w:p>
      <w:pPr>
        <w:spacing w:before="40" w:after="120"/>
        <w:jc w:val="both"/>
      </w:pPr>
      <w:r>
        <w:rPr>
          <w:rFonts w:ascii="Georgia" w:hAnsi="Georgia"/>
          <w:b w:val="0"/>
          <w:i w:val="0"/>
          <w:color w:val="000000"/>
          <w:sz w:val="24"/>
        </w:rPr>
        <w:t xml:space="preserve">На это же намекнули мудрецы словами: «Есть место у Святого, благословен Он, и имя ему Мистарим». Это понятно из сказанного нами: наполнение Имени ЙА называется </w:t>
      </w:r>
      <w:r>
        <w:rPr>
          <w:rFonts w:ascii="Georgia" w:hAnsi="Georgia"/>
          <w:b w:val="0"/>
          <w:i/>
          <w:color w:val="000000"/>
          <w:sz w:val="24"/>
        </w:rPr>
        <w:t>мистарим</w:t>
      </w:r>
      <w:r>
        <w:rPr>
          <w:rFonts w:ascii="Georgia" w:hAnsi="Georgia"/>
          <w:b w:val="0"/>
          <w:i w:val="0"/>
          <w:color w:val="000000"/>
          <w:sz w:val="24"/>
        </w:rPr>
        <w:t>; кроме того, мы объяснили, что корень Имени ЙА пребывает в первом исправлении бороды, называемом ЭЛЬ, в которое включены шесть имен ЭЛЬ. Оказывается, корень Имени ЙА — это шесть исходящих из него имен ЭЛЬ. А шесть раз по ЭЛЬ (</w:t>
      </w:r>
      <w:r>
        <w:rPr>
          <w:rFonts w:ascii="Georgia" w:hAnsi="Georgia" w:cs="Times New Roman"/>
          <w:b/>
          <w:i w:val="0"/>
          <w:color w:val="000000"/>
          <w:sz w:val="24"/>
          <w:rtl/>
          <w:szCs w:val="32"/>
        </w:rPr>
        <w:t>אֵל</w:t>
      </w:r>
      <w:r>
        <w:rPr>
          <w:rFonts w:ascii="Georgia" w:hAnsi="Georgia"/>
          <w:b w:val="0"/>
          <w:i w:val="0"/>
          <w:color w:val="000000"/>
          <w:sz w:val="24"/>
        </w:rPr>
        <w:t xml:space="preserve"> = 31) по гематрии равны слову </w:t>
      </w:r>
      <w:r>
        <w:rPr>
          <w:rFonts w:ascii="Georgia" w:hAnsi="Georgia"/>
          <w:b w:val="0"/>
          <w:i/>
          <w:color w:val="000000"/>
          <w:sz w:val="24"/>
        </w:rPr>
        <w:t>маком</w:t>
      </w:r>
      <w:r>
        <w:rPr>
          <w:rFonts w:ascii="Georgia" w:hAnsi="Georgia"/>
          <w:b w:val="0"/>
          <w:i w:val="0"/>
          <w:color w:val="000000"/>
          <w:sz w:val="24"/>
        </w:rPr>
        <w:t xml:space="preserve"> — «место» (</w:t>
      </w:r>
      <w:r>
        <w:rPr>
          <w:rFonts w:ascii="Georgia" w:hAnsi="Georgia" w:cs="Times New Roman"/>
          <w:b/>
          <w:i w:val="0"/>
          <w:color w:val="000000"/>
          <w:sz w:val="24"/>
          <w:rtl/>
          <w:szCs w:val="32"/>
        </w:rPr>
        <w:t>מָקוֹם</w:t>
      </w:r>
      <w:r>
        <w:rPr>
          <w:rFonts w:ascii="Georgia" w:hAnsi="Georgia"/>
          <w:b w:val="0"/>
          <w:i w:val="0"/>
          <w:color w:val="000000"/>
          <w:sz w:val="24"/>
        </w:rPr>
        <w:t xml:space="preserve"> = 186): 6 × 31 = 186; а в слове </w:t>
      </w:r>
      <w:r>
        <w:rPr>
          <w:rFonts w:ascii="Georgia" w:hAnsi="Georgia"/>
          <w:b w:val="0"/>
          <w:i/>
          <w:color w:val="000000"/>
          <w:sz w:val="24"/>
        </w:rPr>
        <w:t>маком</w:t>
      </w:r>
      <w:r>
        <w:rPr>
          <w:rFonts w:ascii="Georgia" w:hAnsi="Georgia"/>
          <w:b w:val="0"/>
          <w:i w:val="0"/>
          <w:color w:val="000000"/>
          <w:sz w:val="24"/>
        </w:rPr>
        <w:t>: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буква куф (</w:t>
      </w:r>
      <w:r>
        <w:rPr>
          <w:rFonts w:ascii="Georgia" w:hAnsi="Georgia" w:cs="Times New Roman"/>
          <w:b/>
          <w:i w:val="0"/>
          <w:color w:val="000000"/>
          <w:sz w:val="24"/>
          <w:rtl/>
          <w:szCs w:val="32"/>
        </w:rPr>
        <w:t>ק</w:t>
      </w:r>
      <w:r>
        <w:rPr>
          <w:rFonts w:ascii="Georgia" w:hAnsi="Georgia"/>
          <w:b w:val="0"/>
          <w:i w:val="0"/>
          <w:color w:val="000000"/>
          <w:sz w:val="24"/>
        </w:rPr>
        <w:t xml:space="preserve"> = 100),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и буква мэм софит (</w:t>
      </w:r>
      <w:r>
        <w:rPr>
          <w:rFonts w:ascii="Georgia" w:hAnsi="Georgia" w:cs="Times New Roman"/>
          <w:b/>
          <w:i w:val="0"/>
          <w:color w:val="000000"/>
          <w:sz w:val="24"/>
          <w:rtl/>
          <w:szCs w:val="32"/>
        </w:rPr>
        <w:t>ם</w:t>
      </w:r>
      <w:r>
        <w:rPr>
          <w:rFonts w:ascii="Georgia" w:hAnsi="Georgia"/>
          <w:b w:val="0"/>
          <w:i w:val="0"/>
          <w:color w:val="000000"/>
          <w:sz w:val="24"/>
        </w:rPr>
        <w:t xml:space="preserve"> = 40) дают в сумме 186. Вот почему Имя ЙА называется «местом» (</w:t>
      </w:r>
      <w:r>
        <w:rPr>
          <w:rFonts w:ascii="Georgia" w:hAnsi="Georgia"/>
          <w:b w:val="0"/>
          <w:i/>
          <w:color w:val="000000"/>
          <w:sz w:val="24"/>
        </w:rPr>
        <w:t>маком</w:t>
      </w:r>
      <w:r>
        <w:rPr>
          <w:rFonts w:ascii="Georgia" w:hAnsi="Georgia"/>
          <w:b w:val="0"/>
          <w:i w:val="0"/>
          <w:color w:val="000000"/>
          <w:sz w:val="24"/>
        </w:rPr>
        <w:t>) и «сокрытыми обителями» (</w:t>
      </w:r>
      <w:r>
        <w:rPr>
          <w:rFonts w:ascii="Georgia" w:hAnsi="Georgia"/>
          <w:b w:val="0"/>
          <w:i/>
          <w:color w:val="000000"/>
          <w:sz w:val="24"/>
        </w:rPr>
        <w:t>мистарим</w:t>
      </w:r>
      <w:r>
        <w:rPr>
          <w:rFonts w:ascii="Georgia" w:hAnsi="Georgia"/>
          <w:b w:val="0"/>
          <w:i w:val="0"/>
          <w:color w:val="000000"/>
          <w:sz w:val="24"/>
        </w:rPr>
        <w:t>).</w:t>
      </w:r>
    </w:p>
    <w:p>
      <w:pPr>
        <w:spacing w:before="40" w:after="120"/>
        <w:jc w:val="both"/>
      </w:pPr>
      <w:r>
        <w:rPr>
          <w:rFonts w:ascii="Georgia" w:hAnsi="Georgia"/>
          <w:b w:val="0"/>
          <w:i w:val="0"/>
          <w:color w:val="000000"/>
          <w:sz w:val="24"/>
        </w:rPr>
        <w:t>Теперь объясним, какое намерение (</w:t>
      </w:r>
      <w:r>
        <w:rPr>
          <w:rFonts w:ascii="Georgia" w:hAnsi="Georgia"/>
          <w:b w:val="0"/>
          <w:i/>
          <w:color w:val="000000"/>
          <w:sz w:val="24"/>
        </w:rPr>
        <w:t>кавана</w:t>
      </w:r>
      <w:r>
        <w:rPr>
          <w:rFonts w:ascii="Georgia" w:hAnsi="Georgia"/>
          <w:b w:val="0"/>
          <w:i w:val="0"/>
          <w:color w:val="000000"/>
          <w:sz w:val="24"/>
        </w:rPr>
        <w:t>) следует удерживать, чтобы исправить упомянутое место повреждения от гордыни. Нужно сосредоточить намерение на Имени ЙА с наполнением буквами хэй в таком виде: йод, вав, далет и хэй, хэй (</w:t>
      </w:r>
      <w:r>
        <w:rPr>
          <w:rFonts w:ascii="Georgia" w:hAnsi="Georgia" w:cs="Times New Roman"/>
          <w:b/>
          <w:i w:val="0"/>
          <w:color w:val="000000"/>
          <w:sz w:val="24"/>
          <w:rtl/>
          <w:szCs w:val="32"/>
        </w:rPr>
        <w:t>יוד הה</w:t>
      </w:r>
      <w:r>
        <w:rPr>
          <w:rFonts w:ascii="Georgia" w:hAnsi="Georgia"/>
          <w:b w:val="0"/>
          <w:i w:val="0"/>
          <w:color w:val="000000"/>
          <w:sz w:val="24"/>
        </w:rPr>
        <w:t>), ибо в нем заключена тайна величия, как сказано выше, в двух аспектах: как в простом виде, так и в его наполнении.</w:t>
      </w:r>
    </w:p>
    <w:p>
      <w:pPr>
        <w:spacing w:before="40" w:after="120"/>
        <w:jc w:val="both"/>
      </w:pPr>
      <w:r>
        <w:rPr>
          <w:rFonts w:ascii="Georgia" w:hAnsi="Georgia"/>
          <w:b w:val="0"/>
          <w:i w:val="0"/>
          <w:color w:val="000000"/>
          <w:sz w:val="24"/>
        </w:rPr>
        <w:t xml:space="preserve">И направь намерение удалить и устранить это величие из клипот, которые отняли его, как сказано, и возвратить его Владыке — Ему, благословен Он, истинному Обладателю величия, которому оно подобает и никому иному, как сказано в Писании: </w:t>
      </w:r>
      <w:r>
        <w:rPr>
          <w:rFonts w:ascii="Georgia" w:hAnsi="Georgia"/>
          <w:b w:val="0"/>
          <w:i/>
          <w:color w:val="000000"/>
          <w:sz w:val="24"/>
        </w:rPr>
        <w:t>«Г-сподь воцарился, величием облекся…»</w:t>
      </w:r>
      <w:r>
        <w:rPr>
          <w:rFonts w:ascii="Georgia" w:hAnsi="Georgia"/>
          <w:b w:val="0"/>
          <w:i w:val="0"/>
          <w:color w:val="000000"/>
          <w:sz w:val="24"/>
        </w:rPr>
        <w:t xml:space="preserve"> (Теилим 93:1). Направь намерение вернуть его Ему следующим образом: чтобы Имя ЙА наполнилось наполнением буквами хэй, как сказано выше.</w:t>
      </w:r>
    </w:p>
    <w:p>
      <w:pPr>
        <w:spacing w:before="40" w:after="120"/>
        <w:jc w:val="both"/>
      </w:pPr>
      <w:r>
        <w:rPr>
          <w:rFonts w:ascii="Georgia" w:hAnsi="Georgia"/>
          <w:b w:val="0"/>
          <w:i w:val="0"/>
          <w:color w:val="000000"/>
          <w:sz w:val="24"/>
        </w:rPr>
        <w:t>И направь намерение, что первое величие — простое Имя ЙА (</w:t>
      </w:r>
      <w:r>
        <w:rPr>
          <w:rFonts w:ascii="Georgia" w:hAnsi="Georgia" w:cs="Times New Roman"/>
          <w:b/>
          <w:i w:val="0"/>
          <w:color w:val="000000"/>
          <w:sz w:val="24"/>
          <w:rtl/>
          <w:szCs w:val="32"/>
        </w:rPr>
        <w:t>יה</w:t>
      </w:r>
      <w:r>
        <w:rPr>
          <w:rFonts w:ascii="Georgia" w:hAnsi="Georgia"/>
          <w:b w:val="0"/>
          <w:i w:val="0"/>
          <w:color w:val="000000"/>
          <w:sz w:val="24"/>
        </w:rPr>
        <w:t xml:space="preserve">), числовое значение которого равно слову </w:t>
      </w:r>
      <w:r>
        <w:rPr>
          <w:rFonts w:ascii="Georgia" w:hAnsi="Georgia"/>
          <w:b w:val="0"/>
          <w:i/>
          <w:color w:val="000000"/>
          <w:sz w:val="24"/>
        </w:rPr>
        <w:t>гаава</w:t>
      </w:r>
      <w:r>
        <w:rPr>
          <w:rFonts w:ascii="Georgia" w:hAnsi="Georgia"/>
          <w:b w:val="0"/>
          <w:i w:val="0"/>
          <w:color w:val="000000"/>
          <w:sz w:val="24"/>
        </w:rPr>
        <w:t xml:space="preserve"> («гордыня»), относится к АА, к первому исправлению его святой бороды (</w:t>
      </w:r>
      <w:r>
        <w:rPr>
          <w:rFonts w:ascii="Georgia" w:hAnsi="Georgia"/>
          <w:b w:val="0"/>
          <w:i/>
          <w:color w:val="000000"/>
          <w:sz w:val="24"/>
        </w:rPr>
        <w:t>тиккуна кадмаа де-дикна кадиша диле</w:t>
      </w:r>
      <w:r>
        <w:rPr>
          <w:rFonts w:ascii="Georgia" w:hAnsi="Georgia"/>
          <w:b w:val="0"/>
          <w:i w:val="0"/>
          <w:color w:val="000000"/>
          <w:sz w:val="24"/>
        </w:rPr>
        <w:t xml:space="preserve">). Второе же величие, заключенное в буквах наполнения Имени ЙА буквами хэй, которое также по гематрии равно слову </w:t>
      </w:r>
      <w:r>
        <w:rPr>
          <w:rFonts w:ascii="Georgia" w:hAnsi="Georgia"/>
          <w:b w:val="0"/>
          <w:i/>
          <w:color w:val="000000"/>
          <w:sz w:val="24"/>
        </w:rPr>
        <w:t>гаава</w:t>
      </w:r>
      <w:r>
        <w:rPr>
          <w:rFonts w:ascii="Georgia" w:hAnsi="Georgia"/>
          <w:b w:val="0"/>
          <w:i w:val="0"/>
          <w:color w:val="000000"/>
          <w:sz w:val="24"/>
        </w:rPr>
        <w:t>, относится к ЗА, к первому исправлению его святой бороды. [Говорит Шмуэль: большего в этом исправлении я не нашел. Однако в другом месте я нашел иное исправление, и возможно, оно служит завершением данного исправления, поскольку в нем названо число постов. И вот его текст:</w:t>
      </w:r>
    </w:p>
    <w:p>
      <w:pPr>
        <w:spacing w:before="40" w:after="120"/>
        <w:jc w:val="both"/>
      </w:pPr>
      <w:r>
        <w:rPr>
          <w:rFonts w:ascii="Georgia" w:hAnsi="Georgia"/>
          <w:b w:val="0"/>
          <w:i w:val="0"/>
          <w:color w:val="000000"/>
          <w:sz w:val="24"/>
        </w:rPr>
        <w:t xml:space="preserve">«Исправление гордыни и насмешничества. И то, и другое суть одна вещь, и коренятся они в одном месте. Тайна же этого [выражена в стихе]: </w:t>
      </w:r>
      <w:r>
        <w:rPr>
          <w:rFonts w:ascii="Georgia" w:hAnsi="Georgia"/>
          <w:b w:val="0"/>
          <w:i/>
          <w:color w:val="000000"/>
          <w:sz w:val="24"/>
        </w:rPr>
        <w:t>«Надменный злодей — насмешник имя ему…»</w:t>
      </w:r>
      <w:r>
        <w:rPr>
          <w:rFonts w:ascii="Georgia" w:hAnsi="Georgia"/>
          <w:b w:val="0"/>
          <w:i w:val="0"/>
          <w:color w:val="000000"/>
          <w:sz w:val="24"/>
        </w:rPr>
        <w:t xml:space="preserve"> (Мишлей 21:24). Суть этого греха связана с «чужими богами» (</w:t>
      </w:r>
      <w:r>
        <w:rPr>
          <w:rFonts w:ascii="Georgia" w:hAnsi="Georgia"/>
          <w:b w:val="0"/>
          <w:i/>
          <w:color w:val="000000"/>
          <w:sz w:val="24"/>
        </w:rPr>
        <w:t>ЭЛОКИМ ахерим</w:t>
      </w:r>
      <w:r>
        <w:rPr>
          <w:rFonts w:ascii="Georgia" w:hAnsi="Georgia"/>
          <w:b w:val="0"/>
          <w:i w:val="0"/>
          <w:color w:val="000000"/>
          <w:sz w:val="24"/>
        </w:rPr>
        <w:t>), то есть с клипот, которые превозносятся и поднимаются наверх, чтобы сосать [свет]. Они называются «смертной тенью» (</w:t>
      </w:r>
      <w:r>
        <w:rPr>
          <w:rFonts w:ascii="Georgia" w:hAnsi="Georgia"/>
          <w:b w:val="0"/>
          <w:i/>
          <w:color w:val="000000"/>
          <w:sz w:val="24"/>
        </w:rPr>
        <w:t>цальмавет</w:t>
      </w:r>
      <w:r>
        <w:rPr>
          <w:rFonts w:ascii="Georgia" w:hAnsi="Georgia"/>
          <w:b w:val="0"/>
          <w:i w:val="0"/>
          <w:color w:val="000000"/>
          <w:sz w:val="24"/>
        </w:rPr>
        <w:t xml:space="preserve">, </w:t>
      </w:r>
      <w:r>
        <w:rPr>
          <w:rFonts w:ascii="Georgia" w:hAnsi="Georgia" w:cs="Times New Roman"/>
          <w:b/>
          <w:i w:val="0"/>
          <w:color w:val="000000"/>
          <w:sz w:val="24"/>
          <w:rtl/>
          <w:szCs w:val="32"/>
        </w:rPr>
        <w:t>צֵל מָוֶת</w:t>
      </w:r>
      <w:r>
        <w:rPr>
          <w:rFonts w:ascii="Georgia" w:hAnsi="Georgia"/>
          <w:b w:val="0"/>
          <w:i w:val="0"/>
          <w:color w:val="000000"/>
          <w:sz w:val="24"/>
        </w:rPr>
        <w:t xml:space="preserve">), и это [те же] буквы слова </w:t>
      </w:r>
      <w:r>
        <w:rPr>
          <w:rFonts w:ascii="Georgia" w:hAnsi="Georgia"/>
          <w:b w:val="0"/>
          <w:i/>
          <w:color w:val="000000"/>
          <w:sz w:val="24"/>
        </w:rPr>
        <w:t>лец</w:t>
      </w:r>
      <w:r>
        <w:rPr>
          <w:rFonts w:ascii="Georgia" w:hAnsi="Georgia"/>
          <w:b w:val="0"/>
          <w:i w:val="0"/>
          <w:color w:val="000000"/>
          <w:sz w:val="24"/>
        </w:rPr>
        <w:t xml:space="preserve"> — «насмешник» (</w:t>
      </w:r>
      <w:r>
        <w:rPr>
          <w:rFonts w:ascii="Georgia" w:hAnsi="Georgia" w:cs="Times New Roman"/>
          <w:b/>
          <w:i w:val="0"/>
          <w:color w:val="000000"/>
          <w:sz w:val="24"/>
          <w:rtl/>
          <w:szCs w:val="32"/>
        </w:rPr>
        <w:t>לֵץ</w:t>
      </w:r>
      <w:r>
        <w:rPr>
          <w:rFonts w:ascii="Georgia" w:hAnsi="Georgia"/>
          <w:b w:val="0"/>
          <w:i w:val="0"/>
          <w:color w:val="000000"/>
          <w:sz w:val="24"/>
        </w:rPr>
        <w:t>), как разъяснено у нас к разделу Ваякхель (лист 195б), в толковании на слова «Голос пробуждается в четыре поворота года…» и так далее; а также в «Идра» к разделу Насо (лист 128б), по поводу того, что «восседает на престоле пламени, чтобы подчинить их» (</w:t>
      </w:r>
      <w:r>
        <w:rPr>
          <w:rFonts w:ascii="Georgia" w:hAnsi="Georgia"/>
          <w:b w:val="0"/>
          <w:i/>
          <w:color w:val="000000"/>
          <w:sz w:val="24"/>
        </w:rPr>
        <w:t>ятив аль корсея ди-шевивин ле-ахпая лон</w:t>
      </w:r>
      <w:r>
        <w:rPr>
          <w:rFonts w:ascii="Georgia" w:hAnsi="Georgia"/>
          <w:b w:val="0"/>
          <w:i w:val="0"/>
          <w:color w:val="000000"/>
          <w:sz w:val="24"/>
        </w:rPr>
        <w:t>).</w:t>
      </w:r>
    </w:p>
    <w:p>
      <w:pPr>
        <w:spacing w:before="40" w:after="120"/>
        <w:jc w:val="both"/>
      </w:pPr>
      <w:r>
        <w:rPr>
          <w:rFonts w:ascii="Georgia" w:hAnsi="Georgia"/>
          <w:b w:val="0"/>
          <w:i w:val="0"/>
          <w:color w:val="000000"/>
          <w:sz w:val="24"/>
        </w:rPr>
        <w:t>И пусть человек постится 55 постов (</w:t>
      </w:r>
      <w:r>
        <w:rPr>
          <w:rFonts w:ascii="Georgia" w:hAnsi="Georgia" w:cs="Times New Roman"/>
          <w:b/>
          <w:i w:val="0"/>
          <w:color w:val="000000"/>
          <w:sz w:val="24"/>
          <w:rtl/>
          <w:szCs w:val="32"/>
        </w:rPr>
        <w:t>נ״ה</w:t>
      </w:r>
      <w:r>
        <w:rPr>
          <w:rFonts w:ascii="Georgia" w:hAnsi="Georgia"/>
          <w:b w:val="0"/>
          <w:i w:val="0"/>
          <w:color w:val="000000"/>
          <w:sz w:val="24"/>
        </w:rPr>
        <w:t xml:space="preserve"> = 55), по числу трех букв хэй, йод и мэм софит (</w:t>
      </w:r>
      <w:r>
        <w:rPr>
          <w:rFonts w:ascii="Georgia" w:hAnsi="Georgia" w:cs="Times New Roman"/>
          <w:b/>
          <w:i w:val="0"/>
          <w:color w:val="000000"/>
          <w:sz w:val="24"/>
          <w:rtl/>
          <w:szCs w:val="32"/>
        </w:rPr>
        <w:t>הי״ם</w:t>
      </w:r>
      <w:r>
        <w:rPr>
          <w:rFonts w:ascii="Georgia" w:hAnsi="Georgia"/>
          <w:b w:val="0"/>
          <w:i w:val="0"/>
          <w:color w:val="000000"/>
          <w:sz w:val="24"/>
        </w:rPr>
        <w:t>) из Имени ЭЛОКИМ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мэм софит (</w:t>
      </w:r>
      <w:r>
        <w:rPr>
          <w:rFonts w:ascii="Georgia" w:hAnsi="Georgia" w:cs="Times New Roman"/>
          <w:b/>
          <w:i w:val="0"/>
          <w:color w:val="000000"/>
          <w:sz w:val="24"/>
          <w:rtl/>
          <w:szCs w:val="32"/>
        </w:rPr>
        <w:t>ם</w:t>
      </w:r>
      <w:r>
        <w:rPr>
          <w:rFonts w:ascii="Georgia" w:hAnsi="Georgia"/>
          <w:b w:val="0"/>
          <w:i w:val="0"/>
          <w:color w:val="000000"/>
          <w:sz w:val="24"/>
        </w:rPr>
        <w:t xml:space="preserve"> = 40) составляют 55). И направь намерение соединить буквы алеф и ламэд (</w:t>
      </w:r>
      <w:r>
        <w:rPr>
          <w:rFonts w:ascii="Georgia" w:hAnsi="Georgia" w:cs="Times New Roman"/>
          <w:b/>
          <w:i w:val="0"/>
          <w:color w:val="000000"/>
          <w:sz w:val="24"/>
          <w:rtl/>
          <w:szCs w:val="32"/>
        </w:rPr>
        <w:t>אל</w:t>
      </w:r>
      <w:r>
        <w:rPr>
          <w:rFonts w:ascii="Georgia" w:hAnsi="Georgia"/>
          <w:b w:val="0"/>
          <w:i w:val="0"/>
          <w:color w:val="000000"/>
          <w:sz w:val="24"/>
        </w:rPr>
        <w:t>), относящиеся к Хеседу, с тремя буквами хэй, йод и мэм софит (</w:t>
      </w:r>
      <w:r>
        <w:rPr>
          <w:rFonts w:ascii="Georgia" w:hAnsi="Georgia" w:cs="Times New Roman"/>
          <w:b/>
          <w:i w:val="0"/>
          <w:color w:val="000000"/>
          <w:sz w:val="24"/>
          <w:rtl/>
          <w:szCs w:val="32"/>
        </w:rPr>
        <w:t>הים</w:t>
      </w:r>
      <w:r>
        <w:rPr>
          <w:rFonts w:ascii="Georgia" w:hAnsi="Georgia"/>
          <w:b w:val="0"/>
          <w:i w:val="0"/>
          <w:color w:val="000000"/>
          <w:sz w:val="24"/>
        </w:rPr>
        <w:t>), ибо благодаря этому усладятся суды, и тогда все они вновь спустятся на свое место — и в этом смысл Имени ЭЛОКИМ. Также необходимо, чтобы ты удерживал это намерение во время своих постов»].</w:t>
      </w:r>
    </w:p>
    <w:p>
      <w:pPr>
        <w:keepNext/>
        <w:spacing w:before="320" w:after="120"/>
      </w:pPr>
      <w:r>
        <w:rPr>
          <w:rFonts w:ascii="Georgia" w:hAnsi="Georgia"/>
          <w:b w:val="0"/>
          <w:i w:val="0"/>
          <w:color w:val="000000"/>
          <w:sz w:val="32"/>
        </w:rPr>
        <w:t>Исправление 8</w:t>
      </w:r>
    </w:p>
    <w:p>
      <w:pPr>
        <w:spacing w:before="40" w:after="120"/>
        <w:jc w:val="both"/>
      </w:pPr>
      <w:r>
        <w:rPr>
          <w:rFonts w:ascii="Georgia" w:hAnsi="Georgia"/>
          <w:b w:val="0"/>
          <w:i w:val="0"/>
          <w:color w:val="000000"/>
          <w:sz w:val="24"/>
        </w:rPr>
        <w:t>[Это исправление предназначено] для того, кто нарушил заповедь почитания отца и матери. Нанесенный им ущерб приходится на Имя ЙА (</w:t>
      </w:r>
      <w:r>
        <w:rPr>
          <w:rFonts w:ascii="Georgia" w:hAnsi="Georgia" w:cs="Times New Roman"/>
          <w:b/>
          <w:i w:val="0"/>
          <w:color w:val="000000"/>
          <w:sz w:val="24"/>
          <w:rtl/>
          <w:szCs w:val="32"/>
        </w:rPr>
        <w:t>י״ה</w:t>
      </w:r>
      <w:r>
        <w:rPr>
          <w:rFonts w:ascii="Georgia" w:hAnsi="Georgia"/>
          <w:b w:val="0"/>
          <w:i w:val="0"/>
          <w:color w:val="000000"/>
          <w:sz w:val="24"/>
        </w:rPr>
        <w:t>), соответствующее Аба ве-Има. При наполнении [этого Имени] через алеф в таком виде: йод, хэй (</w:t>
      </w:r>
      <w:r>
        <w:rPr>
          <w:rFonts w:ascii="Georgia" w:hAnsi="Georgia" w:cs="Times New Roman"/>
          <w:b/>
          <w:i w:val="0"/>
          <w:color w:val="000000"/>
          <w:sz w:val="24"/>
          <w:rtl/>
          <w:szCs w:val="32"/>
        </w:rPr>
        <w:t>יוד ה״א</w:t>
      </w:r>
      <w:r>
        <w:rPr>
          <w:rFonts w:ascii="Georgia" w:hAnsi="Georgia"/>
          <w:b w:val="0"/>
          <w:i w:val="0"/>
          <w:color w:val="000000"/>
          <w:sz w:val="24"/>
        </w:rPr>
        <w:t>) — оно составляет по гематрии 26 (</w:t>
      </w:r>
      <w:r>
        <w:rPr>
          <w:rFonts w:ascii="Georgia" w:hAnsi="Georgia" w:cs="Times New Roman"/>
          <w:b/>
          <w:i w:val="0"/>
          <w:color w:val="000000"/>
          <w:sz w:val="24"/>
          <w:rtl/>
          <w:szCs w:val="32"/>
        </w:rPr>
        <w:t>כ״ו</w:t>
      </w:r>
      <w:r>
        <w:rPr>
          <w:rFonts w:ascii="Georgia" w:hAnsi="Georgia"/>
          <w:b w:val="0"/>
          <w:i w:val="0"/>
          <w:color w:val="000000"/>
          <w:sz w:val="24"/>
        </w:rPr>
        <w:t>). Поэтому ему следует поститься соответственно этому 26 постов, в каждый из этих дней принимать 26 ударов [бичевания] и направлять намерение на упомянутое Имя указанным образом.</w:t>
      </w:r>
    </w:p>
    <w:p>
      <w:pPr>
        <w:keepNext/>
        <w:spacing w:before="320" w:after="120"/>
      </w:pPr>
      <w:r>
        <w:rPr>
          <w:rFonts w:ascii="Georgia" w:hAnsi="Georgia"/>
          <w:b w:val="0"/>
          <w:i w:val="0"/>
          <w:color w:val="000000"/>
          <w:sz w:val="32"/>
        </w:rPr>
        <w:t>Исправление 9</w:t>
      </w:r>
    </w:p>
    <w:p>
      <w:pPr>
        <w:spacing w:before="40" w:after="120"/>
        <w:jc w:val="both"/>
      </w:pPr>
      <w:r>
        <w:rPr>
          <w:rFonts w:ascii="Georgia" w:hAnsi="Georgia"/>
          <w:b w:val="0"/>
          <w:i w:val="0"/>
          <w:color w:val="000000"/>
          <w:sz w:val="24"/>
        </w:rPr>
        <w:t>Оно предназначено тому, кто согрешил против почитания своего отца и своей матери: пусть он выдержит 45 (</w:t>
      </w:r>
      <w:r>
        <w:rPr>
          <w:rFonts w:ascii="Georgia" w:hAnsi="Georgia" w:cs="Times New Roman"/>
          <w:b/>
          <w:i w:val="0"/>
          <w:color w:val="000000"/>
          <w:sz w:val="24"/>
          <w:rtl/>
          <w:szCs w:val="32"/>
        </w:rPr>
        <w:t>מ״ה</w:t>
      </w:r>
      <w:r>
        <w:rPr>
          <w:rFonts w:ascii="Georgia" w:hAnsi="Georgia"/>
          <w:b w:val="0"/>
          <w:i w:val="0"/>
          <w:color w:val="000000"/>
          <w:sz w:val="24"/>
        </w:rPr>
        <w:t xml:space="preserve">) постов — по числу [слов] </w:t>
      </w:r>
      <w:r>
        <w:rPr>
          <w:rFonts w:ascii="Georgia" w:hAnsi="Georgia"/>
          <w:b w:val="0"/>
          <w:i/>
          <w:color w:val="000000"/>
          <w:sz w:val="24"/>
        </w:rPr>
        <w:t>ав</w:t>
      </w:r>
      <w:r>
        <w:rPr>
          <w:rFonts w:ascii="Georgia" w:hAnsi="Georgia"/>
          <w:b w:val="0"/>
          <w:i w:val="0"/>
          <w:color w:val="000000"/>
          <w:sz w:val="24"/>
        </w:rPr>
        <w:t xml:space="preserve"> — «отец» (</w:t>
      </w:r>
      <w:r>
        <w:rPr>
          <w:rFonts w:ascii="Georgia" w:hAnsi="Georgia" w:cs="Times New Roman"/>
          <w:b/>
          <w:i w:val="0"/>
          <w:color w:val="000000"/>
          <w:sz w:val="24"/>
          <w:rtl/>
          <w:szCs w:val="32"/>
        </w:rPr>
        <w:t>אָב</w:t>
      </w:r>
      <w:r>
        <w:rPr>
          <w:rFonts w:ascii="Georgia" w:hAnsi="Georgia"/>
          <w:b w:val="0"/>
          <w:i w:val="0"/>
          <w:color w:val="000000"/>
          <w:sz w:val="24"/>
        </w:rPr>
        <w:t xml:space="preserve"> = 3) и </w:t>
      </w:r>
      <w:r>
        <w:rPr>
          <w:rFonts w:ascii="Georgia" w:hAnsi="Georgia"/>
          <w:b w:val="0"/>
          <w:i/>
          <w:color w:val="000000"/>
          <w:sz w:val="24"/>
        </w:rPr>
        <w:t>эм</w:t>
      </w:r>
      <w:r>
        <w:rPr>
          <w:rFonts w:ascii="Georgia" w:hAnsi="Georgia"/>
          <w:b w:val="0"/>
          <w:i w:val="0"/>
          <w:color w:val="000000"/>
          <w:sz w:val="24"/>
        </w:rPr>
        <w:t xml:space="preserve"> — «мать» (</w:t>
      </w:r>
      <w:r>
        <w:rPr>
          <w:rFonts w:ascii="Georgia" w:hAnsi="Georgia" w:cs="Times New Roman"/>
          <w:b/>
          <w:i w:val="0"/>
          <w:color w:val="000000"/>
          <w:sz w:val="24"/>
          <w:rtl/>
          <w:szCs w:val="32"/>
        </w:rPr>
        <w:t>אֵם</w:t>
      </w:r>
      <w:r>
        <w:rPr>
          <w:rFonts w:ascii="Georgia" w:hAnsi="Georgia"/>
          <w:b w:val="0"/>
          <w:i w:val="0"/>
          <w:color w:val="000000"/>
          <w:sz w:val="24"/>
        </w:rPr>
        <w:t xml:space="preserve"> = 41). [Говорит Шмуэль: мне представляется, что с учетом коллеля для них обоих.] И пусть направит намерение (</w:t>
      </w:r>
      <w:r>
        <w:rPr>
          <w:rFonts w:ascii="Georgia" w:hAnsi="Georgia"/>
          <w:b w:val="0"/>
          <w:i/>
          <w:color w:val="000000"/>
          <w:sz w:val="24"/>
        </w:rPr>
        <w:t>кавана</w:t>
      </w:r>
      <w:r>
        <w:rPr>
          <w:rFonts w:ascii="Georgia" w:hAnsi="Georgia"/>
          <w:b w:val="0"/>
          <w:i w:val="0"/>
          <w:color w:val="000000"/>
          <w:sz w:val="24"/>
        </w:rPr>
        <w:t>) на Имя ЙА (</w:t>
      </w:r>
      <w:r>
        <w:rPr>
          <w:rFonts w:ascii="Georgia" w:hAnsi="Georgia" w:cs="Times New Roman"/>
          <w:b/>
          <w:i w:val="0"/>
          <w:color w:val="000000"/>
          <w:sz w:val="24"/>
          <w:rtl/>
          <w:szCs w:val="32"/>
        </w:rPr>
        <w:t>יה</w:t>
      </w:r>
      <w:r>
        <w:rPr>
          <w:rFonts w:ascii="Georgia" w:hAnsi="Georgia"/>
          <w:b w:val="0"/>
          <w:i w:val="0"/>
          <w:color w:val="000000"/>
          <w:sz w:val="24"/>
        </w:rPr>
        <w:t>), пребывающее в Аба ве-Има, потому что именно там находится то место, где он нанес ущерб, и пусть направит намерение исправить то, что исказил. Однако в Шахарит пусть направит намерение на упомянутое Имя ЙА с наполнением буквой йод: вот так — (</w:t>
      </w:r>
      <w:r>
        <w:rPr>
          <w:rFonts w:ascii="Georgia" w:hAnsi="Georgia" w:cs="Times New Roman"/>
          <w:b/>
          <w:i w:val="0"/>
          <w:color w:val="000000"/>
          <w:sz w:val="24"/>
          <w:rtl/>
          <w:szCs w:val="32"/>
        </w:rPr>
        <w:t>יו״ד ה״י</w:t>
      </w:r>
      <w:r>
        <w:rPr>
          <w:rFonts w:ascii="Georgia" w:hAnsi="Georgia"/>
          <w:b w:val="0"/>
          <w:i w:val="0"/>
          <w:color w:val="000000"/>
          <w:sz w:val="24"/>
        </w:rPr>
        <w:t>); в Минху пусть направит намерение на него с наполнением буквой алеф: вот так — (</w:t>
      </w:r>
      <w:r>
        <w:rPr>
          <w:rFonts w:ascii="Georgia" w:hAnsi="Georgia" w:cs="Times New Roman"/>
          <w:b/>
          <w:i w:val="0"/>
          <w:color w:val="000000"/>
          <w:sz w:val="24"/>
          <w:rtl/>
          <w:szCs w:val="32"/>
        </w:rPr>
        <w:t>יו״ד ה״א</w:t>
      </w:r>
      <w:r>
        <w:rPr>
          <w:rFonts w:ascii="Georgia" w:hAnsi="Georgia"/>
          <w:b w:val="0"/>
          <w:i w:val="0"/>
          <w:color w:val="000000"/>
          <w:sz w:val="24"/>
        </w:rPr>
        <w:t>); а в Арвит пусть направит намерение на него с наполнением буквой хэй: вот так — (</w:t>
      </w:r>
      <w:r>
        <w:rPr>
          <w:rFonts w:ascii="Georgia" w:hAnsi="Georgia" w:cs="Times New Roman"/>
          <w:b/>
          <w:i w:val="0"/>
          <w:color w:val="000000"/>
          <w:sz w:val="24"/>
          <w:rtl/>
          <w:szCs w:val="32"/>
        </w:rPr>
        <w:t>יו״ד ה״ה</w:t>
      </w:r>
      <w:r>
        <w:rPr>
          <w:rFonts w:ascii="Georgia" w:hAnsi="Georgia"/>
          <w:b w:val="0"/>
          <w:i w:val="0"/>
          <w:color w:val="000000"/>
          <w:sz w:val="24"/>
        </w:rPr>
        <w:t>). Также пусть направит намерение на то, что три раза [Имя] ЙА упомянутым образом составляют в гематрии 91 (</w:t>
      </w:r>
      <w:r>
        <w:rPr>
          <w:rFonts w:ascii="Georgia" w:hAnsi="Georgia" w:cs="Times New Roman"/>
          <w:b/>
          <w:i w:val="0"/>
          <w:color w:val="000000"/>
          <w:sz w:val="24"/>
          <w:rtl/>
          <w:szCs w:val="32"/>
        </w:rPr>
        <w:t>צ״א</w:t>
      </w:r>
      <w:r>
        <w:rPr>
          <w:rFonts w:ascii="Georgia" w:hAnsi="Georgia"/>
          <w:b w:val="0"/>
          <w:i w:val="0"/>
          <w:color w:val="000000"/>
          <w:sz w:val="24"/>
        </w:rPr>
        <w:t>), по числу сплетения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xml:space="preserve"> = 91). Смысл же этого намерения в том, что когда он исправит ущерб, [нанесенный] Аба ве-Има, они будут светить и изливать [влияние] своим детям, которые суть ЗА — АВАЯ (</w:t>
      </w:r>
      <w:r>
        <w:rPr>
          <w:rFonts w:ascii="Georgia" w:hAnsi="Georgia" w:cs="Times New Roman"/>
          <w:b/>
          <w:i w:val="0"/>
          <w:color w:val="000000"/>
          <w:sz w:val="24"/>
          <w:rtl/>
          <w:szCs w:val="32"/>
        </w:rPr>
        <w:t>יהוה</w:t>
      </w:r>
      <w:r>
        <w:rPr>
          <w:rFonts w:ascii="Georgia" w:hAnsi="Georgia"/>
          <w:b w:val="0"/>
          <w:i w:val="0"/>
          <w:color w:val="000000"/>
          <w:sz w:val="24"/>
        </w:rPr>
        <w:t>) — и его Нуква — АДОНАЙ (</w:t>
      </w:r>
      <w:r>
        <w:rPr>
          <w:rFonts w:ascii="Georgia" w:hAnsi="Georgia" w:cs="Times New Roman"/>
          <w:b/>
          <w:i w:val="0"/>
          <w:color w:val="000000"/>
          <w:sz w:val="24"/>
          <w:rtl/>
          <w:szCs w:val="32"/>
        </w:rPr>
        <w:t>אדני</w:t>
      </w:r>
      <w:r>
        <w:rPr>
          <w:rFonts w:ascii="Georgia" w:hAnsi="Georgia"/>
          <w:b w:val="0"/>
          <w:i w:val="0"/>
          <w:color w:val="000000"/>
          <w:sz w:val="24"/>
        </w:rPr>
        <w:t>). И представляется мне, пишущему, Хаиму, что здесь не хватает еще одного намерения, а именно: три простых [Имени] ЙА составляют в гематрии 45, по числу дней его постов; и пусть каждый день он направляет намерение на одно число, пока не завершатся все 45 чисел, как известно из остальных исправлений.</w:t>
      </w:r>
    </w:p>
    <w:p>
      <w:pPr>
        <w:keepNext/>
        <w:spacing w:before="320" w:after="120"/>
      </w:pPr>
      <w:r>
        <w:rPr>
          <w:rFonts w:ascii="Georgia" w:hAnsi="Georgia"/>
          <w:b w:val="0"/>
          <w:i w:val="0"/>
          <w:color w:val="000000"/>
          <w:sz w:val="32"/>
        </w:rPr>
        <w:t>Исправление 10</w:t>
      </w:r>
    </w:p>
    <w:p>
      <w:pPr>
        <w:spacing w:before="40" w:after="120"/>
        <w:jc w:val="both"/>
      </w:pPr>
      <w:r>
        <w:rPr>
          <w:rFonts w:ascii="Georgia" w:hAnsi="Georgia"/>
          <w:b w:val="0"/>
          <w:i w:val="0"/>
          <w:color w:val="000000"/>
          <w:sz w:val="24"/>
        </w:rPr>
        <w:t>Это [исправление] — для того, кто проклял своего отца и свою мать: пусть он постится три дня подряд — в соответствии с тремя святыми венцами первенца, представляющими собой ХАБАД — наследство Аба ве-Има, которым они увенчивают святого сына, ЗА; ведь это три его мохин (света разума), как известно. А тот, кто проклинает своих отца и мать, вызывает уход упомянутых венцов. И в соответствии с ними [установлены] три дня подряд, в каждом из которых вместе с ночью — двадцать четыре часа. И ты уже знаешь, что есть Имя из 72 [Имен], и они разделяются на три части: по 24, 24 и 24, как сказано в «Сефер а-Баир». И они соответствуют трем дням, в которых [в общей сложности] 72 часа: 24, 24 и 24. И мне, пишущему, Хаиму, представляется, что в эти 72 часа следует сосредоточить намерение на том, что они соответствуют Имени АВАЯ с наполнением йод, числовое значение которого — АБ (72). В нем есть четыре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составляющие в сумме 40, — в соответствии с тремя днями подряд, которые засчитываются за 40 дней [поста] без ночей, как было разъяснено в разделе о постах (см. там). Также эти четыре буквы йод соответствуют четырем мохин: это ХУБ, а также Хесед и Гвура, включенные в Даат, как известно. В общем счете это три мохин — в соответствии с тремя днями поста, а в частном — четыре, в соответствии с четырьмя буквами йод в упомянутом Имени АВАЯ.</w:t>
      </w:r>
    </w:p>
    <w:p>
      <w:pPr>
        <w:keepNext/>
        <w:spacing w:before="320" w:after="120"/>
      </w:pPr>
      <w:r>
        <w:rPr>
          <w:rFonts w:ascii="Georgia" w:hAnsi="Georgia"/>
          <w:b w:val="0"/>
          <w:i w:val="0"/>
          <w:color w:val="000000"/>
          <w:sz w:val="32"/>
        </w:rPr>
        <w:t>Исправление 11</w:t>
      </w:r>
    </w:p>
    <w:p>
      <w:pPr>
        <w:spacing w:before="40" w:after="120"/>
        <w:jc w:val="both"/>
      </w:pPr>
      <w:r>
        <w:rPr>
          <w:rFonts w:ascii="Georgia" w:hAnsi="Georgia"/>
          <w:b w:val="0"/>
          <w:i w:val="0"/>
          <w:color w:val="000000"/>
          <w:sz w:val="24"/>
        </w:rPr>
        <w:t xml:space="preserve">Для того, кто прилюдно позорит ближнего, заставляя побледнеть его лицо, исправление состоит в том, чтобы он катался по крапиве, называемой на иностранном языке </w:t>
      </w:r>
      <w:r>
        <w:rPr>
          <w:rFonts w:ascii="Georgia" w:hAnsi="Georgia"/>
          <w:b w:val="0"/>
          <w:i/>
          <w:color w:val="000000"/>
          <w:sz w:val="24"/>
        </w:rPr>
        <w:t>ортигас</w:t>
      </w:r>
      <w:r>
        <w:rPr>
          <w:rFonts w:ascii="Georgia" w:hAnsi="Georgia"/>
          <w:b w:val="0"/>
          <w:i w:val="0"/>
          <w:color w:val="000000"/>
          <w:sz w:val="24"/>
        </w:rPr>
        <w:t xml:space="preserve">, будучи с совершенно обнаженной плотью (басар). И знак к этому [в Писании] — </w:t>
      </w:r>
      <w:r>
        <w:rPr>
          <w:rFonts w:ascii="Georgia" w:hAnsi="Georgia"/>
          <w:b w:val="0"/>
          <w:i/>
          <w:color w:val="000000"/>
          <w:sz w:val="24"/>
        </w:rPr>
        <w:t>«...покрыла лицо его крапива...»</w:t>
      </w:r>
      <w:r>
        <w:rPr>
          <w:rFonts w:ascii="Georgia" w:hAnsi="Georgia"/>
          <w:b w:val="0"/>
          <w:i w:val="0"/>
          <w:color w:val="000000"/>
          <w:sz w:val="24"/>
        </w:rPr>
        <w:t xml:space="preserve"> (Мишлей 24:31), ведь он навлек покрытие лица [стыдом] на своего ближнего тем, что опозорил его и заставил побледнеть его лицо, и потому его исправление — крапивой. И пусть направит намерение на то, что [слово] </w:t>
      </w:r>
      <w:r>
        <w:rPr>
          <w:rFonts w:ascii="Georgia" w:hAnsi="Georgia"/>
          <w:b w:val="0"/>
          <w:i/>
          <w:color w:val="000000"/>
          <w:sz w:val="24"/>
        </w:rPr>
        <w:t>харулим</w:t>
      </w:r>
      <w:r>
        <w:rPr>
          <w:rFonts w:ascii="Georgia" w:hAnsi="Georgia"/>
          <w:b w:val="0"/>
          <w:i w:val="0"/>
          <w:color w:val="000000"/>
          <w:sz w:val="24"/>
        </w:rPr>
        <w:t xml:space="preserve"> — «крапива» (</w:t>
      </w:r>
      <w:r>
        <w:rPr>
          <w:rFonts w:ascii="Georgia" w:hAnsi="Georgia" w:cs="Times New Roman"/>
          <w:b/>
          <w:i w:val="0"/>
          <w:color w:val="000000"/>
          <w:sz w:val="24"/>
          <w:rtl/>
          <w:szCs w:val="32"/>
        </w:rPr>
        <w:t>חֲרוּלִים</w:t>
      </w:r>
      <w:r>
        <w:rPr>
          <w:rFonts w:ascii="Georgia" w:hAnsi="Georgia"/>
          <w:b w:val="0"/>
          <w:i w:val="0"/>
          <w:color w:val="000000"/>
          <w:sz w:val="24"/>
        </w:rPr>
        <w:t>) по гематрии равно [Имени] ЭЛОКИМ в наполнении буквами хэй (хэйин) вместе с колелем, что составляет 295 (</w:t>
      </w:r>
      <w:r>
        <w:rPr>
          <w:rFonts w:ascii="Georgia" w:hAnsi="Georgia" w:cs="Times New Roman"/>
          <w:b/>
          <w:i w:val="0"/>
          <w:color w:val="000000"/>
          <w:sz w:val="24"/>
          <w:rtl/>
          <w:szCs w:val="32"/>
        </w:rPr>
        <w:t>רצ״ה</w:t>
      </w:r>
      <w:r>
        <w:rPr>
          <w:rFonts w:ascii="Georgia" w:hAnsi="Georgia"/>
          <w:b w:val="0"/>
          <w:i w:val="0"/>
          <w:color w:val="000000"/>
          <w:sz w:val="24"/>
        </w:rPr>
        <w:t>).</w:t>
      </w:r>
    </w:p>
    <w:p>
      <w:pPr>
        <w:keepNext/>
        <w:spacing w:before="320" w:after="120"/>
      </w:pPr>
      <w:r>
        <w:rPr>
          <w:rFonts w:ascii="Georgia" w:hAnsi="Georgia"/>
          <w:b w:val="0"/>
          <w:i w:val="0"/>
          <w:color w:val="000000"/>
          <w:sz w:val="32"/>
        </w:rPr>
        <w:t>Исправление 12</w:t>
      </w:r>
    </w:p>
    <w:p>
      <w:pPr>
        <w:spacing w:before="40" w:after="120"/>
        <w:jc w:val="both"/>
      </w:pPr>
      <w:r>
        <w:rPr>
          <w:rFonts w:ascii="Georgia" w:hAnsi="Georgia"/>
          <w:b w:val="0"/>
          <w:i w:val="0"/>
          <w:color w:val="000000"/>
          <w:sz w:val="24"/>
        </w:rPr>
        <w:t>Для того, кто оскорбил человека после его кончины. Вот слова господина, отца моего (Аба мари), благословенной памяти: «Одно исправление указал мне мой учитель, благословенной памяти, [когда я признался ему,] что согрешил против одного человека тем, что оскорбил его после кончины, а также у меня задержались некоторые его деньги, но я не помню и не знаю, кто он. И он сказал мне пойти в «дом живых», то есть на кладбище, где были похоронены все умершие того города». (Говорит Шмуэль: из слов Учителя, благословенной памяти, видно, что хотя [человек] и не знает лично того человека, против которого согрешил, он по крайней мере знает, что тот был из жителей того края, похороненных на том кладбище. Однако если он не знает даже этого — и, возможно, тот похоронен в другом краю или хотя бы на ином кладбище, кроме этого, — такого исправления будет недостаточно; так представляется моему скудному разумению из слов того Учителя, благословенной памяти). И вернемся к нашей теме: [отец продолжил, что учитель] велел мне пойти в «дом живых», где похоронены все умершие того города, и обойти вокруг него со всех четырех его сторон. При этом всегда нужно держаться на расстоянии четырех локтей от могил, чтобы ко мне не прицепились находящиеся там духи, рожденные каплями [семени] у тех, с кем случилось истечение семени (</w:t>
      </w:r>
      <w:r>
        <w:rPr>
          <w:rFonts w:ascii="Georgia" w:hAnsi="Georgia"/>
          <w:b w:val="0"/>
          <w:i/>
          <w:color w:val="000000"/>
          <w:sz w:val="24"/>
        </w:rPr>
        <w:t>кери</w:t>
      </w:r>
      <w:r>
        <w:rPr>
          <w:rFonts w:ascii="Georgia" w:hAnsi="Georgia"/>
          <w:b w:val="0"/>
          <w:i w:val="0"/>
          <w:color w:val="000000"/>
          <w:sz w:val="24"/>
        </w:rPr>
        <w:t>), — они известны как «язвы сынов человеческих». И сначала я должен пойти вдоль одной стороны, а завершив путь вдоль нее, произнести эти слова в том порядке, который я здесь запишу. И [учитель предупредил]: «Не задерживайся там, у первой стороны, чтобы к тебе не прилепились и не прицепились упомянутые язвы сынов человеческих, но сразу же уходи оттуда, беги и обходи вторую сторону; завершив же ее обход, вновь произнеси этот порядок [слов]. Затем тотчас беги к третьей стороне, обойди ее, и по завершении ее обхода вновь произнеси этот порядок. И тотчас беги к четвертой стороне, обойди ее, а завершив ее обход, вновь произнеси этот порядок [слов]».</w:t>
      </w:r>
    </w:p>
    <w:p>
      <w:pPr>
        <w:spacing w:before="40" w:after="120"/>
        <w:jc w:val="both"/>
      </w:pPr>
      <w:r>
        <w:rPr>
          <w:rFonts w:ascii="Georgia" w:hAnsi="Georgia"/>
          <w:b w:val="0"/>
          <w:i w:val="0"/>
          <w:color w:val="000000"/>
          <w:sz w:val="24"/>
        </w:rPr>
        <w:t>Вот порядок [слов], который ты должен произносить у каждой стороны, как сказано выше: «Согрешил я перед Г-сподом, Б-гом Исраэля, и перед [таким-то] умершим, похороненным здесь, в том, что я согрешил против него и причинил ему то-то и то-то. И я прошу и молю у него прощения перед Г-сподом, Б-гом Исраэля, чтобы он простил меня и отпустил мне то, что я причинил ему перед Г-сподом, Б-гом Исраэля». И направь намерение (</w:t>
      </w:r>
      <w:r>
        <w:rPr>
          <w:rFonts w:ascii="Georgia" w:hAnsi="Georgia"/>
          <w:b w:val="0"/>
          <w:i/>
          <w:color w:val="000000"/>
          <w:sz w:val="24"/>
        </w:rPr>
        <w:t>кавана</w:t>
      </w:r>
      <w:r>
        <w:rPr>
          <w:rFonts w:ascii="Georgia" w:hAnsi="Georgia"/>
          <w:b w:val="0"/>
          <w:i w:val="0"/>
          <w:color w:val="000000"/>
          <w:sz w:val="24"/>
        </w:rPr>
        <w:t>), что в этих произносимых словах трижды упомянут Всевышний, благословен Он, и сосредоточь намерение на том, что это три [Имени] АВАЯ с наполнением АБ (72) из букв йод, и все три вместе составляют по гематрии 216 (</w:t>
      </w:r>
      <w:r>
        <w:rPr>
          <w:rFonts w:ascii="Georgia" w:hAnsi="Georgia" w:cs="Times New Roman"/>
          <w:b/>
          <w:i w:val="0"/>
          <w:color w:val="000000"/>
          <w:sz w:val="24"/>
          <w:rtl/>
          <w:szCs w:val="32"/>
        </w:rPr>
        <w:t>רי״ו</w:t>
      </w:r>
      <w:r>
        <w:rPr>
          <w:rFonts w:ascii="Georgia" w:hAnsi="Georgia"/>
          <w:b w:val="0"/>
          <w:i w:val="0"/>
          <w:color w:val="000000"/>
          <w:sz w:val="24"/>
        </w:rPr>
        <w:t xml:space="preserve">). Затем прочти стих: </w:t>
      </w:r>
      <w:r>
        <w:rPr>
          <w:rFonts w:ascii="Georgia" w:hAnsi="Georgia"/>
          <w:b w:val="0"/>
          <w:i/>
          <w:color w:val="000000"/>
          <w:sz w:val="24"/>
        </w:rPr>
        <w:t>«Так говорит Г-сподь: Небеса — престол Мой, а земля — подножие ног Моих…»</w:t>
      </w:r>
      <w:r>
        <w:rPr>
          <w:rFonts w:ascii="Georgia" w:hAnsi="Georgia"/>
          <w:b w:val="0"/>
          <w:i w:val="0"/>
          <w:color w:val="000000"/>
          <w:sz w:val="24"/>
        </w:rPr>
        <w:t xml:space="preserve"> (Йешаяу 66:1). И направь намерение на слово </w:t>
      </w:r>
      <w:r>
        <w:rPr>
          <w:rFonts w:ascii="Georgia" w:hAnsi="Georgia"/>
          <w:b w:val="0"/>
          <w:i/>
          <w:color w:val="000000"/>
          <w:sz w:val="24"/>
        </w:rPr>
        <w:t>адом</w:t>
      </w:r>
      <w:r>
        <w:rPr>
          <w:rFonts w:ascii="Georgia" w:hAnsi="Georgia"/>
          <w:b w:val="0"/>
          <w:i w:val="0"/>
          <w:color w:val="000000"/>
          <w:sz w:val="24"/>
        </w:rPr>
        <w:t xml:space="preserve"> — «подножие» (</w:t>
      </w:r>
      <w:r>
        <w:rPr>
          <w:rFonts w:ascii="Georgia" w:hAnsi="Georgia" w:cs="Times New Roman"/>
          <w:b/>
          <w:i w:val="0"/>
          <w:color w:val="000000"/>
          <w:sz w:val="24"/>
          <w:rtl/>
          <w:szCs w:val="32"/>
        </w:rPr>
        <w:t>הֲדוֹם</w:t>
      </w:r>
      <w:r>
        <w:rPr>
          <w:rFonts w:ascii="Georgia" w:hAnsi="Georgia"/>
          <w:b w:val="0"/>
          <w:i w:val="0"/>
          <w:color w:val="000000"/>
          <w:sz w:val="24"/>
        </w:rPr>
        <w:t>), [представляя] его в полном написании, с буквой вав (</w:t>
      </w:r>
      <w:r>
        <w:rPr>
          <w:rFonts w:ascii="Georgia" w:hAnsi="Georgia" w:cs="Times New Roman"/>
          <w:b/>
          <w:i w:val="0"/>
          <w:color w:val="000000"/>
          <w:sz w:val="24"/>
          <w:rtl/>
          <w:szCs w:val="32"/>
        </w:rPr>
        <w:t>ו</w:t>
      </w:r>
      <w:r>
        <w:rPr>
          <w:rFonts w:ascii="Georgia" w:hAnsi="Georgia"/>
          <w:b w:val="0"/>
          <w:i w:val="0"/>
          <w:color w:val="000000"/>
          <w:sz w:val="24"/>
        </w:rPr>
        <w:t>), и имей в виду, что в нем содержится намек на [имя] Думы (</w:t>
      </w:r>
      <w:r>
        <w:rPr>
          <w:rFonts w:ascii="Georgia" w:hAnsi="Georgia" w:cs="Times New Roman"/>
          <w:b/>
          <w:i w:val="0"/>
          <w:color w:val="000000"/>
          <w:sz w:val="24"/>
          <w:rtl/>
          <w:szCs w:val="32"/>
        </w:rPr>
        <w:t>דּוּמָה</w:t>
      </w:r>
      <w:r>
        <w:rPr>
          <w:rFonts w:ascii="Georgia" w:hAnsi="Georgia"/>
          <w:b w:val="0"/>
          <w:i w:val="0"/>
          <w:color w:val="000000"/>
          <w:sz w:val="24"/>
        </w:rPr>
        <w:t xml:space="preserve">), ангела — властителя кладбища. И удерживай это лишь в намерении, а не в самой речи — только с намерением направить [силу] к названному Думе силой упомянутого [числа] 216. А также [имей в виду], что эти [три Имени] намеком содержатся в начальных буквах слов: </w:t>
      </w:r>
      <w:r>
        <w:rPr>
          <w:rFonts w:ascii="Georgia" w:hAnsi="Georgia"/>
          <w:b w:val="0"/>
          <w:i/>
          <w:color w:val="000000"/>
          <w:sz w:val="24"/>
        </w:rPr>
        <w:t>ве-а-арец хадом раглай эзе баит ашер</w:t>
      </w:r>
      <w:r>
        <w:rPr>
          <w:rFonts w:ascii="Georgia" w:hAnsi="Georgia"/>
          <w:b w:val="0"/>
          <w:i w:val="0"/>
          <w:color w:val="000000"/>
          <w:sz w:val="24"/>
        </w:rPr>
        <w:t xml:space="preserve"> — «а земля — подножие ног Моих, какой же дом, который...» (</w:t>
      </w:r>
      <w:r>
        <w:rPr>
          <w:rFonts w:ascii="Georgia" w:hAnsi="Georgia" w:cs="Times New Roman"/>
          <w:b/>
          <w:i w:val="0"/>
          <w:color w:val="000000"/>
          <w:sz w:val="24"/>
          <w:rtl/>
          <w:szCs w:val="32"/>
        </w:rPr>
        <w:t>וְהָאָרֶץ הֲדוֹם רַגְלָי אֵיזֶה בַּיִת אֲשֶׁר</w:t>
      </w:r>
      <w:r>
        <w:rPr>
          <w:rFonts w:ascii="Georgia" w:hAnsi="Georgia"/>
          <w:b w:val="0"/>
          <w:i w:val="0"/>
          <w:color w:val="000000"/>
          <w:sz w:val="24"/>
        </w:rPr>
        <w:t>), которые по гематрии вместе с колелем составляют упомянутое [число] 216. И направь намерение погнать его посредством этого [числа] 216, чтобы он сообщил эти слова, которые ты произнес своими устами, и передал их нефеш того умершего.</w:t>
      </w:r>
    </w:p>
    <w:p>
      <w:pPr>
        <w:keepNext/>
        <w:spacing w:before="320" w:after="120"/>
      </w:pPr>
      <w:r>
        <w:rPr>
          <w:rFonts w:ascii="Georgia" w:hAnsi="Georgia"/>
          <w:b w:val="0"/>
          <w:i w:val="0"/>
          <w:color w:val="000000"/>
          <w:sz w:val="32"/>
        </w:rPr>
        <w:t>Исправление 13</w:t>
      </w:r>
    </w:p>
    <w:p>
      <w:pPr>
        <w:spacing w:before="40" w:after="120"/>
        <w:jc w:val="both"/>
      </w:pPr>
      <w:r>
        <w:rPr>
          <w:rFonts w:ascii="Georgia" w:hAnsi="Georgia"/>
          <w:b w:val="0"/>
          <w:i w:val="0"/>
          <w:color w:val="000000"/>
          <w:sz w:val="24"/>
        </w:rPr>
        <w:t>Оно служит исправлением для гневающегося человека. Мой учитель, благословенной памяти, перед тем как отойти в жизнь грядущего мира, хотел дать всем товарищам исправление от гнева, но из-за множества [наших] прегрешений мы не удостоились его исполнить, и подробности его стерлись из моей памяти. Однако суть этого дела в том, чтобы поститься 151 (</w:t>
      </w:r>
      <w:r>
        <w:rPr>
          <w:rFonts w:ascii="Georgia" w:hAnsi="Georgia" w:cs="Times New Roman"/>
          <w:b/>
          <w:i w:val="0"/>
          <w:color w:val="000000"/>
          <w:sz w:val="24"/>
          <w:rtl/>
          <w:szCs w:val="32"/>
        </w:rPr>
        <w:t>קנ״א</w:t>
      </w:r>
      <w:r>
        <w:rPr>
          <w:rFonts w:ascii="Georgia" w:hAnsi="Georgia"/>
          <w:b w:val="0"/>
          <w:i w:val="0"/>
          <w:color w:val="000000"/>
          <w:sz w:val="24"/>
        </w:rPr>
        <w:t xml:space="preserve">) пост — по числу слова </w:t>
      </w:r>
      <w:r>
        <w:rPr>
          <w:rFonts w:ascii="Georgia" w:hAnsi="Georgia"/>
          <w:b w:val="0"/>
          <w:i/>
          <w:color w:val="000000"/>
          <w:sz w:val="24"/>
        </w:rPr>
        <w:t>каас</w:t>
      </w:r>
      <w:r>
        <w:rPr>
          <w:rFonts w:ascii="Georgia" w:hAnsi="Georgia"/>
          <w:b w:val="0"/>
          <w:i w:val="0"/>
          <w:color w:val="000000"/>
          <w:sz w:val="24"/>
        </w:rPr>
        <w:t xml:space="preserve"> — «гнев» (</w:t>
      </w:r>
      <w:r>
        <w:rPr>
          <w:rFonts w:ascii="Georgia" w:hAnsi="Georgia" w:cs="Times New Roman"/>
          <w:b/>
          <w:i w:val="0"/>
          <w:color w:val="000000"/>
          <w:sz w:val="24"/>
          <w:rtl/>
          <w:szCs w:val="32"/>
        </w:rPr>
        <w:t>כַּעַס</w:t>
      </w:r>
      <w:r>
        <w:rPr>
          <w:rFonts w:ascii="Georgia" w:hAnsi="Georgia"/>
          <w:b w:val="0"/>
          <w:i w:val="0"/>
          <w:color w:val="000000"/>
          <w:sz w:val="24"/>
        </w:rPr>
        <w:t xml:space="preserve">) [Говорит Шмуэль: с колелем (добавлением единицы за само слово)]. И следует направлять намерение на Имя ЭЙЕ с наполнением через хэйин (де-хэйин), чья гематрия равна [числу слова] </w:t>
      </w:r>
      <w:r>
        <w:rPr>
          <w:rFonts w:ascii="Georgia" w:hAnsi="Georgia"/>
          <w:b w:val="0"/>
          <w:i/>
          <w:color w:val="000000"/>
          <w:sz w:val="24"/>
        </w:rPr>
        <w:t>каас</w:t>
      </w:r>
      <w:r>
        <w:rPr>
          <w:rFonts w:ascii="Georgia" w:hAnsi="Georgia"/>
          <w:b w:val="0"/>
          <w:i w:val="0"/>
          <w:color w:val="000000"/>
          <w:sz w:val="24"/>
        </w:rPr>
        <w:t>. Три [упоминания] ревности (</w:t>
      </w:r>
      <w:r>
        <w:rPr>
          <w:rFonts w:ascii="Georgia" w:hAnsi="Georgia"/>
          <w:b w:val="0"/>
          <w:i/>
          <w:color w:val="000000"/>
          <w:sz w:val="24"/>
        </w:rPr>
        <w:t>кинаот</w:t>
      </w:r>
      <w:r>
        <w:rPr>
          <w:rFonts w:ascii="Georgia" w:hAnsi="Georgia"/>
          <w:b w:val="0"/>
          <w:i w:val="0"/>
          <w:color w:val="000000"/>
          <w:sz w:val="24"/>
        </w:rPr>
        <w:t xml:space="preserve">, </w:t>
      </w:r>
      <w:r>
        <w:rPr>
          <w:rFonts w:ascii="Georgia" w:hAnsi="Georgia" w:cs="Times New Roman"/>
          <w:b/>
          <w:i w:val="0"/>
          <w:color w:val="000000"/>
          <w:sz w:val="24"/>
          <w:rtl/>
          <w:szCs w:val="32"/>
        </w:rPr>
        <w:t>קְנָאוֹת</w:t>
      </w:r>
      <w:r>
        <w:rPr>
          <w:rFonts w:ascii="Georgia" w:hAnsi="Georgia"/>
          <w:b w:val="0"/>
          <w:i w:val="0"/>
          <w:color w:val="000000"/>
          <w:sz w:val="24"/>
        </w:rPr>
        <w:t xml:space="preserve">) намеком содержатся в [стихе о] Пинхасе, а именно: </w:t>
      </w:r>
      <w:r>
        <w:rPr>
          <w:rFonts w:ascii="Georgia" w:hAnsi="Georgia"/>
          <w:b w:val="0"/>
          <w:i/>
          <w:color w:val="000000"/>
          <w:sz w:val="24"/>
        </w:rPr>
        <w:t>«...возревновав Моей ревностью... и не истребил Я сынов Исраэля в ревности Моей»</w:t>
      </w:r>
      <w:r>
        <w:rPr>
          <w:rFonts w:ascii="Georgia" w:hAnsi="Georgia"/>
          <w:b w:val="0"/>
          <w:i w:val="0"/>
          <w:color w:val="000000"/>
          <w:sz w:val="24"/>
        </w:rPr>
        <w:t xml:space="preserve"> (Бемидбар 25:11). Они [соответствуют трем намерениям на число 151]: [первое —] Имя ЭЙЕ с наполнением через хэйин, чья гематрия — 151; и его нужно иметь в виду в молитве Шахарит. В Минхе же нужно направлять намерение на Имя ЭЙЕ, которое дает 151 иным способом, следующим образом: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один раз по одному (алеф на алеф) [дает 1];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пять раз по пять (хэй на хэй) [дает 25];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десять раз по десять (йод на йод) [дает 100];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пять раз по пять (хэй на хэй) [дает 25; что в сумме составляет 151]. А в Арвите нужно направлять намерение на третье [значение] 151 — это два Имени: АДОНАЙ (65) и ЭЛОКИМ (86), которые [вместе] по гематрии составляют 151.</w:t>
      </w:r>
    </w:p>
    <w:p>
      <w:pPr>
        <w:spacing w:before="40" w:after="120"/>
        <w:jc w:val="both"/>
      </w:pPr>
      <w:r>
        <w:rPr>
          <w:rFonts w:ascii="Georgia" w:hAnsi="Georgia"/>
          <w:b w:val="0"/>
          <w:i w:val="0"/>
          <w:color w:val="000000"/>
          <w:sz w:val="24"/>
        </w:rPr>
        <w:t>Однако я сомневаюсь, не сказал ли он нам направлять намерение наоборот: то, что для Минхи, — в Арвите, а то, что для Арвита, — в Минхе. Порядок же этого намерения таков; поэтому мы разъясним первое [значение] 151 — для Шахарита, а из него ты поймешь и остальные. Вот, ты будешь поститься 111 (</w:t>
      </w:r>
      <w:r>
        <w:rPr>
          <w:rFonts w:ascii="Georgia" w:hAnsi="Georgia" w:cs="Times New Roman"/>
          <w:b/>
          <w:i w:val="0"/>
          <w:color w:val="000000"/>
          <w:sz w:val="24"/>
          <w:rtl/>
          <w:szCs w:val="32"/>
        </w:rPr>
        <w:t>קי״א</w:t>
      </w:r>
      <w:r>
        <w:rPr>
          <w:rFonts w:ascii="Georgia" w:hAnsi="Georgia"/>
          <w:b w:val="0"/>
          <w:i w:val="0"/>
          <w:color w:val="000000"/>
          <w:sz w:val="24"/>
        </w:rPr>
        <w:t>) постов: в первый день направляй намерение на простую букву алеф (</w:t>
      </w:r>
      <w:r>
        <w:rPr>
          <w:rFonts w:ascii="Georgia" w:hAnsi="Georgia" w:cs="Times New Roman"/>
          <w:b/>
          <w:i w:val="0"/>
          <w:color w:val="000000"/>
          <w:sz w:val="24"/>
          <w:rtl/>
          <w:szCs w:val="32"/>
        </w:rPr>
        <w:t>א</w:t>
      </w:r>
      <w:r>
        <w:rPr>
          <w:rFonts w:ascii="Georgia" w:hAnsi="Georgia"/>
          <w:b w:val="0"/>
          <w:i w:val="0"/>
          <w:color w:val="000000"/>
          <w:sz w:val="24"/>
        </w:rPr>
        <w:t xml:space="preserve"> = 1); в следующие тридцать постов — на букву ламэд (</w:t>
      </w:r>
      <w:r>
        <w:rPr>
          <w:rFonts w:ascii="Georgia" w:hAnsi="Georgia" w:cs="Times New Roman"/>
          <w:b/>
          <w:i w:val="0"/>
          <w:color w:val="000000"/>
          <w:sz w:val="24"/>
          <w:rtl/>
          <w:szCs w:val="32"/>
        </w:rPr>
        <w:t>ל</w:t>
      </w:r>
      <w:r>
        <w:rPr>
          <w:rFonts w:ascii="Georgia" w:hAnsi="Georgia"/>
          <w:b w:val="0"/>
          <w:i w:val="0"/>
          <w:color w:val="000000"/>
          <w:sz w:val="24"/>
        </w:rPr>
        <w:t xml:space="preserve"> = 30) из наполнения буквы алеф; а в другие восемьдесят постов — на букву пэй (</w:t>
      </w:r>
      <w:r>
        <w:rPr>
          <w:rFonts w:ascii="Georgia" w:hAnsi="Georgia" w:cs="Times New Roman"/>
          <w:b/>
          <w:i w:val="0"/>
          <w:color w:val="000000"/>
          <w:sz w:val="24"/>
          <w:rtl/>
          <w:szCs w:val="32"/>
        </w:rPr>
        <w:t>פ</w:t>
      </w:r>
      <w:r>
        <w:rPr>
          <w:rFonts w:ascii="Georgia" w:hAnsi="Georgia"/>
          <w:b w:val="0"/>
          <w:i w:val="0"/>
          <w:color w:val="000000"/>
          <w:sz w:val="24"/>
        </w:rPr>
        <w:t xml:space="preserve"> = 80) из наполнения буквы алеф. И подобным же образом направляй намерение в остальные дни из 151 для упомянутого Имени. Однако огласовок упомянутых Имен я не помню.</w:t>
      </w:r>
    </w:p>
    <w:p>
      <w:pPr>
        <w:keepNext/>
        <w:spacing w:before="320" w:after="120"/>
      </w:pPr>
      <w:r>
        <w:rPr>
          <w:rFonts w:ascii="Georgia" w:hAnsi="Georgia"/>
          <w:b w:val="0"/>
          <w:i w:val="0"/>
          <w:color w:val="000000"/>
          <w:sz w:val="32"/>
        </w:rPr>
        <w:t>Исправление 14</w:t>
      </w:r>
    </w:p>
    <w:p>
      <w:pPr>
        <w:spacing w:before="40" w:after="120"/>
        <w:jc w:val="both"/>
      </w:pPr>
      <w:r>
        <w:rPr>
          <w:rFonts w:ascii="Georgia" w:hAnsi="Georgia"/>
          <w:b w:val="0"/>
          <w:i w:val="0"/>
          <w:color w:val="000000"/>
          <w:sz w:val="24"/>
        </w:rPr>
        <w:t>Я также не помню конкретного места, где следует совершать эти каванот (намерения), но помню, что направлять это [намерение] нужно во время молитвы, как упомянуто выше. И если [человек] захочет удерживать это [намерение] во все остальные мгновения и часы дня, то это еще лучше. Также для устранения гнева хорошо во время самого гнева концентрироваться на Имени ЭЙЕ с наполнением хэйин, как упомянуто выше, числовое значение которого равно слову «гнев» (</w:t>
      </w:r>
      <w:r>
        <w:rPr>
          <w:rFonts w:ascii="Georgia" w:hAnsi="Georgia"/>
          <w:b w:val="0"/>
          <w:i/>
          <w:color w:val="000000"/>
          <w:sz w:val="24"/>
        </w:rPr>
        <w:t>каас</w:t>
      </w:r>
      <w:r>
        <w:rPr>
          <w:rFonts w:ascii="Georgia" w:hAnsi="Georgia"/>
          <w:b w:val="0"/>
          <w:i w:val="0"/>
          <w:color w:val="000000"/>
          <w:sz w:val="24"/>
        </w:rPr>
        <w:t xml:space="preserve">, </w:t>
      </w:r>
      <w:r>
        <w:rPr>
          <w:rFonts w:ascii="Georgia" w:hAnsi="Georgia" w:cs="Times New Roman"/>
          <w:b/>
          <w:i w:val="0"/>
          <w:color w:val="000000"/>
          <w:sz w:val="24"/>
          <w:rtl/>
          <w:szCs w:val="32"/>
        </w:rPr>
        <w:t>כַּעַס</w:t>
      </w:r>
      <w:r>
        <w:rPr>
          <w:rFonts w:ascii="Georgia" w:hAnsi="Georgia"/>
          <w:b w:val="0"/>
          <w:i w:val="0"/>
          <w:color w:val="000000"/>
          <w:sz w:val="24"/>
        </w:rPr>
        <w:t>). Еще я нашел одно указание для исправления гнева, а именно: всякий раз, когда ты читаешь «Шма» в утренней молитве (шахарит), собери в руку четыре угла цицит, как известно, и положи их на грудь (хазе); и направь намерение на то, что каждый угол (</w:t>
      </w:r>
      <w:r>
        <w:rPr>
          <w:rFonts w:ascii="Georgia" w:hAnsi="Georgia"/>
          <w:b w:val="0"/>
          <w:i/>
          <w:color w:val="000000"/>
          <w:sz w:val="24"/>
        </w:rPr>
        <w:t>канаф</w:t>
      </w:r>
      <w:r>
        <w:rPr>
          <w:rFonts w:ascii="Georgia" w:hAnsi="Georgia"/>
          <w:b w:val="0"/>
          <w:i w:val="0"/>
          <w:color w:val="000000"/>
          <w:sz w:val="24"/>
        </w:rPr>
        <w:t xml:space="preserve">, </w:t>
      </w:r>
      <w:r>
        <w:rPr>
          <w:rFonts w:ascii="Georgia" w:hAnsi="Georgia" w:cs="Times New Roman"/>
          <w:b/>
          <w:i w:val="0"/>
          <w:color w:val="000000"/>
          <w:sz w:val="24"/>
          <w:rtl/>
          <w:szCs w:val="32"/>
        </w:rPr>
        <w:t>כָּנָף</w:t>
      </w:r>
      <w:r>
        <w:rPr>
          <w:rFonts w:ascii="Georgia" w:hAnsi="Georgia"/>
          <w:b w:val="0"/>
          <w:i w:val="0"/>
          <w:color w:val="000000"/>
          <w:sz w:val="24"/>
        </w:rPr>
        <w:t xml:space="preserve">) из четырех равен по гематрии слову </w:t>
      </w:r>
      <w:r>
        <w:rPr>
          <w:rFonts w:ascii="Georgia" w:hAnsi="Georgia"/>
          <w:b w:val="0"/>
          <w:i/>
          <w:color w:val="000000"/>
          <w:sz w:val="24"/>
        </w:rPr>
        <w:t>каас</w:t>
      </w:r>
      <w:r>
        <w:rPr>
          <w:rFonts w:ascii="Georgia" w:hAnsi="Georgia"/>
          <w:b w:val="0"/>
          <w:i w:val="0"/>
          <w:color w:val="000000"/>
          <w:sz w:val="24"/>
        </w:rPr>
        <w:t xml:space="preserve"> (</w:t>
      </w:r>
      <w:r>
        <w:rPr>
          <w:rFonts w:ascii="Georgia" w:hAnsi="Georgia" w:cs="Times New Roman"/>
          <w:b/>
          <w:i w:val="0"/>
          <w:color w:val="000000"/>
          <w:sz w:val="24"/>
          <w:rtl/>
          <w:szCs w:val="32"/>
        </w:rPr>
        <w:t>כַּעַס</w:t>
      </w:r>
      <w:r>
        <w:rPr>
          <w:rFonts w:ascii="Georgia" w:hAnsi="Georgia"/>
          <w:b w:val="0"/>
          <w:i w:val="0"/>
          <w:color w:val="000000"/>
          <w:sz w:val="24"/>
        </w:rPr>
        <w:t>), что также соответствует гематрии Имени ЭЙЕ с наполнением хэйин, составляющей 151 (</w:t>
      </w:r>
      <w:r>
        <w:rPr>
          <w:rFonts w:ascii="Georgia" w:hAnsi="Georgia" w:cs="Times New Roman"/>
          <w:b/>
          <w:i w:val="0"/>
          <w:color w:val="000000"/>
          <w:sz w:val="24"/>
          <w:rtl/>
          <w:szCs w:val="32"/>
        </w:rPr>
        <w:t>קנ״א</w:t>
      </w:r>
      <w:r>
        <w:rPr>
          <w:rFonts w:ascii="Georgia" w:hAnsi="Georgia"/>
          <w:b w:val="0"/>
          <w:i w:val="0"/>
          <w:color w:val="000000"/>
          <w:sz w:val="24"/>
        </w:rPr>
        <w:t>); при этом четыре угла равны по гематрии слову «цицит» (</w:t>
      </w:r>
      <w:r>
        <w:rPr>
          <w:rFonts w:ascii="Georgia" w:hAnsi="Georgia"/>
          <w:b w:val="0"/>
          <w:i/>
          <w:color w:val="000000"/>
          <w:sz w:val="24"/>
        </w:rPr>
        <w:t>цицит</w:t>
      </w:r>
      <w:r>
        <w:rPr>
          <w:rFonts w:ascii="Georgia" w:hAnsi="Georgia"/>
          <w:b w:val="0"/>
          <w:i w:val="0"/>
          <w:color w:val="000000"/>
          <w:sz w:val="24"/>
        </w:rPr>
        <w:t xml:space="preserve">, </w:t>
      </w:r>
      <w:r>
        <w:rPr>
          <w:rFonts w:ascii="Georgia" w:hAnsi="Georgia" w:cs="Times New Roman"/>
          <w:b/>
          <w:i w:val="0"/>
          <w:color w:val="000000"/>
          <w:sz w:val="24"/>
          <w:rtl/>
          <w:szCs w:val="32"/>
        </w:rPr>
        <w:t>צִיצִית</w:t>
      </w:r>
      <w:r>
        <w:rPr>
          <w:rFonts w:ascii="Georgia" w:hAnsi="Georgia"/>
          <w:b w:val="0"/>
          <w:i w:val="0"/>
          <w:color w:val="000000"/>
          <w:sz w:val="24"/>
        </w:rPr>
        <w:t>); и направь намерение на то, чтобы эти четыре упомянутых [проявления] Имени ЭЙЕ, от которых исходят суд и гнев, смягчились благодаря светам хасадим, раскрывающимся на уровне хазе де-Зеир Анпин, как известно.</w:t>
      </w:r>
    </w:p>
    <w:p>
      <w:pPr>
        <w:keepNext/>
        <w:spacing w:before="320" w:after="120"/>
      </w:pPr>
      <w:r>
        <w:rPr>
          <w:rFonts w:ascii="Georgia" w:hAnsi="Georgia"/>
          <w:b w:val="0"/>
          <w:i w:val="0"/>
          <w:color w:val="000000"/>
          <w:sz w:val="32"/>
        </w:rPr>
        <w:t>Исправление 15</w:t>
      </w:r>
    </w:p>
    <w:p>
      <w:pPr>
        <w:spacing w:before="40" w:after="120"/>
        <w:jc w:val="both"/>
      </w:pPr>
      <w:r>
        <w:rPr>
          <w:rFonts w:ascii="Georgia" w:hAnsi="Georgia"/>
          <w:b w:val="0"/>
          <w:i w:val="0"/>
          <w:color w:val="000000"/>
          <w:sz w:val="24"/>
        </w:rPr>
        <w:t>Я нашел также другое исправление, чтобы устранить гнев у человека, когда тот одолевает его, помимо того, о чем мы писали выше: сосредоточить намерение (</w:t>
      </w:r>
      <w:r>
        <w:rPr>
          <w:rFonts w:ascii="Georgia" w:hAnsi="Georgia"/>
          <w:b w:val="0"/>
          <w:i/>
          <w:color w:val="000000"/>
          <w:sz w:val="24"/>
        </w:rPr>
        <w:t>кавана</w:t>
      </w:r>
      <w:r>
        <w:rPr>
          <w:rFonts w:ascii="Georgia" w:hAnsi="Georgia"/>
          <w:b w:val="0"/>
          <w:i w:val="0"/>
          <w:color w:val="000000"/>
          <w:sz w:val="24"/>
        </w:rPr>
        <w:t>) на Имени ЭЙЕ с наполнением хэйин, которое по гематрии равно [слову] «гнев» (</w:t>
      </w:r>
      <w:r>
        <w:rPr>
          <w:rFonts w:ascii="Georgia" w:hAnsi="Georgia"/>
          <w:b w:val="0"/>
          <w:i/>
          <w:color w:val="000000"/>
          <w:sz w:val="24"/>
        </w:rPr>
        <w:t>каас</w:t>
      </w:r>
      <w:r>
        <w:rPr>
          <w:rFonts w:ascii="Georgia" w:hAnsi="Georgia"/>
          <w:b w:val="0"/>
          <w:i w:val="0"/>
          <w:color w:val="000000"/>
          <w:sz w:val="24"/>
        </w:rPr>
        <w:t xml:space="preserve">, </w:t>
      </w:r>
      <w:r>
        <w:rPr>
          <w:rFonts w:ascii="Georgia" w:hAnsi="Georgia" w:cs="Times New Roman"/>
          <w:b/>
          <w:i w:val="0"/>
          <w:color w:val="000000"/>
          <w:sz w:val="24"/>
          <w:rtl/>
          <w:szCs w:val="32"/>
        </w:rPr>
        <w:t>כַּעַס</w:t>
      </w:r>
      <w:r>
        <w:rPr>
          <w:rFonts w:ascii="Georgia" w:hAnsi="Georgia"/>
          <w:b w:val="0"/>
          <w:i w:val="0"/>
          <w:color w:val="000000"/>
          <w:sz w:val="24"/>
        </w:rPr>
        <w:t>). Пусть он также сосредоточит намерение на том, что мы напишем [ниже], и тогда дурное побуждение (</w:t>
      </w:r>
      <w:r>
        <w:rPr>
          <w:rFonts w:ascii="Georgia" w:hAnsi="Georgia"/>
          <w:b w:val="0"/>
          <w:i/>
          <w:color w:val="000000"/>
          <w:sz w:val="24"/>
        </w:rPr>
        <w:t>йецер а-ра</w:t>
      </w:r>
      <w:r>
        <w:rPr>
          <w:rFonts w:ascii="Georgia" w:hAnsi="Georgia"/>
          <w:b w:val="0"/>
          <w:i w:val="0"/>
          <w:color w:val="000000"/>
          <w:sz w:val="24"/>
        </w:rPr>
        <w:t>), заставляющее его гневаться, отступит от него, и это поможет ему — если только человек сам, по собственной воле, не захочет привлечь на себя гнев. И сначала разберем, в чем суть гнева. Знай, что есть три [сочетания, дающих число] 151 (</w:t>
      </w:r>
      <w:r>
        <w:rPr>
          <w:rFonts w:ascii="Georgia" w:hAnsi="Georgia" w:cs="Times New Roman"/>
          <w:b/>
          <w:i w:val="0"/>
          <w:color w:val="000000"/>
          <w:sz w:val="24"/>
          <w:rtl/>
          <w:szCs w:val="32"/>
        </w:rPr>
        <w:t>קנ״א</w:t>
      </w:r>
      <w:r>
        <w:rPr>
          <w:rFonts w:ascii="Georgia" w:hAnsi="Georgia"/>
          <w:b w:val="0"/>
          <w:i w:val="0"/>
          <w:color w:val="000000"/>
          <w:sz w:val="24"/>
        </w:rPr>
        <w:t>), как мы объясняли выше. Первое — это [Имя] ЭЙЕ с наполнением хэйин, которое по гематрии составляет 151, по числу [слова] «гнев». Второе — это [Имена] АДОНАЙ и ЭЛОКИМ, которые [вместе] по гематрии составляют 151, по числу [слова] «гнев». Третье — это [умножение букв Имени ЭЙЕ самих на себя]: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помноженная на алеф;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помноженная на хэй;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помноженная на йод;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помноженная на хэй, — и они по гематрии составляют 151, по числу [слова] «гнев». Оказывается, что гнев происходит от двух Имен — АДОНАЙ и ЭЛОКИМ, двух судов: мягкого суда (</w:t>
      </w:r>
      <w:r>
        <w:rPr>
          <w:rFonts w:ascii="Georgia" w:hAnsi="Georgia"/>
          <w:b w:val="0"/>
          <w:i/>
          <w:color w:val="000000"/>
          <w:sz w:val="24"/>
        </w:rPr>
        <w:t>дина рафья</w:t>
      </w:r>
      <w:r>
        <w:rPr>
          <w:rFonts w:ascii="Georgia" w:hAnsi="Georgia"/>
          <w:b w:val="0"/>
          <w:i w:val="0"/>
          <w:color w:val="000000"/>
          <w:sz w:val="24"/>
        </w:rPr>
        <w:t>) и сурового суда (</w:t>
      </w:r>
      <w:r>
        <w:rPr>
          <w:rFonts w:ascii="Georgia" w:hAnsi="Georgia"/>
          <w:b w:val="0"/>
          <w:i/>
          <w:color w:val="000000"/>
          <w:sz w:val="24"/>
        </w:rPr>
        <w:t>дина кашья</w:t>
      </w:r>
      <w:r>
        <w:rPr>
          <w:rFonts w:ascii="Georgia" w:hAnsi="Georgia"/>
          <w:b w:val="0"/>
          <w:i w:val="0"/>
          <w:color w:val="000000"/>
          <w:sz w:val="24"/>
        </w:rPr>
        <w:t xml:space="preserve">); и когда они оба соединяются вместе, от них исходит гнев. И об этом сказано: </w:t>
      </w:r>
      <w:r>
        <w:rPr>
          <w:rFonts w:ascii="Georgia" w:hAnsi="Georgia"/>
          <w:b w:val="0"/>
          <w:i/>
          <w:color w:val="000000"/>
          <w:sz w:val="24"/>
        </w:rPr>
        <w:t>«…ибо Г-сподь, Б-г твой, — Б-г ревнитель…»</w:t>
      </w:r>
      <w:r>
        <w:rPr>
          <w:rFonts w:ascii="Georgia" w:hAnsi="Georgia"/>
          <w:b w:val="0"/>
          <w:i w:val="0"/>
          <w:color w:val="000000"/>
          <w:sz w:val="24"/>
        </w:rPr>
        <w:t xml:space="preserve"> (Дварим 4:24), ведь от [Имен] АДОНАЙ и ЭЛОКИМ исходит гнев, [гематрия которого равна слову] «ревнитель» (</w:t>
      </w:r>
      <w:r>
        <w:rPr>
          <w:rFonts w:ascii="Georgia" w:hAnsi="Georgia"/>
          <w:b w:val="0"/>
          <w:i/>
          <w:color w:val="000000"/>
          <w:sz w:val="24"/>
        </w:rPr>
        <w:t>кана</w:t>
      </w:r>
      <w:r>
        <w:rPr>
          <w:rFonts w:ascii="Georgia" w:hAnsi="Georgia"/>
          <w:b w:val="0"/>
          <w:i w:val="0"/>
          <w:color w:val="000000"/>
          <w:sz w:val="24"/>
        </w:rPr>
        <w:t xml:space="preserve">, </w:t>
      </w:r>
      <w:r>
        <w:rPr>
          <w:rFonts w:ascii="Georgia" w:hAnsi="Georgia" w:cs="Times New Roman"/>
          <w:b/>
          <w:i w:val="0"/>
          <w:color w:val="000000"/>
          <w:sz w:val="24"/>
          <w:rtl/>
          <w:szCs w:val="32"/>
        </w:rPr>
        <w:t>קַנָּא</w:t>
      </w:r>
      <w:r>
        <w:rPr>
          <w:rFonts w:ascii="Georgia" w:hAnsi="Georgia"/>
          <w:b w:val="0"/>
          <w:i w:val="0"/>
          <w:color w:val="000000"/>
          <w:sz w:val="24"/>
        </w:rPr>
        <w:t xml:space="preserve"> = 151). (Говорит Шмуэль: мне трудно понять то, что сказано: </w:t>
      </w:r>
      <w:r>
        <w:rPr>
          <w:rFonts w:ascii="Georgia" w:hAnsi="Georgia"/>
          <w:b w:val="0"/>
          <w:i/>
          <w:color w:val="000000"/>
          <w:sz w:val="24"/>
        </w:rPr>
        <w:t>«…Г-сподь, Б-г твой…»</w:t>
      </w:r>
      <w:r>
        <w:rPr>
          <w:rFonts w:ascii="Georgia" w:hAnsi="Georgia"/>
          <w:b w:val="0"/>
          <w:i w:val="0"/>
          <w:color w:val="000000"/>
          <w:sz w:val="24"/>
        </w:rPr>
        <w:t xml:space="preserve">, как если бы там стояло Имя АДОНАЙ, тогда как там стоит лишь Имя АВАЯ. Возможно, он сказал так потому, что [Имя АВАЯ при чтении] произносится как Имя АДОНАЙ, или же это другой стих, помимо недельных глав «Итро» и «Ваэтханан»). И в этом тайна сказанного в Писании: </w:t>
      </w:r>
      <w:r>
        <w:rPr>
          <w:rFonts w:ascii="Georgia" w:hAnsi="Georgia"/>
          <w:b w:val="0"/>
          <w:i/>
          <w:color w:val="000000"/>
          <w:sz w:val="24"/>
        </w:rPr>
        <w:t>«…ибо гнев почиет в недре глупцов»</w:t>
      </w:r>
      <w:r>
        <w:rPr>
          <w:rFonts w:ascii="Georgia" w:hAnsi="Georgia"/>
          <w:b w:val="0"/>
          <w:i w:val="0"/>
          <w:color w:val="000000"/>
          <w:sz w:val="24"/>
        </w:rPr>
        <w:t xml:space="preserve"> (Коэлет 7:9).</w:t>
      </w:r>
    </w:p>
    <w:p>
      <w:pPr>
        <w:spacing w:before="40" w:after="120"/>
        <w:jc w:val="both"/>
      </w:pPr>
      <w:r>
        <w:rPr>
          <w:rFonts w:ascii="Georgia" w:hAnsi="Georgia"/>
          <w:b w:val="0"/>
          <w:i w:val="0"/>
          <w:color w:val="000000"/>
          <w:sz w:val="24"/>
        </w:rPr>
        <w:t>Смысл в том, что слово «в недре» (</w:t>
      </w:r>
      <w:r>
        <w:rPr>
          <w:rFonts w:ascii="Georgia" w:hAnsi="Georgia"/>
          <w:b w:val="0"/>
          <w:i/>
          <w:color w:val="000000"/>
          <w:sz w:val="24"/>
        </w:rPr>
        <w:t>бе-хейк</w:t>
      </w:r>
      <w:r>
        <w:rPr>
          <w:rFonts w:ascii="Georgia" w:hAnsi="Georgia"/>
          <w:b w:val="0"/>
          <w:i w:val="0"/>
          <w:color w:val="000000"/>
          <w:sz w:val="24"/>
        </w:rPr>
        <w:t xml:space="preserve">, </w:t>
      </w:r>
      <w:r>
        <w:rPr>
          <w:rFonts w:ascii="Georgia" w:hAnsi="Georgia" w:cs="Times New Roman"/>
          <w:b/>
          <w:i w:val="0"/>
          <w:color w:val="000000"/>
          <w:sz w:val="24"/>
          <w:rtl/>
          <w:szCs w:val="32"/>
        </w:rPr>
        <w:t>בְּחֵיק</w:t>
      </w:r>
      <w:r>
        <w:rPr>
          <w:rFonts w:ascii="Georgia" w:hAnsi="Georgia"/>
          <w:b w:val="0"/>
          <w:i w:val="0"/>
          <w:color w:val="000000"/>
          <w:sz w:val="24"/>
        </w:rPr>
        <w:t>) по гематрии равно 120 (</w:t>
      </w:r>
      <w:r>
        <w:rPr>
          <w:rFonts w:ascii="Georgia" w:hAnsi="Georgia" w:cs="Times New Roman"/>
          <w:b/>
          <w:i w:val="0"/>
          <w:color w:val="000000"/>
          <w:sz w:val="24"/>
          <w:rtl/>
          <w:szCs w:val="32"/>
        </w:rPr>
        <w:t>ק״ך</w:t>
      </w:r>
      <w:r>
        <w:rPr>
          <w:rFonts w:ascii="Georgia" w:hAnsi="Georgia"/>
          <w:b w:val="0"/>
          <w:i w:val="0"/>
          <w:color w:val="000000"/>
          <w:sz w:val="24"/>
        </w:rPr>
        <w:t xml:space="preserve">) сочетаниям Имени ЭЛОКИМ, и оттуда исходит гнев. И вот, [в слове] </w:t>
      </w:r>
      <w:r>
        <w:rPr>
          <w:rFonts w:ascii="Georgia" w:hAnsi="Georgia"/>
          <w:b w:val="0"/>
          <w:i/>
          <w:color w:val="000000"/>
          <w:sz w:val="24"/>
        </w:rPr>
        <w:t>бе-хейк</w:t>
      </w:r>
      <w:r>
        <w:rPr>
          <w:rFonts w:ascii="Georgia" w:hAnsi="Georgia"/>
          <w:b w:val="0"/>
          <w:i w:val="0"/>
          <w:color w:val="000000"/>
          <w:sz w:val="24"/>
        </w:rPr>
        <w:t xml:space="preserve"> (</w:t>
      </w:r>
      <w:r>
        <w:rPr>
          <w:rFonts w:ascii="Georgia" w:hAnsi="Georgia" w:cs="Times New Roman"/>
          <w:b/>
          <w:i w:val="0"/>
          <w:color w:val="000000"/>
          <w:sz w:val="24"/>
          <w:rtl/>
          <w:szCs w:val="32"/>
        </w:rPr>
        <w:t>בְּחֵיק</w:t>
      </w:r>
      <w:r>
        <w:rPr>
          <w:rFonts w:ascii="Georgia" w:hAnsi="Georgia"/>
          <w:b w:val="0"/>
          <w:i w:val="0"/>
          <w:color w:val="000000"/>
          <w:sz w:val="24"/>
        </w:rPr>
        <w:t>) содержатся буквы йод, бэт, куф (</w:t>
      </w:r>
      <w:r>
        <w:rPr>
          <w:rFonts w:ascii="Georgia" w:hAnsi="Georgia" w:cs="Times New Roman"/>
          <w:b/>
          <w:i w:val="0"/>
          <w:color w:val="000000"/>
          <w:sz w:val="24"/>
          <w:rtl/>
          <w:szCs w:val="32"/>
        </w:rPr>
        <w:t>יב״ק</w:t>
      </w:r>
      <w:r>
        <w:rPr>
          <w:rFonts w:ascii="Georgia" w:hAnsi="Georgia"/>
          <w:b w:val="0"/>
          <w:i w:val="0"/>
          <w:color w:val="000000"/>
          <w:sz w:val="24"/>
        </w:rPr>
        <w:t>) и еще буква хэт (</w:t>
      </w:r>
      <w:r>
        <w:rPr>
          <w:rFonts w:ascii="Georgia" w:hAnsi="Georgia" w:cs="Times New Roman"/>
          <w:b/>
          <w:i w:val="0"/>
          <w:color w:val="000000"/>
          <w:sz w:val="24"/>
          <w:rtl/>
          <w:szCs w:val="32"/>
        </w:rPr>
        <w:t>ח</w:t>
      </w:r>
      <w:r>
        <w:rPr>
          <w:rFonts w:ascii="Georgia" w:hAnsi="Georgia"/>
          <w:b w:val="0"/>
          <w:i w:val="0"/>
          <w:color w:val="000000"/>
          <w:sz w:val="24"/>
        </w:rPr>
        <w:t>), помещенная между ними. Суть же в том, что когда АВАЯ и ЭЛОКИМ соединены вместе, суд [Имени] ЭЛОКИМ смягчается милосердием [Имени] АВАЯ, и тогда они по гематрии составляют 112 (</w:t>
      </w:r>
      <w:r>
        <w:rPr>
          <w:rFonts w:ascii="Georgia" w:hAnsi="Georgia" w:cs="Times New Roman"/>
          <w:b/>
          <w:i w:val="0"/>
          <w:color w:val="000000"/>
          <w:sz w:val="24"/>
          <w:rtl/>
          <w:szCs w:val="32"/>
        </w:rPr>
        <w:t>יב״ק</w:t>
      </w:r>
      <w:r>
        <w:rPr>
          <w:rFonts w:ascii="Georgia" w:hAnsi="Georgia"/>
          <w:b w:val="0"/>
          <w:i w:val="0"/>
          <w:color w:val="000000"/>
          <w:sz w:val="24"/>
        </w:rPr>
        <w:t>). А через гнев [человек] приводит к тому, что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указывающая на восемь мелахим, царствовавших в земле Эдом, присоединяется к ним, и тем самым они возвращают мир в хаос (</w:t>
      </w:r>
      <w:r>
        <w:rPr>
          <w:rFonts w:ascii="Georgia" w:hAnsi="Georgia"/>
          <w:b w:val="0"/>
          <w:i/>
          <w:color w:val="000000"/>
          <w:sz w:val="24"/>
        </w:rPr>
        <w:t>тоху ва-воху</w:t>
      </w:r>
      <w:r>
        <w:rPr>
          <w:rFonts w:ascii="Georgia" w:hAnsi="Georgia"/>
          <w:b w:val="0"/>
          <w:i w:val="0"/>
          <w:color w:val="000000"/>
          <w:sz w:val="24"/>
        </w:rPr>
        <w:t xml:space="preserve">). И в этом тайна сказанного: </w:t>
      </w:r>
      <w:r>
        <w:rPr>
          <w:rFonts w:ascii="Georgia" w:hAnsi="Georgia"/>
          <w:b w:val="0"/>
          <w:i/>
          <w:color w:val="000000"/>
          <w:sz w:val="24"/>
        </w:rPr>
        <w:t>«…а наушник разлучает друзей»</w:t>
      </w:r>
      <w:r>
        <w:rPr>
          <w:rFonts w:ascii="Georgia" w:hAnsi="Georgia"/>
          <w:b w:val="0"/>
          <w:i w:val="0"/>
          <w:color w:val="000000"/>
          <w:sz w:val="24"/>
        </w:rPr>
        <w:t xml:space="preserve"> (Мишлей 16:28) [— отдаляет Владыку (</w:t>
      </w:r>
      <w:r>
        <w:rPr>
          <w:rFonts w:ascii="Georgia" w:hAnsi="Georgia"/>
          <w:b w:val="0"/>
          <w:i/>
          <w:color w:val="000000"/>
          <w:sz w:val="24"/>
        </w:rPr>
        <w:t>Алуф</w:t>
      </w:r>
      <w:r>
        <w:rPr>
          <w:rFonts w:ascii="Georgia" w:hAnsi="Georgia"/>
          <w:b w:val="0"/>
          <w:i w:val="0"/>
          <w:color w:val="000000"/>
          <w:sz w:val="24"/>
        </w:rPr>
        <w:t xml:space="preserve">, </w:t>
      </w:r>
      <w:r>
        <w:rPr>
          <w:rFonts w:ascii="Georgia" w:hAnsi="Georgia" w:cs="Times New Roman"/>
          <w:b/>
          <w:i w:val="0"/>
          <w:color w:val="000000"/>
          <w:sz w:val="24"/>
          <w:rtl/>
          <w:szCs w:val="32"/>
        </w:rPr>
        <w:t>אַלּוּף</w:t>
      </w:r>
      <w:r>
        <w:rPr>
          <w:rFonts w:ascii="Georgia" w:hAnsi="Georgia"/>
          <w:b w:val="0"/>
          <w:i w:val="0"/>
          <w:color w:val="000000"/>
          <w:sz w:val="24"/>
        </w:rPr>
        <w:t>) мира]. И когда АВАЯ отделяется от ЭЛОКИМ, возникает суровый суд (</w:t>
      </w:r>
      <w:r>
        <w:rPr>
          <w:rFonts w:ascii="Georgia" w:hAnsi="Georgia"/>
          <w:b w:val="0"/>
          <w:i/>
          <w:color w:val="000000"/>
          <w:sz w:val="24"/>
        </w:rPr>
        <w:t>дина кашья</w:t>
      </w:r>
      <w:r>
        <w:rPr>
          <w:rFonts w:ascii="Georgia" w:hAnsi="Georgia"/>
          <w:b w:val="0"/>
          <w:i w:val="0"/>
          <w:color w:val="000000"/>
          <w:sz w:val="24"/>
        </w:rPr>
        <w:t xml:space="preserve">), и тогда рождается гнев, который происходит от 120 сочетаний ЭЛОКИМ, по числу [слова] «в недре», как упомянуто выше. И в этом также тайна того, что сказали Аарону: </w:t>
      </w:r>
      <w:r>
        <w:rPr>
          <w:rFonts w:ascii="Georgia" w:hAnsi="Georgia"/>
          <w:b w:val="0"/>
          <w:i/>
          <w:color w:val="000000"/>
          <w:sz w:val="24"/>
        </w:rPr>
        <w:t>«…встань и сделай нам богов…»</w:t>
      </w:r>
      <w:r>
        <w:rPr>
          <w:rFonts w:ascii="Georgia" w:hAnsi="Georgia"/>
          <w:b w:val="0"/>
          <w:i w:val="0"/>
          <w:color w:val="000000"/>
          <w:sz w:val="24"/>
        </w:rPr>
        <w:t xml:space="preserve"> (Шмот 32:1). То есть сделай так, чтобы Имя ЭЛОКИМ, которое в святости представляет собой лишь единого ЭЛОКИМ, распространилось через тебя и стало множеством «богов» — 120 (</w:t>
      </w:r>
      <w:r>
        <w:rPr>
          <w:rFonts w:ascii="Georgia" w:hAnsi="Georgia" w:cs="Times New Roman"/>
          <w:b/>
          <w:i w:val="0"/>
          <w:color w:val="000000"/>
          <w:sz w:val="24"/>
          <w:rtl/>
          <w:szCs w:val="32"/>
        </w:rPr>
        <w:t>ק״ך</w:t>
      </w:r>
      <w:r>
        <w:rPr>
          <w:rFonts w:ascii="Georgia" w:hAnsi="Georgia"/>
          <w:b w:val="0"/>
          <w:i w:val="0"/>
          <w:color w:val="000000"/>
          <w:sz w:val="24"/>
        </w:rPr>
        <w:t xml:space="preserve">) его сочетаниями. Потому и сказано: </w:t>
      </w:r>
      <w:r>
        <w:rPr>
          <w:rFonts w:ascii="Georgia" w:hAnsi="Georgia"/>
          <w:b w:val="0"/>
          <w:i/>
          <w:color w:val="000000"/>
          <w:sz w:val="24"/>
        </w:rPr>
        <w:t>«…которые шли бы перед нами…»</w:t>
      </w:r>
      <w:r>
        <w:rPr>
          <w:rFonts w:ascii="Georgia" w:hAnsi="Georgia"/>
          <w:b w:val="0"/>
          <w:i w:val="0"/>
          <w:color w:val="000000"/>
          <w:sz w:val="24"/>
        </w:rPr>
        <w:t xml:space="preserve"> (Шмот 32:1) — во множественном числе, а не «который шел бы».</w:t>
      </w:r>
    </w:p>
    <w:p>
      <w:pPr>
        <w:spacing w:before="40" w:after="120"/>
        <w:jc w:val="both"/>
      </w:pPr>
      <w:r>
        <w:rPr>
          <w:rFonts w:ascii="Georgia" w:hAnsi="Georgia"/>
          <w:b w:val="0"/>
          <w:i w:val="0"/>
          <w:color w:val="000000"/>
          <w:sz w:val="24"/>
        </w:rPr>
        <w:t xml:space="preserve">Кроме того, слово </w:t>
      </w:r>
      <w:r>
        <w:rPr>
          <w:rFonts w:ascii="Georgia" w:hAnsi="Georgia"/>
          <w:b w:val="0"/>
          <w:i/>
          <w:color w:val="000000"/>
          <w:sz w:val="24"/>
        </w:rPr>
        <w:t>йелеху</w:t>
      </w:r>
      <w:r>
        <w:rPr>
          <w:rFonts w:ascii="Georgia" w:hAnsi="Georgia"/>
          <w:b w:val="0"/>
          <w:i w:val="0"/>
          <w:color w:val="000000"/>
          <w:sz w:val="24"/>
        </w:rPr>
        <w:t xml:space="preserve"> («пойдут», </w:t>
      </w:r>
      <w:r>
        <w:rPr>
          <w:rFonts w:ascii="Georgia" w:hAnsi="Georgia" w:cs="Times New Roman"/>
          <w:b/>
          <w:i w:val="0"/>
          <w:color w:val="000000"/>
          <w:sz w:val="24"/>
          <w:rtl/>
          <w:szCs w:val="32"/>
        </w:rPr>
        <w:t>יֵלְכוּ</w:t>
      </w:r>
      <w:r>
        <w:rPr>
          <w:rFonts w:ascii="Georgia" w:hAnsi="Georgia"/>
          <w:b w:val="0"/>
          <w:i w:val="0"/>
          <w:color w:val="000000"/>
          <w:sz w:val="24"/>
        </w:rPr>
        <w:t xml:space="preserve">) означает движение и распространение с места на место, а смысл в том, чтобы оно распространялось дальше и дальше, вплоть до числа 120 сочетаний, — и потому сказано </w:t>
      </w:r>
      <w:r>
        <w:rPr>
          <w:rFonts w:ascii="Georgia" w:hAnsi="Georgia"/>
          <w:b w:val="0"/>
          <w:i/>
          <w:color w:val="000000"/>
          <w:sz w:val="24"/>
        </w:rPr>
        <w:t>йелеху</w:t>
      </w:r>
      <w:r>
        <w:rPr>
          <w:rFonts w:ascii="Georgia" w:hAnsi="Georgia"/>
          <w:b w:val="0"/>
          <w:i w:val="0"/>
          <w:color w:val="000000"/>
          <w:sz w:val="24"/>
        </w:rPr>
        <w:t xml:space="preserve"> во множественном числе. И на это намекнул Саба в Зоаре (Мишпатим 102а) на стих </w:t>
      </w:r>
      <w:r>
        <w:rPr>
          <w:rFonts w:ascii="Georgia" w:hAnsi="Georgia"/>
          <w:b w:val="0"/>
          <w:i/>
          <w:color w:val="000000"/>
          <w:sz w:val="24"/>
        </w:rPr>
        <w:t>«Воцарился Б-г над народами…»</w:t>
      </w:r>
      <w:r>
        <w:rPr>
          <w:rFonts w:ascii="Georgia" w:hAnsi="Georgia"/>
          <w:b w:val="0"/>
          <w:i w:val="0"/>
          <w:color w:val="000000"/>
          <w:sz w:val="24"/>
        </w:rPr>
        <w:t xml:space="preserve"> (Теилим 47:9): «Это Имя ЭЛОКИМ распространялось до тех пор, пока от него не вышли другие боги». Смысл здесь в том, что это Имя ЭЛОКИМ распространяется на 120 сочетаний ЭЛОКИМ, и все это — на стороне святости (</w:t>
      </w:r>
      <w:r>
        <w:rPr>
          <w:rFonts w:ascii="Georgia" w:hAnsi="Georgia"/>
          <w:b w:val="0"/>
          <w:i/>
          <w:color w:val="000000"/>
          <w:sz w:val="24"/>
        </w:rPr>
        <w:t>ситра де-кдуша</w:t>
      </w:r>
      <w:r>
        <w:rPr>
          <w:rFonts w:ascii="Georgia" w:hAnsi="Georgia"/>
          <w:b w:val="0"/>
          <w:i w:val="0"/>
          <w:color w:val="000000"/>
          <w:sz w:val="24"/>
        </w:rPr>
        <w:t xml:space="preserve">), а оттуда и дальше начинаются «иные боги», которые удерживаются за упомянутые 120 сочетаний ЭЛОКИМ. И на это намекает сказанное далее: </w:t>
      </w:r>
      <w:r>
        <w:rPr>
          <w:rFonts w:ascii="Georgia" w:hAnsi="Georgia"/>
          <w:b w:val="0"/>
          <w:i/>
          <w:color w:val="000000"/>
          <w:sz w:val="24"/>
        </w:rPr>
        <w:t>«…и сделали себе золотых богов»</w:t>
      </w:r>
      <w:r>
        <w:rPr>
          <w:rFonts w:ascii="Georgia" w:hAnsi="Georgia"/>
          <w:b w:val="0"/>
          <w:i w:val="0"/>
          <w:color w:val="000000"/>
          <w:sz w:val="24"/>
        </w:rPr>
        <w:t xml:space="preserve"> (Шмот 32:31) — во множественном числе. Сказано также: </w:t>
      </w:r>
      <w:r>
        <w:rPr>
          <w:rFonts w:ascii="Georgia" w:hAnsi="Georgia"/>
          <w:b w:val="0"/>
          <w:i/>
          <w:color w:val="000000"/>
          <w:sz w:val="24"/>
        </w:rPr>
        <w:t>«…сделали себе литого тельца…»</w:t>
      </w:r>
      <w:r>
        <w:rPr>
          <w:rFonts w:ascii="Georgia" w:hAnsi="Georgia"/>
          <w:b w:val="0"/>
          <w:i w:val="0"/>
          <w:color w:val="000000"/>
          <w:sz w:val="24"/>
        </w:rPr>
        <w:t xml:space="preserve"> (Шмот 32:8), ведь [слово] </w:t>
      </w:r>
      <w:r>
        <w:rPr>
          <w:rFonts w:ascii="Georgia" w:hAnsi="Georgia"/>
          <w:b w:val="0"/>
          <w:i/>
          <w:color w:val="000000"/>
          <w:sz w:val="24"/>
        </w:rPr>
        <w:t>масеха</w:t>
      </w:r>
      <w:r>
        <w:rPr>
          <w:rFonts w:ascii="Georgia" w:hAnsi="Georgia"/>
          <w:b w:val="0"/>
          <w:i w:val="0"/>
          <w:color w:val="000000"/>
          <w:sz w:val="24"/>
        </w:rPr>
        <w:t xml:space="preserve"> («литой», </w:t>
      </w:r>
      <w:r>
        <w:rPr>
          <w:rFonts w:ascii="Georgia" w:hAnsi="Georgia" w:cs="Times New Roman"/>
          <w:b/>
          <w:i w:val="0"/>
          <w:color w:val="000000"/>
          <w:sz w:val="24"/>
          <w:rtl/>
          <w:szCs w:val="32"/>
        </w:rPr>
        <w:t>מַסֵּכָה</w:t>
      </w:r>
      <w:r>
        <w:rPr>
          <w:rFonts w:ascii="Georgia" w:hAnsi="Georgia"/>
          <w:b w:val="0"/>
          <w:i w:val="0"/>
          <w:color w:val="000000"/>
          <w:sz w:val="24"/>
        </w:rPr>
        <w:t>) по гематрии равно 125 (</w:t>
      </w:r>
      <w:r>
        <w:rPr>
          <w:rFonts w:ascii="Georgia" w:hAnsi="Georgia" w:cs="Times New Roman"/>
          <w:b/>
          <w:i w:val="0"/>
          <w:color w:val="000000"/>
          <w:sz w:val="24"/>
          <w:rtl/>
          <w:szCs w:val="32"/>
        </w:rPr>
        <w:t>קכ״ה</w:t>
      </w:r>
      <w:r>
        <w:rPr>
          <w:rFonts w:ascii="Georgia" w:hAnsi="Georgia"/>
          <w:b w:val="0"/>
          <w:i w:val="0"/>
          <w:color w:val="000000"/>
          <w:sz w:val="24"/>
        </w:rPr>
        <w:t xml:space="preserve">), что составляет 120 сочетаний, распространяющихся из пяти букв [Имени] ЭЛОКИМ, которые служат корнем для всех этих 120 [сочетаний]. И в этом смысл [слова] </w:t>
      </w:r>
      <w:r>
        <w:rPr>
          <w:rFonts w:ascii="Georgia" w:hAnsi="Georgia"/>
          <w:b w:val="0"/>
          <w:i/>
          <w:color w:val="000000"/>
          <w:sz w:val="24"/>
        </w:rPr>
        <w:t>масеха</w:t>
      </w:r>
      <w:r>
        <w:rPr>
          <w:rFonts w:ascii="Georgia" w:hAnsi="Georgia"/>
          <w:b w:val="0"/>
          <w:i w:val="0"/>
          <w:color w:val="000000"/>
          <w:sz w:val="24"/>
        </w:rPr>
        <w:t xml:space="preserve">: [буквы] </w:t>
      </w:r>
      <w:r>
        <w:rPr>
          <w:rFonts w:ascii="Georgia" w:hAnsi="Georgia"/>
          <w:b w:val="0"/>
          <w:i/>
          <w:color w:val="000000"/>
          <w:sz w:val="24"/>
        </w:rPr>
        <w:t>масах</w:t>
      </w:r>
      <w:r>
        <w:rPr>
          <w:rFonts w:ascii="Georgia" w:hAnsi="Georgia"/>
          <w:b w:val="0"/>
          <w:i w:val="0"/>
          <w:color w:val="000000"/>
          <w:sz w:val="24"/>
        </w:rPr>
        <w:t xml:space="preserve"> (</w:t>
      </w:r>
      <w:r>
        <w:rPr>
          <w:rFonts w:ascii="Georgia" w:hAnsi="Georgia" w:cs="Times New Roman"/>
          <w:b/>
          <w:i w:val="0"/>
          <w:color w:val="000000"/>
          <w:sz w:val="24"/>
          <w:rtl/>
          <w:szCs w:val="32"/>
        </w:rPr>
        <w:t>מס״ך</w:t>
      </w:r>
      <w:r>
        <w:rPr>
          <w:rFonts w:ascii="Georgia" w:hAnsi="Georgia"/>
          <w:b w:val="0"/>
          <w:i w:val="0"/>
          <w:color w:val="000000"/>
          <w:sz w:val="24"/>
        </w:rPr>
        <w:t xml:space="preserve"> = 120)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И потому в тельце было 120 талантов золота — против упомянутых 120 сочетаний и согласно числу [слова] </w:t>
      </w:r>
      <w:r>
        <w:rPr>
          <w:rFonts w:ascii="Georgia" w:hAnsi="Georgia"/>
          <w:b w:val="0"/>
          <w:i/>
          <w:color w:val="000000"/>
          <w:sz w:val="24"/>
        </w:rPr>
        <w:t>масеха</w:t>
      </w:r>
      <w:r>
        <w:rPr>
          <w:rFonts w:ascii="Georgia" w:hAnsi="Georgia"/>
          <w:b w:val="0"/>
          <w:i w:val="0"/>
          <w:color w:val="000000"/>
          <w:sz w:val="24"/>
        </w:rPr>
        <w:t xml:space="preserve">, как сказали ХАЗАЛЬ. В этом также тайна сказанного: </w:t>
      </w:r>
      <w:r>
        <w:rPr>
          <w:rFonts w:ascii="Georgia" w:hAnsi="Georgia"/>
          <w:b w:val="0"/>
          <w:i/>
          <w:color w:val="000000"/>
          <w:sz w:val="24"/>
        </w:rPr>
        <w:t>«Богов литых не делай себе»</w:t>
      </w:r>
      <w:r>
        <w:rPr>
          <w:rFonts w:ascii="Georgia" w:hAnsi="Georgia"/>
          <w:b w:val="0"/>
          <w:i w:val="0"/>
          <w:color w:val="000000"/>
          <w:sz w:val="24"/>
        </w:rPr>
        <w:t xml:space="preserve"> (Шмот 34:17).</w:t>
      </w:r>
    </w:p>
    <w:p>
      <w:pPr>
        <w:spacing w:before="40" w:after="120"/>
        <w:jc w:val="both"/>
      </w:pPr>
      <w:r>
        <w:rPr>
          <w:rFonts w:ascii="Georgia" w:hAnsi="Georgia"/>
          <w:b w:val="0"/>
          <w:i w:val="0"/>
          <w:color w:val="000000"/>
          <w:sz w:val="24"/>
        </w:rPr>
        <w:t xml:space="preserve">Смысл в том: [не делай так, чтобы Имя] ЭЛОКИМ распространялось до числа 120, как число [слова] </w:t>
      </w:r>
      <w:r>
        <w:rPr>
          <w:rFonts w:ascii="Georgia" w:hAnsi="Georgia"/>
          <w:b w:val="0"/>
          <w:i/>
          <w:color w:val="000000"/>
          <w:sz w:val="24"/>
        </w:rPr>
        <w:t>масеха</w:t>
      </w:r>
      <w:r>
        <w:rPr>
          <w:rFonts w:ascii="Georgia" w:hAnsi="Georgia"/>
          <w:b w:val="0"/>
          <w:i w:val="0"/>
          <w:color w:val="000000"/>
          <w:sz w:val="24"/>
        </w:rPr>
        <w:t>, чтобы за них не ухватились внешние силы (</w:t>
      </w:r>
      <w:r>
        <w:rPr>
          <w:rFonts w:ascii="Georgia" w:hAnsi="Georgia"/>
          <w:b w:val="0"/>
          <w:i/>
          <w:color w:val="000000"/>
          <w:sz w:val="24"/>
        </w:rPr>
        <w:t>хицоним</w:t>
      </w:r>
      <w:r>
        <w:rPr>
          <w:rFonts w:ascii="Georgia" w:hAnsi="Georgia"/>
          <w:b w:val="0"/>
          <w:i w:val="0"/>
          <w:color w:val="000000"/>
          <w:sz w:val="24"/>
        </w:rPr>
        <w:t>), именуемые «иными богами». И после того как мы объяснили повреждение (</w:t>
      </w:r>
      <w:r>
        <w:rPr>
          <w:rFonts w:ascii="Georgia" w:hAnsi="Georgia"/>
          <w:b w:val="0"/>
          <w:i/>
          <w:color w:val="000000"/>
          <w:sz w:val="24"/>
        </w:rPr>
        <w:t>пгам</w:t>
      </w:r>
      <w:r>
        <w:rPr>
          <w:rFonts w:ascii="Georgia" w:hAnsi="Georgia"/>
          <w:b w:val="0"/>
          <w:i w:val="0"/>
          <w:color w:val="000000"/>
          <w:sz w:val="24"/>
        </w:rPr>
        <w:t>), объясним теперь исправление. Поскольку повреждение состояло в том, что гневом [человек] отделяет АВАЯ от ЭЛОКИМ, его исправление теперь заключается в том, чтобы вновь соединить их вместе, как мы сейчас объясним. А именно: в молитвах Шахарит, Минха и Арвит, в первых трех благословениях [молитвы] Амида, пусть сосредоточит следующее намерение: в первом благословении («Праотцы»), произнося «Благословен Ты, Г-сподь…», пусть в этом [Имени] АВАЯ сосредоточит намерение на АВАЯ наполнения АБ (72) с буквами йод, и сосредоточит намерение соединить и объединить с ней Имя ЭЙЕ с буквами йод. А во втором благословении («Могущество»), произнося «Благословен Ты, Г-сподь…», пусть в этом [Имени] АВАЯ сосредоточит намерение на АВАЯ наполнения САГ (63) и соединит и объединит с ней Имя ЭЛОКИМ следующим образом: направит намерение на АВАЯ с огласовкой Имени ЭЛОКИМ, как известно. А в [Имени] АВАЯ третьего благословения («Освящение Имени»), произнося «Благословен Ты, Г-сподь…», пусть сосредоточит намерение на АВАЯ наполнения МА (45) с буквами алеф, и соединит и объединит с ней Имя АДОНАЙ. И получается теперь, что во втором и третьем благословениях он уже направил намерение на соединение АВАЯ и ЭЛОКИМ, а также АВАЯ и АДОНАЙ, которые представляют собой две силы суда — ЭЛОКИМ и АДОНАЙ, ведь от них обоих исходит гнев согласно упомянутой гематрии, — и они смягчились через Имена АВАЯ. В первом же благословении он направил намерение смягчить также корень двух упомянутых судов — Имя ЭЙЕ, от которого тоже происходит гнев, когда оно наполнено буквами хэй (хэйин), как упомянуто выше; и оно смягчается через АВАЯ наполнения АБ. И вот, смягчились три вида гнева — корень и две ветви, как сказано выше. Кроме того, ему необходимо окунаться [в микве] дважды в неделю: в третий день (вторник) и в шестой день (пятницу).</w:t>
      </w:r>
    </w:p>
    <w:p>
      <w:pPr>
        <w:spacing w:before="40" w:after="120"/>
        <w:jc w:val="both"/>
      </w:pPr>
      <w:r>
        <w:rPr>
          <w:rFonts w:ascii="Georgia" w:hAnsi="Georgia"/>
          <w:b w:val="0"/>
          <w:i w:val="0"/>
          <w:color w:val="000000"/>
          <w:sz w:val="24"/>
        </w:rPr>
        <w:t>Я нашел еще одну версию упомянутого намерения, и обе они одинаково хороши. Вот она: в утренней молитве Шахарит пусть направит намерение на Имя АВАЯ наполнения АБ с буквами йод, чтобы соединить его с [Именем] ЭЙЕ наполнения хэйин, которое по гематрии равно [слову] «гнев», чтобы смягчить его. В молитве Минха пусть направит намерение на АВАЯ наполнения САГ, чтобы соединить его с Именем ЭЛОКИМ, являющимся судом, чтобы смягчить его. А в вечерней молитве Арвит пусть направит намерение на АВАЯ наполнения МА с буквами алеф, чтобы соединить его с [Именем] АДОНАЙ, являющимся судом, чтобы смягчить его. И я уже сообщал тебе, что [Имена] АДОНАЙ и ЭЛОКИМ вместе тоже равны по гематрии [слову] «гнев». И вот, три упомянутых ихудим (единения), состоящие из шести этих Имен, в сумме дают по гематрии 250 (</w:t>
      </w:r>
      <w:r>
        <w:rPr>
          <w:rFonts w:ascii="Georgia" w:hAnsi="Georgia" w:cs="Times New Roman"/>
          <w:b/>
          <w:i w:val="0"/>
          <w:color w:val="000000"/>
          <w:sz w:val="24"/>
          <w:rtl/>
          <w:szCs w:val="32"/>
        </w:rPr>
        <w:t>בנ״י נ״ר</w:t>
      </w:r>
      <w:r>
        <w:rPr>
          <w:rFonts w:ascii="Georgia" w:hAnsi="Georgia"/>
          <w:b w:val="0"/>
          <w:i w:val="0"/>
          <w:color w:val="000000"/>
          <w:sz w:val="24"/>
        </w:rPr>
        <w:t xml:space="preserve">). (Говорит Шмуэль: этот расчет сделан только по их простому написанию, без наполнений, а именно: АВАЯ, ЭЙЕ, АВАЯ, ЭЛОКИМ, АВАЯ, АДОНАЙ). Также, когда будет окунаться [в микве], пусть сосредоточит намерение на том, что [слово] </w:t>
      </w:r>
      <w:r>
        <w:rPr>
          <w:rFonts w:ascii="Georgia" w:hAnsi="Georgia"/>
          <w:b w:val="0"/>
          <w:i/>
          <w:color w:val="000000"/>
          <w:sz w:val="24"/>
        </w:rPr>
        <w:t>микве</w:t>
      </w:r>
      <w:r>
        <w:rPr>
          <w:rFonts w:ascii="Georgia" w:hAnsi="Georgia"/>
          <w:b w:val="0"/>
          <w:i w:val="0"/>
          <w:color w:val="000000"/>
          <w:sz w:val="24"/>
        </w:rPr>
        <w:t xml:space="preserve"> (</w:t>
      </w:r>
      <w:r>
        <w:rPr>
          <w:rFonts w:ascii="Georgia" w:hAnsi="Georgia" w:cs="Times New Roman"/>
          <w:b/>
          <w:i w:val="0"/>
          <w:color w:val="000000"/>
          <w:sz w:val="24"/>
          <w:rtl/>
          <w:szCs w:val="32"/>
        </w:rPr>
        <w:t>מִקְוֶה</w:t>
      </w:r>
      <w:r>
        <w:rPr>
          <w:rFonts w:ascii="Georgia" w:hAnsi="Georgia"/>
          <w:b w:val="0"/>
          <w:i w:val="0"/>
          <w:color w:val="000000"/>
          <w:sz w:val="24"/>
        </w:rPr>
        <w:t>) по гематрии равно [слову] «гнев» (</w:t>
      </w:r>
      <w:r>
        <w:rPr>
          <w:rFonts w:ascii="Georgia" w:hAnsi="Georgia"/>
          <w:b w:val="0"/>
          <w:i/>
          <w:color w:val="000000"/>
          <w:sz w:val="24"/>
        </w:rPr>
        <w:t>каас</w:t>
      </w:r>
      <w:r>
        <w:rPr>
          <w:rFonts w:ascii="Georgia" w:hAnsi="Georgia"/>
          <w:b w:val="0"/>
          <w:i w:val="0"/>
          <w:color w:val="000000"/>
          <w:sz w:val="24"/>
        </w:rPr>
        <w:t xml:space="preserve">, </w:t>
      </w:r>
      <w:r>
        <w:rPr>
          <w:rFonts w:ascii="Georgia" w:hAnsi="Georgia" w:cs="Times New Roman"/>
          <w:b/>
          <w:i w:val="0"/>
          <w:color w:val="000000"/>
          <w:sz w:val="24"/>
          <w:rtl/>
          <w:szCs w:val="32"/>
        </w:rPr>
        <w:t>כַּעַס</w:t>
      </w:r>
      <w:r>
        <w:rPr>
          <w:rFonts w:ascii="Georgia" w:hAnsi="Georgia"/>
          <w:b w:val="0"/>
          <w:i w:val="0"/>
          <w:color w:val="000000"/>
          <w:sz w:val="24"/>
        </w:rPr>
        <w:t>) и равно [Имени] ЭЙЕ с наполнением хэйин [— 151]; и пусть направит намерение на то, что благодаря этим омовениям исчезнет гнев, одолевающий его против воли, если он будет постоянно совершать омовения с этим намерением.</w:t>
      </w:r>
    </w:p>
    <w:p>
      <w:pPr>
        <w:keepNext/>
        <w:spacing w:before="320" w:after="120"/>
      </w:pPr>
      <w:r>
        <w:rPr>
          <w:rFonts w:ascii="Georgia" w:hAnsi="Georgia"/>
          <w:b w:val="0"/>
          <w:i w:val="0"/>
          <w:color w:val="000000"/>
          <w:sz w:val="32"/>
        </w:rPr>
        <w:t>Исправление 16</w:t>
      </w:r>
    </w:p>
    <w:p>
      <w:pPr>
        <w:spacing w:before="40" w:after="120"/>
        <w:jc w:val="both"/>
      </w:pPr>
      <w:r>
        <w:rPr>
          <w:rFonts w:ascii="Georgia" w:hAnsi="Georgia"/>
          <w:b w:val="0"/>
          <w:i w:val="0"/>
          <w:color w:val="000000"/>
          <w:sz w:val="24"/>
        </w:rPr>
        <w:t>Это [исправление предназначено] для того, кто повинен в четырех смертных казнях суда: побиении камнями, сожжении, казни мечом и удушении. Он должен поститься двести постов, и в каждый из этих дней читать отрывок о связывании Ицхака с намерением (</w:t>
      </w:r>
      <w:r>
        <w:rPr>
          <w:rFonts w:ascii="Georgia" w:hAnsi="Georgia"/>
          <w:b w:val="0"/>
          <w:i/>
          <w:color w:val="000000"/>
          <w:sz w:val="24"/>
        </w:rPr>
        <w:t>кавана</w:t>
      </w:r>
      <w:r>
        <w:rPr>
          <w:rFonts w:ascii="Georgia" w:hAnsi="Georgia"/>
          <w:b w:val="0"/>
          <w:i w:val="0"/>
          <w:color w:val="000000"/>
          <w:sz w:val="24"/>
        </w:rPr>
        <w:t>) и молиться своему Создателю, чтобы в заслугу Авраама, который был испытан огнем, Он спас его от сожжения, которое соответствует первой букве хэй Имени АВАЯ; в заслугу Ицхака, который был связан [на жертвеннике], спас его от казни мечом, которая соответствует букве вав Имени АВАЯ; в заслугу Яакова, ушедшего в изгнание, спас его от удушения, которое соответствует последней букве хэй Имени АВАЯ, уподобленной изгнанию; а в заслугу всех троих вместе — спас его от побиения камнями, которое соответствует букве йод Имени АВАЯ. Мне, пишущему, Хаиму, представляется, что это [исправление исходит] от рабби Авраама а-Леви и без всякого сомнения не от моего учителя, благословенной памяти.</w:t>
      </w:r>
    </w:p>
    <w:p>
      <w:pPr>
        <w:keepNext/>
        <w:spacing w:before="320" w:after="120"/>
      </w:pPr>
      <w:r>
        <w:rPr>
          <w:rFonts w:ascii="Georgia" w:hAnsi="Georgia"/>
          <w:b w:val="0"/>
          <w:i w:val="0"/>
          <w:color w:val="000000"/>
          <w:sz w:val="32"/>
        </w:rPr>
        <w:t>Исправление 17</w:t>
      </w:r>
    </w:p>
    <w:p>
      <w:pPr>
        <w:spacing w:before="40" w:after="120"/>
        <w:jc w:val="both"/>
      </w:pPr>
      <w:r>
        <w:rPr>
          <w:rFonts w:ascii="Georgia" w:hAnsi="Georgia"/>
          <w:b w:val="0"/>
          <w:i w:val="0"/>
          <w:color w:val="000000"/>
          <w:sz w:val="24"/>
        </w:rPr>
        <w:t xml:space="preserve">Оно — для вступившего в близость с нидой. Пусть он выдержит пятьдесят девять постов — по числу [букв слова] </w:t>
      </w:r>
      <w:r>
        <w:rPr>
          <w:rFonts w:ascii="Georgia" w:hAnsi="Georgia"/>
          <w:b w:val="0"/>
          <w:i/>
          <w:color w:val="000000"/>
          <w:sz w:val="24"/>
        </w:rPr>
        <w:t>нида</w:t>
      </w:r>
      <w:r>
        <w:rPr>
          <w:rFonts w:ascii="Georgia" w:hAnsi="Georgia"/>
          <w:b w:val="0"/>
          <w:i w:val="0"/>
          <w:color w:val="000000"/>
          <w:sz w:val="24"/>
        </w:rPr>
        <w:t xml:space="preserve"> (</w:t>
      </w:r>
      <w:r>
        <w:rPr>
          <w:rFonts w:ascii="Georgia" w:hAnsi="Georgia" w:cs="Times New Roman"/>
          <w:b/>
          <w:i w:val="0"/>
          <w:color w:val="000000"/>
          <w:sz w:val="24"/>
          <w:rtl/>
          <w:szCs w:val="32"/>
        </w:rPr>
        <w:t>נִדָּה</w:t>
      </w:r>
      <w:r>
        <w:rPr>
          <w:rFonts w:ascii="Georgia" w:hAnsi="Georgia"/>
          <w:b w:val="0"/>
          <w:i w:val="0"/>
          <w:color w:val="000000"/>
          <w:sz w:val="24"/>
        </w:rPr>
        <w:t xml:space="preserve"> = 59), в каждый из этих дней принимает удары бича и окунается [в микву]. В эти дни ему не следует разделять супружеское ложе, кроме как в ночи Шаббата, праздников и новомесячий, а во все упомянутые ночи [поста] пусть ложится на землю [в прах]. Ведь само слово </w:t>
      </w:r>
      <w:r>
        <w:rPr>
          <w:rFonts w:ascii="Georgia" w:hAnsi="Georgia"/>
          <w:b w:val="0"/>
          <w:i/>
          <w:color w:val="000000"/>
          <w:sz w:val="24"/>
        </w:rPr>
        <w:t>нида</w:t>
      </w:r>
      <w:r>
        <w:rPr>
          <w:rFonts w:ascii="Georgia" w:hAnsi="Georgia"/>
          <w:b w:val="0"/>
          <w:i w:val="0"/>
          <w:color w:val="000000"/>
          <w:sz w:val="24"/>
        </w:rPr>
        <w:t xml:space="preserve">, по числу которого определено количество дней поста, означает </w:t>
      </w:r>
      <w:r>
        <w:rPr>
          <w:rFonts w:ascii="Georgia" w:hAnsi="Georgia"/>
          <w:b w:val="0"/>
          <w:i/>
          <w:color w:val="000000"/>
          <w:sz w:val="24"/>
        </w:rPr>
        <w:t>над</w:t>
      </w:r>
      <w:r>
        <w:rPr>
          <w:rFonts w:ascii="Georgia" w:hAnsi="Georgia"/>
          <w:b w:val="0"/>
          <w:i w:val="0"/>
          <w:color w:val="000000"/>
          <w:sz w:val="24"/>
        </w:rPr>
        <w:t xml:space="preserve"> и букву </w:t>
      </w:r>
      <w:r>
        <w:rPr>
          <w:rFonts w:ascii="Georgia" w:hAnsi="Georgia"/>
          <w:b w:val="0"/>
          <w:i/>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נ״ד ה</w:t>
      </w:r>
      <w:r>
        <w:rPr>
          <w:rFonts w:ascii="Georgia" w:hAnsi="Georgia"/>
          <w:b w:val="0"/>
          <w:i w:val="0"/>
          <w:color w:val="000000"/>
          <w:sz w:val="24"/>
        </w:rPr>
        <w:t>): тем самым он заставил Шхину, называемую нижней хэй, унизиться до праха и стать скиталицей (</w:t>
      </w:r>
      <w:r>
        <w:rPr>
          <w:rFonts w:ascii="Georgia" w:hAnsi="Georgia"/>
          <w:b w:val="0"/>
          <w:i/>
          <w:color w:val="000000"/>
          <w:sz w:val="24"/>
        </w:rPr>
        <w:t>на ве-над</w:t>
      </w:r>
      <w:r>
        <w:rPr>
          <w:rFonts w:ascii="Georgia" w:hAnsi="Georgia"/>
          <w:b w:val="0"/>
          <w:i w:val="0"/>
          <w:color w:val="000000"/>
          <w:sz w:val="24"/>
        </w:rPr>
        <w:t xml:space="preserve">, </w:t>
      </w:r>
      <w:r>
        <w:rPr>
          <w:rFonts w:ascii="Georgia" w:hAnsi="Georgia" w:cs="Times New Roman"/>
          <w:b/>
          <w:i w:val="0"/>
          <w:color w:val="000000"/>
          <w:sz w:val="24"/>
          <w:rtl/>
          <w:szCs w:val="32"/>
        </w:rPr>
        <w:t>נָע וָנָד</w:t>
      </w:r>
      <w:r>
        <w:rPr>
          <w:rFonts w:ascii="Georgia" w:hAnsi="Georgia"/>
          <w:b w:val="0"/>
          <w:i w:val="0"/>
          <w:color w:val="000000"/>
          <w:sz w:val="24"/>
        </w:rPr>
        <w:t xml:space="preserve">) в изгнании. И для своего раскаяния (тшувы) ему требуется [исполнить то, на что указывает] нотарикон [слова] </w:t>
      </w:r>
      <w:r>
        <w:rPr>
          <w:rFonts w:ascii="Georgia" w:hAnsi="Georgia"/>
          <w:b w:val="0"/>
          <w:i/>
          <w:color w:val="000000"/>
          <w:sz w:val="24"/>
        </w:rPr>
        <w:t>тшува</w:t>
      </w:r>
      <w:r>
        <w:rPr>
          <w:rFonts w:ascii="Georgia" w:hAnsi="Georgia"/>
          <w:b w:val="0"/>
          <w:i w:val="0"/>
          <w:color w:val="000000"/>
          <w:sz w:val="24"/>
        </w:rPr>
        <w:t xml:space="preserve"> (</w:t>
      </w:r>
      <w:r>
        <w:rPr>
          <w:rFonts w:ascii="Georgia" w:hAnsi="Georgia" w:cs="Times New Roman"/>
          <w:b/>
          <w:i w:val="0"/>
          <w:color w:val="000000"/>
          <w:sz w:val="24"/>
          <w:rtl/>
          <w:szCs w:val="32"/>
        </w:rPr>
        <w:t>תְּשׁוּבָה</w:t>
      </w:r>
      <w:r>
        <w:rPr>
          <w:rFonts w:ascii="Georgia" w:hAnsi="Georgia"/>
          <w:b w:val="0"/>
          <w:i w:val="0"/>
          <w:color w:val="000000"/>
          <w:sz w:val="24"/>
        </w:rPr>
        <w:t>): пост (</w:t>
      </w:r>
      <w:r>
        <w:rPr>
          <w:rFonts w:ascii="Georgia" w:hAnsi="Georgia"/>
          <w:b w:val="0"/>
          <w:i/>
          <w:color w:val="000000"/>
          <w:sz w:val="24"/>
        </w:rPr>
        <w:t>таанит</w:t>
      </w:r>
      <w:r>
        <w:rPr>
          <w:rFonts w:ascii="Georgia" w:hAnsi="Georgia"/>
          <w:b w:val="0"/>
          <w:i w:val="0"/>
          <w:color w:val="000000"/>
          <w:sz w:val="24"/>
        </w:rPr>
        <w:t xml:space="preserve">, </w:t>
      </w:r>
      <w:r>
        <w:rPr>
          <w:rFonts w:ascii="Georgia" w:hAnsi="Georgia" w:cs="Times New Roman"/>
          <w:b/>
          <w:i w:val="0"/>
          <w:color w:val="000000"/>
          <w:sz w:val="24"/>
          <w:rtl/>
          <w:szCs w:val="32"/>
        </w:rPr>
        <w:t>תַּעֲנִית</w:t>
      </w:r>
      <w:r>
        <w:rPr>
          <w:rFonts w:ascii="Georgia" w:hAnsi="Georgia"/>
          <w:b w:val="0"/>
          <w:i w:val="0"/>
          <w:color w:val="000000"/>
          <w:sz w:val="24"/>
        </w:rPr>
        <w:t>), вретище (</w:t>
      </w:r>
      <w:r>
        <w:rPr>
          <w:rFonts w:ascii="Georgia" w:hAnsi="Georgia"/>
          <w:b w:val="0"/>
          <w:i/>
          <w:color w:val="000000"/>
          <w:sz w:val="24"/>
        </w:rPr>
        <w:t>сак</w:t>
      </w:r>
      <w:r>
        <w:rPr>
          <w:rFonts w:ascii="Georgia" w:hAnsi="Georgia"/>
          <w:b w:val="0"/>
          <w:i w:val="0"/>
          <w:color w:val="000000"/>
          <w:sz w:val="24"/>
        </w:rPr>
        <w:t xml:space="preserve">, </w:t>
      </w:r>
      <w:r>
        <w:rPr>
          <w:rFonts w:ascii="Georgia" w:hAnsi="Georgia" w:cs="Times New Roman"/>
          <w:b/>
          <w:i w:val="0"/>
          <w:color w:val="000000"/>
          <w:sz w:val="24"/>
          <w:rtl/>
          <w:szCs w:val="32"/>
        </w:rPr>
        <w:t>שַׂק</w:t>
      </w:r>
      <w:r>
        <w:rPr>
          <w:rFonts w:ascii="Georgia" w:hAnsi="Georgia"/>
          <w:b w:val="0"/>
          <w:i w:val="0"/>
          <w:color w:val="000000"/>
          <w:sz w:val="24"/>
        </w:rPr>
        <w:t>), пепел (</w:t>
      </w:r>
      <w:r>
        <w:rPr>
          <w:rFonts w:ascii="Georgia" w:hAnsi="Georgia"/>
          <w:b w:val="0"/>
          <w:i/>
          <w:color w:val="000000"/>
          <w:sz w:val="24"/>
        </w:rPr>
        <w:t>ве-эфер</w:t>
      </w:r>
      <w:r>
        <w:rPr>
          <w:rFonts w:ascii="Georgia" w:hAnsi="Georgia"/>
          <w:b w:val="0"/>
          <w:i w:val="0"/>
          <w:color w:val="000000"/>
          <w:sz w:val="24"/>
        </w:rPr>
        <w:t xml:space="preserve">, </w:t>
      </w:r>
      <w:r>
        <w:rPr>
          <w:rFonts w:ascii="Georgia" w:hAnsi="Georgia" w:cs="Times New Roman"/>
          <w:b/>
          <w:i w:val="0"/>
          <w:color w:val="000000"/>
          <w:sz w:val="24"/>
          <w:rtl/>
          <w:szCs w:val="32"/>
        </w:rPr>
        <w:t>וְאֵפֶר</w:t>
      </w:r>
      <w:r>
        <w:rPr>
          <w:rFonts w:ascii="Georgia" w:hAnsi="Georgia"/>
          <w:b w:val="0"/>
          <w:i w:val="0"/>
          <w:color w:val="000000"/>
          <w:sz w:val="24"/>
        </w:rPr>
        <w:t>), плач (</w:t>
      </w:r>
      <w:r>
        <w:rPr>
          <w:rFonts w:ascii="Georgia" w:hAnsi="Georgia"/>
          <w:b w:val="0"/>
          <w:i/>
          <w:color w:val="000000"/>
          <w:sz w:val="24"/>
        </w:rPr>
        <w:t>бехия</w:t>
      </w:r>
      <w:r>
        <w:rPr>
          <w:rFonts w:ascii="Georgia" w:hAnsi="Georgia"/>
          <w:b w:val="0"/>
          <w:i w:val="0"/>
          <w:color w:val="000000"/>
          <w:sz w:val="24"/>
        </w:rPr>
        <w:t xml:space="preserve">, </w:t>
      </w:r>
      <w:r>
        <w:rPr>
          <w:rFonts w:ascii="Georgia" w:hAnsi="Georgia" w:cs="Times New Roman"/>
          <w:b/>
          <w:i w:val="0"/>
          <w:color w:val="000000"/>
          <w:sz w:val="24"/>
          <w:rtl/>
          <w:szCs w:val="32"/>
        </w:rPr>
        <w:t>בְּכִיָּה</w:t>
      </w:r>
      <w:r>
        <w:rPr>
          <w:rFonts w:ascii="Georgia" w:hAnsi="Georgia"/>
          <w:b w:val="0"/>
          <w:i w:val="0"/>
          <w:color w:val="000000"/>
          <w:sz w:val="24"/>
        </w:rPr>
        <w:t>) и оплакивание (</w:t>
      </w:r>
      <w:r>
        <w:rPr>
          <w:rFonts w:ascii="Georgia" w:hAnsi="Georgia"/>
          <w:b w:val="0"/>
          <w:i/>
          <w:color w:val="000000"/>
          <w:sz w:val="24"/>
        </w:rPr>
        <w:t>хеспед</w:t>
      </w:r>
      <w:r>
        <w:rPr>
          <w:rFonts w:ascii="Georgia" w:hAnsi="Georgia"/>
          <w:b w:val="0"/>
          <w:i w:val="0"/>
          <w:color w:val="000000"/>
          <w:sz w:val="24"/>
        </w:rPr>
        <w:t xml:space="preserve">, </w:t>
      </w:r>
      <w:r>
        <w:rPr>
          <w:rFonts w:ascii="Georgia" w:hAnsi="Georgia" w:cs="Times New Roman"/>
          <w:b/>
          <w:i w:val="0"/>
          <w:color w:val="000000"/>
          <w:sz w:val="24"/>
          <w:rtl/>
          <w:szCs w:val="32"/>
        </w:rPr>
        <w:t>הֶסְפֵּד</w:t>
      </w:r>
      <w:r>
        <w:rPr>
          <w:rFonts w:ascii="Georgia" w:hAnsi="Georgia"/>
          <w:b w:val="0"/>
          <w:i w:val="0"/>
          <w:color w:val="000000"/>
          <w:sz w:val="24"/>
        </w:rPr>
        <w:t>) своего греха. Пишущему, Хаиму, представляется, что это [исправление принадлежит] рабби Аврааму Алеви, а не моему учителю, благословенна память его для жизни мира грядущего.</w:t>
      </w:r>
    </w:p>
    <w:p>
      <w:pPr>
        <w:keepNext/>
        <w:spacing w:before="320" w:after="120"/>
      </w:pPr>
      <w:r>
        <w:rPr>
          <w:rFonts w:ascii="Georgia" w:hAnsi="Georgia"/>
          <w:b w:val="0"/>
          <w:i w:val="0"/>
          <w:color w:val="000000"/>
          <w:sz w:val="32"/>
        </w:rPr>
        <w:t>Исправление 18</w:t>
      </w:r>
    </w:p>
    <w:p>
      <w:pPr>
        <w:spacing w:before="40" w:after="120"/>
        <w:jc w:val="both"/>
      </w:pPr>
      <w:r>
        <w:rPr>
          <w:rFonts w:ascii="Georgia" w:hAnsi="Georgia"/>
          <w:b w:val="0"/>
          <w:i w:val="0"/>
          <w:color w:val="000000"/>
          <w:sz w:val="24"/>
        </w:rPr>
        <w:t>Это [исправление] также предназначено для вступившего в близость с нидой: пусть он постится 82 дня и сосредоточит намерение на том, что этот грех повреждает Имя (</w:t>
      </w:r>
      <w:r>
        <w:rPr>
          <w:rFonts w:ascii="Georgia" w:hAnsi="Georgia" w:cs="Times New Roman"/>
          <w:b/>
          <w:i w:val="0"/>
          <w:color w:val="000000"/>
          <w:sz w:val="24"/>
          <w:rtl/>
          <w:szCs w:val="32"/>
        </w:rPr>
        <w:t>יה״ה</w:t>
      </w:r>
      <w:r>
        <w:rPr>
          <w:rFonts w:ascii="Georgia" w:hAnsi="Georgia"/>
          <w:b w:val="0"/>
          <w:i w:val="0"/>
          <w:color w:val="000000"/>
          <w:sz w:val="24"/>
        </w:rPr>
        <w:t xml:space="preserve">), образуемое начальными буквами слов </w:t>
      </w:r>
      <w:r>
        <w:rPr>
          <w:rFonts w:ascii="Georgia" w:hAnsi="Georgia"/>
          <w:b w:val="0"/>
          <w:i/>
          <w:color w:val="000000"/>
          <w:sz w:val="24"/>
        </w:rPr>
        <w:t>а-Шем ошиа а-мелех</w:t>
      </w:r>
      <w:r>
        <w:rPr>
          <w:rFonts w:ascii="Georgia" w:hAnsi="Georgia"/>
          <w:b w:val="0"/>
          <w:i w:val="0"/>
          <w:color w:val="000000"/>
          <w:sz w:val="24"/>
        </w:rPr>
        <w:t xml:space="preserve"> — </w:t>
      </w:r>
      <w:r>
        <w:rPr>
          <w:rFonts w:ascii="Georgia" w:hAnsi="Georgia"/>
          <w:b w:val="0"/>
          <w:i/>
          <w:color w:val="000000"/>
          <w:sz w:val="24"/>
        </w:rPr>
        <w:t>«Г-споди, спаси! Царь…»</w:t>
      </w:r>
      <w:r>
        <w:rPr>
          <w:rFonts w:ascii="Georgia" w:hAnsi="Georgia"/>
          <w:b w:val="0"/>
          <w:i w:val="0"/>
          <w:color w:val="000000"/>
          <w:sz w:val="24"/>
        </w:rPr>
        <w:t xml:space="preserve"> (</w:t>
      </w:r>
      <w:r>
        <w:rPr>
          <w:rFonts w:ascii="Georgia" w:hAnsi="Georgia" w:cs="Times New Roman"/>
          <w:b/>
          <w:i w:val="0"/>
          <w:color w:val="000000"/>
          <w:sz w:val="24"/>
          <w:rtl/>
          <w:szCs w:val="32"/>
        </w:rPr>
        <w:t>ה׳ הושיעה המלך</w:t>
      </w:r>
      <w:r>
        <w:rPr>
          <w:rFonts w:ascii="Georgia" w:hAnsi="Georgia"/>
          <w:b w:val="0"/>
          <w:i w:val="0"/>
          <w:color w:val="000000"/>
          <w:sz w:val="24"/>
        </w:rPr>
        <w:t>; Теилим 20:10). Смысл же в том, что каждая из двух букв хэй содержит в себе два мысленных представления: либо мысленное представление далет-йод (</w:t>
      </w:r>
      <w:r>
        <w:rPr>
          <w:rFonts w:ascii="Georgia" w:hAnsi="Georgia" w:cs="Times New Roman"/>
          <w:b/>
          <w:i w:val="0"/>
          <w:color w:val="000000"/>
          <w:sz w:val="24"/>
          <w:rtl/>
          <w:szCs w:val="32"/>
        </w:rPr>
        <w:t>ד״י</w:t>
      </w:r>
      <w:r>
        <w:rPr>
          <w:rFonts w:ascii="Georgia" w:hAnsi="Georgia"/>
          <w:b w:val="0"/>
          <w:i w:val="0"/>
          <w:color w:val="000000"/>
          <w:sz w:val="24"/>
        </w:rPr>
        <w:t xml:space="preserve"> [4 + 10 = 14]), либо мысленное представление далет-вав (</w:t>
      </w:r>
      <w:r>
        <w:rPr>
          <w:rFonts w:ascii="Georgia" w:hAnsi="Georgia" w:cs="Times New Roman"/>
          <w:b/>
          <w:i w:val="0"/>
          <w:color w:val="000000"/>
          <w:sz w:val="24"/>
          <w:rtl/>
          <w:szCs w:val="32"/>
        </w:rPr>
        <w:t>ד״ו</w:t>
      </w:r>
      <w:r>
        <w:rPr>
          <w:rFonts w:ascii="Georgia" w:hAnsi="Georgia"/>
          <w:b w:val="0"/>
          <w:i w:val="0"/>
          <w:color w:val="000000"/>
          <w:sz w:val="24"/>
        </w:rPr>
        <w:t xml:space="preserve"> [4 + 6 = 10]). Таким образом, каждая из этих двух букв хэй в обоих названных мысленных представлениях дает в гематрии 24 (</w:t>
      </w:r>
      <w:r>
        <w:rPr>
          <w:rFonts w:ascii="Georgia" w:hAnsi="Georgia" w:cs="Times New Roman"/>
          <w:b/>
          <w:i w:val="0"/>
          <w:color w:val="000000"/>
          <w:sz w:val="24"/>
          <w:rtl/>
          <w:szCs w:val="32"/>
        </w:rPr>
        <w:t>כ״ד</w:t>
      </w:r>
      <w:r>
        <w:rPr>
          <w:rFonts w:ascii="Georgia" w:hAnsi="Georgia"/>
          <w:b w:val="0"/>
          <w:i w:val="0"/>
          <w:color w:val="000000"/>
          <w:sz w:val="24"/>
        </w:rPr>
        <w:t>), а дважды по 24 — это 48 (</w:t>
      </w:r>
      <w:r>
        <w:rPr>
          <w:rFonts w:ascii="Georgia" w:hAnsi="Georgia" w:cs="Times New Roman"/>
          <w:b/>
          <w:i w:val="0"/>
          <w:color w:val="000000"/>
          <w:sz w:val="24"/>
          <w:rtl/>
          <w:szCs w:val="32"/>
        </w:rPr>
        <w:t>מ״ח</w:t>
      </w:r>
      <w:r>
        <w:rPr>
          <w:rFonts w:ascii="Georgia" w:hAnsi="Georgia"/>
          <w:b w:val="0"/>
          <w:i w:val="0"/>
          <w:color w:val="000000"/>
          <w:sz w:val="24"/>
        </w:rPr>
        <w:t>). Вместе же с буквой йод (</w:t>
      </w:r>
      <w:r>
        <w:rPr>
          <w:rFonts w:ascii="Georgia" w:hAnsi="Georgia" w:cs="Times New Roman"/>
          <w:b/>
          <w:i w:val="0"/>
          <w:color w:val="000000"/>
          <w:sz w:val="24"/>
          <w:rtl/>
          <w:szCs w:val="32"/>
        </w:rPr>
        <w:t>י</w:t>
      </w:r>
      <w:r>
        <w:rPr>
          <w:rFonts w:ascii="Georgia" w:hAnsi="Georgia"/>
          <w:b w:val="0"/>
          <w:i w:val="0"/>
          <w:color w:val="000000"/>
          <w:sz w:val="24"/>
        </w:rPr>
        <w:t xml:space="preserve"> [= 10]) получается 58, а с колелем (единицей за само слово) это составляет числовое значение слова «нида» (</w:t>
      </w:r>
      <w:r>
        <w:rPr>
          <w:rFonts w:ascii="Georgia" w:hAnsi="Georgia" w:cs="Times New Roman"/>
          <w:b/>
          <w:i w:val="0"/>
          <w:color w:val="000000"/>
          <w:sz w:val="24"/>
          <w:rtl/>
          <w:szCs w:val="32"/>
        </w:rPr>
        <w:t>נִדָּה</w:t>
      </w:r>
      <w:r>
        <w:rPr>
          <w:rFonts w:ascii="Georgia" w:hAnsi="Georgia"/>
          <w:b w:val="0"/>
          <w:i w:val="0"/>
          <w:color w:val="000000"/>
          <w:sz w:val="24"/>
        </w:rPr>
        <w:t xml:space="preserve"> [58 + 1 = 59]).</w:t>
      </w:r>
    </w:p>
    <w:p>
      <w:pPr>
        <w:spacing w:before="40" w:after="120"/>
        <w:jc w:val="both"/>
      </w:pPr>
      <w:r>
        <w:rPr>
          <w:rFonts w:ascii="Georgia" w:hAnsi="Georgia"/>
          <w:b w:val="0"/>
          <w:i w:val="0"/>
          <w:color w:val="000000"/>
          <w:sz w:val="24"/>
        </w:rPr>
        <w:t>Вот как прегрешение [близости с] нидой связано с названным Именем. А то, что необходимо поститься 82 дня (</w:t>
      </w:r>
      <w:r>
        <w:rPr>
          <w:rFonts w:ascii="Georgia" w:hAnsi="Georgia" w:cs="Times New Roman"/>
          <w:b/>
          <w:i w:val="0"/>
          <w:color w:val="000000"/>
          <w:sz w:val="24"/>
          <w:rtl/>
          <w:szCs w:val="32"/>
        </w:rPr>
        <w:t>פ״ב</w:t>
      </w:r>
      <w:r>
        <w:rPr>
          <w:rFonts w:ascii="Georgia" w:hAnsi="Georgia"/>
          <w:b w:val="0"/>
          <w:i w:val="0"/>
          <w:color w:val="000000"/>
          <w:sz w:val="24"/>
        </w:rPr>
        <w:t>), объясняется тем, что каждая из двух букв хэй имеет три вида наполнения: хэй-йод (</w:t>
      </w:r>
      <w:r>
        <w:rPr>
          <w:rFonts w:ascii="Georgia" w:hAnsi="Georgia" w:cs="Times New Roman"/>
          <w:b/>
          <w:i w:val="0"/>
          <w:color w:val="000000"/>
          <w:sz w:val="24"/>
          <w:rtl/>
          <w:szCs w:val="32"/>
        </w:rPr>
        <w:t>ה״י</w:t>
      </w:r>
      <w:r>
        <w:rPr>
          <w:rFonts w:ascii="Georgia" w:hAnsi="Georgia"/>
          <w:b w:val="0"/>
          <w:i w:val="0"/>
          <w:color w:val="000000"/>
          <w:sz w:val="24"/>
        </w:rPr>
        <w:t xml:space="preserve"> [= 15]), хэй-алеф (</w:t>
      </w:r>
      <w:r>
        <w:rPr>
          <w:rFonts w:ascii="Georgia" w:hAnsi="Georgia" w:cs="Times New Roman"/>
          <w:b/>
          <w:i w:val="0"/>
          <w:color w:val="000000"/>
          <w:sz w:val="24"/>
          <w:rtl/>
          <w:szCs w:val="32"/>
        </w:rPr>
        <w:t>ה״א</w:t>
      </w:r>
      <w:r>
        <w:rPr>
          <w:rFonts w:ascii="Georgia" w:hAnsi="Georgia"/>
          <w:b w:val="0"/>
          <w:i w:val="0"/>
          <w:color w:val="000000"/>
          <w:sz w:val="24"/>
        </w:rPr>
        <w:t xml:space="preserve"> [= 6]) и хэй-хэй (</w:t>
      </w:r>
      <w:r>
        <w:rPr>
          <w:rFonts w:ascii="Georgia" w:hAnsi="Georgia" w:cs="Times New Roman"/>
          <w:b/>
          <w:i w:val="0"/>
          <w:color w:val="000000"/>
          <w:sz w:val="24"/>
          <w:rtl/>
          <w:szCs w:val="32"/>
        </w:rPr>
        <w:t>ה״ה</w:t>
      </w:r>
      <w:r>
        <w:rPr>
          <w:rFonts w:ascii="Georgia" w:hAnsi="Georgia"/>
          <w:b w:val="0"/>
          <w:i w:val="0"/>
          <w:color w:val="000000"/>
          <w:sz w:val="24"/>
        </w:rPr>
        <w:t xml:space="preserve"> [= 10]), и в гематрии они составляют 31 (</w:t>
      </w:r>
      <w:r>
        <w:rPr>
          <w:rFonts w:ascii="Georgia" w:hAnsi="Georgia" w:cs="Times New Roman"/>
          <w:b/>
          <w:i w:val="0"/>
          <w:color w:val="000000"/>
          <w:sz w:val="24"/>
          <w:rtl/>
          <w:szCs w:val="32"/>
        </w:rPr>
        <w:t>ל״א</w:t>
      </w:r>
      <w:r>
        <w:rPr>
          <w:rFonts w:ascii="Georgia" w:hAnsi="Georgia"/>
          <w:b w:val="0"/>
          <w:i w:val="0"/>
          <w:color w:val="000000"/>
          <w:sz w:val="24"/>
        </w:rPr>
        <w:t>). Обе же буквы хэй дают в гематрии 62 (</w:t>
      </w:r>
      <w:r>
        <w:rPr>
          <w:rFonts w:ascii="Georgia" w:hAnsi="Georgia" w:cs="Times New Roman"/>
          <w:b/>
          <w:i w:val="0"/>
          <w:color w:val="000000"/>
          <w:sz w:val="24"/>
          <w:rtl/>
          <w:szCs w:val="32"/>
        </w:rPr>
        <w:t>ס״ב</w:t>
      </w:r>
      <w:r>
        <w:rPr>
          <w:rFonts w:ascii="Georgia" w:hAnsi="Georgia"/>
          <w:b w:val="0"/>
          <w:i w:val="0"/>
          <w:color w:val="000000"/>
          <w:sz w:val="24"/>
        </w:rPr>
        <w:t>), а вместе с буквой йод в ее полном наполнении (</w:t>
      </w:r>
      <w:r>
        <w:rPr>
          <w:rFonts w:ascii="Georgia" w:hAnsi="Georgia" w:cs="Times New Roman"/>
          <w:b/>
          <w:i w:val="0"/>
          <w:color w:val="000000"/>
          <w:sz w:val="24"/>
          <w:rtl/>
          <w:szCs w:val="32"/>
        </w:rPr>
        <w:t>יו״ד</w:t>
      </w:r>
      <w:r>
        <w:rPr>
          <w:rFonts w:ascii="Georgia" w:hAnsi="Georgia"/>
          <w:b w:val="0"/>
          <w:i w:val="0"/>
          <w:color w:val="000000"/>
          <w:sz w:val="24"/>
        </w:rPr>
        <w:t xml:space="preserve"> [= 20]) получается 82. Пусть также сосредоточит намерение на том, что из-за прегрешения [близости с] нидой он сделал так, что буква хэй скиталась и блуждала, ведь таково значение слова </w:t>
      </w:r>
      <w:r>
        <w:rPr>
          <w:rFonts w:ascii="Georgia" w:hAnsi="Georgia"/>
          <w:b w:val="0"/>
          <w:i/>
          <w:color w:val="000000"/>
          <w:sz w:val="24"/>
        </w:rPr>
        <w:t>нида</w:t>
      </w:r>
      <w:r>
        <w:rPr>
          <w:rFonts w:ascii="Georgia" w:hAnsi="Georgia"/>
          <w:b w:val="0"/>
          <w:i w:val="0"/>
          <w:color w:val="000000"/>
          <w:sz w:val="24"/>
        </w:rPr>
        <w:t xml:space="preserve"> (</w:t>
      </w:r>
      <w:r>
        <w:rPr>
          <w:rFonts w:ascii="Georgia" w:hAnsi="Georgia" w:cs="Times New Roman"/>
          <w:b/>
          <w:i w:val="0"/>
          <w:color w:val="000000"/>
          <w:sz w:val="24"/>
          <w:rtl/>
          <w:szCs w:val="32"/>
        </w:rPr>
        <w:t>נִדָּה</w:t>
      </w:r>
      <w:r>
        <w:rPr>
          <w:rFonts w:ascii="Georgia" w:hAnsi="Georgia"/>
          <w:b w:val="0"/>
          <w:i w:val="0"/>
          <w:color w:val="000000"/>
          <w:sz w:val="24"/>
        </w:rPr>
        <w:t>): «скитается буква хэй» (</w:t>
      </w:r>
      <w:r>
        <w:rPr>
          <w:rFonts w:ascii="Georgia" w:hAnsi="Georgia"/>
          <w:b w:val="0"/>
          <w:i/>
          <w:color w:val="000000"/>
          <w:sz w:val="24"/>
        </w:rPr>
        <w:t>над хэй</w:t>
      </w:r>
      <w:r>
        <w:rPr>
          <w:rFonts w:ascii="Georgia" w:hAnsi="Georgia"/>
          <w:b w:val="0"/>
          <w:i w:val="0"/>
          <w:color w:val="000000"/>
          <w:sz w:val="24"/>
        </w:rPr>
        <w:t xml:space="preserve">, </w:t>
      </w:r>
      <w:r>
        <w:rPr>
          <w:rFonts w:ascii="Georgia" w:hAnsi="Georgia" w:cs="Times New Roman"/>
          <w:b/>
          <w:i w:val="0"/>
          <w:color w:val="000000"/>
          <w:sz w:val="24"/>
          <w:rtl/>
          <w:szCs w:val="32"/>
        </w:rPr>
        <w:t>נָד ה</w:t>
      </w:r>
      <w:r>
        <w:rPr>
          <w:rFonts w:ascii="Georgia" w:hAnsi="Georgia"/>
          <w:b w:val="0"/>
          <w:i w:val="0"/>
          <w:color w:val="000000"/>
          <w:sz w:val="24"/>
        </w:rPr>
        <w:t>). А теперь благодаря раскаянию (тшуве) она вернется на свое место и утвердится. И в каждый из дней названных постов пусть сосредотачивается на этом Имени с упомянутыми каванот (намерениями). Пусть также семь раз совершит катание в снегу, так как он опустошил и иссушил семь потоков Малхут, а благодаря его раскаянию они снова станут изливаться, как прежде. Говорит Шмуэль: мне представляется, что это [исправление получено] от Учителя, благословенной памяти.</w:t>
      </w:r>
    </w:p>
    <w:p>
      <w:pPr>
        <w:keepNext/>
        <w:spacing w:before="320" w:after="120"/>
      </w:pPr>
      <w:r>
        <w:rPr>
          <w:rFonts w:ascii="Georgia" w:hAnsi="Georgia"/>
          <w:b w:val="0"/>
          <w:i w:val="0"/>
          <w:color w:val="000000"/>
          <w:sz w:val="32"/>
        </w:rPr>
        <w:t>Исправление 19</w:t>
      </w:r>
    </w:p>
    <w:p>
      <w:pPr>
        <w:spacing w:before="40" w:after="120"/>
        <w:jc w:val="both"/>
      </w:pPr>
      <w:r>
        <w:rPr>
          <w:rFonts w:ascii="Georgia" w:hAnsi="Georgia"/>
          <w:b w:val="0"/>
          <w:i w:val="0"/>
          <w:color w:val="000000"/>
          <w:sz w:val="24"/>
        </w:rPr>
        <w:t>Тому, кто вступил в связь со скотом, диким зверем, птицей или любым иным созданием, кроме человека, следует держать двести шестнадцать постов (</w:t>
      </w:r>
      <w:r>
        <w:rPr>
          <w:rFonts w:ascii="Georgia" w:hAnsi="Georgia" w:cs="Times New Roman"/>
          <w:b/>
          <w:i w:val="0"/>
          <w:color w:val="000000"/>
          <w:sz w:val="24"/>
          <w:rtl/>
          <w:szCs w:val="32"/>
        </w:rPr>
        <w:t>רי״ו</w:t>
      </w:r>
      <w:r>
        <w:rPr>
          <w:rFonts w:ascii="Georgia" w:hAnsi="Georgia"/>
          <w:b w:val="0"/>
          <w:i w:val="0"/>
          <w:color w:val="000000"/>
          <w:sz w:val="24"/>
        </w:rPr>
        <w:t xml:space="preserve"> = 216) — соответственно числу ахораим, простых и наполненных, Имени БОН (</w:t>
      </w:r>
      <w:r>
        <w:rPr>
          <w:rFonts w:ascii="Georgia" w:hAnsi="Georgia" w:cs="Times New Roman"/>
          <w:b/>
          <w:i w:val="0"/>
          <w:color w:val="000000"/>
          <w:sz w:val="24"/>
          <w:rtl/>
          <w:szCs w:val="32"/>
        </w:rPr>
        <w:t>ב״ן</w:t>
      </w:r>
      <w:r>
        <w:rPr>
          <w:rFonts w:ascii="Georgia" w:hAnsi="Georgia"/>
          <w:b w:val="0"/>
          <w:i w:val="0"/>
          <w:color w:val="000000"/>
          <w:sz w:val="24"/>
        </w:rPr>
        <w:t xml:space="preserve"> = 52) — АВАЯ с наполнением буквами хэй, вот так: </w:t>
      </w:r>
      <w:r>
        <w:rPr>
          <w:rFonts w:ascii="Georgia" w:hAnsi="Georgia" w:cs="Times New Roman"/>
          <w:b/>
          <w:i w:val="0"/>
          <w:color w:val="000000"/>
          <w:sz w:val="24"/>
          <w:rtl/>
          <w:szCs w:val="32"/>
        </w:rPr>
        <w:t>י׳ י״ה יה״ו יהו״ה יו״ד יו״ד ה״ה יו״ד ה״ה ו״ו יו״ד ה״ה ו״ו ה״ה</w:t>
      </w:r>
      <w:r>
        <w:rPr>
          <w:rFonts w:ascii="Georgia" w:hAnsi="Georgia"/>
          <w:b w:val="0"/>
          <w:i w:val="0"/>
          <w:color w:val="000000"/>
          <w:sz w:val="24"/>
        </w:rPr>
        <w:t>, которые составляют 72 (</w:t>
      </w:r>
      <w:r>
        <w:rPr>
          <w:rFonts w:ascii="Georgia" w:hAnsi="Georgia" w:cs="Times New Roman"/>
          <w:b/>
          <w:i w:val="0"/>
          <w:color w:val="000000"/>
          <w:sz w:val="24"/>
          <w:rtl/>
          <w:szCs w:val="32"/>
        </w:rPr>
        <w:t>ע״ב</w:t>
      </w:r>
      <w:r>
        <w:rPr>
          <w:rFonts w:ascii="Georgia" w:hAnsi="Georgia"/>
          <w:b w:val="0"/>
          <w:i w:val="0"/>
          <w:color w:val="000000"/>
          <w:sz w:val="24"/>
        </w:rPr>
        <w:t>) и 144 (</w:t>
      </w:r>
      <w:r>
        <w:rPr>
          <w:rFonts w:ascii="Georgia" w:hAnsi="Georgia" w:cs="Times New Roman"/>
          <w:b/>
          <w:i w:val="0"/>
          <w:color w:val="000000"/>
          <w:sz w:val="24"/>
          <w:rtl/>
          <w:szCs w:val="32"/>
        </w:rPr>
        <w:t>קד״ס</w:t>
      </w:r>
      <w:r>
        <w:rPr>
          <w:rFonts w:ascii="Georgia" w:hAnsi="Georgia"/>
          <w:b w:val="0"/>
          <w:i w:val="0"/>
          <w:color w:val="000000"/>
          <w:sz w:val="24"/>
        </w:rPr>
        <w:t xml:space="preserve"> [в значении </w:t>
      </w:r>
      <w:r>
        <w:rPr>
          <w:rFonts w:ascii="Georgia" w:hAnsi="Georgia" w:cs="Times New Roman"/>
          <w:b/>
          <w:i w:val="0"/>
          <w:color w:val="000000"/>
          <w:sz w:val="24"/>
          <w:rtl/>
          <w:szCs w:val="32"/>
        </w:rPr>
        <w:t>קד״ם</w:t>
      </w:r>
      <w:r>
        <w:rPr>
          <w:rFonts w:ascii="Georgia" w:hAnsi="Georgia"/>
          <w:b w:val="0"/>
          <w:i w:val="0"/>
          <w:color w:val="000000"/>
          <w:sz w:val="24"/>
        </w:rPr>
        <w:t xml:space="preserve">]), а в сумме — 216. И в каждый день своих постов пусть сосредотачивает намерение на одной части из 216 частей упомянутых Имен. Также нужно сосредоточить намерение на [Имени] АВАЯ де-БОН, гематрия которого равна слову </w:t>
      </w:r>
      <w:r>
        <w:rPr>
          <w:rFonts w:ascii="Georgia" w:hAnsi="Georgia"/>
          <w:b w:val="0"/>
          <w:i/>
          <w:color w:val="000000"/>
          <w:sz w:val="24"/>
        </w:rPr>
        <w:t>бехема</w:t>
      </w:r>
      <w:r>
        <w:rPr>
          <w:rFonts w:ascii="Georgia" w:hAnsi="Georgia"/>
          <w:b w:val="0"/>
          <w:i w:val="0"/>
          <w:color w:val="000000"/>
          <w:sz w:val="24"/>
        </w:rPr>
        <w:t xml:space="preserve"> — «скот» (</w:t>
      </w:r>
      <w:r>
        <w:rPr>
          <w:rFonts w:ascii="Georgia" w:hAnsi="Georgia" w:cs="Times New Roman"/>
          <w:b/>
          <w:i w:val="0"/>
          <w:color w:val="000000"/>
          <w:sz w:val="24"/>
          <w:rtl/>
          <w:szCs w:val="32"/>
        </w:rPr>
        <w:t>בְּהֵמָה</w:t>
      </w:r>
      <w:r>
        <w:rPr>
          <w:rFonts w:ascii="Georgia" w:hAnsi="Georgia"/>
          <w:b w:val="0"/>
          <w:i w:val="0"/>
          <w:color w:val="000000"/>
          <w:sz w:val="24"/>
        </w:rPr>
        <w:t xml:space="preserve"> = 52), а также слову </w:t>
      </w:r>
      <w:r>
        <w:rPr>
          <w:rFonts w:ascii="Georgia" w:hAnsi="Georgia"/>
          <w:b w:val="0"/>
          <w:i/>
          <w:color w:val="000000"/>
          <w:sz w:val="24"/>
        </w:rPr>
        <w:t>келев</w:t>
      </w:r>
      <w:r>
        <w:rPr>
          <w:rFonts w:ascii="Georgia" w:hAnsi="Georgia"/>
          <w:b w:val="0"/>
          <w:i w:val="0"/>
          <w:color w:val="000000"/>
          <w:sz w:val="24"/>
        </w:rPr>
        <w:t xml:space="preserve"> — «собака» (</w:t>
      </w:r>
      <w:r>
        <w:rPr>
          <w:rFonts w:ascii="Georgia" w:hAnsi="Georgia" w:cs="Times New Roman"/>
          <w:b/>
          <w:i w:val="0"/>
          <w:color w:val="000000"/>
          <w:sz w:val="24"/>
          <w:rtl/>
          <w:szCs w:val="32"/>
        </w:rPr>
        <w:t>כֶּלֶב</w:t>
      </w:r>
      <w:r>
        <w:rPr>
          <w:rFonts w:ascii="Georgia" w:hAnsi="Georgia"/>
          <w:b w:val="0"/>
          <w:i w:val="0"/>
          <w:color w:val="000000"/>
          <w:sz w:val="24"/>
        </w:rPr>
        <w:t xml:space="preserve"> = 52), и причина этого разъяснена у нас. В утренней же молитве (Шахарит), в благословении «Авот», произнося Имя АВАЯ в словах </w:t>
      </w:r>
      <w:r>
        <w:rPr>
          <w:rFonts w:ascii="Georgia" w:hAnsi="Georgia"/>
          <w:b w:val="0"/>
          <w:i/>
          <w:color w:val="000000"/>
          <w:sz w:val="24"/>
        </w:rPr>
        <w:t>«Благословен Ты, Г-сподь, Б-г наш и Б-г отцов наших...»</w:t>
      </w:r>
      <w:r>
        <w:rPr>
          <w:rFonts w:ascii="Georgia" w:hAnsi="Georgia"/>
          <w:b w:val="0"/>
          <w:i w:val="0"/>
          <w:color w:val="000000"/>
          <w:sz w:val="24"/>
        </w:rPr>
        <w:t>, пусть имеет намерение о названных 216, составляющих 72 и 144 (</w:t>
      </w:r>
      <w:r>
        <w:rPr>
          <w:rFonts w:ascii="Georgia" w:hAnsi="Georgia" w:cs="Times New Roman"/>
          <w:b/>
          <w:i w:val="0"/>
          <w:color w:val="000000"/>
          <w:sz w:val="24"/>
          <w:rtl/>
          <w:szCs w:val="32"/>
        </w:rPr>
        <w:t>ע״ב קד״ם</w:t>
      </w:r>
      <w:r>
        <w:rPr>
          <w:rFonts w:ascii="Georgia" w:hAnsi="Georgia"/>
          <w:b w:val="0"/>
          <w:i w:val="0"/>
          <w:color w:val="000000"/>
          <w:sz w:val="24"/>
        </w:rPr>
        <w:t xml:space="preserve">). Точно так же пусть сосредоточит это же намерение о 216, когда произносит Имя АВАЯ в заключении благословения «Авот», говоря </w:t>
      </w:r>
      <w:r>
        <w:rPr>
          <w:rFonts w:ascii="Georgia" w:hAnsi="Georgia"/>
          <w:b w:val="0"/>
          <w:i/>
          <w:color w:val="000000"/>
          <w:sz w:val="24"/>
        </w:rPr>
        <w:t>«Благословен Ты, Г-сподь, Щит Авраама»</w:t>
      </w:r>
      <w:r>
        <w:rPr>
          <w:rFonts w:ascii="Georgia" w:hAnsi="Georgia"/>
          <w:b w:val="0"/>
          <w:i w:val="0"/>
          <w:color w:val="000000"/>
          <w:sz w:val="24"/>
        </w:rPr>
        <w:t>. А в молитве Минха пусть сосредоточит намерение в двух названных Именах АВАЯ на другом [сочетании, дающем число] 216 — это [Имя] ЭЛЬ (</w:t>
      </w:r>
      <w:r>
        <w:rPr>
          <w:rFonts w:ascii="Georgia" w:hAnsi="Georgia" w:cs="Times New Roman"/>
          <w:b/>
          <w:i w:val="0"/>
          <w:color w:val="000000"/>
          <w:sz w:val="24"/>
          <w:rtl/>
          <w:szCs w:val="32"/>
        </w:rPr>
        <w:t>אֵל</w:t>
      </w:r>
      <w:r>
        <w:rPr>
          <w:rFonts w:ascii="Georgia" w:hAnsi="Georgia"/>
          <w:b w:val="0"/>
          <w:i w:val="0"/>
          <w:color w:val="000000"/>
          <w:sz w:val="24"/>
        </w:rPr>
        <w:t xml:space="preserve"> = 31) с его наполнением: алеф, ламэд (</w:t>
      </w:r>
      <w:r>
        <w:rPr>
          <w:rFonts w:ascii="Georgia" w:hAnsi="Georgia" w:cs="Times New Roman"/>
          <w:b/>
          <w:i w:val="0"/>
          <w:color w:val="000000"/>
          <w:sz w:val="24"/>
          <w:rtl/>
          <w:szCs w:val="32"/>
        </w:rPr>
        <w:t>אָלֶף לָמֶד</w:t>
      </w:r>
      <w:r>
        <w:rPr>
          <w:rFonts w:ascii="Georgia" w:hAnsi="Georgia"/>
          <w:b w:val="0"/>
          <w:i w:val="0"/>
          <w:color w:val="000000"/>
          <w:sz w:val="24"/>
        </w:rPr>
        <w:t xml:space="preserve"> = 185) [31 + 185 = 216]. В вечерней же молитве (Арвит) пусть сосредоточит намерение в двух упомянутых Именах АВАЯ на еще одном [сочетании, дающем] 216: это АВАЯ де-САГ (</w:t>
      </w:r>
      <w:r>
        <w:rPr>
          <w:rFonts w:ascii="Georgia" w:hAnsi="Georgia" w:cs="Times New Roman"/>
          <w:b/>
          <w:i w:val="0"/>
          <w:color w:val="000000"/>
          <w:sz w:val="24"/>
          <w:rtl/>
          <w:szCs w:val="32"/>
        </w:rPr>
        <w:t>ס״ג</w:t>
      </w:r>
      <w:r>
        <w:rPr>
          <w:rFonts w:ascii="Georgia" w:hAnsi="Georgia"/>
          <w:b w:val="0"/>
          <w:i w:val="0"/>
          <w:color w:val="000000"/>
          <w:sz w:val="24"/>
        </w:rPr>
        <w:t xml:space="preserve"> = 63) вместе с ее десятью буквами — что составляет 73 (</w:t>
      </w:r>
      <w:r>
        <w:rPr>
          <w:rFonts w:ascii="Georgia" w:hAnsi="Georgia" w:cs="Times New Roman"/>
          <w:b/>
          <w:i w:val="0"/>
          <w:color w:val="000000"/>
          <w:sz w:val="24"/>
          <w:rtl/>
          <w:szCs w:val="32"/>
        </w:rPr>
        <w:t>ע״ג</w:t>
      </w:r>
      <w:r>
        <w:rPr>
          <w:rFonts w:ascii="Georgia" w:hAnsi="Georgia"/>
          <w:b w:val="0"/>
          <w:i w:val="0"/>
          <w:color w:val="000000"/>
          <w:sz w:val="24"/>
        </w:rPr>
        <w:t>); АВАЯ де-МА (</w:t>
      </w:r>
      <w:r>
        <w:rPr>
          <w:rFonts w:ascii="Georgia" w:hAnsi="Georgia" w:cs="Times New Roman"/>
          <w:b/>
          <w:i w:val="0"/>
          <w:color w:val="000000"/>
          <w:sz w:val="24"/>
          <w:rtl/>
          <w:szCs w:val="32"/>
        </w:rPr>
        <w:t>מ״ה</w:t>
      </w:r>
      <w:r>
        <w:rPr>
          <w:rFonts w:ascii="Georgia" w:hAnsi="Georgia"/>
          <w:b w:val="0"/>
          <w:i w:val="0"/>
          <w:color w:val="000000"/>
          <w:sz w:val="24"/>
        </w:rPr>
        <w:t xml:space="preserve"> = 45) вместе с ее простым числовым значением, равным 26 (</w:t>
      </w:r>
      <w:r>
        <w:rPr>
          <w:rFonts w:ascii="Georgia" w:hAnsi="Georgia" w:cs="Times New Roman"/>
          <w:b/>
          <w:i w:val="0"/>
          <w:color w:val="000000"/>
          <w:sz w:val="24"/>
          <w:rtl/>
          <w:szCs w:val="32"/>
        </w:rPr>
        <w:t>כ״ו</w:t>
      </w:r>
      <w:r>
        <w:rPr>
          <w:rFonts w:ascii="Georgia" w:hAnsi="Georgia"/>
          <w:b w:val="0"/>
          <w:i w:val="0"/>
          <w:color w:val="000000"/>
          <w:sz w:val="24"/>
        </w:rPr>
        <w:t>), — что составляет 71 (</w:t>
      </w:r>
      <w:r>
        <w:rPr>
          <w:rFonts w:ascii="Georgia" w:hAnsi="Georgia" w:cs="Times New Roman"/>
          <w:b/>
          <w:i w:val="0"/>
          <w:color w:val="000000"/>
          <w:sz w:val="24"/>
          <w:rtl/>
          <w:szCs w:val="32"/>
        </w:rPr>
        <w:t>ע״א</w:t>
      </w:r>
      <w:r>
        <w:rPr>
          <w:rFonts w:ascii="Georgia" w:hAnsi="Georgia"/>
          <w:b w:val="0"/>
          <w:i w:val="0"/>
          <w:color w:val="000000"/>
          <w:sz w:val="24"/>
        </w:rPr>
        <w:t>); и простые ахораим АВАЯ де-БОН (</w:t>
      </w:r>
      <w:r>
        <w:rPr>
          <w:rFonts w:ascii="Georgia" w:hAnsi="Georgia" w:cs="Times New Roman"/>
          <w:b/>
          <w:i w:val="0"/>
          <w:color w:val="000000"/>
          <w:sz w:val="24"/>
          <w:rtl/>
          <w:szCs w:val="32"/>
        </w:rPr>
        <w:t>ב״ן</w:t>
      </w:r>
      <w:r>
        <w:rPr>
          <w:rFonts w:ascii="Georgia" w:hAnsi="Georgia"/>
          <w:b w:val="0"/>
          <w:i w:val="0"/>
          <w:color w:val="000000"/>
          <w:sz w:val="24"/>
        </w:rPr>
        <w:t>), гематрия которых равна 72 (</w:t>
      </w:r>
      <w:r>
        <w:rPr>
          <w:rFonts w:ascii="Georgia" w:hAnsi="Georgia" w:cs="Times New Roman"/>
          <w:b/>
          <w:i w:val="0"/>
          <w:color w:val="000000"/>
          <w:sz w:val="24"/>
          <w:rtl/>
          <w:szCs w:val="32"/>
        </w:rPr>
        <w:t>ע״ב</w:t>
      </w:r>
      <w:r>
        <w:rPr>
          <w:rFonts w:ascii="Georgia" w:hAnsi="Georgia"/>
          <w:b w:val="0"/>
          <w:i w:val="0"/>
          <w:color w:val="000000"/>
          <w:sz w:val="24"/>
        </w:rPr>
        <w:t xml:space="preserve">). Сумма всех трех составляет 216. И в каждой из трех дневных молитв, в благословении «Шма колейну» («Внемли голосу нашему»), произнося </w:t>
      </w:r>
      <w:r>
        <w:rPr>
          <w:rFonts w:ascii="Georgia" w:hAnsi="Georgia"/>
          <w:b w:val="0"/>
          <w:i/>
          <w:color w:val="000000"/>
          <w:sz w:val="24"/>
        </w:rPr>
        <w:t>«...и от Себя, Царь наш, ни с чем нас не отсылай...»</w:t>
      </w:r>
      <w:r>
        <w:rPr>
          <w:rFonts w:ascii="Georgia" w:hAnsi="Georgia"/>
          <w:b w:val="0"/>
          <w:i w:val="0"/>
          <w:color w:val="000000"/>
          <w:sz w:val="24"/>
        </w:rPr>
        <w:t xml:space="preserve">, пусть сосредоточит намерение на слове </w:t>
      </w:r>
      <w:r>
        <w:rPr>
          <w:rFonts w:ascii="Georgia" w:hAnsi="Georgia"/>
          <w:b w:val="0"/>
          <w:i/>
          <w:color w:val="000000"/>
          <w:sz w:val="24"/>
        </w:rPr>
        <w:t>рейкам</w:t>
      </w:r>
      <w:r>
        <w:rPr>
          <w:rFonts w:ascii="Georgia" w:hAnsi="Georgia"/>
          <w:b w:val="0"/>
          <w:i w:val="0"/>
          <w:color w:val="000000"/>
          <w:sz w:val="24"/>
        </w:rPr>
        <w:t xml:space="preserve"> — «ни с чем» (</w:t>
      </w:r>
      <w:r>
        <w:rPr>
          <w:rFonts w:ascii="Georgia" w:hAnsi="Georgia" w:cs="Times New Roman"/>
          <w:b/>
          <w:i w:val="0"/>
          <w:color w:val="000000"/>
          <w:sz w:val="24"/>
          <w:rtl/>
          <w:szCs w:val="32"/>
        </w:rPr>
        <w:t>רֵיקָם</w:t>
      </w:r>
      <w:r>
        <w:rPr>
          <w:rFonts w:ascii="Georgia" w:hAnsi="Georgia"/>
          <w:b w:val="0"/>
          <w:i w:val="0"/>
          <w:color w:val="000000"/>
          <w:sz w:val="24"/>
        </w:rPr>
        <w:t>), гематрия которого равна 350 (</w:t>
      </w:r>
      <w:r>
        <w:rPr>
          <w:rFonts w:ascii="Georgia" w:hAnsi="Georgia" w:cs="Times New Roman"/>
          <w:b/>
          <w:i w:val="0"/>
          <w:color w:val="000000"/>
          <w:sz w:val="24"/>
          <w:rtl/>
          <w:szCs w:val="32"/>
        </w:rPr>
        <w:t>ש״ן</w:t>
      </w:r>
      <w:r>
        <w:rPr>
          <w:rFonts w:ascii="Georgia" w:hAnsi="Georgia"/>
          <w:b w:val="0"/>
          <w:i w:val="0"/>
          <w:color w:val="000000"/>
          <w:sz w:val="24"/>
        </w:rPr>
        <w:t>). И прибавь к нему пять букв Имени ЭЛОКИМ с наполнением буквами хэй, сумма которого составляет 295 (</w:t>
      </w:r>
      <w:r>
        <w:rPr>
          <w:rFonts w:ascii="Georgia" w:hAnsi="Georgia" w:cs="Times New Roman"/>
          <w:b/>
          <w:i w:val="0"/>
          <w:color w:val="000000"/>
          <w:sz w:val="24"/>
          <w:rtl/>
          <w:szCs w:val="32"/>
        </w:rPr>
        <w:t>רצ״ה</w:t>
      </w:r>
      <w:r>
        <w:rPr>
          <w:rFonts w:ascii="Georgia" w:hAnsi="Georgia"/>
          <w:b w:val="0"/>
          <w:i w:val="0"/>
          <w:color w:val="000000"/>
          <w:sz w:val="24"/>
        </w:rPr>
        <w:t>), и пять букв [Имени] АДОНАЙ с колелем — и получится 360 (</w:t>
      </w:r>
      <w:r>
        <w:rPr>
          <w:rFonts w:ascii="Georgia" w:hAnsi="Georgia" w:cs="Times New Roman"/>
          <w:b/>
          <w:i w:val="0"/>
          <w:color w:val="000000"/>
          <w:sz w:val="24"/>
          <w:rtl/>
          <w:szCs w:val="32"/>
        </w:rPr>
        <w:t>ש״ס</w:t>
      </w:r>
      <w:r>
        <w:rPr>
          <w:rFonts w:ascii="Georgia" w:hAnsi="Georgia"/>
          <w:b w:val="0"/>
          <w:i w:val="0"/>
          <w:color w:val="000000"/>
          <w:sz w:val="24"/>
        </w:rPr>
        <w:t>). И направь намерение на то, что 360 складывается из 216 и 144 (</w:t>
      </w:r>
      <w:r>
        <w:rPr>
          <w:rFonts w:ascii="Georgia" w:hAnsi="Georgia" w:cs="Times New Roman"/>
          <w:b/>
          <w:i w:val="0"/>
          <w:color w:val="000000"/>
          <w:sz w:val="24"/>
          <w:rtl/>
          <w:szCs w:val="32"/>
        </w:rPr>
        <w:t>קד״ם</w:t>
      </w:r>
      <w:r>
        <w:rPr>
          <w:rFonts w:ascii="Georgia" w:hAnsi="Georgia"/>
          <w:b w:val="0"/>
          <w:i w:val="0"/>
          <w:color w:val="000000"/>
          <w:sz w:val="24"/>
        </w:rPr>
        <w:t xml:space="preserve">); поэтому отними от него 216 — и останется 144. И сосредоточь намерение усластить его в словах </w:t>
      </w:r>
      <w:r>
        <w:rPr>
          <w:rFonts w:ascii="Georgia" w:hAnsi="Georgia"/>
          <w:b w:val="0"/>
          <w:i/>
          <w:color w:val="000000"/>
          <w:sz w:val="24"/>
        </w:rPr>
        <w:t>«не отсылай нас»</w:t>
      </w:r>
      <w:r>
        <w:rPr>
          <w:rFonts w:ascii="Georgia" w:hAnsi="Georgia"/>
          <w:b w:val="0"/>
          <w:i w:val="0"/>
          <w:color w:val="000000"/>
          <w:sz w:val="24"/>
        </w:rPr>
        <w:t xml:space="preserve"> (</w:t>
      </w:r>
      <w:r>
        <w:rPr>
          <w:rFonts w:ascii="Georgia" w:hAnsi="Georgia"/>
          <w:b w:val="0"/>
          <w:i/>
          <w:color w:val="000000"/>
          <w:sz w:val="24"/>
        </w:rPr>
        <w:t>аль тешивейну</w:t>
      </w:r>
      <w:r>
        <w:rPr>
          <w:rFonts w:ascii="Georgia" w:hAnsi="Georgia"/>
          <w:b w:val="0"/>
          <w:i w:val="0"/>
          <w:color w:val="000000"/>
          <w:sz w:val="24"/>
        </w:rPr>
        <w:t xml:space="preserve">): ведь [слово] </w:t>
      </w:r>
      <w:r>
        <w:rPr>
          <w:rFonts w:ascii="Georgia" w:hAnsi="Georgia"/>
          <w:b w:val="0"/>
          <w:i/>
          <w:color w:val="000000"/>
          <w:sz w:val="24"/>
        </w:rPr>
        <w:t>Эль</w:t>
      </w:r>
      <w:r>
        <w:rPr>
          <w:rFonts w:ascii="Georgia" w:hAnsi="Georgia"/>
          <w:b w:val="0"/>
          <w:i w:val="0"/>
          <w:color w:val="000000"/>
          <w:sz w:val="24"/>
        </w:rPr>
        <w:t xml:space="preserve"> в своем наполнении — алеф, ламэд (</w:t>
      </w:r>
      <w:r>
        <w:rPr>
          <w:rFonts w:ascii="Georgia" w:hAnsi="Georgia" w:cs="Times New Roman"/>
          <w:b/>
          <w:i w:val="0"/>
          <w:color w:val="000000"/>
          <w:sz w:val="24"/>
          <w:rtl/>
          <w:szCs w:val="32"/>
        </w:rPr>
        <w:t>אָלֶף לָמֶד</w:t>
      </w:r>
      <w:r>
        <w:rPr>
          <w:rFonts w:ascii="Georgia" w:hAnsi="Georgia"/>
          <w:b w:val="0"/>
          <w:i w:val="0"/>
          <w:color w:val="000000"/>
          <w:sz w:val="24"/>
        </w:rPr>
        <w:t>) — составляет 185 (</w:t>
      </w:r>
      <w:r>
        <w:rPr>
          <w:rFonts w:ascii="Georgia" w:hAnsi="Georgia" w:cs="Times New Roman"/>
          <w:b/>
          <w:i w:val="0"/>
          <w:color w:val="000000"/>
          <w:sz w:val="24"/>
          <w:rtl/>
          <w:szCs w:val="32"/>
        </w:rPr>
        <w:t>קפ״ה</w:t>
      </w:r>
      <w:r>
        <w:rPr>
          <w:rFonts w:ascii="Georgia" w:hAnsi="Georgia"/>
          <w:b w:val="0"/>
          <w:i w:val="0"/>
          <w:color w:val="000000"/>
          <w:sz w:val="24"/>
        </w:rPr>
        <w:t>), что соответствует наполненным ахораим Имени АВАЯ с наполнением буквами йод [АБ], составляющим 184 (</w:t>
      </w:r>
      <w:r>
        <w:rPr>
          <w:rFonts w:ascii="Georgia" w:hAnsi="Georgia" w:cs="Times New Roman"/>
          <w:b/>
          <w:i w:val="0"/>
          <w:color w:val="000000"/>
          <w:sz w:val="24"/>
          <w:rtl/>
          <w:szCs w:val="32"/>
        </w:rPr>
        <w:t>קפ״ד</w:t>
      </w:r>
      <w:r>
        <w:rPr>
          <w:rFonts w:ascii="Georgia" w:hAnsi="Georgia"/>
          <w:b w:val="0"/>
          <w:i w:val="0"/>
          <w:color w:val="000000"/>
          <w:sz w:val="24"/>
        </w:rPr>
        <w:t>), благодаря которым услащаются эти ахораим Имени АВАЯ с наполнением буквами хэй, составляющие 144, посредством упомянутого [Имени] ЭЛЬ, равного 184. [Говорит Шмуэль: хотя здесь на единицу больше, этим пренебрегают].</w:t>
      </w:r>
    </w:p>
    <w:p>
      <w:pPr>
        <w:spacing w:before="40" w:after="120"/>
        <w:jc w:val="both"/>
      </w:pPr>
      <w:r>
        <w:rPr>
          <w:rFonts w:ascii="Georgia" w:hAnsi="Georgia"/>
          <w:b w:val="0"/>
          <w:i w:val="0"/>
          <w:color w:val="000000"/>
          <w:sz w:val="24"/>
        </w:rPr>
        <w:t xml:space="preserve">Также в каждую из ночей всех двухсот шестнадцати постов, ложась в постель и произнося стих </w:t>
      </w:r>
      <w:r>
        <w:rPr>
          <w:rFonts w:ascii="Georgia" w:hAnsi="Georgia"/>
          <w:b w:val="0"/>
          <w:i/>
          <w:color w:val="000000"/>
          <w:sz w:val="24"/>
        </w:rPr>
        <w:t>«В руку Твою вверяю дух мой»</w:t>
      </w:r>
      <w:r>
        <w:rPr>
          <w:rFonts w:ascii="Georgia" w:hAnsi="Georgia"/>
          <w:b w:val="0"/>
          <w:i w:val="0"/>
          <w:color w:val="000000"/>
          <w:sz w:val="24"/>
        </w:rPr>
        <w:t xml:space="preserve"> (Теилим 31:6), как известно, тогда, упоминая Имя АВАЯ в этом стихе, пусть имеет намерение мысленно представить его в виде трех раз по 216: </w:t>
      </w:r>
      <w:r>
        <w:rPr>
          <w:rFonts w:ascii="Georgia" w:hAnsi="Georgia" w:cs="Times New Roman"/>
          <w:b/>
          <w:i w:val="0"/>
          <w:color w:val="000000"/>
          <w:sz w:val="24"/>
          <w:rtl/>
          <w:szCs w:val="32"/>
        </w:rPr>
        <w:t>י״ה יר״ו ה״ו ו״ה ור״י</w:t>
      </w:r>
      <w:r>
        <w:rPr>
          <w:rFonts w:ascii="Georgia" w:hAnsi="Georgia"/>
          <w:b w:val="0"/>
          <w:i w:val="0"/>
          <w:color w:val="000000"/>
          <w:sz w:val="24"/>
        </w:rPr>
        <w:t xml:space="preserve"> [Говорит Шмуэль: мне представляется, что намерение состоит в том, чтобы мысленно представить букву хэй (</w:t>
      </w:r>
      <w:r>
        <w:rPr>
          <w:rFonts w:ascii="Georgia" w:hAnsi="Georgia" w:cs="Times New Roman"/>
          <w:b/>
          <w:i w:val="0"/>
          <w:color w:val="000000"/>
          <w:sz w:val="24"/>
          <w:rtl/>
          <w:szCs w:val="32"/>
        </w:rPr>
        <w:t>ה</w:t>
      </w:r>
      <w:r>
        <w:rPr>
          <w:rFonts w:ascii="Georgia" w:hAnsi="Georgia"/>
          <w:b w:val="0"/>
          <w:i w:val="0"/>
          <w:color w:val="000000"/>
          <w:sz w:val="24"/>
        </w:rPr>
        <w:t>) в виде [букв] рэйш, йод (</w:t>
      </w:r>
      <w:r>
        <w:rPr>
          <w:rFonts w:ascii="Georgia" w:hAnsi="Georgia" w:cs="Times New Roman"/>
          <w:b/>
          <w:i w:val="0"/>
          <w:color w:val="000000"/>
          <w:sz w:val="24"/>
          <w:rtl/>
          <w:szCs w:val="32"/>
        </w:rPr>
        <w:t>ר״י</w:t>
      </w:r>
      <w:r>
        <w:rPr>
          <w:rFonts w:ascii="Georgia" w:hAnsi="Georgia"/>
          <w:b w:val="0"/>
          <w:i w:val="0"/>
          <w:color w:val="000000"/>
          <w:sz w:val="24"/>
        </w:rPr>
        <w:t>) или рэйш, вав (</w:t>
      </w:r>
      <w:r>
        <w:rPr>
          <w:rFonts w:ascii="Georgia" w:hAnsi="Georgia" w:cs="Times New Roman"/>
          <w:b/>
          <w:i w:val="0"/>
          <w:color w:val="000000"/>
          <w:sz w:val="24"/>
          <w:rtl/>
          <w:szCs w:val="32"/>
        </w:rPr>
        <w:t>ר״ו</w:t>
      </w:r>
      <w:r>
        <w:rPr>
          <w:rFonts w:ascii="Georgia" w:hAnsi="Georgia"/>
          <w:b w:val="0"/>
          <w:i w:val="0"/>
          <w:color w:val="000000"/>
          <w:sz w:val="24"/>
        </w:rPr>
        <w:t>), тогда как буква йод (</w:t>
      </w:r>
      <w:r>
        <w:rPr>
          <w:rFonts w:ascii="Georgia" w:hAnsi="Georgia" w:cs="Times New Roman"/>
          <w:b/>
          <w:i w:val="0"/>
          <w:color w:val="000000"/>
          <w:sz w:val="24"/>
          <w:rtl/>
          <w:szCs w:val="32"/>
        </w:rPr>
        <w:t>י</w:t>
      </w:r>
      <w:r>
        <w:rPr>
          <w:rFonts w:ascii="Georgia" w:hAnsi="Georgia"/>
          <w:b w:val="0"/>
          <w:i w:val="0"/>
          <w:color w:val="000000"/>
          <w:sz w:val="24"/>
        </w:rPr>
        <w:t xml:space="preserve">) остается на своем месте; и близко к этому мы мысленно представляли [Имя с числовым значением] 216 в молитвах Рош а-Шана, см. там]. Эти три [сочетания по] 216 соответствуют трем [сочетаниям по] 216, на которые ты направлял намерение в Именах АВАЯ трех молитв, как сказано выше, — и направь сейчас намерение также на них. Сосредоточь намерение и на том, что три раза по 216 составляют по гематрии слово </w:t>
      </w:r>
      <w:r>
        <w:rPr>
          <w:rFonts w:ascii="Georgia" w:hAnsi="Georgia"/>
          <w:b w:val="0"/>
          <w:i/>
          <w:color w:val="000000"/>
          <w:sz w:val="24"/>
        </w:rPr>
        <w:t>терахем</w:t>
      </w:r>
      <w:r>
        <w:rPr>
          <w:rFonts w:ascii="Georgia" w:hAnsi="Georgia"/>
          <w:b w:val="0"/>
          <w:i w:val="0"/>
          <w:color w:val="000000"/>
          <w:sz w:val="24"/>
        </w:rPr>
        <w:t xml:space="preserve"> — «смилуешься» (</w:t>
      </w:r>
      <w:r>
        <w:rPr>
          <w:rFonts w:ascii="Georgia" w:hAnsi="Georgia" w:cs="Times New Roman"/>
          <w:b/>
          <w:i w:val="0"/>
          <w:color w:val="000000"/>
          <w:sz w:val="24"/>
          <w:rtl/>
          <w:szCs w:val="32"/>
        </w:rPr>
        <w:t>תְּרַחֵם</w:t>
      </w:r>
      <w:r>
        <w:rPr>
          <w:rFonts w:ascii="Georgia" w:hAnsi="Georgia"/>
          <w:b w:val="0"/>
          <w:i w:val="0"/>
          <w:color w:val="000000"/>
          <w:sz w:val="24"/>
        </w:rPr>
        <w:t xml:space="preserve"> = 648); и потому скажи затем стих </w:t>
      </w:r>
      <w:r>
        <w:rPr>
          <w:rFonts w:ascii="Georgia" w:hAnsi="Georgia"/>
          <w:b w:val="0"/>
          <w:i/>
          <w:color w:val="000000"/>
          <w:sz w:val="24"/>
        </w:rPr>
        <w:t>«Ты восстанешь, смилуешься над Сионом»</w:t>
      </w:r>
      <w:r>
        <w:rPr>
          <w:rFonts w:ascii="Georgia" w:hAnsi="Georgia"/>
          <w:b w:val="0"/>
          <w:i w:val="0"/>
          <w:color w:val="000000"/>
          <w:sz w:val="24"/>
        </w:rPr>
        <w:t xml:space="preserve"> (Теилим 102:14), а в слове </w:t>
      </w:r>
      <w:r>
        <w:rPr>
          <w:rFonts w:ascii="Georgia" w:hAnsi="Georgia"/>
          <w:b w:val="0"/>
          <w:i/>
          <w:color w:val="000000"/>
          <w:sz w:val="24"/>
        </w:rPr>
        <w:t>терахем</w:t>
      </w:r>
      <w:r>
        <w:rPr>
          <w:rFonts w:ascii="Georgia" w:hAnsi="Georgia"/>
          <w:b w:val="0"/>
          <w:i w:val="0"/>
          <w:color w:val="000000"/>
          <w:sz w:val="24"/>
        </w:rPr>
        <w:t xml:space="preserve"> (</w:t>
      </w:r>
      <w:r>
        <w:rPr>
          <w:rFonts w:ascii="Georgia" w:hAnsi="Georgia" w:cs="Times New Roman"/>
          <w:b/>
          <w:i w:val="0"/>
          <w:color w:val="000000"/>
          <w:sz w:val="24"/>
          <w:rtl/>
          <w:szCs w:val="32"/>
        </w:rPr>
        <w:t>תְּרַחֵם</w:t>
      </w:r>
      <w:r>
        <w:rPr>
          <w:rFonts w:ascii="Georgia" w:hAnsi="Georgia"/>
          <w:b w:val="0"/>
          <w:i w:val="0"/>
          <w:color w:val="000000"/>
          <w:sz w:val="24"/>
        </w:rPr>
        <w:t>) сосредоточь намерение на названных трех [сочетаниях по] 216.</w:t>
      </w:r>
    </w:p>
    <w:p>
      <w:pPr>
        <w:spacing w:before="40" w:after="120"/>
        <w:jc w:val="both"/>
      </w:pPr>
      <w:r>
        <w:rPr>
          <w:rFonts w:ascii="Georgia" w:hAnsi="Georgia"/>
          <w:b w:val="0"/>
          <w:i w:val="0"/>
          <w:color w:val="000000"/>
          <w:sz w:val="24"/>
        </w:rPr>
        <w:t xml:space="preserve">Также сосредоточь намерение на том, что оно равно по гематрии двум [Именам] </w:t>
      </w:r>
      <w:r>
        <w:rPr>
          <w:rFonts w:ascii="Georgia" w:hAnsi="Georgia" w:cs="Times New Roman"/>
          <w:b/>
          <w:i w:val="0"/>
          <w:color w:val="000000"/>
          <w:sz w:val="24"/>
          <w:rtl/>
          <w:szCs w:val="32"/>
        </w:rPr>
        <w:t>מצפ״ץ מצפ״ץ</w:t>
      </w:r>
      <w:r>
        <w:rPr>
          <w:rFonts w:ascii="Georgia" w:hAnsi="Georgia"/>
          <w:b w:val="0"/>
          <w:i w:val="0"/>
          <w:color w:val="000000"/>
          <w:sz w:val="24"/>
        </w:rPr>
        <w:t xml:space="preserve"> (дважды по 300),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Имени ЭЙЕ (</w:t>
      </w:r>
      <w:r>
        <w:rPr>
          <w:rFonts w:ascii="Georgia" w:hAnsi="Georgia" w:cs="Times New Roman"/>
          <w:b/>
          <w:i w:val="0"/>
          <w:color w:val="000000"/>
          <w:sz w:val="24"/>
          <w:rtl/>
          <w:szCs w:val="32"/>
        </w:rPr>
        <w:t>אהיה</w:t>
      </w:r>
      <w:r>
        <w:rPr>
          <w:rFonts w:ascii="Georgia" w:hAnsi="Georgia"/>
          <w:b w:val="0"/>
          <w:i w:val="0"/>
          <w:color w:val="000000"/>
          <w:sz w:val="24"/>
        </w:rPr>
        <w:t xml:space="preserve"> = 21) и колелю [600 + 26 + 21 + 1 = 648]. И в завершение каждой из трех молитв, произнеся «Алейну лешабеах», пусть скажет затем [слова]: </w:t>
      </w:r>
      <w:r>
        <w:rPr>
          <w:rFonts w:ascii="Georgia" w:hAnsi="Georgia"/>
          <w:b w:val="0"/>
          <w:i/>
          <w:color w:val="000000"/>
          <w:sz w:val="24"/>
        </w:rPr>
        <w:t>«...которую Ты клятвенно обещал отцам нашим с древних дней»</w:t>
      </w:r>
      <w:r>
        <w:rPr>
          <w:rFonts w:ascii="Georgia" w:hAnsi="Georgia"/>
          <w:b w:val="0"/>
          <w:i w:val="0"/>
          <w:color w:val="000000"/>
          <w:sz w:val="24"/>
        </w:rPr>
        <w:t xml:space="preserve"> (</w:t>
      </w:r>
      <w:r>
        <w:rPr>
          <w:rFonts w:ascii="Georgia" w:hAnsi="Georgia" w:cs="Times New Roman"/>
          <w:b/>
          <w:i w:val="0"/>
          <w:color w:val="000000"/>
          <w:sz w:val="24"/>
          <w:rtl/>
          <w:szCs w:val="32"/>
        </w:rPr>
        <w:t>אשר נשבעת לאבותינו מימי קדם</w:t>
      </w:r>
      <w:r>
        <w:rPr>
          <w:rFonts w:ascii="Georgia" w:hAnsi="Georgia"/>
          <w:b w:val="0"/>
          <w:i w:val="0"/>
          <w:color w:val="000000"/>
          <w:sz w:val="24"/>
        </w:rPr>
        <w:t>, Миха 7:20), и сосредоточит намерение на том, что начальные буквы — алеф, нун, ламэд, мэм, куф (</w:t>
      </w:r>
      <w:r>
        <w:rPr>
          <w:rFonts w:ascii="Georgia" w:hAnsi="Georgia" w:cs="Times New Roman"/>
          <w:b/>
          <w:i w:val="0"/>
          <w:color w:val="000000"/>
          <w:sz w:val="24"/>
          <w:rtl/>
          <w:szCs w:val="32"/>
        </w:rPr>
        <w:t>אנלמק</w:t>
      </w:r>
      <w:r>
        <w:rPr>
          <w:rFonts w:ascii="Georgia" w:hAnsi="Georgia"/>
          <w:b w:val="0"/>
          <w:i w:val="0"/>
          <w:color w:val="000000"/>
          <w:sz w:val="24"/>
        </w:rPr>
        <w:t>) — равны по гематрии 221 (</w:t>
      </w:r>
      <w:r>
        <w:rPr>
          <w:rFonts w:ascii="Georgia" w:hAnsi="Georgia" w:cs="Times New Roman"/>
          <w:b/>
          <w:i w:val="0"/>
          <w:color w:val="000000"/>
          <w:sz w:val="24"/>
          <w:rtl/>
          <w:szCs w:val="32"/>
        </w:rPr>
        <w:t>אד״ך</w:t>
      </w:r>
      <w:r>
        <w:rPr>
          <w:rFonts w:ascii="Georgia" w:hAnsi="Georgia"/>
          <w:b w:val="0"/>
          <w:i w:val="0"/>
          <w:color w:val="000000"/>
          <w:sz w:val="24"/>
        </w:rPr>
        <w:t xml:space="preserve"> [следует читать: </w:t>
      </w:r>
      <w:r>
        <w:rPr>
          <w:rFonts w:ascii="Georgia" w:hAnsi="Georgia" w:cs="Times New Roman"/>
          <w:b/>
          <w:i w:val="0"/>
          <w:color w:val="000000"/>
          <w:sz w:val="24"/>
          <w:rtl/>
          <w:szCs w:val="32"/>
        </w:rPr>
        <w:t>אר״ך</w:t>
      </w:r>
      <w:r>
        <w:rPr>
          <w:rFonts w:ascii="Georgia" w:hAnsi="Georgia"/>
          <w:b w:val="0"/>
          <w:i w:val="0"/>
          <w:color w:val="000000"/>
          <w:sz w:val="24"/>
        </w:rPr>
        <w:t>]); и направь намерение на то, чтобы из трехсот семидесяти светов (</w:t>
      </w:r>
      <w:r>
        <w:rPr>
          <w:rFonts w:ascii="Georgia" w:hAnsi="Georgia" w:cs="Times New Roman"/>
          <w:b/>
          <w:i w:val="0"/>
          <w:color w:val="000000"/>
          <w:sz w:val="24"/>
          <w:rtl/>
          <w:szCs w:val="32"/>
        </w:rPr>
        <w:t>ש״ע</w:t>
      </w:r>
      <w:r>
        <w:rPr>
          <w:rFonts w:ascii="Georgia" w:hAnsi="Georgia"/>
          <w:b w:val="0"/>
          <w:i w:val="0"/>
          <w:color w:val="000000"/>
          <w:sz w:val="24"/>
        </w:rPr>
        <w:t xml:space="preserve"> = 370), имеющихся в АА, притянуть число [светов], равное 221 (</w:t>
      </w:r>
      <w:r>
        <w:rPr>
          <w:rFonts w:ascii="Georgia" w:hAnsi="Georgia" w:cs="Times New Roman"/>
          <w:b/>
          <w:i w:val="0"/>
          <w:color w:val="000000"/>
          <w:sz w:val="24"/>
          <w:rtl/>
          <w:szCs w:val="32"/>
        </w:rPr>
        <w:t>אר״ך</w:t>
      </w:r>
      <w:r>
        <w:rPr>
          <w:rFonts w:ascii="Georgia" w:hAnsi="Georgia"/>
          <w:b w:val="0"/>
          <w:i w:val="0"/>
          <w:color w:val="000000"/>
          <w:sz w:val="24"/>
        </w:rPr>
        <w:t>), к ЗА, у которого есть только 150 светов (</w:t>
      </w:r>
      <w:r>
        <w:rPr>
          <w:rFonts w:ascii="Georgia" w:hAnsi="Georgia" w:cs="Times New Roman"/>
          <w:b/>
          <w:i w:val="0"/>
          <w:color w:val="000000"/>
          <w:sz w:val="24"/>
          <w:rtl/>
          <w:szCs w:val="32"/>
        </w:rPr>
        <w:t>ק״ן</w:t>
      </w:r>
      <w:r>
        <w:rPr>
          <w:rFonts w:ascii="Georgia" w:hAnsi="Georgia"/>
          <w:b w:val="0"/>
          <w:i w:val="0"/>
          <w:color w:val="000000"/>
          <w:sz w:val="24"/>
        </w:rPr>
        <w:t xml:space="preserve"> = 150), чтобы восполнить в нем также счет 370. А упомянутые конечные буквы — рэйш, тав, вав, йод, мэм (</w:t>
      </w:r>
      <w:r>
        <w:rPr>
          <w:rFonts w:ascii="Georgia" w:hAnsi="Georgia" w:cs="Times New Roman"/>
          <w:b/>
          <w:i w:val="0"/>
          <w:color w:val="000000"/>
          <w:sz w:val="24"/>
          <w:rtl/>
          <w:szCs w:val="32"/>
        </w:rPr>
        <w:t>רתוי״מ</w:t>
      </w:r>
      <w:r>
        <w:rPr>
          <w:rFonts w:ascii="Georgia" w:hAnsi="Georgia"/>
          <w:b w:val="0"/>
          <w:i w:val="0"/>
          <w:color w:val="000000"/>
          <w:sz w:val="24"/>
        </w:rPr>
        <w:t>) — составляют число 656 (</w:t>
      </w:r>
      <w:r>
        <w:rPr>
          <w:rFonts w:ascii="Georgia" w:hAnsi="Georgia" w:cs="Times New Roman"/>
          <w:b/>
          <w:i w:val="0"/>
          <w:color w:val="000000"/>
          <w:sz w:val="24"/>
          <w:rtl/>
          <w:szCs w:val="32"/>
        </w:rPr>
        <w:t>תרנ״ו</w:t>
      </w:r>
      <w:r>
        <w:rPr>
          <w:rFonts w:ascii="Georgia" w:hAnsi="Georgia"/>
          <w:b w:val="0"/>
          <w:i w:val="0"/>
          <w:color w:val="000000"/>
          <w:sz w:val="24"/>
        </w:rPr>
        <w:t>); и это десять раз по [гематрии Имени] АДОНАЙ, что дает 650 (</w:t>
      </w:r>
      <w:r>
        <w:rPr>
          <w:rFonts w:ascii="Georgia" w:hAnsi="Georgia" w:cs="Times New Roman"/>
          <w:b/>
          <w:i w:val="0"/>
          <w:color w:val="000000"/>
          <w:sz w:val="24"/>
          <w:rtl/>
          <w:szCs w:val="32"/>
        </w:rPr>
        <w:t>תר״ן</w:t>
      </w:r>
      <w:r>
        <w:rPr>
          <w:rFonts w:ascii="Georgia" w:hAnsi="Georgia"/>
          <w:b w:val="0"/>
          <w:i w:val="0"/>
          <w:color w:val="000000"/>
          <w:sz w:val="24"/>
        </w:rPr>
        <w:t xml:space="preserve">); и сосредоточь намерение облачить их в пять хасадим, что вместе с колелем составит 656 [650 + 5 + 1 = 656]. Слова </w:t>
      </w:r>
      <w:r>
        <w:rPr>
          <w:rFonts w:ascii="Georgia" w:hAnsi="Georgia"/>
          <w:b w:val="0"/>
          <w:i/>
          <w:color w:val="000000"/>
          <w:sz w:val="24"/>
        </w:rPr>
        <w:t>ми-ймей кедем</w:t>
      </w:r>
      <w:r>
        <w:rPr>
          <w:rFonts w:ascii="Georgia" w:hAnsi="Georgia"/>
          <w:b w:val="0"/>
          <w:i w:val="0"/>
          <w:color w:val="000000"/>
          <w:sz w:val="24"/>
        </w:rPr>
        <w:t xml:space="preserve"> (</w:t>
      </w:r>
      <w:r>
        <w:rPr>
          <w:rFonts w:ascii="Georgia" w:hAnsi="Georgia" w:cs="Times New Roman"/>
          <w:b/>
          <w:i w:val="0"/>
          <w:color w:val="000000"/>
          <w:sz w:val="24"/>
          <w:rtl/>
          <w:szCs w:val="32"/>
        </w:rPr>
        <w:t>מִימֵי קֶדֶם</w:t>
      </w:r>
      <w:r>
        <w:rPr>
          <w:rFonts w:ascii="Georgia" w:hAnsi="Georgia"/>
          <w:b w:val="0"/>
          <w:i w:val="0"/>
          <w:color w:val="000000"/>
          <w:sz w:val="24"/>
        </w:rPr>
        <w:t xml:space="preserve">) — это 72, 216 и 28 букв; смысл же названных двадцати восьми букв (в тексте: </w:t>
      </w:r>
      <w:r>
        <w:rPr>
          <w:rFonts w:ascii="Georgia" w:hAnsi="Georgia" w:cs="Times New Roman"/>
          <w:b/>
          <w:i w:val="0"/>
          <w:color w:val="000000"/>
          <w:sz w:val="24"/>
          <w:rtl/>
          <w:szCs w:val="32"/>
        </w:rPr>
        <w:t>כ״ת</w:t>
      </w:r>
      <w:r>
        <w:rPr>
          <w:rFonts w:ascii="Georgia" w:hAnsi="Georgia"/>
          <w:b w:val="0"/>
          <w:i w:val="0"/>
          <w:color w:val="000000"/>
          <w:sz w:val="24"/>
        </w:rPr>
        <w:t xml:space="preserve"> [вместо </w:t>
      </w:r>
      <w:r>
        <w:rPr>
          <w:rFonts w:ascii="Georgia" w:hAnsi="Georgia" w:cs="Times New Roman"/>
          <w:b/>
          <w:i w:val="0"/>
          <w:color w:val="000000"/>
          <w:sz w:val="24"/>
          <w:rtl/>
          <w:szCs w:val="32"/>
        </w:rPr>
        <w:t>כ״ח</w:t>
      </w:r>
      <w:r>
        <w:rPr>
          <w:rFonts w:ascii="Georgia" w:hAnsi="Georgia"/>
          <w:b w:val="0"/>
          <w:i w:val="0"/>
          <w:color w:val="000000"/>
          <w:sz w:val="24"/>
        </w:rPr>
        <w:t>]) состоит в том, что двадцать четыре (</w:t>
      </w:r>
      <w:r>
        <w:rPr>
          <w:rFonts w:ascii="Georgia" w:hAnsi="Georgia" w:cs="Times New Roman"/>
          <w:b/>
          <w:i w:val="0"/>
          <w:color w:val="000000"/>
          <w:sz w:val="24"/>
          <w:rtl/>
          <w:szCs w:val="32"/>
        </w:rPr>
        <w:t>כ״ד</w:t>
      </w:r>
      <w:r>
        <w:rPr>
          <w:rFonts w:ascii="Georgia" w:hAnsi="Georgia"/>
          <w:b w:val="0"/>
          <w:i w:val="0"/>
          <w:color w:val="000000"/>
          <w:sz w:val="24"/>
        </w:rPr>
        <w:t xml:space="preserve"> = 24) [приходятся на буквы] наполнения Имени, а четыре (</w:t>
      </w:r>
      <w:r>
        <w:rPr>
          <w:rFonts w:ascii="Georgia" w:hAnsi="Georgia" w:cs="Times New Roman"/>
          <w:b/>
          <w:i w:val="0"/>
          <w:color w:val="000000"/>
          <w:sz w:val="24"/>
          <w:rtl/>
          <w:szCs w:val="32"/>
        </w:rPr>
        <w:t>ד</w:t>
      </w:r>
      <w:r>
        <w:rPr>
          <w:rFonts w:ascii="Georgia" w:hAnsi="Georgia"/>
          <w:b w:val="0"/>
          <w:i w:val="0"/>
          <w:color w:val="000000"/>
          <w:sz w:val="24"/>
        </w:rPr>
        <w:t xml:space="preserve"> = 4) — на буквы самого Имени; и сосредоточь намерение усластить 72, 216 и 28 букв в наполнении. Мне же, Хаиму, представляется, что здесь имеются в виду только 216 и 28 букв, поскольку 216 — это уже названные 72 и 144 (</w:t>
      </w:r>
      <w:r>
        <w:rPr>
          <w:rFonts w:ascii="Georgia" w:hAnsi="Georgia" w:cs="Times New Roman"/>
          <w:b/>
          <w:i w:val="0"/>
          <w:color w:val="000000"/>
          <w:sz w:val="24"/>
          <w:rtl/>
          <w:szCs w:val="32"/>
        </w:rPr>
        <w:t>ע״ב קד״ם</w:t>
      </w:r>
      <w:r>
        <w:rPr>
          <w:rFonts w:ascii="Georgia" w:hAnsi="Georgia"/>
          <w:b w:val="0"/>
          <w:i w:val="0"/>
          <w:color w:val="000000"/>
          <w:sz w:val="24"/>
        </w:rPr>
        <w:t>), а вместе с 28 это составляет 244 (</w:t>
      </w:r>
      <w:r>
        <w:rPr>
          <w:rFonts w:ascii="Georgia" w:hAnsi="Georgia" w:cs="Times New Roman"/>
          <w:b/>
          <w:i w:val="0"/>
          <w:color w:val="000000"/>
          <w:sz w:val="24"/>
          <w:rtl/>
          <w:szCs w:val="32"/>
        </w:rPr>
        <w:t>רמ״ד</w:t>
      </w:r>
      <w:r>
        <w:rPr>
          <w:rFonts w:ascii="Georgia" w:hAnsi="Georgia"/>
          <w:b w:val="0"/>
          <w:i w:val="0"/>
          <w:color w:val="000000"/>
          <w:sz w:val="24"/>
        </w:rPr>
        <w:t xml:space="preserve">), точно по числу [слов] </w:t>
      </w:r>
      <w:r>
        <w:rPr>
          <w:rFonts w:ascii="Georgia" w:hAnsi="Georgia"/>
          <w:b w:val="0"/>
          <w:i/>
          <w:color w:val="000000"/>
          <w:sz w:val="24"/>
        </w:rPr>
        <w:t>ми-ймей кедем</w:t>
      </w:r>
      <w:r>
        <w:rPr>
          <w:rFonts w:ascii="Georgia" w:hAnsi="Georgia"/>
          <w:b w:val="0"/>
          <w:i w:val="0"/>
          <w:color w:val="000000"/>
          <w:sz w:val="24"/>
        </w:rPr>
        <w:t xml:space="preserve"> (</w:t>
      </w:r>
      <w:r>
        <w:rPr>
          <w:rFonts w:ascii="Georgia" w:hAnsi="Georgia" w:cs="Times New Roman"/>
          <w:b/>
          <w:i w:val="0"/>
          <w:color w:val="000000"/>
          <w:sz w:val="24"/>
          <w:rtl/>
          <w:szCs w:val="32"/>
        </w:rPr>
        <w:t>מִימֵי קֶדֶם</w:t>
      </w:r>
      <w:r>
        <w:rPr>
          <w:rFonts w:ascii="Georgia" w:hAnsi="Georgia"/>
          <w:b w:val="0"/>
          <w:i w:val="0"/>
          <w:color w:val="000000"/>
          <w:sz w:val="24"/>
        </w:rPr>
        <w:t xml:space="preserve"> = 244). [Говорит Шмуэль: если бы не исправление выражений, сделанное моим учителем, благословенна его память, не было бы никакого понимания в названном намерении!]</w:t>
      </w:r>
    </w:p>
    <w:p>
      <w:pPr>
        <w:keepNext/>
        <w:spacing w:before="320" w:after="120"/>
      </w:pPr>
      <w:r>
        <w:rPr>
          <w:rFonts w:ascii="Georgia" w:hAnsi="Georgia"/>
          <w:b w:val="0"/>
          <w:i w:val="0"/>
          <w:color w:val="000000"/>
          <w:sz w:val="32"/>
        </w:rPr>
        <w:t>Исправление 20</w:t>
      </w:r>
    </w:p>
    <w:p>
      <w:pPr>
        <w:spacing w:before="40" w:after="120"/>
        <w:jc w:val="both"/>
      </w:pPr>
      <w:r>
        <w:rPr>
          <w:rFonts w:ascii="Georgia" w:hAnsi="Georgia"/>
          <w:b w:val="0"/>
          <w:i w:val="0"/>
          <w:color w:val="000000"/>
          <w:sz w:val="24"/>
        </w:rPr>
        <w:t xml:space="preserve">Для того, кто вступил в связь с нееврейкой. Знай, что мудрецы, благословенной памяти (ХАЗАЛЬ), сказали: «С тем, кто вступил в связь с нееврейкой, она связана, как собака». И смысл слов ХАЗАЛЬ заключался в том, что вступивший в связь с нееврейкой после смерти совершит гильгуль (перевоплощение) в собаку. И благодаря этому ты поймешь удивительную тайну того, о чем сказано в Писании: </w:t>
      </w:r>
      <w:r>
        <w:rPr>
          <w:rFonts w:ascii="Georgia" w:hAnsi="Georgia"/>
          <w:b w:val="0"/>
          <w:i/>
          <w:color w:val="000000"/>
          <w:sz w:val="24"/>
        </w:rPr>
        <w:t>«Стеснили оковами ногу его…»</w:t>
      </w:r>
      <w:r>
        <w:rPr>
          <w:rFonts w:ascii="Georgia" w:hAnsi="Georgia"/>
          <w:b w:val="0"/>
          <w:i w:val="0"/>
          <w:color w:val="000000"/>
          <w:sz w:val="24"/>
        </w:rPr>
        <w:t xml:space="preserve"> (Теилим 105:18). Ведь Йосеф уже решил в мыслях излить те капли [семени] в ту нееврейку, но увидел перед собой образ отца, как сказали наши мудрецы, благословенной памяти. И так же сказали они там в Гемаре о стихе </w:t>
      </w:r>
      <w:r>
        <w:rPr>
          <w:rFonts w:ascii="Georgia" w:hAnsi="Georgia"/>
          <w:b w:val="0"/>
          <w:i/>
          <w:color w:val="000000"/>
          <w:sz w:val="24"/>
        </w:rPr>
        <w:t>«И вошел он в дом делать дело свое…»</w:t>
      </w:r>
      <w:r>
        <w:rPr>
          <w:rFonts w:ascii="Georgia" w:hAnsi="Georgia"/>
          <w:b w:val="0"/>
          <w:i w:val="0"/>
          <w:color w:val="000000"/>
          <w:sz w:val="24"/>
        </w:rPr>
        <w:t xml:space="preserve"> (Берешит 39:11): один [из мудрецов] сказал, что [он пришел делать] дело свое в прямом смысле, и так далее. И если бы этот грех осуществился в действии, не дай Б-г, и он вступил бы в связь с нееврейкой, то был бы вынужден совершить гильгуль в собаку; но поскольку он одумался, то спасся от собаки.</w:t>
      </w:r>
    </w:p>
    <w:p>
      <w:pPr>
        <w:spacing w:before="40" w:after="120"/>
        <w:jc w:val="both"/>
      </w:pPr>
      <w:r>
        <w:rPr>
          <w:rFonts w:ascii="Georgia" w:hAnsi="Georgia"/>
          <w:b w:val="0"/>
          <w:i w:val="0"/>
          <w:color w:val="000000"/>
          <w:sz w:val="24"/>
        </w:rPr>
        <w:t>Однако, поскольку он согрешил в мысли и капли семени вышли у него из-под ногтей, взамен собаки (</w:t>
      </w:r>
      <w:r>
        <w:rPr>
          <w:rFonts w:ascii="Georgia" w:hAnsi="Georgia"/>
          <w:b w:val="0"/>
          <w:i/>
          <w:color w:val="000000"/>
          <w:sz w:val="24"/>
        </w:rPr>
        <w:t>келев</w:t>
      </w:r>
      <w:r>
        <w:rPr>
          <w:rFonts w:ascii="Georgia" w:hAnsi="Georgia"/>
          <w:b w:val="0"/>
          <w:i w:val="0"/>
          <w:color w:val="000000"/>
          <w:sz w:val="24"/>
        </w:rPr>
        <w:t xml:space="preserve">, </w:t>
      </w:r>
      <w:r>
        <w:rPr>
          <w:rFonts w:ascii="Georgia" w:hAnsi="Georgia" w:cs="Times New Roman"/>
          <w:b/>
          <w:i w:val="0"/>
          <w:color w:val="000000"/>
          <w:sz w:val="24"/>
          <w:rtl/>
          <w:szCs w:val="32"/>
        </w:rPr>
        <w:t>כֶּלֶב</w:t>
      </w:r>
      <w:r>
        <w:rPr>
          <w:rFonts w:ascii="Georgia" w:hAnsi="Georgia"/>
          <w:b w:val="0"/>
          <w:i w:val="0"/>
          <w:color w:val="000000"/>
          <w:sz w:val="24"/>
        </w:rPr>
        <w:t>) ему были даны оковы (</w:t>
      </w:r>
      <w:r>
        <w:rPr>
          <w:rFonts w:ascii="Georgia" w:hAnsi="Georgia"/>
          <w:b w:val="0"/>
          <w:i/>
          <w:color w:val="000000"/>
          <w:sz w:val="24"/>
        </w:rPr>
        <w:t>а-кевель</w:t>
      </w:r>
      <w:r>
        <w:rPr>
          <w:rFonts w:ascii="Georgia" w:hAnsi="Georgia"/>
          <w:b w:val="0"/>
          <w:i w:val="0"/>
          <w:color w:val="000000"/>
          <w:sz w:val="24"/>
        </w:rPr>
        <w:t xml:space="preserve">, </w:t>
      </w:r>
      <w:r>
        <w:rPr>
          <w:rFonts w:ascii="Georgia" w:hAnsi="Georgia" w:cs="Times New Roman"/>
          <w:b/>
          <w:i w:val="0"/>
          <w:color w:val="000000"/>
          <w:sz w:val="24"/>
          <w:rtl/>
          <w:szCs w:val="32"/>
        </w:rPr>
        <w:t>הַכֶּבֶל</w:t>
      </w:r>
      <w:r>
        <w:rPr>
          <w:rFonts w:ascii="Georgia" w:hAnsi="Georgia"/>
          <w:b w:val="0"/>
          <w:i w:val="0"/>
          <w:color w:val="000000"/>
          <w:sz w:val="24"/>
        </w:rPr>
        <w:t xml:space="preserve">); и вместо того чтобы быть связанным подобно собаке в гильгуле, он был связан оковами при жизни. И потому он был заключен в темницу на десять лет — соответственно десяти каплям семени, вышедшим из него. И об этом сказано в Писании: </w:t>
      </w:r>
      <w:r>
        <w:rPr>
          <w:rFonts w:ascii="Georgia" w:hAnsi="Georgia"/>
          <w:b w:val="0"/>
          <w:i/>
          <w:color w:val="000000"/>
          <w:sz w:val="24"/>
        </w:rPr>
        <w:t>«Стеснили оковами ногу его, в железо вошла душа его»</w:t>
      </w:r>
      <w:r>
        <w:rPr>
          <w:rFonts w:ascii="Georgia" w:hAnsi="Georgia"/>
          <w:b w:val="0"/>
          <w:i w:val="0"/>
          <w:color w:val="000000"/>
          <w:sz w:val="24"/>
        </w:rPr>
        <w:t xml:space="preserve"> (Теилим 105:18). То есть «стеснили оковами ногу» его тела; и хотя это были железные оковы, ему это зачлось так, словно душа его вошла в собаку взамен железных оков. И в этом смысл слов </w:t>
      </w:r>
      <w:r>
        <w:rPr>
          <w:rFonts w:ascii="Georgia" w:hAnsi="Georgia"/>
          <w:b w:val="0"/>
          <w:i/>
          <w:color w:val="000000"/>
          <w:sz w:val="24"/>
        </w:rPr>
        <w:t>«в железо вошла душа его»</w:t>
      </w:r>
      <w:r>
        <w:rPr>
          <w:rFonts w:ascii="Georgia" w:hAnsi="Georgia"/>
          <w:b w:val="0"/>
          <w:i w:val="0"/>
          <w:color w:val="000000"/>
          <w:sz w:val="24"/>
        </w:rPr>
        <w:t xml:space="preserve"> — ведь не сказано «вошло тело его». Причина же того, что [согрешивший с нееврейкой] совершает гильгуль [в собаку, заключается в следующем]. Известно, что имя АВАЯ с наполнением БОН де-хэйин находится в Нукве святости, и это — аспект, поднимающий в ней МАН, как известно. И об этом сказано: «Была дочь у Авраама, и звали ее Баколь» (Бава Батра 16б) — то есть то самое имя [АВАЯ] де-хэйин, числовое значение которого — БОН (52), как и [слова] </w:t>
      </w:r>
      <w:r>
        <w:rPr>
          <w:rFonts w:ascii="Georgia" w:hAnsi="Georgia"/>
          <w:b w:val="0"/>
          <w:i/>
          <w:color w:val="000000"/>
          <w:sz w:val="24"/>
        </w:rPr>
        <w:t>ба-коль</w:t>
      </w:r>
      <w:r>
        <w:rPr>
          <w:rFonts w:ascii="Georgia" w:hAnsi="Georgia"/>
          <w:b w:val="0"/>
          <w:i w:val="0"/>
          <w:color w:val="000000"/>
          <w:sz w:val="24"/>
        </w:rPr>
        <w:t xml:space="preserve"> (</w:t>
      </w:r>
      <w:r>
        <w:rPr>
          <w:rFonts w:ascii="Georgia" w:hAnsi="Georgia" w:cs="Times New Roman"/>
          <w:b/>
          <w:i w:val="0"/>
          <w:color w:val="000000"/>
          <w:sz w:val="24"/>
          <w:rtl/>
          <w:szCs w:val="32"/>
        </w:rPr>
        <w:t>בַּכֹּל</w:t>
      </w:r>
      <w:r>
        <w:rPr>
          <w:rFonts w:ascii="Georgia" w:hAnsi="Georgia"/>
          <w:b w:val="0"/>
          <w:i w:val="0"/>
          <w:color w:val="000000"/>
          <w:sz w:val="24"/>
        </w:rPr>
        <w:t xml:space="preserve"> = 52).</w:t>
      </w:r>
    </w:p>
    <w:p>
      <w:pPr>
        <w:spacing w:before="40" w:after="120"/>
        <w:jc w:val="both"/>
      </w:pPr>
      <w:r>
        <w:rPr>
          <w:rFonts w:ascii="Georgia" w:hAnsi="Georgia"/>
          <w:b w:val="0"/>
          <w:i w:val="0"/>
          <w:color w:val="000000"/>
          <w:sz w:val="24"/>
        </w:rPr>
        <w:t>Также и в клипот есть во внешней Нукве, «чужой жене», свойство, поднимающее в ней МАН; и оно называется «собака» (</w:t>
      </w:r>
      <w:r>
        <w:rPr>
          <w:rFonts w:ascii="Georgia" w:hAnsi="Georgia"/>
          <w:b w:val="0"/>
          <w:i/>
          <w:color w:val="000000"/>
          <w:sz w:val="24"/>
        </w:rPr>
        <w:t>келев</w:t>
      </w:r>
      <w:r>
        <w:rPr>
          <w:rFonts w:ascii="Georgia" w:hAnsi="Georgia"/>
          <w:b w:val="0"/>
          <w:i w:val="0"/>
          <w:color w:val="000000"/>
          <w:sz w:val="24"/>
        </w:rPr>
        <w:t xml:space="preserve">, </w:t>
      </w:r>
      <w:r>
        <w:rPr>
          <w:rFonts w:ascii="Georgia" w:hAnsi="Georgia" w:cs="Times New Roman"/>
          <w:b/>
          <w:i w:val="0"/>
          <w:color w:val="000000"/>
          <w:sz w:val="24"/>
          <w:rtl/>
          <w:szCs w:val="32"/>
        </w:rPr>
        <w:t>כֶּלֶב</w:t>
      </w:r>
      <w:r>
        <w:rPr>
          <w:rFonts w:ascii="Georgia" w:hAnsi="Georgia"/>
          <w:b w:val="0"/>
          <w:i w:val="0"/>
          <w:color w:val="000000"/>
          <w:sz w:val="24"/>
        </w:rPr>
        <w:t xml:space="preserve">), будучи перестановкой букв слова </w:t>
      </w:r>
      <w:r>
        <w:rPr>
          <w:rFonts w:ascii="Georgia" w:hAnsi="Georgia"/>
          <w:b w:val="0"/>
          <w:i/>
          <w:color w:val="000000"/>
          <w:sz w:val="24"/>
        </w:rPr>
        <w:t>кевель</w:t>
      </w:r>
      <w:r>
        <w:rPr>
          <w:rFonts w:ascii="Georgia" w:hAnsi="Georgia"/>
          <w:b w:val="0"/>
          <w:i w:val="0"/>
          <w:color w:val="000000"/>
          <w:sz w:val="24"/>
        </w:rPr>
        <w:t xml:space="preserve"> (</w:t>
      </w:r>
      <w:r>
        <w:rPr>
          <w:rFonts w:ascii="Georgia" w:hAnsi="Georgia" w:cs="Times New Roman"/>
          <w:b/>
          <w:i w:val="0"/>
          <w:color w:val="000000"/>
          <w:sz w:val="24"/>
          <w:rtl/>
          <w:szCs w:val="32"/>
        </w:rPr>
        <w:t>כֶּבֶל</w:t>
      </w:r>
      <w:r>
        <w:rPr>
          <w:rFonts w:ascii="Georgia" w:hAnsi="Georgia"/>
          <w:b w:val="0"/>
          <w:i w:val="0"/>
          <w:color w:val="000000"/>
          <w:sz w:val="24"/>
        </w:rPr>
        <w:t>) и противоположностью имени АВАЯ де-БОН де-хэйин. И вступивший в связь с нееврейкой привязывается к той самой собаке, поднимающей МАН клипы. И исправление его состоит в том, чтобы окунуться в снег семь или девять раз, как объяснено у нас в подобных случаях. Исправление [для] пользовавшегося практической Каббалой — см. там. Причина же [окунания в снег состоит в том], что собака (</w:t>
      </w:r>
      <w:r>
        <w:rPr>
          <w:rFonts w:ascii="Georgia" w:hAnsi="Georgia"/>
          <w:b w:val="0"/>
          <w:i/>
          <w:color w:val="000000"/>
          <w:sz w:val="24"/>
        </w:rPr>
        <w:t>келев</w:t>
      </w:r>
      <w:r>
        <w:rPr>
          <w:rFonts w:ascii="Georgia" w:hAnsi="Georgia"/>
          <w:b w:val="0"/>
          <w:i w:val="0"/>
          <w:color w:val="000000"/>
          <w:sz w:val="24"/>
        </w:rPr>
        <w:t xml:space="preserve">) соответствует тому, что в арамейском переводе означает слово </w:t>
      </w:r>
      <w:r>
        <w:rPr>
          <w:rFonts w:ascii="Georgia" w:hAnsi="Georgia"/>
          <w:b w:val="0"/>
          <w:i/>
          <w:color w:val="000000"/>
          <w:sz w:val="24"/>
        </w:rPr>
        <w:t>шегал</w:t>
      </w:r>
      <w:r>
        <w:rPr>
          <w:rFonts w:ascii="Georgia" w:hAnsi="Georgia"/>
          <w:b w:val="0"/>
          <w:i w:val="0"/>
          <w:color w:val="000000"/>
          <w:sz w:val="24"/>
        </w:rPr>
        <w:t xml:space="preserve"> (</w:t>
      </w:r>
      <w:r>
        <w:rPr>
          <w:rFonts w:ascii="Georgia" w:hAnsi="Georgia" w:cs="Times New Roman"/>
          <w:b/>
          <w:i w:val="0"/>
          <w:color w:val="000000"/>
          <w:sz w:val="24"/>
          <w:rtl/>
          <w:szCs w:val="32"/>
        </w:rPr>
        <w:t>שֵׁגָל</w:t>
      </w:r>
      <w:r>
        <w:rPr>
          <w:rFonts w:ascii="Georgia" w:hAnsi="Georgia"/>
          <w:b w:val="0"/>
          <w:i w:val="0"/>
          <w:color w:val="000000"/>
          <w:sz w:val="24"/>
        </w:rPr>
        <w:t xml:space="preserve">), как сказали наши мудрецы, благословенной памяти (ХАЗАЛЬ), о стихе </w:t>
      </w:r>
      <w:r>
        <w:rPr>
          <w:rFonts w:ascii="Georgia" w:hAnsi="Georgia"/>
          <w:b w:val="0"/>
          <w:i/>
          <w:color w:val="000000"/>
          <w:sz w:val="24"/>
        </w:rPr>
        <w:t>«…Стала царица по правую руку твою…»</w:t>
      </w:r>
      <w:r>
        <w:rPr>
          <w:rFonts w:ascii="Georgia" w:hAnsi="Georgia"/>
          <w:b w:val="0"/>
          <w:i w:val="0"/>
          <w:color w:val="000000"/>
          <w:sz w:val="24"/>
        </w:rPr>
        <w:t xml:space="preserve"> (Теилим 45:10): «это собака (</w:t>
      </w:r>
      <w:r>
        <w:rPr>
          <w:rFonts w:ascii="Georgia" w:hAnsi="Georgia"/>
          <w:b w:val="0"/>
          <w:i/>
          <w:color w:val="000000"/>
          <w:sz w:val="24"/>
        </w:rPr>
        <w:t>калбета</w:t>
      </w:r>
      <w:r>
        <w:rPr>
          <w:rFonts w:ascii="Georgia" w:hAnsi="Georgia"/>
          <w:b w:val="0"/>
          <w:i w:val="0"/>
          <w:color w:val="000000"/>
          <w:sz w:val="24"/>
        </w:rPr>
        <w:t xml:space="preserve">, </w:t>
      </w:r>
      <w:r>
        <w:rPr>
          <w:rFonts w:ascii="Georgia" w:hAnsi="Georgia" w:cs="Times New Roman"/>
          <w:b/>
          <w:i w:val="0"/>
          <w:color w:val="000000"/>
          <w:sz w:val="24"/>
          <w:rtl/>
          <w:szCs w:val="32"/>
        </w:rPr>
        <w:t>כַּלְבְּתָא</w:t>
      </w:r>
      <w:r>
        <w:rPr>
          <w:rFonts w:ascii="Georgia" w:hAnsi="Georgia"/>
          <w:b w:val="0"/>
          <w:i w:val="0"/>
          <w:color w:val="000000"/>
          <w:sz w:val="24"/>
        </w:rPr>
        <w:t>)». И благодаря окунанию в снег (</w:t>
      </w:r>
      <w:r>
        <w:rPr>
          <w:rFonts w:ascii="Georgia" w:hAnsi="Georgia"/>
          <w:b w:val="0"/>
          <w:i/>
          <w:color w:val="000000"/>
          <w:sz w:val="24"/>
        </w:rPr>
        <w:t>шелег</w:t>
      </w:r>
      <w:r>
        <w:rPr>
          <w:rFonts w:ascii="Georgia" w:hAnsi="Georgia"/>
          <w:b w:val="0"/>
          <w:i w:val="0"/>
          <w:color w:val="000000"/>
          <w:sz w:val="24"/>
        </w:rPr>
        <w:t xml:space="preserve">, </w:t>
      </w:r>
      <w:r>
        <w:rPr>
          <w:rFonts w:ascii="Georgia" w:hAnsi="Georgia" w:cs="Times New Roman"/>
          <w:b/>
          <w:i w:val="0"/>
          <w:color w:val="000000"/>
          <w:sz w:val="24"/>
          <w:rtl/>
          <w:szCs w:val="32"/>
        </w:rPr>
        <w:t>שֶׁלֶג</w:t>
      </w:r>
      <w:r>
        <w:rPr>
          <w:rFonts w:ascii="Georgia" w:hAnsi="Georgia"/>
          <w:b w:val="0"/>
          <w:i w:val="0"/>
          <w:color w:val="000000"/>
          <w:sz w:val="24"/>
        </w:rPr>
        <w:t xml:space="preserve">) снимается с него привязанность к нему </w:t>
      </w:r>
      <w:r>
        <w:rPr>
          <w:rFonts w:ascii="Georgia" w:hAnsi="Georgia"/>
          <w:b w:val="0"/>
          <w:i/>
          <w:color w:val="000000"/>
          <w:sz w:val="24"/>
        </w:rPr>
        <w:t>шегал</w:t>
      </w:r>
      <w:r>
        <w:rPr>
          <w:rFonts w:ascii="Georgia" w:hAnsi="Georgia"/>
          <w:b w:val="0"/>
          <w:i w:val="0"/>
          <w:color w:val="000000"/>
          <w:sz w:val="24"/>
        </w:rPr>
        <w:t xml:space="preserve">, которая представляет собой высшую внешнюю собаку. И благодаря этому ты поймешь удивительную тайну, которую не следует раскрывать, но разумный поймет историю Бнаяу бен Йеояды, о котором Писание повествует: </w:t>
      </w:r>
      <w:r>
        <w:rPr>
          <w:rFonts w:ascii="Georgia" w:hAnsi="Georgia"/>
          <w:b w:val="0"/>
          <w:i/>
          <w:color w:val="000000"/>
          <w:sz w:val="24"/>
        </w:rPr>
        <w:t>«…И он поразил льва… в снежный день»</w:t>
      </w:r>
      <w:r>
        <w:rPr>
          <w:rFonts w:ascii="Georgia" w:hAnsi="Georgia"/>
          <w:b w:val="0"/>
          <w:i w:val="0"/>
          <w:color w:val="000000"/>
          <w:sz w:val="24"/>
        </w:rPr>
        <w:t xml:space="preserve"> (Шмуэль II 23:20), [что толкуется так:] «расколол глыбы льда, спустился и окунулся». Ведь на первый взгляд в этом нет столь великой похвалы, чтобы Писание рассказывало о ней.</w:t>
      </w:r>
    </w:p>
    <w:p>
      <w:pPr>
        <w:spacing w:before="40" w:after="120"/>
        <w:jc w:val="both"/>
      </w:pPr>
      <w:r>
        <w:rPr>
          <w:rFonts w:ascii="Georgia" w:hAnsi="Georgia"/>
          <w:b w:val="0"/>
          <w:i w:val="0"/>
          <w:color w:val="000000"/>
          <w:sz w:val="24"/>
        </w:rPr>
        <w:t>Однако тайна заключается в том, что имя Бнаяу (</w:t>
      </w:r>
      <w:r>
        <w:rPr>
          <w:rFonts w:ascii="Georgia" w:hAnsi="Georgia" w:cs="Times New Roman"/>
          <w:b/>
          <w:i w:val="0"/>
          <w:color w:val="000000"/>
          <w:sz w:val="24"/>
          <w:rtl/>
          <w:szCs w:val="32"/>
        </w:rPr>
        <w:t>בְּנָיָהוּ</w:t>
      </w:r>
      <w:r>
        <w:rPr>
          <w:rFonts w:ascii="Georgia" w:hAnsi="Georgia"/>
          <w:b w:val="0"/>
          <w:i w:val="0"/>
          <w:color w:val="000000"/>
          <w:sz w:val="24"/>
        </w:rPr>
        <w:t>) разделяется на две части: БОН (</w:t>
      </w:r>
      <w:r>
        <w:rPr>
          <w:rFonts w:ascii="Georgia" w:hAnsi="Georgia" w:cs="Times New Roman"/>
          <w:b/>
          <w:i w:val="0"/>
          <w:color w:val="000000"/>
          <w:sz w:val="24"/>
          <w:rtl/>
          <w:szCs w:val="32"/>
        </w:rPr>
        <w:t>ב״ן</w:t>
      </w:r>
      <w:r>
        <w:rPr>
          <w:rFonts w:ascii="Georgia" w:hAnsi="Georgia"/>
          <w:b w:val="0"/>
          <w:i w:val="0"/>
          <w:color w:val="000000"/>
          <w:sz w:val="24"/>
        </w:rPr>
        <w:t>) и буквы йод, хэй, вав (</w:t>
      </w:r>
      <w:r>
        <w:rPr>
          <w:rFonts w:ascii="Georgia" w:hAnsi="Georgia" w:cs="Times New Roman"/>
          <w:b/>
          <w:i w:val="0"/>
          <w:color w:val="000000"/>
          <w:sz w:val="24"/>
          <w:rtl/>
          <w:szCs w:val="32"/>
        </w:rPr>
        <w:t>יה״ו</w:t>
      </w:r>
      <w:r>
        <w:rPr>
          <w:rFonts w:ascii="Georgia" w:hAnsi="Georgia"/>
          <w:b w:val="0"/>
          <w:i w:val="0"/>
          <w:color w:val="000000"/>
          <w:sz w:val="24"/>
        </w:rPr>
        <w:t>). Ведь в буквах йод, хэй, вав (</w:t>
      </w:r>
      <w:r>
        <w:rPr>
          <w:rFonts w:ascii="Georgia" w:hAnsi="Georgia" w:cs="Times New Roman"/>
          <w:b/>
          <w:i w:val="0"/>
          <w:color w:val="000000"/>
          <w:sz w:val="24"/>
          <w:rtl/>
          <w:szCs w:val="32"/>
        </w:rPr>
        <w:t>יהו</w:t>
      </w:r>
      <w:r>
        <w:rPr>
          <w:rFonts w:ascii="Georgia" w:hAnsi="Georgia"/>
          <w:b w:val="0"/>
          <w:i w:val="0"/>
          <w:color w:val="000000"/>
          <w:sz w:val="24"/>
        </w:rPr>
        <w:t xml:space="preserve">) заключены три имени АВАЯ: АБ, САГ и МА; в последней же букве хэй заключено имя БОН де-хэйин. И в этом [смысл соединения] БОН и букв йод, хэй, вав [в имени Бнаяу]. И получается, что Бнаяу — это аспект имени БОН святости, поднимающий МАН. И поэтому он «поразил льва в снежный день», ведь [слово </w:t>
      </w:r>
      <w:r>
        <w:rPr>
          <w:rFonts w:ascii="Georgia" w:hAnsi="Georgia"/>
          <w:b w:val="0"/>
          <w:i/>
          <w:color w:val="000000"/>
          <w:sz w:val="24"/>
        </w:rPr>
        <w:t>шегал</w:t>
      </w:r>
      <w:r>
        <w:rPr>
          <w:rFonts w:ascii="Georgia" w:hAnsi="Georgia"/>
          <w:b w:val="0"/>
          <w:i w:val="0"/>
          <w:color w:val="000000"/>
          <w:sz w:val="24"/>
        </w:rPr>
        <w:t xml:space="preserve"> состоит из тех же] букв, что и </w:t>
      </w:r>
      <w:r>
        <w:rPr>
          <w:rFonts w:ascii="Georgia" w:hAnsi="Georgia"/>
          <w:b w:val="0"/>
          <w:i/>
          <w:color w:val="000000"/>
          <w:sz w:val="24"/>
        </w:rPr>
        <w:t>шелег</w:t>
      </w:r>
      <w:r>
        <w:rPr>
          <w:rFonts w:ascii="Georgia" w:hAnsi="Georgia"/>
          <w:b w:val="0"/>
          <w:i w:val="0"/>
          <w:color w:val="000000"/>
          <w:sz w:val="24"/>
        </w:rPr>
        <w:t>, в который он окунулся. И разумный поймет. А число дней поста я не получил.</w:t>
      </w:r>
    </w:p>
    <w:p>
      <w:pPr>
        <w:keepNext/>
        <w:spacing w:before="320" w:after="120"/>
      </w:pPr>
      <w:r>
        <w:rPr>
          <w:rFonts w:ascii="Georgia" w:hAnsi="Georgia"/>
          <w:b w:val="0"/>
          <w:i w:val="0"/>
          <w:color w:val="000000"/>
          <w:sz w:val="32"/>
        </w:rPr>
        <w:t>Исправление 21</w:t>
      </w:r>
    </w:p>
    <w:p>
      <w:pPr>
        <w:spacing w:before="40" w:after="120"/>
        <w:jc w:val="both"/>
      </w:pPr>
      <w:r>
        <w:rPr>
          <w:rFonts w:ascii="Georgia" w:hAnsi="Georgia"/>
          <w:b w:val="0"/>
          <w:i w:val="0"/>
          <w:color w:val="000000"/>
          <w:sz w:val="24"/>
        </w:rPr>
        <w:t>Это [исправление предназначено] для того, кто вступил в связь с замужней женщиной: пусть он постится 325 (</w:t>
      </w:r>
      <w:r>
        <w:rPr>
          <w:rFonts w:ascii="Georgia" w:hAnsi="Georgia" w:cs="Times New Roman"/>
          <w:b/>
          <w:i w:val="0"/>
          <w:color w:val="000000"/>
          <w:sz w:val="24"/>
          <w:rtl/>
          <w:szCs w:val="32"/>
        </w:rPr>
        <w:t>שכ״ה</w:t>
      </w:r>
      <w:r>
        <w:rPr>
          <w:rFonts w:ascii="Georgia" w:hAnsi="Georgia"/>
          <w:b w:val="0"/>
          <w:i w:val="0"/>
          <w:color w:val="000000"/>
          <w:sz w:val="24"/>
        </w:rPr>
        <w:t>) дней соответственно пятикратному Имени АДОНАЙ. Они представляют собой тайну 325 судов, как известно, ведь 320 (</w:t>
      </w:r>
      <w:r>
        <w:rPr>
          <w:rFonts w:ascii="Georgia" w:hAnsi="Georgia" w:cs="Times New Roman"/>
          <w:b/>
          <w:i w:val="0"/>
          <w:color w:val="000000"/>
          <w:sz w:val="24"/>
          <w:rtl/>
          <w:szCs w:val="32"/>
        </w:rPr>
        <w:t>ש״ך</w:t>
      </w:r>
      <w:r>
        <w:rPr>
          <w:rFonts w:ascii="Georgia" w:hAnsi="Georgia"/>
          <w:b w:val="0"/>
          <w:i w:val="0"/>
          <w:color w:val="000000"/>
          <w:sz w:val="24"/>
        </w:rPr>
        <w:t xml:space="preserve">) судов соответствуют числу слова </w:t>
      </w:r>
      <w:r>
        <w:rPr>
          <w:rFonts w:ascii="Georgia" w:hAnsi="Georgia"/>
          <w:b w:val="0"/>
          <w:i/>
          <w:color w:val="000000"/>
          <w:sz w:val="24"/>
        </w:rPr>
        <w:t>наар</w:t>
      </w:r>
      <w:r>
        <w:rPr>
          <w:rFonts w:ascii="Georgia" w:hAnsi="Georgia"/>
          <w:b w:val="0"/>
          <w:i w:val="0"/>
          <w:color w:val="000000"/>
          <w:sz w:val="24"/>
        </w:rPr>
        <w:t xml:space="preserve"> — «отрок» (</w:t>
      </w:r>
      <w:r>
        <w:rPr>
          <w:rFonts w:ascii="Georgia" w:hAnsi="Georgia" w:cs="Times New Roman"/>
          <w:b/>
          <w:i w:val="0"/>
          <w:color w:val="000000"/>
          <w:sz w:val="24"/>
          <w:rtl/>
          <w:szCs w:val="32"/>
        </w:rPr>
        <w:t>נַעַר</w:t>
      </w:r>
      <w:r>
        <w:rPr>
          <w:rFonts w:ascii="Georgia" w:hAnsi="Georgia"/>
          <w:b w:val="0"/>
          <w:i w:val="0"/>
          <w:color w:val="000000"/>
          <w:sz w:val="24"/>
        </w:rPr>
        <w:t xml:space="preserve"> = 320), и это пять раз [значение слова] </w:t>
      </w:r>
      <w:r>
        <w:rPr>
          <w:rFonts w:ascii="Georgia" w:hAnsi="Georgia"/>
          <w:b w:val="0"/>
          <w:i/>
          <w:color w:val="000000"/>
          <w:sz w:val="24"/>
        </w:rPr>
        <w:t>дин</w:t>
      </w:r>
      <w:r>
        <w:rPr>
          <w:rFonts w:ascii="Georgia" w:hAnsi="Georgia"/>
          <w:b w:val="0"/>
          <w:i w:val="0"/>
          <w:color w:val="000000"/>
          <w:sz w:val="24"/>
        </w:rPr>
        <w:t xml:space="preserve"> — «суд» (</w:t>
      </w:r>
      <w:r>
        <w:rPr>
          <w:rFonts w:ascii="Georgia" w:hAnsi="Georgia" w:cs="Times New Roman"/>
          <w:b/>
          <w:i w:val="0"/>
          <w:color w:val="000000"/>
          <w:sz w:val="24"/>
          <w:rtl/>
          <w:szCs w:val="32"/>
        </w:rPr>
        <w:t>דִּין</w:t>
      </w:r>
      <w:r>
        <w:rPr>
          <w:rFonts w:ascii="Georgia" w:hAnsi="Georgia"/>
          <w:b w:val="0"/>
          <w:i w:val="0"/>
          <w:color w:val="000000"/>
          <w:sz w:val="24"/>
        </w:rPr>
        <w:t xml:space="preserve"> = 64) в Имени АДОНАЙ. Затем благодаря пяти буквам алеф (</w:t>
      </w:r>
      <w:r>
        <w:rPr>
          <w:rFonts w:ascii="Georgia" w:hAnsi="Georgia" w:cs="Times New Roman"/>
          <w:b/>
          <w:i w:val="0"/>
          <w:color w:val="000000"/>
          <w:sz w:val="24"/>
          <w:rtl/>
          <w:szCs w:val="32"/>
        </w:rPr>
        <w:t>א</w:t>
      </w:r>
      <w:r>
        <w:rPr>
          <w:rFonts w:ascii="Georgia" w:hAnsi="Georgia"/>
          <w:b w:val="0"/>
          <w:i w:val="0"/>
          <w:color w:val="000000"/>
          <w:sz w:val="24"/>
        </w:rPr>
        <w:t xml:space="preserve"> = 1) Имени АДОНАЙ они подслащиваются и становятся 325, составляя тайну пяти Имен АДОНАЙ в Нукве де-ЗА.</w:t>
      </w:r>
    </w:p>
    <w:p>
      <w:pPr>
        <w:spacing w:before="40" w:after="120"/>
        <w:jc w:val="both"/>
      </w:pPr>
      <w:r>
        <w:rPr>
          <w:rFonts w:ascii="Georgia" w:hAnsi="Georgia"/>
          <w:b w:val="0"/>
          <w:i w:val="0"/>
          <w:color w:val="000000"/>
          <w:sz w:val="24"/>
        </w:rPr>
        <w:t xml:space="preserve">Есть и другие 325: это семь мелахим, которые умерли и аннулировались, и каждый из них называется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45). Семь раз </w:t>
      </w:r>
      <w:r>
        <w:rPr>
          <w:rFonts w:ascii="Georgia" w:hAnsi="Georgia"/>
          <w:b w:val="0"/>
          <w:i/>
          <w:color w:val="000000"/>
          <w:sz w:val="24"/>
        </w:rPr>
        <w:t>адам</w:t>
      </w:r>
      <w:r>
        <w:rPr>
          <w:rFonts w:ascii="Georgia" w:hAnsi="Georgia"/>
          <w:b w:val="0"/>
          <w:i w:val="0"/>
          <w:color w:val="000000"/>
          <w:sz w:val="24"/>
        </w:rPr>
        <w:t xml:space="preserve"> составляют 315 (</w:t>
      </w:r>
      <w:r>
        <w:rPr>
          <w:rFonts w:ascii="Georgia" w:hAnsi="Georgia" w:cs="Times New Roman"/>
          <w:b/>
          <w:i w:val="0"/>
          <w:color w:val="000000"/>
          <w:sz w:val="24"/>
          <w:rtl/>
          <w:szCs w:val="32"/>
        </w:rPr>
        <w:t>שט״ו</w:t>
      </w:r>
      <w:r>
        <w:rPr>
          <w:rFonts w:ascii="Georgia" w:hAnsi="Georgia"/>
          <w:b w:val="0"/>
          <w:i w:val="0"/>
          <w:color w:val="000000"/>
          <w:sz w:val="24"/>
        </w:rPr>
        <w:t>). Они родились и вышли из земли Эдом (</w:t>
      </w:r>
      <w:r>
        <w:rPr>
          <w:rFonts w:ascii="Georgia" w:hAnsi="Georgia" w:cs="Times New Roman"/>
          <w:b/>
          <w:i w:val="0"/>
          <w:color w:val="000000"/>
          <w:sz w:val="24"/>
          <w:rtl/>
          <w:szCs w:val="32"/>
        </w:rPr>
        <w:t>אֶרֶץ אֱדוֹם</w:t>
      </w:r>
      <w:r>
        <w:rPr>
          <w:rFonts w:ascii="Georgia" w:hAnsi="Georgia"/>
          <w:b w:val="0"/>
          <w:i w:val="0"/>
          <w:color w:val="000000"/>
          <w:sz w:val="24"/>
        </w:rPr>
        <w:t>), которая есть Бина — высшая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Поэтому соедини упомянутые 315 с их корнем — высшей буквой хэй, и получатся 320 судов.</w:t>
      </w:r>
    </w:p>
    <w:p>
      <w:pPr>
        <w:spacing w:before="40" w:after="120"/>
        <w:jc w:val="both"/>
      </w:pPr>
      <w:r>
        <w:rPr>
          <w:rFonts w:ascii="Georgia" w:hAnsi="Georgia"/>
          <w:b w:val="0"/>
          <w:i w:val="0"/>
          <w:color w:val="000000"/>
          <w:sz w:val="24"/>
        </w:rPr>
        <w:t>Есть также семь [наполнений] АВАЯ с буквами алеф — МА (</w:t>
      </w:r>
      <w:r>
        <w:rPr>
          <w:rFonts w:ascii="Georgia" w:hAnsi="Georgia" w:cs="Times New Roman"/>
          <w:b/>
          <w:i w:val="0"/>
          <w:color w:val="000000"/>
          <w:sz w:val="24"/>
          <w:rtl/>
          <w:szCs w:val="32"/>
        </w:rPr>
        <w:t>מ״ה</w:t>
      </w:r>
      <w:r>
        <w:rPr>
          <w:rFonts w:ascii="Georgia" w:hAnsi="Georgia"/>
          <w:b w:val="0"/>
          <w:i w:val="0"/>
          <w:color w:val="000000"/>
          <w:sz w:val="24"/>
        </w:rPr>
        <w:t xml:space="preserve"> = 45), которые вместе с высшей буквой хэй де-Бина, откуда они вышли, также составляют 320 судов. Упомянутые семь раз </w:t>
      </w:r>
      <w:r>
        <w:rPr>
          <w:rFonts w:ascii="Georgia" w:hAnsi="Georgia"/>
          <w:b w:val="0"/>
          <w:i/>
          <w:color w:val="000000"/>
          <w:sz w:val="24"/>
        </w:rPr>
        <w:t>адам</w:t>
      </w:r>
      <w:r>
        <w:rPr>
          <w:rFonts w:ascii="Georgia" w:hAnsi="Georgia"/>
          <w:b w:val="0"/>
          <w:i w:val="0"/>
          <w:color w:val="000000"/>
          <w:sz w:val="24"/>
        </w:rPr>
        <w:t xml:space="preserve"> — это те же самые семь [Имен] МА с буквами алеф. Таким образом, теперь есть три каванот (намерения), на которые тебе следует направлять мысль во время 325 постов: семь [наполнений] АВАЯ де-МА с буквами алеф, семь раз </w:t>
      </w:r>
      <w:r>
        <w:rPr>
          <w:rFonts w:ascii="Georgia" w:hAnsi="Georgia"/>
          <w:b w:val="0"/>
          <w:i/>
          <w:color w:val="000000"/>
          <w:sz w:val="24"/>
        </w:rPr>
        <w:t>адам</w:t>
      </w:r>
      <w:r>
        <w:rPr>
          <w:rFonts w:ascii="Georgia" w:hAnsi="Georgia"/>
          <w:b w:val="0"/>
          <w:i w:val="0"/>
          <w:color w:val="000000"/>
          <w:sz w:val="24"/>
        </w:rPr>
        <w:t xml:space="preserve"> и пять [Имен] АДОНАЙ. Это три вида 320 судов. Во время твоих 325 постов тебе необходимо сосредотачиваться на этих трех упомянутых каванот следующим образом: в первый день постов направляй мысль на букву алеф (</w:t>
      </w:r>
      <w:r>
        <w:rPr>
          <w:rFonts w:ascii="Georgia" w:hAnsi="Georgia" w:cs="Times New Roman"/>
          <w:b/>
          <w:i w:val="0"/>
          <w:color w:val="000000"/>
          <w:sz w:val="24"/>
          <w:rtl/>
          <w:szCs w:val="32"/>
        </w:rPr>
        <w:t>א</w:t>
      </w:r>
      <w:r>
        <w:rPr>
          <w:rFonts w:ascii="Georgia" w:hAnsi="Georgia"/>
          <w:b w:val="0"/>
          <w:i w:val="0"/>
          <w:color w:val="000000"/>
          <w:sz w:val="24"/>
        </w:rPr>
        <w:t xml:space="preserve">) первого из семи </w:t>
      </w:r>
      <w:r>
        <w:rPr>
          <w:rFonts w:ascii="Georgia" w:hAnsi="Georgia"/>
          <w:b w:val="0"/>
          <w:i/>
          <w:color w:val="000000"/>
          <w:sz w:val="24"/>
        </w:rPr>
        <w:t>адам</w:t>
      </w:r>
      <w:r>
        <w:rPr>
          <w:rFonts w:ascii="Georgia" w:hAnsi="Georgia"/>
          <w:b w:val="0"/>
          <w:i w:val="0"/>
          <w:color w:val="000000"/>
          <w:sz w:val="24"/>
        </w:rPr>
        <w:t>, на букву алеф первого из пяти [Имен] АДОНАЙ и на первую часть из десяти частей буквы йод (</w:t>
      </w:r>
      <w:r>
        <w:rPr>
          <w:rFonts w:ascii="Georgia" w:hAnsi="Georgia" w:cs="Times New Roman"/>
          <w:b/>
          <w:i w:val="0"/>
          <w:color w:val="000000"/>
          <w:sz w:val="24"/>
          <w:rtl/>
          <w:szCs w:val="32"/>
        </w:rPr>
        <w:t>י</w:t>
      </w:r>
      <w:r>
        <w:rPr>
          <w:rFonts w:ascii="Georgia" w:hAnsi="Georgia"/>
          <w:b w:val="0"/>
          <w:i w:val="0"/>
          <w:color w:val="000000"/>
          <w:sz w:val="24"/>
        </w:rPr>
        <w:t>) первого из семи [наполнений] АВАЯ с буквами алеф. Подобным же образом сосредотачивайся каждый день в соответствии с частями, приходящимися на этот день во всех трех аспектах упомянутых 320 судов.</w:t>
      </w:r>
    </w:p>
    <w:p>
      <w:pPr>
        <w:spacing w:before="40" w:after="120"/>
        <w:jc w:val="both"/>
      </w:pPr>
      <w:r>
        <w:rPr>
          <w:rFonts w:ascii="Georgia" w:hAnsi="Georgia"/>
          <w:b w:val="0"/>
          <w:i w:val="0"/>
          <w:color w:val="000000"/>
          <w:sz w:val="24"/>
        </w:rPr>
        <w:t>Если же ты будешь совершать непрерывные посты (</w:t>
      </w:r>
      <w:r>
        <w:rPr>
          <w:rFonts w:ascii="Georgia" w:hAnsi="Georgia"/>
          <w:b w:val="0"/>
          <w:i/>
          <w:color w:val="000000"/>
          <w:sz w:val="24"/>
        </w:rPr>
        <w:t>афсакот</w:t>
      </w:r>
      <w:r>
        <w:rPr>
          <w:rFonts w:ascii="Georgia" w:hAnsi="Georgia"/>
          <w:b w:val="0"/>
          <w:i w:val="0"/>
          <w:color w:val="000000"/>
          <w:sz w:val="24"/>
        </w:rPr>
        <w:t xml:space="preserve">), то есть поститься на протяжении двух суток подряд (двух дней и ночей), о которых мы уже разъясняли, что они считаются равными двадцати семи отдельным постам, тогда при одном непрерывном посте следует направлять мысль на 27 частей первого </w:t>
      </w:r>
      <w:r>
        <w:rPr>
          <w:rFonts w:ascii="Georgia" w:hAnsi="Georgia"/>
          <w:b w:val="0"/>
          <w:i/>
          <w:color w:val="000000"/>
          <w:sz w:val="24"/>
        </w:rPr>
        <w:t>адам</w:t>
      </w:r>
      <w:r>
        <w:rPr>
          <w:rFonts w:ascii="Georgia" w:hAnsi="Georgia"/>
          <w:b w:val="0"/>
          <w:i w:val="0"/>
          <w:color w:val="000000"/>
          <w:sz w:val="24"/>
        </w:rPr>
        <w:t xml:space="preserve"> — на две буквы алеф и далет (</w:t>
      </w:r>
      <w:r>
        <w:rPr>
          <w:rFonts w:ascii="Georgia" w:hAnsi="Georgia" w:cs="Times New Roman"/>
          <w:b/>
          <w:i w:val="0"/>
          <w:color w:val="000000"/>
          <w:sz w:val="24"/>
          <w:rtl/>
          <w:szCs w:val="32"/>
        </w:rPr>
        <w:t>א״ד</w:t>
      </w:r>
      <w:r>
        <w:rPr>
          <w:rFonts w:ascii="Georgia" w:hAnsi="Georgia"/>
          <w:b w:val="0"/>
          <w:i w:val="0"/>
          <w:color w:val="000000"/>
          <w:sz w:val="24"/>
        </w:rPr>
        <w:t xml:space="preserve"> = 5) и еще на 22 части буквы мэм (</w:t>
      </w:r>
      <w:r>
        <w:rPr>
          <w:rFonts w:ascii="Georgia" w:hAnsi="Georgia" w:cs="Times New Roman"/>
          <w:b/>
          <w:i w:val="0"/>
          <w:color w:val="000000"/>
          <w:sz w:val="24"/>
          <w:rtl/>
          <w:szCs w:val="32"/>
        </w:rPr>
        <w:t>ם</w:t>
      </w:r>
      <w:r>
        <w:rPr>
          <w:rFonts w:ascii="Georgia" w:hAnsi="Georgia"/>
          <w:b w:val="0"/>
          <w:i w:val="0"/>
          <w:color w:val="000000"/>
          <w:sz w:val="24"/>
        </w:rPr>
        <w:t>); и так же на 27 частей первого [Имени] АДОНАЙ — на две буквы алеф и далет (</w:t>
      </w:r>
      <w:r>
        <w:rPr>
          <w:rFonts w:ascii="Georgia" w:hAnsi="Georgia" w:cs="Times New Roman"/>
          <w:b/>
          <w:i w:val="0"/>
          <w:color w:val="000000"/>
          <w:sz w:val="24"/>
          <w:rtl/>
          <w:szCs w:val="32"/>
        </w:rPr>
        <w:t>א״ד</w:t>
      </w:r>
      <w:r>
        <w:rPr>
          <w:rFonts w:ascii="Georgia" w:hAnsi="Georgia"/>
          <w:b w:val="0"/>
          <w:i w:val="0"/>
          <w:color w:val="000000"/>
          <w:sz w:val="24"/>
        </w:rPr>
        <w:t xml:space="preserve"> = 5) и еще на 22 части буквы нун (</w:t>
      </w:r>
      <w:r>
        <w:rPr>
          <w:rFonts w:ascii="Georgia" w:hAnsi="Georgia" w:cs="Times New Roman"/>
          <w:b/>
          <w:i w:val="0"/>
          <w:color w:val="000000"/>
          <w:sz w:val="24"/>
          <w:rtl/>
          <w:szCs w:val="32"/>
        </w:rPr>
        <w:t>נ</w:t>
      </w:r>
      <w:r>
        <w:rPr>
          <w:rFonts w:ascii="Georgia" w:hAnsi="Georgia"/>
          <w:b w:val="0"/>
          <w:i w:val="0"/>
          <w:color w:val="000000"/>
          <w:sz w:val="24"/>
        </w:rPr>
        <w:t>); и так же на 27 частей первого [наполнения] АВАЯ де-МА — на пять букв наполнения йод и хэй (</w:t>
      </w:r>
      <w:r>
        <w:rPr>
          <w:rFonts w:ascii="Georgia" w:hAnsi="Georgia" w:cs="Times New Roman"/>
          <w:b/>
          <w:i w:val="0"/>
          <w:color w:val="000000"/>
          <w:sz w:val="24"/>
          <w:rtl/>
          <w:szCs w:val="32"/>
        </w:rPr>
        <w:t>יו״ד ה״א</w:t>
      </w:r>
      <w:r>
        <w:rPr>
          <w:rFonts w:ascii="Georgia" w:hAnsi="Georgia"/>
          <w:b w:val="0"/>
          <w:i w:val="0"/>
          <w:color w:val="000000"/>
          <w:sz w:val="24"/>
        </w:rPr>
        <w:t xml:space="preserve"> = 26) и еще на одну, первую часть первой буквы вав (</w:t>
      </w:r>
      <w:r>
        <w:rPr>
          <w:rFonts w:ascii="Georgia" w:hAnsi="Georgia" w:cs="Times New Roman"/>
          <w:b/>
          <w:i w:val="0"/>
          <w:color w:val="000000"/>
          <w:sz w:val="24"/>
          <w:rtl/>
          <w:szCs w:val="32"/>
        </w:rPr>
        <w:t>ו</w:t>
      </w:r>
      <w:r>
        <w:rPr>
          <w:rFonts w:ascii="Georgia" w:hAnsi="Georgia"/>
          <w:b w:val="0"/>
          <w:i w:val="0"/>
          <w:color w:val="000000"/>
          <w:sz w:val="24"/>
        </w:rPr>
        <w:t>) в ее наполнении вав (</w:t>
      </w:r>
      <w:r>
        <w:rPr>
          <w:rFonts w:ascii="Georgia" w:hAnsi="Georgia" w:cs="Times New Roman"/>
          <w:b/>
          <w:i w:val="0"/>
          <w:color w:val="000000"/>
          <w:sz w:val="24"/>
          <w:rtl/>
          <w:szCs w:val="32"/>
        </w:rPr>
        <w:t>וא״ו</w:t>
      </w:r>
      <w:r>
        <w:rPr>
          <w:rFonts w:ascii="Georgia" w:hAnsi="Georgia"/>
          <w:b w:val="0"/>
          <w:i w:val="0"/>
          <w:color w:val="000000"/>
          <w:sz w:val="24"/>
        </w:rPr>
        <w:t>). Вот три аспекта по 27 в одном непрерывном посте. И подобным же образом поступай в остальных непрерывных постах из твоих 325 постов. На протяжении же всех 325 постов носи вретище (</w:t>
      </w:r>
      <w:r>
        <w:rPr>
          <w:rFonts w:ascii="Georgia" w:hAnsi="Georgia"/>
          <w:b w:val="0"/>
          <w:i/>
          <w:color w:val="000000"/>
          <w:sz w:val="24"/>
        </w:rPr>
        <w:t>сак</w:t>
      </w:r>
      <w:r>
        <w:rPr>
          <w:rFonts w:ascii="Georgia" w:hAnsi="Georgia"/>
          <w:b w:val="0"/>
          <w:i w:val="0"/>
          <w:color w:val="000000"/>
          <w:sz w:val="24"/>
        </w:rPr>
        <w:t xml:space="preserve">, </w:t>
      </w:r>
      <w:r>
        <w:rPr>
          <w:rFonts w:ascii="Georgia" w:hAnsi="Georgia" w:cs="Times New Roman"/>
          <w:b/>
          <w:i w:val="0"/>
          <w:color w:val="000000"/>
          <w:sz w:val="24"/>
          <w:rtl/>
          <w:szCs w:val="32"/>
        </w:rPr>
        <w:t>שַׂק</w:t>
      </w:r>
      <w:r>
        <w:rPr>
          <w:rFonts w:ascii="Georgia" w:hAnsi="Georgia"/>
          <w:b w:val="0"/>
          <w:i w:val="0"/>
          <w:color w:val="000000"/>
          <w:sz w:val="24"/>
        </w:rPr>
        <w:t>). Также возложи немного пепла на лоб (мэцах), на место возложения головного тфилина. Когда будешь есть прерывающую трапезу (</w:t>
      </w:r>
      <w:r>
        <w:rPr>
          <w:rFonts w:ascii="Georgia" w:hAnsi="Georgia"/>
          <w:b w:val="0"/>
          <w:i/>
          <w:color w:val="000000"/>
          <w:sz w:val="24"/>
        </w:rPr>
        <w:t>сеуда мафсекет</w:t>
      </w:r>
      <w:r>
        <w:rPr>
          <w:rFonts w:ascii="Georgia" w:hAnsi="Georgia"/>
          <w:b w:val="0"/>
          <w:i w:val="0"/>
          <w:color w:val="000000"/>
          <w:sz w:val="24"/>
        </w:rPr>
        <w:t>) перед постом следующего дня или перед двухдневным непрерывным постом, как упомянуто, съешь последний кусок [пищи], обмакнув в пепел, если только это не Шаббат. И точно так же, когда будешь есть трапезу на исходе каждого поста, обмакни первый ломоть [хлеба] в пепел и съешь его, если только это не Шаббат.</w:t>
      </w:r>
    </w:p>
    <w:p>
      <w:pPr>
        <w:spacing w:before="40" w:after="120"/>
        <w:jc w:val="both"/>
      </w:pPr>
      <w:r>
        <w:rPr>
          <w:rFonts w:ascii="Georgia" w:hAnsi="Georgia"/>
          <w:b w:val="0"/>
          <w:i w:val="0"/>
          <w:color w:val="000000"/>
          <w:sz w:val="24"/>
        </w:rPr>
        <w:t xml:space="preserve">Направляй намерение на то, что слова </w:t>
      </w:r>
      <w:r>
        <w:rPr>
          <w:rFonts w:ascii="Georgia" w:hAnsi="Georgia"/>
          <w:b w:val="0"/>
          <w:i/>
          <w:color w:val="000000"/>
          <w:sz w:val="24"/>
        </w:rPr>
        <w:t>сак</w:t>
      </w:r>
      <w:r>
        <w:rPr>
          <w:rFonts w:ascii="Georgia" w:hAnsi="Georgia"/>
          <w:b w:val="0"/>
          <w:i w:val="0"/>
          <w:color w:val="000000"/>
          <w:sz w:val="24"/>
        </w:rPr>
        <w:t xml:space="preserve"> (</w:t>
      </w:r>
      <w:r>
        <w:rPr>
          <w:rFonts w:ascii="Georgia" w:hAnsi="Georgia" w:cs="Times New Roman"/>
          <w:b/>
          <w:i w:val="0"/>
          <w:color w:val="000000"/>
          <w:sz w:val="24"/>
          <w:rtl/>
          <w:szCs w:val="32"/>
        </w:rPr>
        <w:t>שַׂק</w:t>
      </w:r>
      <w:r>
        <w:rPr>
          <w:rFonts w:ascii="Georgia" w:hAnsi="Georgia"/>
          <w:b w:val="0"/>
          <w:i w:val="0"/>
          <w:color w:val="000000"/>
          <w:sz w:val="24"/>
        </w:rPr>
        <w:t xml:space="preserve">) и </w:t>
      </w:r>
      <w:r>
        <w:rPr>
          <w:rFonts w:ascii="Georgia" w:hAnsi="Georgia"/>
          <w:b w:val="0"/>
          <w:i/>
          <w:color w:val="000000"/>
          <w:sz w:val="24"/>
        </w:rPr>
        <w:t>эфер</w:t>
      </w:r>
      <w:r>
        <w:rPr>
          <w:rFonts w:ascii="Georgia" w:hAnsi="Georgia"/>
          <w:b w:val="0"/>
          <w:i w:val="0"/>
          <w:color w:val="000000"/>
          <w:sz w:val="24"/>
        </w:rPr>
        <w:t xml:space="preserve"> (</w:t>
      </w:r>
      <w:r>
        <w:rPr>
          <w:rFonts w:ascii="Georgia" w:hAnsi="Georgia" w:cs="Times New Roman"/>
          <w:b/>
          <w:i w:val="0"/>
          <w:color w:val="000000"/>
          <w:sz w:val="24"/>
          <w:rtl/>
          <w:szCs w:val="32"/>
        </w:rPr>
        <w:t>אֵפֶר</w:t>
      </w:r>
      <w:r>
        <w:rPr>
          <w:rFonts w:ascii="Georgia" w:hAnsi="Georgia"/>
          <w:b w:val="0"/>
          <w:i w:val="0"/>
          <w:color w:val="000000"/>
          <w:sz w:val="24"/>
        </w:rPr>
        <w:t>) в гематрии составляют 687 (</w:t>
      </w:r>
      <w:r>
        <w:rPr>
          <w:rFonts w:ascii="Georgia" w:hAnsi="Georgia" w:cs="Times New Roman"/>
          <w:b/>
          <w:i w:val="0"/>
          <w:color w:val="000000"/>
          <w:sz w:val="24"/>
          <w:rtl/>
          <w:szCs w:val="32"/>
        </w:rPr>
        <w:t>תרפ״ז</w:t>
      </w:r>
      <w:r>
        <w:rPr>
          <w:rFonts w:ascii="Georgia" w:hAnsi="Georgia"/>
          <w:b w:val="0"/>
          <w:i w:val="0"/>
          <w:color w:val="000000"/>
          <w:sz w:val="24"/>
        </w:rPr>
        <w:t>), и это — четыре [Имени] АВАЯ: АБ, САГ, МА, БОН — и три [Имени] ЭЙЕ: с буквами йод (</w:t>
      </w:r>
      <w:r>
        <w:rPr>
          <w:rFonts w:ascii="Georgia" w:hAnsi="Georgia" w:cs="Times New Roman"/>
          <w:b/>
          <w:i w:val="0"/>
          <w:color w:val="000000"/>
          <w:sz w:val="24"/>
          <w:rtl/>
          <w:szCs w:val="32"/>
        </w:rPr>
        <w:t>יודי״ן</w:t>
      </w:r>
      <w:r>
        <w:rPr>
          <w:rFonts w:ascii="Georgia" w:hAnsi="Georgia"/>
          <w:b w:val="0"/>
          <w:i w:val="0"/>
          <w:color w:val="000000"/>
          <w:sz w:val="24"/>
        </w:rPr>
        <w:t>), алеф (</w:t>
      </w:r>
      <w:r>
        <w:rPr>
          <w:rFonts w:ascii="Georgia" w:hAnsi="Georgia" w:cs="Times New Roman"/>
          <w:b/>
          <w:i w:val="0"/>
          <w:color w:val="000000"/>
          <w:sz w:val="24"/>
          <w:rtl/>
          <w:szCs w:val="32"/>
        </w:rPr>
        <w:t>אלפי״ן</w:t>
      </w:r>
      <w:r>
        <w:rPr>
          <w:rFonts w:ascii="Georgia" w:hAnsi="Georgia"/>
          <w:b w:val="0"/>
          <w:i w:val="0"/>
          <w:color w:val="000000"/>
          <w:sz w:val="24"/>
        </w:rPr>
        <w:t>) и хэй (</w:t>
      </w:r>
      <w:r>
        <w:rPr>
          <w:rFonts w:ascii="Georgia" w:hAnsi="Georgia" w:cs="Times New Roman"/>
          <w:b/>
          <w:i w:val="0"/>
          <w:color w:val="000000"/>
          <w:sz w:val="24"/>
          <w:rtl/>
          <w:szCs w:val="32"/>
        </w:rPr>
        <w:t>ההי״ן</w:t>
      </w:r>
      <w:r>
        <w:rPr>
          <w:rFonts w:ascii="Georgia" w:hAnsi="Georgia"/>
          <w:b w:val="0"/>
          <w:i w:val="0"/>
          <w:color w:val="000000"/>
          <w:sz w:val="24"/>
        </w:rPr>
        <w:t>). Ведь Малхут называется «Бат-Шева» (</w:t>
      </w:r>
      <w:r>
        <w:rPr>
          <w:rFonts w:ascii="Georgia" w:hAnsi="Georgia" w:cs="Times New Roman"/>
          <w:b/>
          <w:i w:val="0"/>
          <w:color w:val="000000"/>
          <w:sz w:val="24"/>
          <w:rtl/>
          <w:szCs w:val="32"/>
        </w:rPr>
        <w:t>בַּת שֶׁבַע</w:t>
      </w:r>
      <w:r>
        <w:rPr>
          <w:rFonts w:ascii="Georgia" w:hAnsi="Georgia"/>
          <w:b w:val="0"/>
          <w:i w:val="0"/>
          <w:color w:val="000000"/>
          <w:sz w:val="24"/>
        </w:rPr>
        <w:t xml:space="preserve"> — «дочь семи») по имени этих семи [Священных] Имен, как известно. Твое же намерение должно заключаться в том, чтобы благодаря этим семи Именам, составляющим 687, как и слова </w:t>
      </w:r>
      <w:r>
        <w:rPr>
          <w:rFonts w:ascii="Georgia" w:hAnsi="Georgia"/>
          <w:b w:val="0"/>
          <w:i/>
          <w:color w:val="000000"/>
          <w:sz w:val="24"/>
        </w:rPr>
        <w:t>сак</w:t>
      </w:r>
      <w:r>
        <w:rPr>
          <w:rFonts w:ascii="Georgia" w:hAnsi="Georgia"/>
          <w:b w:val="0"/>
          <w:i w:val="0"/>
          <w:color w:val="000000"/>
          <w:sz w:val="24"/>
        </w:rPr>
        <w:t xml:space="preserve"> и </w:t>
      </w:r>
      <w:r>
        <w:rPr>
          <w:rFonts w:ascii="Georgia" w:hAnsi="Georgia"/>
          <w:b w:val="0"/>
          <w:i/>
          <w:color w:val="000000"/>
          <w:sz w:val="24"/>
        </w:rPr>
        <w:t>эфер</w:t>
      </w:r>
      <w:r>
        <w:rPr>
          <w:rFonts w:ascii="Georgia" w:hAnsi="Georgia"/>
          <w:b w:val="0"/>
          <w:i w:val="0"/>
          <w:color w:val="000000"/>
          <w:sz w:val="24"/>
        </w:rPr>
        <w:t xml:space="preserve">, подсластить 325 судов — пять Имен АДОНАЙ, пребывающих в ней, в Малхут. Кроме того, имей в виду, что слова </w:t>
      </w:r>
      <w:r>
        <w:rPr>
          <w:rFonts w:ascii="Georgia" w:hAnsi="Georgia"/>
          <w:b w:val="0"/>
          <w:i/>
          <w:color w:val="000000"/>
          <w:sz w:val="24"/>
        </w:rPr>
        <w:t>сак</w:t>
      </w:r>
      <w:r>
        <w:rPr>
          <w:rFonts w:ascii="Georgia" w:hAnsi="Georgia"/>
          <w:b w:val="0"/>
          <w:i w:val="0"/>
          <w:color w:val="000000"/>
          <w:sz w:val="24"/>
        </w:rPr>
        <w:t xml:space="preserve"> и </w:t>
      </w:r>
      <w:r>
        <w:rPr>
          <w:rFonts w:ascii="Georgia" w:hAnsi="Georgia"/>
          <w:b w:val="0"/>
          <w:i/>
          <w:color w:val="000000"/>
          <w:sz w:val="24"/>
        </w:rPr>
        <w:t>эфер</w:t>
      </w:r>
      <w:r>
        <w:rPr>
          <w:rFonts w:ascii="Georgia" w:hAnsi="Georgia"/>
          <w:b w:val="0"/>
          <w:i w:val="0"/>
          <w:color w:val="000000"/>
          <w:sz w:val="24"/>
        </w:rPr>
        <w:t xml:space="preserve"> в гематрии равны выражению «небо и земля» (</w:t>
      </w:r>
      <w:r>
        <w:rPr>
          <w:rFonts w:ascii="Georgia" w:hAnsi="Georgia" w:cs="Times New Roman"/>
          <w:b/>
          <w:i w:val="0"/>
          <w:color w:val="000000"/>
          <w:sz w:val="24"/>
          <w:rtl/>
          <w:szCs w:val="32"/>
        </w:rPr>
        <w:t>שָׁמַיִם וָאָרֶץ</w:t>
      </w:r>
      <w:r>
        <w:rPr>
          <w:rFonts w:ascii="Georgia" w:hAnsi="Georgia"/>
          <w:b w:val="0"/>
          <w:i w:val="0"/>
          <w:color w:val="000000"/>
          <w:sz w:val="24"/>
        </w:rPr>
        <w:t xml:space="preserve"> = 687), представляющему собой тайну ЗОН, которых ты разлучил упомянутым прегрешением. И теперь посредством этого вретища и пепла, числовое значение которых равно семи упомянутым Именам, соединяются «небо и земля», составляющие в гематрии то же число.</w:t>
      </w:r>
    </w:p>
    <w:p>
      <w:pPr>
        <w:spacing w:before="40" w:after="120"/>
        <w:jc w:val="both"/>
      </w:pPr>
      <w:r>
        <w:rPr>
          <w:rFonts w:ascii="Georgia" w:hAnsi="Georgia"/>
          <w:b w:val="0"/>
          <w:i w:val="0"/>
          <w:color w:val="000000"/>
          <w:sz w:val="24"/>
        </w:rPr>
        <w:t xml:space="preserve">В каждый из 325 дней твоих постов сосредотачивайся в трех молитвах — Шахарит, Минха и Арвит: когда перед Амидой произносишь стих </w:t>
      </w:r>
      <w:r>
        <w:rPr>
          <w:rFonts w:ascii="Georgia" w:hAnsi="Georgia"/>
          <w:b w:val="0"/>
          <w:i/>
          <w:color w:val="000000"/>
          <w:sz w:val="24"/>
        </w:rPr>
        <w:t>«Г-споди, открой уста мои…»</w:t>
      </w:r>
      <w:r>
        <w:rPr>
          <w:rFonts w:ascii="Georgia" w:hAnsi="Georgia"/>
          <w:b w:val="0"/>
          <w:i w:val="0"/>
          <w:color w:val="000000"/>
          <w:sz w:val="24"/>
        </w:rPr>
        <w:t xml:space="preserve"> (Теилим 51:17), направляй мысль на то, чтобы подсластить 325 судов — пять Имен АДОНАЙ, как сказано выше. Однако в Шахарит при слове «АДОНАЙ» имей в виду подслащение двух Имен АДОНАЙ из пяти упомянутых, в Минхе — двух последующих, а в Арвите — пятого [Имени] АДОНАЙ.</w:t>
      </w:r>
    </w:p>
    <w:p>
      <w:pPr>
        <w:spacing w:before="40" w:after="120"/>
        <w:jc w:val="both"/>
      </w:pPr>
      <w:r>
        <w:rPr>
          <w:rFonts w:ascii="Georgia" w:hAnsi="Georgia"/>
          <w:b w:val="0"/>
          <w:i w:val="0"/>
          <w:color w:val="000000"/>
          <w:sz w:val="24"/>
        </w:rPr>
        <w:t xml:space="preserve">Порядок таков: в Шахарит при словах </w:t>
      </w:r>
      <w:r>
        <w:rPr>
          <w:rFonts w:ascii="Georgia" w:hAnsi="Georgia"/>
          <w:b w:val="0"/>
          <w:i/>
          <w:color w:val="000000"/>
          <w:sz w:val="24"/>
        </w:rPr>
        <w:t>«Г-споди, открой уста мои…»</w:t>
      </w:r>
      <w:r>
        <w:rPr>
          <w:rFonts w:ascii="Georgia" w:hAnsi="Georgia"/>
          <w:b w:val="0"/>
          <w:i w:val="0"/>
          <w:color w:val="000000"/>
          <w:sz w:val="24"/>
        </w:rPr>
        <w:t xml:space="preserve"> (</w:t>
      </w:r>
      <w:r>
        <w:rPr>
          <w:rFonts w:ascii="Georgia" w:hAnsi="Georgia"/>
          <w:b w:val="0"/>
          <w:i/>
          <w:color w:val="000000"/>
          <w:sz w:val="24"/>
        </w:rPr>
        <w:t>АДОНАЙ сфатай тифтах</w:t>
      </w:r>
      <w:r>
        <w:rPr>
          <w:rFonts w:ascii="Georgia" w:hAnsi="Georgia"/>
          <w:b w:val="0"/>
          <w:i w:val="0"/>
          <w:color w:val="000000"/>
          <w:sz w:val="24"/>
        </w:rPr>
        <w:t xml:space="preserve">, </w:t>
      </w:r>
      <w:r>
        <w:rPr>
          <w:rFonts w:ascii="Georgia" w:hAnsi="Georgia" w:cs="Times New Roman"/>
          <w:b/>
          <w:i w:val="0"/>
          <w:color w:val="000000"/>
          <w:sz w:val="24"/>
          <w:rtl/>
          <w:szCs w:val="32"/>
        </w:rPr>
        <w:t>אֲדֹנָי שְׂפָתַי תִּפְתָּח</w:t>
      </w:r>
      <w:r>
        <w:rPr>
          <w:rFonts w:ascii="Georgia" w:hAnsi="Georgia"/>
          <w:b w:val="0"/>
          <w:i w:val="0"/>
          <w:color w:val="000000"/>
          <w:sz w:val="24"/>
        </w:rPr>
        <w:t xml:space="preserve">) имей в виду, что их начальные буквы образуют слово </w:t>
      </w:r>
      <w:r>
        <w:rPr>
          <w:rFonts w:ascii="Georgia" w:hAnsi="Georgia"/>
          <w:b w:val="0"/>
          <w:i/>
          <w:color w:val="000000"/>
          <w:sz w:val="24"/>
        </w:rPr>
        <w:t>эшет</w:t>
      </w:r>
      <w:r>
        <w:rPr>
          <w:rFonts w:ascii="Georgia" w:hAnsi="Georgia"/>
          <w:b w:val="0"/>
          <w:i w:val="0"/>
          <w:color w:val="000000"/>
          <w:sz w:val="24"/>
        </w:rPr>
        <w:t xml:space="preserve"> (</w:t>
      </w:r>
      <w:r>
        <w:rPr>
          <w:rFonts w:ascii="Georgia" w:hAnsi="Georgia" w:cs="Times New Roman"/>
          <w:b/>
          <w:i w:val="0"/>
          <w:color w:val="000000"/>
          <w:sz w:val="24"/>
          <w:rtl/>
          <w:szCs w:val="32"/>
        </w:rPr>
        <w:t>אש״ת</w:t>
      </w:r>
      <w:r>
        <w:rPr>
          <w:rFonts w:ascii="Georgia" w:hAnsi="Georgia"/>
          <w:b w:val="0"/>
          <w:i w:val="0"/>
          <w:color w:val="000000"/>
          <w:sz w:val="24"/>
        </w:rPr>
        <w:t xml:space="preserve"> — «жена»), а вместе с буквой вав (</w:t>
      </w:r>
      <w:r>
        <w:rPr>
          <w:rFonts w:ascii="Georgia" w:hAnsi="Georgia" w:cs="Times New Roman"/>
          <w:b/>
          <w:i w:val="0"/>
          <w:color w:val="000000"/>
          <w:sz w:val="24"/>
          <w:rtl/>
          <w:szCs w:val="32"/>
        </w:rPr>
        <w:t>ו</w:t>
      </w:r>
      <w:r>
        <w:rPr>
          <w:rFonts w:ascii="Georgia" w:hAnsi="Georgia"/>
          <w:b w:val="0"/>
          <w:i w:val="0"/>
          <w:color w:val="000000"/>
          <w:sz w:val="24"/>
        </w:rPr>
        <w:t xml:space="preserve">) слова </w:t>
      </w:r>
      <w:r>
        <w:rPr>
          <w:rFonts w:ascii="Georgia" w:hAnsi="Georgia"/>
          <w:b w:val="0"/>
          <w:i/>
          <w:color w:val="000000"/>
          <w:sz w:val="24"/>
        </w:rPr>
        <w:t>у-фи</w:t>
      </w:r>
      <w:r>
        <w:rPr>
          <w:rFonts w:ascii="Georgia" w:hAnsi="Georgia"/>
          <w:b w:val="0"/>
          <w:i w:val="0"/>
          <w:color w:val="000000"/>
          <w:sz w:val="24"/>
        </w:rPr>
        <w:t xml:space="preserve"> (</w:t>
      </w:r>
      <w:r>
        <w:rPr>
          <w:rFonts w:ascii="Georgia" w:hAnsi="Georgia" w:cs="Times New Roman"/>
          <w:b/>
          <w:i w:val="0"/>
          <w:color w:val="000000"/>
          <w:sz w:val="24"/>
          <w:rtl/>
          <w:szCs w:val="32"/>
        </w:rPr>
        <w:t>וּפִי</w:t>
      </w:r>
      <w:r>
        <w:rPr>
          <w:rFonts w:ascii="Georgia" w:hAnsi="Georgia"/>
          <w:b w:val="0"/>
          <w:i w:val="0"/>
          <w:color w:val="000000"/>
          <w:sz w:val="24"/>
        </w:rPr>
        <w:t xml:space="preserve"> — «и уста мои») получается </w:t>
      </w:r>
      <w:r>
        <w:rPr>
          <w:rFonts w:ascii="Georgia" w:hAnsi="Georgia"/>
          <w:b w:val="0"/>
          <w:i/>
          <w:color w:val="000000"/>
          <w:sz w:val="24"/>
        </w:rPr>
        <w:t>ишто</w:t>
      </w:r>
      <w:r>
        <w:rPr>
          <w:rFonts w:ascii="Georgia" w:hAnsi="Georgia"/>
          <w:b w:val="0"/>
          <w:i w:val="0"/>
          <w:color w:val="000000"/>
          <w:sz w:val="24"/>
        </w:rPr>
        <w:t xml:space="preserve"> (</w:t>
      </w:r>
      <w:r>
        <w:rPr>
          <w:rFonts w:ascii="Georgia" w:hAnsi="Georgia" w:cs="Times New Roman"/>
          <w:b/>
          <w:i w:val="0"/>
          <w:color w:val="000000"/>
          <w:sz w:val="24"/>
          <w:rtl/>
          <w:szCs w:val="32"/>
        </w:rPr>
        <w:t>אִשְׁתּוֹ</w:t>
      </w:r>
      <w:r>
        <w:rPr>
          <w:rFonts w:ascii="Georgia" w:hAnsi="Georgia"/>
          <w:b w:val="0"/>
          <w:i w:val="0"/>
          <w:color w:val="000000"/>
          <w:sz w:val="24"/>
        </w:rPr>
        <w:t xml:space="preserve"> — «жена его»), то есть «жена буквы вав» (</w:t>
      </w:r>
      <w:r>
        <w:rPr>
          <w:rFonts w:ascii="Georgia" w:hAnsi="Georgia"/>
          <w:b w:val="0"/>
          <w:i/>
          <w:color w:val="000000"/>
          <w:sz w:val="24"/>
        </w:rPr>
        <w:t>эшет вав</w:t>
      </w:r>
      <w:r>
        <w:rPr>
          <w:rFonts w:ascii="Georgia" w:hAnsi="Georgia"/>
          <w:b w:val="0"/>
          <w:i w:val="0"/>
          <w:color w:val="000000"/>
          <w:sz w:val="24"/>
        </w:rPr>
        <w:t>). Смысл в том, что упомянутым прегрешением человек разлучил Нукву де-ЗА, называемую АДОНАЙ, с ее мужем — Зеир Анпином, обозначаемым буквой вав (</w:t>
      </w:r>
      <w:r>
        <w:rPr>
          <w:rFonts w:ascii="Georgia" w:hAnsi="Georgia" w:cs="Times New Roman"/>
          <w:b/>
          <w:i w:val="0"/>
          <w:color w:val="000000"/>
          <w:sz w:val="24"/>
          <w:rtl/>
          <w:szCs w:val="32"/>
        </w:rPr>
        <w:t>ו</w:t>
      </w:r>
      <w:r>
        <w:rPr>
          <w:rFonts w:ascii="Georgia" w:hAnsi="Georgia"/>
          <w:b w:val="0"/>
          <w:i w:val="0"/>
          <w:color w:val="000000"/>
          <w:sz w:val="24"/>
        </w:rPr>
        <w:t>). И теперь пусть он соединит их вместе — упомянутую жену с буквой вав (</w:t>
      </w:r>
      <w:r>
        <w:rPr>
          <w:rFonts w:ascii="Georgia" w:hAnsi="Georgia" w:cs="Times New Roman"/>
          <w:b/>
          <w:i w:val="0"/>
          <w:color w:val="000000"/>
          <w:sz w:val="24"/>
          <w:rtl/>
          <w:szCs w:val="32"/>
        </w:rPr>
        <w:t>ו</w:t>
      </w:r>
      <w:r>
        <w:rPr>
          <w:rFonts w:ascii="Georgia" w:hAnsi="Georgia"/>
          <w:b w:val="0"/>
          <w:i w:val="0"/>
          <w:color w:val="000000"/>
          <w:sz w:val="24"/>
        </w:rPr>
        <w:t>), которая есть ее муж. При слове «АДОНАЙ» пусть имеет в виду два Имени АДОНАЙ, составляющие в гематрии 130 (</w:t>
      </w:r>
      <w:r>
        <w:rPr>
          <w:rFonts w:ascii="Georgia" w:hAnsi="Georgia" w:cs="Times New Roman"/>
          <w:b/>
          <w:i w:val="0"/>
          <w:color w:val="000000"/>
          <w:sz w:val="24"/>
          <w:rtl/>
          <w:szCs w:val="32"/>
        </w:rPr>
        <w:t>ק״ל</w:t>
      </w:r>
      <w:r>
        <w:rPr>
          <w:rFonts w:ascii="Georgia" w:hAnsi="Georgia"/>
          <w:b w:val="0"/>
          <w:i w:val="0"/>
          <w:color w:val="000000"/>
          <w:sz w:val="24"/>
        </w:rPr>
        <w:t>), и подсластит их пятью [Именами] АВАЯ, числовое значение которых также 130. Также при слове «АДОНАЙ» направляй намерение на два Имени АДОНАЙ, составляющие 130, как сказано, и имей в виду, что эти два Имени, равные 130, суть аспект пяти гвурот в ней, представляющих собой пять других [Имен] АВАЯ, числовое значение которых также 130, как известно. Поэтому сосредоточься и на том, чтобы подсластить их пятью хасадим — еще пятью Именами АВАЯ, которые также составляют 130.</w:t>
      </w:r>
    </w:p>
    <w:p>
      <w:pPr>
        <w:spacing w:before="40" w:after="120"/>
        <w:jc w:val="both"/>
      </w:pPr>
      <w:r>
        <w:rPr>
          <w:rFonts w:ascii="Georgia" w:hAnsi="Georgia"/>
          <w:b w:val="0"/>
          <w:i w:val="0"/>
          <w:color w:val="000000"/>
          <w:sz w:val="24"/>
        </w:rPr>
        <w:t xml:space="preserve">В молитве Минха при словах </w:t>
      </w:r>
      <w:r>
        <w:rPr>
          <w:rFonts w:ascii="Georgia" w:hAnsi="Georgia"/>
          <w:b w:val="0"/>
          <w:i/>
          <w:color w:val="000000"/>
          <w:sz w:val="24"/>
        </w:rPr>
        <w:t>«Г-споди, открой уста мои…»</w:t>
      </w:r>
      <w:r>
        <w:rPr>
          <w:rFonts w:ascii="Georgia" w:hAnsi="Georgia"/>
          <w:b w:val="0"/>
          <w:i w:val="0"/>
          <w:color w:val="000000"/>
          <w:sz w:val="24"/>
        </w:rPr>
        <w:t xml:space="preserve"> пусть также направляет намерение на два других Имени АДОНАЙ, подобно тому как в Шахарит. В молитве же Арвит пусть имеет в виду еще одно, пятое Имя АДОНАЙ — и тем самым завершаются пять Имен АДОНАЙ, составляющие 325, как сказано.</w:t>
      </w:r>
    </w:p>
    <w:p>
      <w:pPr>
        <w:spacing w:before="40" w:after="120"/>
        <w:jc w:val="both"/>
      </w:pPr>
      <w:r>
        <w:rPr>
          <w:rFonts w:ascii="Georgia" w:hAnsi="Georgia"/>
          <w:b w:val="0"/>
          <w:i w:val="0"/>
          <w:color w:val="000000"/>
          <w:sz w:val="24"/>
        </w:rPr>
        <w:t xml:space="preserve">Во все дни твоих 325 постов, когда после Амиды будешь произносить тринадцать свойств [милосердия]: </w:t>
      </w:r>
      <w:r>
        <w:rPr>
          <w:rFonts w:ascii="Georgia" w:hAnsi="Georgia"/>
          <w:b w:val="0"/>
          <w:i/>
          <w:color w:val="000000"/>
          <w:sz w:val="24"/>
        </w:rPr>
        <w:t>«И прошел [Г-сподь пред лицом его и возгласил: Г-сподь, Г-сподь, Б-г человеколюбивый и милосердный]…»</w:t>
      </w:r>
      <w:r>
        <w:rPr>
          <w:rFonts w:ascii="Georgia" w:hAnsi="Georgia"/>
          <w:b w:val="0"/>
          <w:i w:val="0"/>
          <w:color w:val="000000"/>
          <w:sz w:val="24"/>
        </w:rPr>
        <w:t xml:space="preserve"> (Шмот 34:6), — дойдя до слов </w:t>
      </w:r>
      <w:r>
        <w:rPr>
          <w:rFonts w:ascii="Georgia" w:hAnsi="Georgia"/>
          <w:b w:val="0"/>
          <w:i/>
          <w:color w:val="000000"/>
          <w:sz w:val="24"/>
        </w:rPr>
        <w:t>носе авон</w:t>
      </w:r>
      <w:r>
        <w:rPr>
          <w:rFonts w:ascii="Georgia" w:hAnsi="Georgia"/>
          <w:b w:val="0"/>
          <w:i w:val="0"/>
          <w:color w:val="000000"/>
          <w:sz w:val="24"/>
        </w:rPr>
        <w:t xml:space="preserve"> (</w:t>
      </w:r>
      <w:r>
        <w:rPr>
          <w:rFonts w:ascii="Georgia" w:hAnsi="Georgia" w:cs="Times New Roman"/>
          <w:b/>
          <w:i w:val="0"/>
          <w:color w:val="000000"/>
          <w:sz w:val="24"/>
          <w:rtl/>
          <w:szCs w:val="32"/>
        </w:rPr>
        <w:t>נֹשֵׂא עָוֹן</w:t>
      </w:r>
      <w:r>
        <w:rPr>
          <w:rFonts w:ascii="Georgia" w:hAnsi="Georgia"/>
          <w:b w:val="0"/>
          <w:i w:val="0"/>
          <w:color w:val="000000"/>
          <w:sz w:val="24"/>
        </w:rPr>
        <w:t xml:space="preserve"> — «прощающий вину»), сосредоточься на следующих каванот: имей в виду подсластить 325 судов — пять Имен АДОНАЙ — посредством одного простого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ведь все это в сумме дает число слова </w:t>
      </w:r>
      <w:r>
        <w:rPr>
          <w:rFonts w:ascii="Georgia" w:hAnsi="Georgia"/>
          <w:b w:val="0"/>
          <w:i/>
          <w:color w:val="000000"/>
          <w:sz w:val="24"/>
        </w:rPr>
        <w:t>носе</w:t>
      </w:r>
      <w:r>
        <w:rPr>
          <w:rFonts w:ascii="Georgia" w:hAnsi="Georgia"/>
          <w:b w:val="0"/>
          <w:i w:val="0"/>
          <w:color w:val="000000"/>
          <w:sz w:val="24"/>
        </w:rPr>
        <w:t xml:space="preserve"> (</w:t>
      </w:r>
      <w:r>
        <w:rPr>
          <w:rFonts w:ascii="Georgia" w:hAnsi="Georgia" w:cs="Times New Roman"/>
          <w:b/>
          <w:i w:val="0"/>
          <w:color w:val="000000"/>
          <w:sz w:val="24"/>
          <w:rtl/>
          <w:szCs w:val="32"/>
        </w:rPr>
        <w:t>נֹשֵׂא</w:t>
      </w:r>
      <w:r>
        <w:rPr>
          <w:rFonts w:ascii="Georgia" w:hAnsi="Georgia"/>
          <w:b w:val="0"/>
          <w:i w:val="0"/>
          <w:color w:val="000000"/>
          <w:sz w:val="24"/>
        </w:rPr>
        <w:t xml:space="preserve"> = 351). И в этом смысл слов </w:t>
      </w:r>
      <w:r>
        <w:rPr>
          <w:rFonts w:ascii="Georgia" w:hAnsi="Georgia"/>
          <w:b w:val="0"/>
          <w:i/>
          <w:color w:val="000000"/>
          <w:sz w:val="24"/>
        </w:rPr>
        <w:t>носе авон</w:t>
      </w:r>
      <w:r>
        <w:rPr>
          <w:rFonts w:ascii="Georgia" w:hAnsi="Georgia"/>
          <w:b w:val="0"/>
          <w:i w:val="0"/>
          <w:color w:val="000000"/>
          <w:sz w:val="24"/>
        </w:rPr>
        <w:t xml:space="preserve">. Также направляй мысль на известное [учение о том], что </w:t>
      </w:r>
      <w:r>
        <w:rPr>
          <w:rFonts w:ascii="Georgia" w:hAnsi="Georgia"/>
          <w:b w:val="0"/>
          <w:i/>
          <w:color w:val="000000"/>
          <w:sz w:val="24"/>
        </w:rPr>
        <w:t>носе авон</w:t>
      </w:r>
      <w:r>
        <w:rPr>
          <w:rFonts w:ascii="Georgia" w:hAnsi="Georgia"/>
          <w:b w:val="0"/>
          <w:i w:val="0"/>
          <w:color w:val="000000"/>
          <w:sz w:val="24"/>
        </w:rPr>
        <w:t xml:space="preserve"> — это второе свойство в стихе </w:t>
      </w:r>
      <w:r>
        <w:rPr>
          <w:rFonts w:ascii="Georgia" w:hAnsi="Georgia"/>
          <w:b w:val="0"/>
          <w:i/>
          <w:color w:val="000000"/>
          <w:sz w:val="24"/>
        </w:rPr>
        <w:t>«Кто Б-г, подобный Тебе…»</w:t>
      </w:r>
      <w:r>
        <w:rPr>
          <w:rFonts w:ascii="Georgia" w:hAnsi="Georgia"/>
          <w:b w:val="0"/>
          <w:i w:val="0"/>
          <w:color w:val="000000"/>
          <w:sz w:val="24"/>
        </w:rPr>
        <w:t xml:space="preserve"> (Миха 7:18), и оно относится ко второму исправлению дикны АА, то есть к верхней губе над устами (пэ).</w:t>
      </w:r>
    </w:p>
    <w:p>
      <w:pPr>
        <w:spacing w:before="40" w:after="120"/>
        <w:jc w:val="both"/>
      </w:pPr>
      <w:r>
        <w:rPr>
          <w:rFonts w:ascii="Georgia" w:hAnsi="Georgia"/>
          <w:b w:val="0"/>
          <w:i w:val="0"/>
          <w:color w:val="000000"/>
          <w:sz w:val="24"/>
        </w:rPr>
        <w:t xml:space="preserve">Кроме того, при слове </w:t>
      </w:r>
      <w:r>
        <w:rPr>
          <w:rFonts w:ascii="Georgia" w:hAnsi="Georgia"/>
          <w:b w:val="0"/>
          <w:i/>
          <w:color w:val="000000"/>
          <w:sz w:val="24"/>
        </w:rPr>
        <w:t>авон</w:t>
      </w:r>
      <w:r>
        <w:rPr>
          <w:rFonts w:ascii="Georgia" w:hAnsi="Georgia"/>
          <w:b w:val="0"/>
          <w:i w:val="0"/>
          <w:color w:val="000000"/>
          <w:sz w:val="24"/>
        </w:rPr>
        <w:t xml:space="preserve"> (</w:t>
      </w:r>
      <w:r>
        <w:rPr>
          <w:rFonts w:ascii="Georgia" w:hAnsi="Georgia" w:cs="Times New Roman"/>
          <w:b/>
          <w:i w:val="0"/>
          <w:color w:val="000000"/>
          <w:sz w:val="24"/>
          <w:rtl/>
          <w:szCs w:val="32"/>
        </w:rPr>
        <w:t>עָוֹן</w:t>
      </w:r>
      <w:r>
        <w:rPr>
          <w:rFonts w:ascii="Georgia" w:hAnsi="Georgia"/>
          <w:b w:val="0"/>
          <w:i w:val="0"/>
          <w:color w:val="000000"/>
          <w:sz w:val="24"/>
        </w:rPr>
        <w:t>) имей в виду, что оно в гематрии равно числу простого развертывания назад (</w:t>
      </w:r>
      <w:r>
        <w:rPr>
          <w:rFonts w:ascii="Georgia" w:hAnsi="Georgia"/>
          <w:b w:val="0"/>
          <w:i/>
          <w:color w:val="000000"/>
          <w:sz w:val="24"/>
        </w:rPr>
        <w:t>ахораим</w:t>
      </w:r>
      <w:r>
        <w:rPr>
          <w:rFonts w:ascii="Georgia" w:hAnsi="Georgia"/>
          <w:b w:val="0"/>
          <w:i w:val="0"/>
          <w:color w:val="000000"/>
          <w:sz w:val="24"/>
        </w:rPr>
        <w:t>) Имени АДОНАЙ, составляющего 126 (</w:t>
      </w:r>
      <w:r>
        <w:rPr>
          <w:rFonts w:ascii="Georgia" w:hAnsi="Georgia" w:cs="Times New Roman"/>
          <w:b/>
          <w:i w:val="0"/>
          <w:color w:val="000000"/>
          <w:sz w:val="24"/>
          <w:rtl/>
          <w:szCs w:val="32"/>
        </w:rPr>
        <w:t>קכ״ו</w:t>
      </w:r>
      <w:r>
        <w:rPr>
          <w:rFonts w:ascii="Georgia" w:hAnsi="Georgia"/>
          <w:b w:val="0"/>
          <w:i w:val="0"/>
          <w:color w:val="000000"/>
          <w:sz w:val="24"/>
        </w:rPr>
        <w:t xml:space="preserve">), как и само слово </w:t>
      </w:r>
      <w:r>
        <w:rPr>
          <w:rFonts w:ascii="Georgia" w:hAnsi="Georgia"/>
          <w:b w:val="0"/>
          <w:i/>
          <w:color w:val="000000"/>
          <w:sz w:val="24"/>
        </w:rPr>
        <w:t>авон</w:t>
      </w:r>
      <w:r>
        <w:rPr>
          <w:rFonts w:ascii="Georgia" w:hAnsi="Georgia"/>
          <w:b w:val="0"/>
          <w:i w:val="0"/>
          <w:color w:val="000000"/>
          <w:sz w:val="24"/>
        </w:rPr>
        <w:t xml:space="preserve">. Это — суды, и направляй намерение на то, чтобы подсластить их также посредством того самого Имени АВАЯ, о котором ты думал при слове </w:t>
      </w:r>
      <w:r>
        <w:rPr>
          <w:rFonts w:ascii="Georgia" w:hAnsi="Georgia"/>
          <w:b w:val="0"/>
          <w:i/>
          <w:color w:val="000000"/>
          <w:sz w:val="24"/>
        </w:rPr>
        <w:t>носе</w:t>
      </w:r>
      <w:r>
        <w:rPr>
          <w:rFonts w:ascii="Georgia" w:hAnsi="Georgia"/>
          <w:b w:val="0"/>
          <w:i w:val="0"/>
          <w:color w:val="000000"/>
          <w:sz w:val="24"/>
        </w:rPr>
        <w:t xml:space="preserve">, как сказано выше. Однако имей в виду, что в этом Имени АВАЯ есть три наполнения: АБ, САГ, МА. И тебе уже известно, что в каждом из этих трех [Имен] АВАЯ насчитывается 42 буквы — в простом написании, в наполнении и в наполнении наполнения. Трижды 42 составляют 126. Направляй же намерение на то, чтобы подсластить 126 [судов] развертывания Имени АДОНАЙ тремя упомянутыми Именами из 42 букв, числовое значение которых равно слову </w:t>
      </w:r>
      <w:r>
        <w:rPr>
          <w:rFonts w:ascii="Georgia" w:hAnsi="Georgia"/>
          <w:b w:val="0"/>
          <w:i/>
          <w:color w:val="000000"/>
          <w:sz w:val="24"/>
        </w:rPr>
        <w:t>авон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имей в виду, что начальные буквы слов </w:t>
      </w:r>
      <w:r>
        <w:rPr>
          <w:rFonts w:ascii="Georgia" w:hAnsi="Georgia"/>
          <w:b w:val="0"/>
          <w:i/>
          <w:color w:val="000000"/>
          <w:sz w:val="24"/>
        </w:rPr>
        <w:t>носе авон</w:t>
      </w:r>
      <w:r>
        <w:rPr>
          <w:rFonts w:ascii="Georgia" w:hAnsi="Georgia"/>
          <w:b w:val="0"/>
          <w:i w:val="0"/>
          <w:color w:val="000000"/>
          <w:sz w:val="24"/>
        </w:rPr>
        <w:t xml:space="preserve"> (</w:t>
      </w:r>
      <w:r>
        <w:rPr>
          <w:rFonts w:ascii="Georgia" w:hAnsi="Georgia" w:cs="Times New Roman"/>
          <w:b/>
          <w:i w:val="0"/>
          <w:color w:val="000000"/>
          <w:sz w:val="24"/>
          <w:rtl/>
          <w:szCs w:val="32"/>
        </w:rPr>
        <w:t>נ״ע</w:t>
      </w:r>
      <w:r>
        <w:rPr>
          <w:rFonts w:ascii="Georgia" w:hAnsi="Georgia"/>
          <w:b w:val="0"/>
          <w:i w:val="0"/>
          <w:color w:val="000000"/>
          <w:sz w:val="24"/>
        </w:rPr>
        <w:t>) в гематрии равны 120 (</w:t>
      </w:r>
      <w:r>
        <w:rPr>
          <w:rFonts w:ascii="Georgia" w:hAnsi="Georgia" w:cs="Times New Roman"/>
          <w:b/>
          <w:i w:val="0"/>
          <w:color w:val="000000"/>
          <w:sz w:val="24"/>
          <w:rtl/>
          <w:szCs w:val="32"/>
        </w:rPr>
        <w:t>ק״ך</w:t>
      </w:r>
      <w:r>
        <w:rPr>
          <w:rFonts w:ascii="Georgia" w:hAnsi="Georgia"/>
          <w:b w:val="0"/>
          <w:i w:val="0"/>
          <w:color w:val="000000"/>
          <w:sz w:val="24"/>
        </w:rPr>
        <w:t>) сочетаниям (</w:t>
      </w:r>
      <w:r>
        <w:rPr>
          <w:rFonts w:ascii="Georgia" w:hAnsi="Georgia"/>
          <w:b w:val="0"/>
          <w:i/>
          <w:color w:val="000000"/>
          <w:sz w:val="24"/>
        </w:rPr>
        <w:t>церуфим</w:t>
      </w:r>
      <w:r>
        <w:rPr>
          <w:rFonts w:ascii="Georgia" w:hAnsi="Georgia"/>
          <w:b w:val="0"/>
          <w:i w:val="0"/>
          <w:color w:val="000000"/>
          <w:sz w:val="24"/>
        </w:rPr>
        <w:t xml:space="preserve">) Имени ЭЛОКИМ, и направляй мысль на то, чтобы подсластить их также тремя упомянутыми Именами из 42 букв, сумма которых равна числу слова </w:t>
      </w:r>
      <w:r>
        <w:rPr>
          <w:rFonts w:ascii="Georgia" w:hAnsi="Georgia"/>
          <w:b w:val="0"/>
          <w:i/>
          <w:color w:val="000000"/>
          <w:sz w:val="24"/>
        </w:rPr>
        <w:t>авон</w:t>
      </w:r>
      <w:r>
        <w:rPr>
          <w:rFonts w:ascii="Georgia" w:hAnsi="Georgia"/>
          <w:b w:val="0"/>
          <w:i w:val="0"/>
          <w:color w:val="000000"/>
          <w:sz w:val="24"/>
        </w:rPr>
        <w:t>. Также направляй намерение на известное [учение о том], что волосы дикны Ариха — это каналы, низводящие изобилие (</w:t>
      </w:r>
      <w:r>
        <w:rPr>
          <w:rFonts w:ascii="Georgia" w:hAnsi="Georgia"/>
          <w:b w:val="0"/>
          <w:i/>
          <w:color w:val="000000"/>
          <w:sz w:val="24"/>
        </w:rPr>
        <w:t>шефа</w:t>
      </w:r>
      <w:r>
        <w:rPr>
          <w:rFonts w:ascii="Georgia" w:hAnsi="Georgia"/>
          <w:b w:val="0"/>
          <w:i w:val="0"/>
          <w:color w:val="000000"/>
          <w:sz w:val="24"/>
        </w:rPr>
        <w:t xml:space="preserve">) светов вниз путем уменьшения света, чтобы у нижних была способность принять свет; именно поэтому они называются исправлениями. Из-за прегрешения же с замужней женщиной человек препятствует распространению светов через это второе исправление дикны, называемое </w:t>
      </w:r>
      <w:r>
        <w:rPr>
          <w:rFonts w:ascii="Georgia" w:hAnsi="Georgia"/>
          <w:b w:val="0"/>
          <w:i/>
          <w:color w:val="000000"/>
          <w:sz w:val="24"/>
        </w:rPr>
        <w:t>носе авон</w:t>
      </w:r>
      <w:r>
        <w:rPr>
          <w:rFonts w:ascii="Georgia" w:hAnsi="Georgia"/>
          <w:b w:val="0"/>
          <w:i w:val="0"/>
          <w:color w:val="000000"/>
          <w:sz w:val="24"/>
        </w:rPr>
        <w:t xml:space="preserve">, как упомянуто выше, то есть через верхнюю губу. Направляй намерение на то, чтобы теперь благодаря этим упомянутым каванот свет снова стал распространяться через это исправление. Все это имей в виду в стихе </w:t>
      </w:r>
      <w:r>
        <w:rPr>
          <w:rFonts w:ascii="Georgia" w:hAnsi="Georgia"/>
          <w:b w:val="0"/>
          <w:i/>
          <w:color w:val="000000"/>
          <w:sz w:val="24"/>
        </w:rPr>
        <w:t>«Кто Б-г, подобный Тебе…»</w:t>
      </w:r>
      <w:r>
        <w:rPr>
          <w:rFonts w:ascii="Georgia" w:hAnsi="Georgia"/>
          <w:b w:val="0"/>
          <w:i w:val="0"/>
          <w:color w:val="000000"/>
          <w:sz w:val="24"/>
        </w:rPr>
        <w:t xml:space="preserve"> (Миха 7:18) при словах </w:t>
      </w:r>
      <w:r>
        <w:rPr>
          <w:rFonts w:ascii="Georgia" w:hAnsi="Georgia"/>
          <w:b w:val="0"/>
          <w:i/>
          <w:color w:val="000000"/>
          <w:sz w:val="24"/>
        </w:rPr>
        <w:t>носе авон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ты должен окунаться в воду в каждый понедельник и каждую пятницу из твоих 325 постов. Находясь внутри миквы, произноси: </w:t>
      </w:r>
      <w:r>
        <w:rPr>
          <w:rFonts w:ascii="Georgia" w:hAnsi="Georgia"/>
          <w:b w:val="0"/>
          <w:i/>
          <w:color w:val="000000"/>
          <w:sz w:val="24"/>
        </w:rPr>
        <w:t>«Кто Б-г, подобный Тебе…»</w:t>
      </w:r>
      <w:r>
        <w:rPr>
          <w:rFonts w:ascii="Georgia" w:hAnsi="Georgia"/>
          <w:b w:val="0"/>
          <w:i w:val="0"/>
          <w:color w:val="000000"/>
          <w:sz w:val="24"/>
        </w:rPr>
        <w:t xml:space="preserve">, </w:t>
      </w:r>
      <w:r>
        <w:rPr>
          <w:rFonts w:ascii="Georgia" w:hAnsi="Georgia"/>
          <w:b w:val="0"/>
          <w:i/>
          <w:color w:val="000000"/>
          <w:sz w:val="24"/>
        </w:rPr>
        <w:t>«Он снова смилуется над нами…»</w:t>
      </w:r>
      <w:r>
        <w:rPr>
          <w:rFonts w:ascii="Georgia" w:hAnsi="Georgia"/>
          <w:b w:val="0"/>
          <w:i w:val="0"/>
          <w:color w:val="000000"/>
          <w:sz w:val="24"/>
        </w:rPr>
        <w:t xml:space="preserve">, </w:t>
      </w:r>
      <w:r>
        <w:rPr>
          <w:rFonts w:ascii="Georgia" w:hAnsi="Georgia"/>
          <w:b w:val="0"/>
          <w:i/>
          <w:color w:val="000000"/>
          <w:sz w:val="24"/>
        </w:rPr>
        <w:t>«Явишь верность…»</w:t>
      </w:r>
      <w:r>
        <w:rPr>
          <w:rFonts w:ascii="Georgia" w:hAnsi="Georgia"/>
          <w:b w:val="0"/>
          <w:i w:val="0"/>
          <w:color w:val="000000"/>
          <w:sz w:val="24"/>
        </w:rPr>
        <w:t xml:space="preserve"> (Миха 7:18–20), которые суть тринадцать свойств дикны АА, а при слове </w:t>
      </w:r>
      <w:r>
        <w:rPr>
          <w:rFonts w:ascii="Georgia" w:hAnsi="Georgia"/>
          <w:b w:val="0"/>
          <w:i/>
          <w:color w:val="000000"/>
          <w:sz w:val="24"/>
        </w:rPr>
        <w:t>носе авон</w:t>
      </w:r>
      <w:r>
        <w:rPr>
          <w:rFonts w:ascii="Georgia" w:hAnsi="Georgia"/>
          <w:b w:val="0"/>
          <w:i w:val="0"/>
          <w:color w:val="000000"/>
          <w:sz w:val="24"/>
        </w:rPr>
        <w:t xml:space="preserve"> также сосредотачивайся на всех тех каванот, которые мы о нем разъяснили.</w:t>
      </w:r>
    </w:p>
    <w:p>
      <w:pPr>
        <w:spacing w:before="40" w:after="120"/>
        <w:jc w:val="both"/>
      </w:pPr>
      <w:r>
        <w:rPr>
          <w:rFonts w:ascii="Georgia" w:hAnsi="Georgia"/>
          <w:b w:val="0"/>
          <w:i w:val="0"/>
          <w:color w:val="000000"/>
          <w:sz w:val="24"/>
        </w:rPr>
        <w:t>Кроме того, в одной из тетрадей (</w:t>
      </w:r>
      <w:r>
        <w:rPr>
          <w:rFonts w:ascii="Georgia" w:hAnsi="Georgia"/>
          <w:b w:val="0"/>
          <w:i/>
          <w:color w:val="000000"/>
          <w:sz w:val="24"/>
        </w:rPr>
        <w:t>кунтрес</w:t>
      </w:r>
      <w:r>
        <w:rPr>
          <w:rFonts w:ascii="Georgia" w:hAnsi="Georgia"/>
          <w:b w:val="0"/>
          <w:i w:val="0"/>
          <w:color w:val="000000"/>
          <w:sz w:val="24"/>
        </w:rPr>
        <w:t xml:space="preserve">) автора упомянутого исправления я нашел некоторые различия и счел нужным записать их. Они заключаются в следующем: когда будешь произносить </w:t>
      </w:r>
      <w:r>
        <w:rPr>
          <w:rFonts w:ascii="Georgia" w:hAnsi="Georgia"/>
          <w:b w:val="0"/>
          <w:i/>
          <w:color w:val="000000"/>
          <w:sz w:val="24"/>
        </w:rPr>
        <w:t>«Г-споди, открой уста мои…»</w:t>
      </w:r>
      <w:r>
        <w:rPr>
          <w:rFonts w:ascii="Georgia" w:hAnsi="Georgia"/>
          <w:b w:val="0"/>
          <w:i w:val="0"/>
          <w:color w:val="000000"/>
          <w:sz w:val="24"/>
        </w:rPr>
        <w:t xml:space="preserve"> (Теилим 51:17), сосредотачивайся на пяти Именах АДОНАЙ следующим образом: начни с молитвы Арвит, имея в виду одно, самое первое из всех Имя АДОНАЙ, затем два последующих — в Шахарит, и два последних — в Минхе, ведь день следует за ночью, как сказано в Писании: </w:t>
      </w:r>
      <w:r>
        <w:rPr>
          <w:rFonts w:ascii="Georgia" w:hAnsi="Georgia"/>
          <w:b w:val="0"/>
          <w:i/>
          <w:color w:val="000000"/>
          <w:sz w:val="24"/>
        </w:rPr>
        <w:t>«И был вечер, и было утро…»</w:t>
      </w:r>
      <w:r>
        <w:rPr>
          <w:rFonts w:ascii="Georgia" w:hAnsi="Georgia"/>
          <w:b w:val="0"/>
          <w:i w:val="0"/>
          <w:color w:val="000000"/>
          <w:sz w:val="24"/>
        </w:rPr>
        <w:t xml:space="preserve"> (Берешит 1:5).</w:t>
      </w:r>
    </w:p>
    <w:p>
      <w:pPr>
        <w:spacing w:before="40" w:after="120"/>
        <w:jc w:val="both"/>
      </w:pPr>
      <w:r>
        <w:rPr>
          <w:rFonts w:ascii="Georgia" w:hAnsi="Georgia"/>
          <w:b w:val="0"/>
          <w:i w:val="0"/>
          <w:color w:val="000000"/>
          <w:sz w:val="24"/>
        </w:rPr>
        <w:t xml:space="preserve">А когда будешь произносить благословение «Слышащий молитву» в Шахарит, Минхе и Арвите, перед словами «и от Себя, Царь наш, не отпусти нас ни с чем…», скажи так: «Да будет воля Твоя, Г-сподь, Б-г наш и Б-г отцов наших, чтобы Ты простил мне прегрешение с замужней женщиной, которым я согрешил пред Тобой: </w:t>
      </w:r>
      <w:r>
        <w:rPr>
          <w:rFonts w:ascii="Georgia" w:hAnsi="Georgia"/>
          <w:b w:val="0"/>
          <w:i/>
          <w:color w:val="000000"/>
          <w:sz w:val="24"/>
        </w:rPr>
        <w:t>«Кто Б-г, подобный Тебе, прощающий вину… Он снова смилуется над нами… Явишь верность…»</w:t>
      </w:r>
      <w:r>
        <w:rPr>
          <w:rFonts w:ascii="Georgia" w:hAnsi="Georgia"/>
          <w:b w:val="0"/>
          <w:i w:val="0"/>
          <w:color w:val="000000"/>
          <w:sz w:val="24"/>
        </w:rPr>
        <w:t xml:space="preserve"> (Миха 7:18–20)». И тогда при этих словах </w:t>
      </w:r>
      <w:r>
        <w:rPr>
          <w:rFonts w:ascii="Georgia" w:hAnsi="Georgia"/>
          <w:b w:val="0"/>
          <w:i/>
          <w:color w:val="000000"/>
          <w:sz w:val="24"/>
        </w:rPr>
        <w:t>носе авон</w:t>
      </w:r>
      <w:r>
        <w:rPr>
          <w:rFonts w:ascii="Georgia" w:hAnsi="Georgia"/>
          <w:b w:val="0"/>
          <w:i w:val="0"/>
          <w:color w:val="000000"/>
          <w:sz w:val="24"/>
        </w:rPr>
        <w:t xml:space="preserve"> именно там сосредоточься на всех упомянутых каванот разом, а не при чтении </w:t>
      </w:r>
      <w:r>
        <w:rPr>
          <w:rFonts w:ascii="Georgia" w:hAnsi="Georgia"/>
          <w:b w:val="0"/>
          <w:i/>
          <w:color w:val="000000"/>
          <w:sz w:val="24"/>
        </w:rPr>
        <w:t>«И прошел…»</w:t>
      </w:r>
      <w:r>
        <w:rPr>
          <w:rFonts w:ascii="Georgia" w:hAnsi="Georgia"/>
          <w:b w:val="0"/>
          <w:i w:val="0"/>
          <w:color w:val="000000"/>
          <w:sz w:val="24"/>
        </w:rPr>
        <w:t>, как говорилось выше.</w:t>
      </w:r>
    </w:p>
    <w:p>
      <w:pPr>
        <w:spacing w:before="40" w:after="120"/>
        <w:jc w:val="both"/>
      </w:pPr>
      <w:r>
        <w:rPr>
          <w:rFonts w:ascii="Georgia" w:hAnsi="Georgia"/>
          <w:b w:val="0"/>
          <w:i w:val="0"/>
          <w:color w:val="000000"/>
          <w:sz w:val="24"/>
        </w:rPr>
        <w:t xml:space="preserve">Также теперь при словах </w:t>
      </w:r>
      <w:r>
        <w:rPr>
          <w:rFonts w:ascii="Georgia" w:hAnsi="Georgia"/>
          <w:b w:val="0"/>
          <w:i/>
          <w:color w:val="000000"/>
          <w:sz w:val="24"/>
        </w:rPr>
        <w:t>носе авон</w:t>
      </w:r>
      <w:r>
        <w:rPr>
          <w:rFonts w:ascii="Georgia" w:hAnsi="Georgia"/>
          <w:b w:val="0"/>
          <w:i w:val="0"/>
          <w:color w:val="000000"/>
          <w:sz w:val="24"/>
        </w:rPr>
        <w:t xml:space="preserve"> направляй намерение на три упомянутых вида 325: на семь раз МА, семь раз </w:t>
      </w:r>
      <w:r>
        <w:rPr>
          <w:rFonts w:ascii="Georgia" w:hAnsi="Georgia"/>
          <w:b w:val="0"/>
          <w:i/>
          <w:color w:val="000000"/>
          <w:sz w:val="24"/>
        </w:rPr>
        <w:t>адам</w:t>
      </w:r>
      <w:r>
        <w:rPr>
          <w:rFonts w:ascii="Georgia" w:hAnsi="Georgia"/>
          <w:b w:val="0"/>
          <w:i w:val="0"/>
          <w:color w:val="000000"/>
          <w:sz w:val="24"/>
        </w:rPr>
        <w:t xml:space="preserve"> и пять раз АДОНАЙ, как сказано выше, ведь все они намекаются в слове </w:t>
      </w:r>
      <w:r>
        <w:rPr>
          <w:rFonts w:ascii="Georgia" w:hAnsi="Georgia"/>
          <w:b w:val="0"/>
          <w:i/>
          <w:color w:val="000000"/>
          <w:sz w:val="24"/>
        </w:rPr>
        <w:t>носе</w:t>
      </w:r>
      <w:r>
        <w:rPr>
          <w:rFonts w:ascii="Georgia" w:hAnsi="Georgia"/>
          <w:b w:val="0"/>
          <w:i w:val="0"/>
          <w:color w:val="000000"/>
          <w:sz w:val="24"/>
        </w:rPr>
        <w:t xml:space="preserve"> (</w:t>
      </w:r>
      <w:r>
        <w:rPr>
          <w:rFonts w:ascii="Georgia" w:hAnsi="Georgia" w:cs="Times New Roman"/>
          <w:b/>
          <w:i w:val="0"/>
          <w:color w:val="000000"/>
          <w:sz w:val="24"/>
          <w:rtl/>
          <w:szCs w:val="32"/>
        </w:rPr>
        <w:t>נֹשֵׂא</w:t>
      </w:r>
      <w:r>
        <w:rPr>
          <w:rFonts w:ascii="Georgia" w:hAnsi="Georgia"/>
          <w:b w:val="0"/>
          <w:i w:val="0"/>
          <w:color w:val="000000"/>
          <w:sz w:val="24"/>
        </w:rPr>
        <w:t xml:space="preserve">), если прибавить к ним одно простое Имя АВАЯ, как объяснялось, так как основа всех этих каванот — именно в благословении «Слышащий молитву». И точно так же, когда будешь окунаться в понедельник и в пятницу, направляй мысль на все эти самые каванот при словах </w:t>
      </w:r>
      <w:r>
        <w:rPr>
          <w:rFonts w:ascii="Georgia" w:hAnsi="Georgia"/>
          <w:b w:val="0"/>
          <w:i/>
          <w:color w:val="000000"/>
          <w:sz w:val="24"/>
        </w:rPr>
        <w:t>носе авон</w:t>
      </w:r>
      <w:r>
        <w:rPr>
          <w:rFonts w:ascii="Georgia" w:hAnsi="Georgia"/>
          <w:b w:val="0"/>
          <w:i w:val="0"/>
          <w:color w:val="000000"/>
          <w:sz w:val="24"/>
        </w:rPr>
        <w:t>.</w:t>
      </w:r>
    </w:p>
    <w:p>
      <w:pPr>
        <w:spacing w:before="40" w:after="120"/>
        <w:jc w:val="both"/>
      </w:pPr>
      <w:r>
        <w:rPr>
          <w:rFonts w:ascii="Georgia" w:hAnsi="Georgia"/>
          <w:b w:val="0"/>
          <w:i w:val="0"/>
          <w:color w:val="000000"/>
          <w:sz w:val="24"/>
        </w:rPr>
        <w:t>[Говорит Шмуэль: для исправления упомянутого прегрешения есть также ихудим (единения), и с Б-жьей помощью я запишу их ниже, вместе с остальными ихудим.]</w:t>
      </w:r>
    </w:p>
    <w:p>
      <w:pPr>
        <w:keepNext/>
        <w:spacing w:before="320" w:after="120"/>
      </w:pPr>
      <w:r>
        <w:rPr>
          <w:rFonts w:ascii="Georgia" w:hAnsi="Georgia"/>
          <w:b w:val="0"/>
          <w:i w:val="0"/>
          <w:color w:val="000000"/>
          <w:sz w:val="32"/>
        </w:rPr>
        <w:t>Исправление 22</w:t>
      </w:r>
    </w:p>
    <w:p>
      <w:pPr>
        <w:spacing w:before="40" w:after="120"/>
        <w:jc w:val="both"/>
      </w:pPr>
      <w:r>
        <w:rPr>
          <w:rFonts w:ascii="Georgia" w:hAnsi="Georgia"/>
          <w:b w:val="0"/>
          <w:i w:val="0"/>
          <w:color w:val="000000"/>
          <w:sz w:val="24"/>
        </w:rPr>
        <w:t xml:space="preserve">Оно предназначено для совершившего соитие с мужчиной. Я видел, как мой учитель, благословенной памяти, дал это исправление троим людям, но не знаю, подходит ли оно каждому одинаково, поскольку я узнал об этом не из его уст, а со слов тех троих, кто выполнил это исправление. Известно, что у мужчины нет места для соития, и необходимо понять суть этого прегрешения — где именно оно наносит повреждение. Понять это можно из написанного в Писании: </w:t>
      </w:r>
      <w:r>
        <w:rPr>
          <w:rFonts w:ascii="Georgia" w:hAnsi="Georgia"/>
          <w:b w:val="0"/>
          <w:i/>
          <w:color w:val="000000"/>
          <w:sz w:val="24"/>
        </w:rPr>
        <w:t>«И с мужчиной не ложись, как ложатся с женщиной: мерзость это»</w:t>
      </w:r>
      <w:r>
        <w:rPr>
          <w:rFonts w:ascii="Georgia" w:hAnsi="Georgia"/>
          <w:b w:val="0"/>
          <w:i w:val="0"/>
          <w:color w:val="000000"/>
          <w:sz w:val="24"/>
        </w:rPr>
        <w:t xml:space="preserve"> (Ваикра 18:22). Бар Капара истолковал этот стих нашему святому учителю: слово </w:t>
      </w:r>
      <w:r>
        <w:rPr>
          <w:rFonts w:ascii="Georgia" w:hAnsi="Georgia"/>
          <w:b w:val="0"/>
          <w:i/>
          <w:color w:val="000000"/>
          <w:sz w:val="24"/>
        </w:rPr>
        <w:t>тоэва</w:t>
      </w:r>
      <w:r>
        <w:rPr>
          <w:rFonts w:ascii="Georgia" w:hAnsi="Georgia"/>
          <w:b w:val="0"/>
          <w:i w:val="0"/>
          <w:color w:val="000000"/>
          <w:sz w:val="24"/>
        </w:rPr>
        <w:t xml:space="preserve"> — «мерзость» (</w:t>
      </w:r>
      <w:r>
        <w:rPr>
          <w:rFonts w:ascii="Georgia" w:hAnsi="Georgia" w:cs="Times New Roman"/>
          <w:b/>
          <w:i w:val="0"/>
          <w:color w:val="000000"/>
          <w:sz w:val="24"/>
          <w:rtl/>
          <w:szCs w:val="32"/>
        </w:rPr>
        <w:t>תּוֹעֵבָה</w:t>
      </w:r>
      <w:r>
        <w:rPr>
          <w:rFonts w:ascii="Georgia" w:hAnsi="Georgia"/>
          <w:b w:val="0"/>
          <w:i w:val="0"/>
          <w:color w:val="000000"/>
          <w:sz w:val="24"/>
        </w:rPr>
        <w:t xml:space="preserve">) означает </w:t>
      </w:r>
      <w:r>
        <w:rPr>
          <w:rFonts w:ascii="Georgia" w:hAnsi="Georgia"/>
          <w:b w:val="0"/>
          <w:i/>
          <w:color w:val="000000"/>
          <w:sz w:val="24"/>
        </w:rPr>
        <w:t>тоэ ата ба</w:t>
      </w:r>
      <w:r>
        <w:rPr>
          <w:rFonts w:ascii="Georgia" w:hAnsi="Georgia"/>
          <w:b w:val="0"/>
          <w:i w:val="0"/>
          <w:color w:val="000000"/>
          <w:sz w:val="24"/>
        </w:rPr>
        <w:t xml:space="preserve"> — «ты заблуждаешься в ней» (</w:t>
      </w:r>
      <w:r>
        <w:rPr>
          <w:rFonts w:ascii="Georgia" w:hAnsi="Georgia" w:cs="Times New Roman"/>
          <w:b/>
          <w:i w:val="0"/>
          <w:color w:val="000000"/>
          <w:sz w:val="24"/>
          <w:rtl/>
          <w:szCs w:val="32"/>
        </w:rPr>
        <w:t>תּוֹעֶה אַתָּה בָּהּ</w:t>
      </w:r>
      <w:r>
        <w:rPr>
          <w:rFonts w:ascii="Georgia" w:hAnsi="Georgia"/>
          <w:b w:val="0"/>
          <w:i w:val="0"/>
          <w:color w:val="000000"/>
          <w:sz w:val="24"/>
        </w:rPr>
        <w:t>). В связи с этим возникает вопрос: следовало бы сказать «ты заблуждаешься в нем» (</w:t>
      </w:r>
      <w:r>
        <w:rPr>
          <w:rFonts w:ascii="Georgia" w:hAnsi="Georgia"/>
          <w:b w:val="0"/>
          <w:i/>
          <w:color w:val="000000"/>
          <w:sz w:val="24"/>
        </w:rPr>
        <w:t>тоэ ата бо</w:t>
      </w:r>
      <w:r>
        <w:rPr>
          <w:rFonts w:ascii="Georgia" w:hAnsi="Georgia"/>
          <w:b w:val="0"/>
          <w:i w:val="0"/>
          <w:color w:val="000000"/>
          <w:sz w:val="24"/>
        </w:rPr>
        <w:t xml:space="preserve">, </w:t>
      </w:r>
      <w:r>
        <w:rPr>
          <w:rFonts w:ascii="Georgia" w:hAnsi="Georgia" w:cs="Times New Roman"/>
          <w:b/>
          <w:i w:val="0"/>
          <w:color w:val="000000"/>
          <w:sz w:val="24"/>
          <w:rtl/>
          <w:szCs w:val="32"/>
        </w:rPr>
        <w:t>תּוֹעֶה אַתָּה בּוֹ</w:t>
      </w:r>
      <w:r>
        <w:rPr>
          <w:rFonts w:ascii="Georgia" w:hAnsi="Georgia"/>
          <w:b w:val="0"/>
          <w:i w:val="0"/>
          <w:color w:val="000000"/>
          <w:sz w:val="24"/>
        </w:rPr>
        <w:t>), а не «в ней» (</w:t>
      </w:r>
      <w:r>
        <w:rPr>
          <w:rFonts w:ascii="Georgia" w:hAnsi="Georgia"/>
          <w:b w:val="0"/>
          <w:i/>
          <w:color w:val="000000"/>
          <w:sz w:val="24"/>
        </w:rPr>
        <w:t>ба</w:t>
      </w:r>
      <w:r>
        <w:rPr>
          <w:rFonts w:ascii="Georgia" w:hAnsi="Georgia"/>
          <w:b w:val="0"/>
          <w:i w:val="0"/>
          <w:color w:val="000000"/>
          <w:sz w:val="24"/>
        </w:rPr>
        <w:t xml:space="preserve">, </w:t>
      </w:r>
      <w:r>
        <w:rPr>
          <w:rFonts w:ascii="Georgia" w:hAnsi="Georgia" w:cs="Times New Roman"/>
          <w:b/>
          <w:i w:val="0"/>
          <w:color w:val="000000"/>
          <w:sz w:val="24"/>
          <w:rtl/>
          <w:szCs w:val="32"/>
        </w:rPr>
        <w:t>בָּהּ</w:t>
      </w:r>
      <w:r>
        <w:rPr>
          <w:rFonts w:ascii="Georgia" w:hAnsi="Georgia"/>
          <w:b w:val="0"/>
          <w:i w:val="0"/>
          <w:color w:val="000000"/>
          <w:sz w:val="24"/>
        </w:rPr>
        <w:t>)!</w:t>
      </w:r>
    </w:p>
    <w:p>
      <w:pPr>
        <w:spacing w:before="40" w:after="120"/>
        <w:jc w:val="both"/>
      </w:pPr>
      <w:r>
        <w:rPr>
          <w:rFonts w:ascii="Georgia" w:hAnsi="Georgia"/>
          <w:b w:val="0"/>
          <w:i w:val="0"/>
          <w:color w:val="000000"/>
          <w:sz w:val="24"/>
        </w:rPr>
        <w:t>Однако суть [становится ясна] из того, что известно: НЕХИ де-Аба ве-Има облачаются как мохин (свет разума) внутрь рош де-ЗА, и известно также, что Есод де-Има оканчивается в хазе де-ЗА. Совершающий соитие с мужчиной повреждает ЗА, являющегося мужским началом (захар), и соития там, конечно же, быть не может. Однако он приводит к опусканию Има Илаа вниз — так, что ее Есод опускается внутрь его собственного Есода. И тогда совершающий соитие с мужчиной думает, что [соитие происходит] с ним, и «заблуждается в ней» — то есть заблуждается относительно Има Илаа, не зная, что именно с ней происходит это соитие, ведь к мужскому началу соитие неприменимо. А поскольку известно, что облачение Имы в ЗА — это лишь уровень их ахораим (обратной стороны), которые по гематрии составляют 728 (</w:t>
      </w:r>
      <w:r>
        <w:rPr>
          <w:rFonts w:ascii="Georgia" w:hAnsi="Georgia" w:cs="Times New Roman"/>
          <w:b/>
          <w:i w:val="0"/>
          <w:color w:val="000000"/>
          <w:sz w:val="24"/>
          <w:rtl/>
          <w:szCs w:val="32"/>
        </w:rPr>
        <w:t>תש״כח</w:t>
      </w:r>
      <w:r>
        <w:rPr>
          <w:rFonts w:ascii="Georgia" w:hAnsi="Georgia"/>
          <w:b w:val="0"/>
          <w:i w:val="0"/>
          <w:color w:val="000000"/>
          <w:sz w:val="24"/>
        </w:rPr>
        <w:t>), как известно, то и соитие это происходит с обратной стороны, и не следует распространяться об этом.</w:t>
      </w:r>
    </w:p>
    <w:p>
      <w:pPr>
        <w:spacing w:before="40" w:after="120"/>
        <w:jc w:val="both"/>
      </w:pPr>
      <w:r>
        <w:rPr>
          <w:rFonts w:ascii="Georgia" w:hAnsi="Georgia"/>
          <w:b w:val="0"/>
          <w:i w:val="0"/>
          <w:color w:val="000000"/>
          <w:sz w:val="24"/>
        </w:rPr>
        <w:t>Следовательно, согрешивший упомянутым грехом приводит к опусканию Аба ве-Има вниз, и они совершают зивуг там, внизу, на месте Есода де-ЗА. И об этом сказано в Зоаре (раздел «Ваехи»), что Има называется миром мужского начала (</w:t>
      </w:r>
      <w:r>
        <w:rPr>
          <w:rFonts w:ascii="Georgia" w:hAnsi="Georgia"/>
          <w:b w:val="0"/>
          <w:i/>
          <w:color w:val="000000"/>
          <w:sz w:val="24"/>
        </w:rPr>
        <w:t>альма де-дихура</w:t>
      </w:r>
      <w:r>
        <w:rPr>
          <w:rFonts w:ascii="Georgia" w:hAnsi="Georgia"/>
          <w:b w:val="0"/>
          <w:i w:val="0"/>
          <w:color w:val="000000"/>
          <w:sz w:val="24"/>
        </w:rPr>
        <w:t xml:space="preserve">, </w:t>
      </w:r>
      <w:r>
        <w:rPr>
          <w:rFonts w:ascii="Georgia" w:hAnsi="Georgia" w:cs="Times New Roman"/>
          <w:b/>
          <w:i w:val="0"/>
          <w:color w:val="000000"/>
          <w:sz w:val="24"/>
          <w:rtl/>
          <w:szCs w:val="32"/>
        </w:rPr>
        <w:t>עָלְמָא דִדְכוּרָא</w:t>
      </w:r>
      <w:r>
        <w:rPr>
          <w:rFonts w:ascii="Georgia" w:hAnsi="Georgia"/>
          <w:b w:val="0"/>
          <w:i w:val="0"/>
          <w:color w:val="000000"/>
          <w:sz w:val="24"/>
        </w:rPr>
        <w:t>), потому что ее окончание — в мужском начале. И смысл этого в том, что мы объяснили: ведь ее Есод облачается в хазе де-ЗА, называемого мужским началом, а света пяти хасадим, находящиеся в Есод де-Има, опускаются и распространяются до Есод де-ЗА и там завершаются. Об этом и говорит речение [Зоара]: «потому что ее окончание — в мужском начале» (</w:t>
      </w:r>
      <w:r>
        <w:rPr>
          <w:rFonts w:ascii="Georgia" w:hAnsi="Georgia"/>
          <w:b w:val="0"/>
          <w:i/>
          <w:color w:val="000000"/>
          <w:sz w:val="24"/>
        </w:rPr>
        <w:t>де-сиюма бе-дихура иху</w:t>
      </w:r>
      <w:r>
        <w:rPr>
          <w:rFonts w:ascii="Georgia" w:hAnsi="Georgia"/>
          <w:b w:val="0"/>
          <w:i w:val="0"/>
          <w:color w:val="000000"/>
          <w:sz w:val="24"/>
        </w:rPr>
        <w:t>). Поэтому она и называется мужским началом (</w:t>
      </w:r>
      <w:r>
        <w:rPr>
          <w:rFonts w:ascii="Georgia" w:hAnsi="Georgia"/>
          <w:b w:val="0"/>
          <w:i/>
          <w:color w:val="000000"/>
          <w:sz w:val="24"/>
        </w:rPr>
        <w:t>дихура</w:t>
      </w:r>
      <w:r>
        <w:rPr>
          <w:rFonts w:ascii="Georgia" w:hAnsi="Georgia"/>
          <w:b w:val="0"/>
          <w:i w:val="0"/>
          <w:color w:val="000000"/>
          <w:sz w:val="24"/>
        </w:rPr>
        <w:t xml:space="preserve">, </w:t>
      </w:r>
      <w:r>
        <w:rPr>
          <w:rFonts w:ascii="Georgia" w:hAnsi="Georgia" w:cs="Times New Roman"/>
          <w:b/>
          <w:i w:val="0"/>
          <w:color w:val="000000"/>
          <w:sz w:val="24"/>
          <w:rtl/>
          <w:szCs w:val="32"/>
        </w:rPr>
        <w:t>דְכוּרָא</w:t>
      </w:r>
      <w:r>
        <w:rPr>
          <w:rFonts w:ascii="Georgia" w:hAnsi="Georgia"/>
          <w:b w:val="0"/>
          <w:i w:val="0"/>
          <w:color w:val="000000"/>
          <w:sz w:val="24"/>
        </w:rPr>
        <w:t xml:space="preserve">). И это то, о чем мы сказали выше: </w:t>
      </w:r>
      <w:r>
        <w:rPr>
          <w:rFonts w:ascii="Georgia" w:hAnsi="Georgia"/>
          <w:b w:val="0"/>
          <w:i/>
          <w:color w:val="000000"/>
          <w:sz w:val="24"/>
        </w:rPr>
        <w:t>«мерзость это»</w:t>
      </w:r>
      <w:r>
        <w:rPr>
          <w:rFonts w:ascii="Georgia" w:hAnsi="Georgia"/>
          <w:b w:val="0"/>
          <w:i w:val="0"/>
          <w:color w:val="000000"/>
          <w:sz w:val="24"/>
        </w:rPr>
        <w:t xml:space="preserve"> — «ты заблуждаешься в ней», ведь ты думаешь, что [совершаешь соитие] с мужчиной, тогда как на самом деле — с Нуквой, облаченной внутрь мужчины, и ложишься ты не с мужчиной, а с женским началом. Ты уже знаешь, что есть Аба ве-Има и Исраэль Саба ве-Твуна (ИШСУТ). Аба ве-Има остаются наверху и совершают там зивуг по смыслу стиха </w:t>
      </w:r>
      <w:r>
        <w:rPr>
          <w:rFonts w:ascii="Georgia" w:hAnsi="Georgia"/>
          <w:b w:val="0"/>
          <w:i/>
          <w:color w:val="000000"/>
          <w:sz w:val="24"/>
        </w:rPr>
        <w:t>«И река вытекает из Эдена…»</w:t>
      </w:r>
      <w:r>
        <w:rPr>
          <w:rFonts w:ascii="Georgia" w:hAnsi="Georgia"/>
          <w:b w:val="0"/>
          <w:i w:val="0"/>
          <w:color w:val="000000"/>
          <w:sz w:val="24"/>
        </w:rPr>
        <w:t xml:space="preserve"> (Берешит 2:10), и их зивуг никогда не прекращается.</w:t>
      </w:r>
    </w:p>
    <w:p>
      <w:pPr>
        <w:spacing w:before="40" w:after="120"/>
        <w:jc w:val="both"/>
      </w:pPr>
      <w:r>
        <w:rPr>
          <w:rFonts w:ascii="Georgia" w:hAnsi="Georgia"/>
          <w:b w:val="0"/>
          <w:i w:val="0"/>
          <w:color w:val="000000"/>
          <w:sz w:val="24"/>
        </w:rPr>
        <w:t xml:space="preserve">Однако уровень ИШСУТ, находящийся внутри ЗА по смыслу стиха </w:t>
      </w:r>
      <w:r>
        <w:rPr>
          <w:rFonts w:ascii="Georgia" w:hAnsi="Georgia"/>
          <w:b w:val="0"/>
          <w:i/>
          <w:color w:val="000000"/>
          <w:sz w:val="24"/>
        </w:rPr>
        <w:t>«…и мать сидит на птенцах…»</w:t>
      </w:r>
      <w:r>
        <w:rPr>
          <w:rFonts w:ascii="Georgia" w:hAnsi="Georgia"/>
          <w:b w:val="0"/>
          <w:i w:val="0"/>
          <w:color w:val="000000"/>
          <w:sz w:val="24"/>
        </w:rPr>
        <w:t xml:space="preserve"> (Дварим 22:6), не может совершать зивуг, пребывая там. И тот, кто совершает соитие с мужчиной, причиняет два вида повреждений. Первый состоит в том, что он препятствует этому высшему зивугу высших Аба ве-Има: поскольку он опускает ИШСУТ вниз, до НЕХИ де-ЗА, то Аба ве-Има неизбежно опускаются до трех первых сфирот де-ЗА, а там не место для зивуга, и они не могут совершить там зивуг. Второе повреждение состоит в том, что он приводит к опусканию Аба ве-Има ниже их ступени — вплоть до самих ног ЗА. И вот, слово </w:t>
      </w:r>
      <w:r>
        <w:rPr>
          <w:rFonts w:ascii="Georgia" w:hAnsi="Georgia"/>
          <w:b w:val="0"/>
          <w:i/>
          <w:color w:val="000000"/>
          <w:sz w:val="24"/>
        </w:rPr>
        <w:t>регель</w:t>
      </w:r>
      <w:r>
        <w:rPr>
          <w:rFonts w:ascii="Georgia" w:hAnsi="Georgia"/>
          <w:b w:val="0"/>
          <w:i w:val="0"/>
          <w:color w:val="000000"/>
          <w:sz w:val="24"/>
        </w:rPr>
        <w:t xml:space="preserve"> — «нога» (</w:t>
      </w:r>
      <w:r>
        <w:rPr>
          <w:rFonts w:ascii="Georgia" w:hAnsi="Georgia" w:cs="Times New Roman"/>
          <w:b/>
          <w:i w:val="0"/>
          <w:color w:val="000000"/>
          <w:sz w:val="24"/>
          <w:rtl/>
          <w:szCs w:val="32"/>
        </w:rPr>
        <w:t>רֶגֶל</w:t>
      </w:r>
      <w:r>
        <w:rPr>
          <w:rFonts w:ascii="Georgia" w:hAnsi="Georgia"/>
          <w:b w:val="0"/>
          <w:i w:val="0"/>
          <w:color w:val="000000"/>
          <w:sz w:val="24"/>
        </w:rPr>
        <w:t xml:space="preserve"> = 233) равно по гематрии слову </w:t>
      </w:r>
      <w:r>
        <w:rPr>
          <w:rFonts w:ascii="Georgia" w:hAnsi="Georgia"/>
          <w:b w:val="0"/>
          <w:i/>
          <w:color w:val="000000"/>
          <w:sz w:val="24"/>
        </w:rPr>
        <w:t>захор</w:t>
      </w:r>
      <w:r>
        <w:rPr>
          <w:rFonts w:ascii="Georgia" w:hAnsi="Georgia"/>
          <w:b w:val="0"/>
          <w:i w:val="0"/>
          <w:color w:val="000000"/>
          <w:sz w:val="24"/>
        </w:rPr>
        <w:t xml:space="preserve"> (</w:t>
      </w:r>
      <w:r>
        <w:rPr>
          <w:rFonts w:ascii="Georgia" w:hAnsi="Georgia" w:cs="Times New Roman"/>
          <w:b/>
          <w:i w:val="0"/>
          <w:color w:val="000000"/>
          <w:sz w:val="24"/>
          <w:rtl/>
          <w:szCs w:val="32"/>
        </w:rPr>
        <w:t>זָכוֹר</w:t>
      </w:r>
      <w:r>
        <w:rPr>
          <w:rFonts w:ascii="Georgia" w:hAnsi="Georgia"/>
          <w:b w:val="0"/>
          <w:i w:val="0"/>
          <w:color w:val="000000"/>
          <w:sz w:val="24"/>
        </w:rPr>
        <w:t xml:space="preserve"> = 233). В этом и заключается смысл того, что [мудрецы] сказали «совершающий соитие с захор» (</w:t>
      </w:r>
      <w:r>
        <w:rPr>
          <w:rFonts w:ascii="Georgia" w:hAnsi="Georgia"/>
          <w:b w:val="0"/>
          <w:i/>
          <w:color w:val="000000"/>
          <w:sz w:val="24"/>
        </w:rPr>
        <w:t>а-ба аль а-захор</w:t>
      </w:r>
      <w:r>
        <w:rPr>
          <w:rFonts w:ascii="Georgia" w:hAnsi="Georgia"/>
          <w:b w:val="0"/>
          <w:i w:val="0"/>
          <w:color w:val="000000"/>
          <w:sz w:val="24"/>
        </w:rPr>
        <w:t xml:space="preserve">, </w:t>
      </w:r>
      <w:r>
        <w:rPr>
          <w:rFonts w:ascii="Georgia" w:hAnsi="Georgia" w:cs="Times New Roman"/>
          <w:b/>
          <w:i w:val="0"/>
          <w:color w:val="000000"/>
          <w:sz w:val="24"/>
          <w:rtl/>
          <w:szCs w:val="32"/>
        </w:rPr>
        <w:t>הַבָּא עַל הַזָּכוֹר</w:t>
      </w:r>
      <w:r>
        <w:rPr>
          <w:rFonts w:ascii="Georgia" w:hAnsi="Georgia"/>
          <w:b w:val="0"/>
          <w:i w:val="0"/>
          <w:color w:val="000000"/>
          <w:sz w:val="24"/>
        </w:rPr>
        <w:t>), а не сказали «с мужчиной» (</w:t>
      </w:r>
      <w:r>
        <w:rPr>
          <w:rFonts w:ascii="Georgia" w:hAnsi="Georgia"/>
          <w:b w:val="0"/>
          <w:i/>
          <w:color w:val="000000"/>
          <w:sz w:val="24"/>
        </w:rPr>
        <w:t>а-ба аль а-захар</w:t>
      </w:r>
      <w:r>
        <w:rPr>
          <w:rFonts w:ascii="Georgia" w:hAnsi="Georgia"/>
          <w:b w:val="0"/>
          <w:i w:val="0"/>
          <w:color w:val="000000"/>
          <w:sz w:val="24"/>
        </w:rPr>
        <w:t xml:space="preserve">, </w:t>
      </w:r>
      <w:r>
        <w:rPr>
          <w:rFonts w:ascii="Georgia" w:hAnsi="Georgia" w:cs="Times New Roman"/>
          <w:b/>
          <w:i w:val="0"/>
          <w:color w:val="000000"/>
          <w:sz w:val="24"/>
          <w:rtl/>
          <w:szCs w:val="32"/>
        </w:rPr>
        <w:t>הַבָּא עַל הַזָּכָר</w:t>
      </w:r>
      <w:r>
        <w:rPr>
          <w:rFonts w:ascii="Georgia" w:hAnsi="Georgia"/>
          <w:b w:val="0"/>
          <w:i w:val="0"/>
          <w:color w:val="000000"/>
          <w:sz w:val="24"/>
        </w:rPr>
        <w:t xml:space="preserve">) — намекая, что это прегрешение зовется </w:t>
      </w:r>
      <w:r>
        <w:rPr>
          <w:rFonts w:ascii="Georgia" w:hAnsi="Georgia"/>
          <w:b w:val="0"/>
          <w:i/>
          <w:color w:val="000000"/>
          <w:sz w:val="24"/>
        </w:rPr>
        <w:t>захор</w:t>
      </w:r>
      <w:r>
        <w:rPr>
          <w:rFonts w:ascii="Georgia" w:hAnsi="Georgia"/>
          <w:b w:val="0"/>
          <w:i w:val="0"/>
          <w:color w:val="000000"/>
          <w:sz w:val="24"/>
        </w:rPr>
        <w:t>, чтобы показать, что он опустил Аба ве-Има до ноги (</w:t>
      </w:r>
      <w:r>
        <w:rPr>
          <w:rFonts w:ascii="Georgia" w:hAnsi="Georgia"/>
          <w:b w:val="0"/>
          <w:i/>
          <w:color w:val="000000"/>
          <w:sz w:val="24"/>
        </w:rPr>
        <w:t>регель</w:t>
      </w:r>
      <w:r>
        <w:rPr>
          <w:rFonts w:ascii="Georgia" w:hAnsi="Georgia"/>
          <w:b w:val="0"/>
          <w:i w:val="0"/>
          <w:color w:val="000000"/>
          <w:sz w:val="24"/>
        </w:rPr>
        <w:t>) де-ЗА, как упомянуто. Ты также знаешь, что Аба ве-Има — это АВАЯ в наполнении АБ (72) через буквы йод и ЭЙЕ в наполнении буквами йод, числовое значение которого — 161 (</w:t>
      </w:r>
      <w:r>
        <w:rPr>
          <w:rFonts w:ascii="Georgia" w:hAnsi="Georgia" w:cs="Times New Roman"/>
          <w:b/>
          <w:i w:val="0"/>
          <w:color w:val="000000"/>
          <w:sz w:val="24"/>
          <w:rtl/>
          <w:szCs w:val="32"/>
        </w:rPr>
        <w:t>קס״א</w:t>
      </w:r>
      <w:r>
        <w:rPr>
          <w:rFonts w:ascii="Georgia" w:hAnsi="Georgia"/>
          <w:b w:val="0"/>
          <w:i w:val="0"/>
          <w:color w:val="000000"/>
          <w:sz w:val="24"/>
        </w:rPr>
        <w:t xml:space="preserve">), а оба они вместе составляют по гематрии 233 — число слова </w:t>
      </w:r>
      <w:r>
        <w:rPr>
          <w:rFonts w:ascii="Georgia" w:hAnsi="Georgia"/>
          <w:b w:val="0"/>
          <w:i/>
          <w:color w:val="000000"/>
          <w:sz w:val="24"/>
        </w:rPr>
        <w:t>захор</w:t>
      </w:r>
      <w:r>
        <w:rPr>
          <w:rFonts w:ascii="Georgia" w:hAnsi="Georgia"/>
          <w:b w:val="0"/>
          <w:i w:val="0"/>
          <w:color w:val="000000"/>
          <w:sz w:val="24"/>
        </w:rPr>
        <w:t xml:space="preserve"> (</w:t>
      </w:r>
      <w:r>
        <w:rPr>
          <w:rFonts w:ascii="Georgia" w:hAnsi="Georgia" w:cs="Times New Roman"/>
          <w:b/>
          <w:i w:val="0"/>
          <w:color w:val="000000"/>
          <w:sz w:val="24"/>
          <w:rtl/>
          <w:szCs w:val="32"/>
        </w:rPr>
        <w:t>זָכוֹר</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данное прегрешение и зовется </w:t>
      </w:r>
      <w:r>
        <w:rPr>
          <w:rFonts w:ascii="Georgia" w:hAnsi="Georgia"/>
          <w:b w:val="0"/>
          <w:i/>
          <w:color w:val="000000"/>
          <w:sz w:val="24"/>
        </w:rPr>
        <w:t>мишкав захор</w:t>
      </w:r>
      <w:r>
        <w:rPr>
          <w:rFonts w:ascii="Georgia" w:hAnsi="Georgia"/>
          <w:b w:val="0"/>
          <w:i w:val="0"/>
          <w:color w:val="000000"/>
          <w:sz w:val="24"/>
        </w:rPr>
        <w:t xml:space="preserve"> (мужеложество), указывая на то, что он опустил Аба ве-Има, называемых словом </w:t>
      </w:r>
      <w:r>
        <w:rPr>
          <w:rFonts w:ascii="Georgia" w:hAnsi="Georgia"/>
          <w:b w:val="0"/>
          <w:i/>
          <w:color w:val="000000"/>
          <w:sz w:val="24"/>
        </w:rPr>
        <w:t>захор</w:t>
      </w:r>
      <w:r>
        <w:rPr>
          <w:rFonts w:ascii="Georgia" w:hAnsi="Georgia"/>
          <w:b w:val="0"/>
          <w:i w:val="0"/>
          <w:color w:val="000000"/>
          <w:sz w:val="24"/>
        </w:rPr>
        <w:t>, как сказано. И потому их исправление состоит в том, чтобы он постился двести тридцать три (</w:t>
      </w:r>
      <w:r>
        <w:rPr>
          <w:rFonts w:ascii="Georgia" w:hAnsi="Georgia" w:cs="Times New Roman"/>
          <w:b/>
          <w:i w:val="0"/>
          <w:color w:val="000000"/>
          <w:sz w:val="24"/>
          <w:rtl/>
          <w:szCs w:val="32"/>
        </w:rPr>
        <w:t>רל״ג</w:t>
      </w:r>
      <w:r>
        <w:rPr>
          <w:rFonts w:ascii="Georgia" w:hAnsi="Georgia"/>
          <w:b w:val="0"/>
          <w:i w:val="0"/>
          <w:color w:val="000000"/>
          <w:sz w:val="24"/>
        </w:rPr>
        <w:t xml:space="preserve">) поста — по числовому значению упомянутого слова </w:t>
      </w:r>
      <w:r>
        <w:rPr>
          <w:rFonts w:ascii="Georgia" w:hAnsi="Georgia"/>
          <w:b w:val="0"/>
          <w:i/>
          <w:color w:val="000000"/>
          <w:sz w:val="24"/>
        </w:rPr>
        <w:t>регель</w:t>
      </w:r>
      <w:r>
        <w:rPr>
          <w:rFonts w:ascii="Georgia" w:hAnsi="Georgia"/>
          <w:b w:val="0"/>
          <w:i w:val="0"/>
          <w:color w:val="000000"/>
          <w:sz w:val="24"/>
        </w:rPr>
        <w:t xml:space="preserve"> (233), и по числу прегрешения </w:t>
      </w:r>
      <w:r>
        <w:rPr>
          <w:rFonts w:ascii="Georgia" w:hAnsi="Georgia"/>
          <w:b w:val="0"/>
          <w:i/>
          <w:color w:val="000000"/>
          <w:sz w:val="24"/>
        </w:rPr>
        <w:t>захор</w:t>
      </w:r>
      <w:r>
        <w:rPr>
          <w:rFonts w:ascii="Georgia" w:hAnsi="Georgia"/>
          <w:b w:val="0"/>
          <w:i w:val="0"/>
          <w:color w:val="000000"/>
          <w:sz w:val="24"/>
        </w:rPr>
        <w:t xml:space="preserve"> (233), и по числу Аба ве-Има, двух Имен, гематрия которых [в сумме] составляет </w:t>
      </w:r>
      <w:r>
        <w:rPr>
          <w:rFonts w:ascii="Georgia" w:hAnsi="Georgia"/>
          <w:b w:val="0"/>
          <w:i/>
          <w:color w:val="000000"/>
          <w:sz w:val="24"/>
        </w:rPr>
        <w:t>захор</w:t>
      </w:r>
      <w:r>
        <w:rPr>
          <w:rFonts w:ascii="Georgia" w:hAnsi="Georgia"/>
          <w:b w:val="0"/>
          <w:i w:val="0"/>
          <w:color w:val="000000"/>
          <w:sz w:val="24"/>
        </w:rPr>
        <w:t xml:space="preserve"> (233), чтобы исправить причиненное им повреждение. И суть намерения (каваны) такова: каждый день направлять намерение на то, чтобы поднять оба упомянутых Имени снизу, от ног ЗА, до их высшего места. Как именно? В первые десять дней он должен сосредоточиваться на первой букве йод (</w:t>
      </w:r>
      <w:r>
        <w:rPr>
          <w:rFonts w:ascii="Georgia" w:hAnsi="Georgia" w:cs="Times New Roman"/>
          <w:b/>
          <w:i w:val="0"/>
          <w:color w:val="000000"/>
          <w:sz w:val="24"/>
          <w:rtl/>
          <w:szCs w:val="32"/>
        </w:rPr>
        <w:t>י</w:t>
      </w:r>
      <w:r>
        <w:rPr>
          <w:rFonts w:ascii="Georgia" w:hAnsi="Georgia"/>
          <w:b w:val="0"/>
          <w:i w:val="0"/>
          <w:color w:val="000000"/>
          <w:sz w:val="24"/>
        </w:rPr>
        <w:t xml:space="preserve"> = 10) Имени АВАЯ, и так поступать, пока не завершит семьдесят два поста, — тогда он уже исправит повреждение Абы. После этого он постится сто шестьдесят один пост, чтобы исправить повреждение Имы, и каждый день сосредоточивает намерение на той букве Имен, на которой он сейчас находится и которую исправляет. Для этого исправления требуется, чтобы он держал эти посты в зимние дни, когда выпадет снег, и окунался в него. И не имеет значения, придется ли это действие со снегом на начало его постов или на их завершение, важно лишь, чтобы оно произошло в какой-либо из дней этого ста шестидесяти одного поста, а не в другой день. А порядок действия со снегом таков: ты снимешь свои одежды, оставшись совершенно нагим, затем будешь перекатываться в нем лицом и спиной, снова вставать — и так сделаешь до девяти раз.</w:t>
      </w:r>
    </w:p>
    <w:p>
      <w:pPr>
        <w:spacing w:before="40" w:after="120"/>
        <w:jc w:val="both"/>
      </w:pPr>
      <w:r>
        <w:rPr>
          <w:rFonts w:ascii="Georgia" w:hAnsi="Georgia"/>
          <w:b w:val="0"/>
          <w:i w:val="0"/>
          <w:color w:val="000000"/>
          <w:sz w:val="24"/>
        </w:rPr>
        <w:t xml:space="preserve">Также если найдется миква, куда стекает растаявший снег, и ты окунешься в нее девять раз — этого достаточно. Намерение же о снеге основано на том, что слово </w:t>
      </w:r>
      <w:r>
        <w:rPr>
          <w:rFonts w:ascii="Georgia" w:hAnsi="Georgia"/>
          <w:b w:val="0"/>
          <w:i/>
          <w:color w:val="000000"/>
          <w:sz w:val="24"/>
        </w:rPr>
        <w:t>шелег</w:t>
      </w:r>
      <w:r>
        <w:rPr>
          <w:rFonts w:ascii="Georgia" w:hAnsi="Georgia"/>
          <w:b w:val="0"/>
          <w:i w:val="0"/>
          <w:color w:val="000000"/>
          <w:sz w:val="24"/>
        </w:rPr>
        <w:t xml:space="preserve"> — «снег» (</w:t>
      </w:r>
      <w:r>
        <w:rPr>
          <w:rFonts w:ascii="Georgia" w:hAnsi="Georgia" w:cs="Times New Roman"/>
          <w:b/>
          <w:i w:val="0"/>
          <w:color w:val="000000"/>
          <w:sz w:val="24"/>
          <w:rtl/>
          <w:szCs w:val="32"/>
        </w:rPr>
        <w:t>שֶׁלֶג</w:t>
      </w:r>
      <w:r>
        <w:rPr>
          <w:rFonts w:ascii="Georgia" w:hAnsi="Georgia"/>
          <w:b w:val="0"/>
          <w:i w:val="0"/>
          <w:color w:val="000000"/>
          <w:sz w:val="24"/>
        </w:rPr>
        <w:t xml:space="preserve"> = 333) по гематрии равно трем полным буквам алеф (</w:t>
      </w:r>
      <w:r>
        <w:rPr>
          <w:rFonts w:ascii="Georgia" w:hAnsi="Georgia" w:cs="Times New Roman"/>
          <w:b/>
          <w:i w:val="0"/>
          <w:color w:val="000000"/>
          <w:sz w:val="24"/>
          <w:rtl/>
          <w:szCs w:val="32"/>
        </w:rPr>
        <w:t>אָלֶף</w:t>
      </w:r>
      <w:r>
        <w:rPr>
          <w:rFonts w:ascii="Georgia" w:hAnsi="Georgia"/>
          <w:b w:val="0"/>
          <w:i w:val="0"/>
          <w:color w:val="000000"/>
          <w:sz w:val="24"/>
        </w:rPr>
        <w:t>), каждая из которых равна 111 (</w:t>
      </w:r>
      <w:r>
        <w:rPr>
          <w:rFonts w:ascii="Georgia" w:hAnsi="Georgia" w:cs="Times New Roman"/>
          <w:b/>
          <w:i w:val="0"/>
          <w:color w:val="000000"/>
          <w:sz w:val="24"/>
          <w:rtl/>
          <w:szCs w:val="32"/>
        </w:rPr>
        <w:t>קי״א</w:t>
      </w:r>
      <w:r>
        <w:rPr>
          <w:rFonts w:ascii="Georgia" w:hAnsi="Georgia"/>
          <w:b w:val="0"/>
          <w:i w:val="0"/>
          <w:color w:val="000000"/>
          <w:sz w:val="24"/>
        </w:rPr>
        <w:t>). И они составляют тайну трех букв алеф (</w:t>
      </w:r>
      <w:r>
        <w:rPr>
          <w:rFonts w:ascii="Georgia" w:hAnsi="Georgia" w:cs="Times New Roman"/>
          <w:b/>
          <w:i w:val="0"/>
          <w:color w:val="000000"/>
          <w:sz w:val="24"/>
          <w:rtl/>
          <w:szCs w:val="32"/>
        </w:rPr>
        <w:t>א</w:t>
      </w:r>
      <w:r>
        <w:rPr>
          <w:rFonts w:ascii="Georgia" w:hAnsi="Georgia"/>
          <w:b w:val="0"/>
          <w:i w:val="0"/>
          <w:color w:val="000000"/>
          <w:sz w:val="24"/>
        </w:rPr>
        <w:t xml:space="preserve">), имеющихся в Имени МА с наполнением алефин, которое пребывает в ЗА. И так как ты привел к тому, что Аба ве-Има опустились внутрь этого снега, как упомянуто, тебе следует окунуться в снег. В этом заключается и тайна стиха: </w:t>
      </w:r>
      <w:r>
        <w:rPr>
          <w:rFonts w:ascii="Georgia" w:hAnsi="Georgia"/>
          <w:b w:val="0"/>
          <w:i/>
          <w:color w:val="000000"/>
          <w:sz w:val="24"/>
        </w:rPr>
        <w:t>«…он же спустился и убил льва в снежный день»</w:t>
      </w:r>
      <w:r>
        <w:rPr>
          <w:rFonts w:ascii="Georgia" w:hAnsi="Georgia"/>
          <w:b w:val="0"/>
          <w:i w:val="0"/>
          <w:color w:val="000000"/>
          <w:sz w:val="24"/>
        </w:rPr>
        <w:t xml:space="preserve"> (Шмуэль II 23:20) — ведь [«снежный день»] указывает на Высший Суд (</w:t>
      </w:r>
      <w:r>
        <w:rPr>
          <w:rFonts w:ascii="Georgia" w:hAnsi="Georgia"/>
          <w:b w:val="0"/>
          <w:i/>
          <w:color w:val="000000"/>
          <w:sz w:val="24"/>
        </w:rPr>
        <w:t>бей дина илаа</w:t>
      </w:r>
      <w:r>
        <w:rPr>
          <w:rFonts w:ascii="Georgia" w:hAnsi="Georgia"/>
          <w:b w:val="0"/>
          <w:i w:val="0"/>
          <w:color w:val="000000"/>
          <w:sz w:val="24"/>
        </w:rPr>
        <w:t xml:space="preserve">, </w:t>
      </w:r>
      <w:r>
        <w:rPr>
          <w:rFonts w:ascii="Georgia" w:hAnsi="Georgia" w:cs="Times New Roman"/>
          <w:b/>
          <w:i w:val="0"/>
          <w:color w:val="000000"/>
          <w:sz w:val="24"/>
          <w:rtl/>
          <w:szCs w:val="32"/>
        </w:rPr>
        <w:t>בֵּי דִינָא עִילָּאָה</w:t>
      </w:r>
      <w:r>
        <w:rPr>
          <w:rFonts w:ascii="Georgia" w:hAnsi="Georgia"/>
          <w:b w:val="0"/>
          <w:i w:val="0"/>
          <w:color w:val="000000"/>
          <w:sz w:val="24"/>
        </w:rPr>
        <w:t>), как сказано в Зоаре (введение к разделу «Берешит»).</w:t>
      </w:r>
    </w:p>
    <w:p>
      <w:pPr>
        <w:spacing w:before="40" w:after="120"/>
        <w:jc w:val="both"/>
      </w:pPr>
      <w:r>
        <w:rPr>
          <w:rFonts w:ascii="Georgia" w:hAnsi="Georgia"/>
          <w:b w:val="0"/>
          <w:i w:val="0"/>
          <w:color w:val="000000"/>
          <w:sz w:val="24"/>
        </w:rPr>
        <w:t>Смысл в том, что низведение Аба ве-Има вниз, в ЗА, упомянутым путем — это полный суд (дин гамур). И поскольку Аба ве-Има обратились теперь в полный суд из-за своего схождения вниз, в ЗА, который называется снегом, этот уровень и именуется Высшим Судом. А тайна омовения Бнаяу бен Йеояды в снежный день станет ясна из того, что разъяснено у нас о его корне и гильгуле: как прежде он был Элиэзером, рабом Авраама, и что он относится к уровню Имени БОН, поднимающего МАН, как известно. Но разъяснять этот предмет более открыто мне не дозволено.</w:t>
      </w:r>
    </w:p>
    <w:p>
      <w:pPr>
        <w:spacing w:before="40" w:after="120"/>
        <w:jc w:val="both"/>
      </w:pPr>
      <w:r>
        <w:rPr>
          <w:rFonts w:ascii="Georgia" w:hAnsi="Georgia"/>
          <w:b w:val="0"/>
          <w:i w:val="0"/>
          <w:color w:val="000000"/>
          <w:sz w:val="24"/>
        </w:rPr>
        <w:t>Говорит Шмуэль: я нашел и другие исправления для упомянутого прегрешения — одни из них близки к сказанному, а другие еще строже; и я изложу их все перед тобой с Б-жьей помощью. А затем я подробно представлю перед тобой и единения (</w:t>
      </w:r>
      <w:r>
        <w:rPr>
          <w:rFonts w:ascii="Georgia" w:hAnsi="Georgia"/>
          <w:b w:val="0"/>
          <w:i/>
          <w:color w:val="000000"/>
          <w:sz w:val="24"/>
        </w:rPr>
        <w:t>ихудим</w:t>
      </w:r>
      <w:r>
        <w:rPr>
          <w:rFonts w:ascii="Georgia" w:hAnsi="Georgia"/>
          <w:b w:val="0"/>
          <w:i w:val="0"/>
          <w:color w:val="000000"/>
          <w:sz w:val="24"/>
        </w:rPr>
        <w:t>) для этого прегрешения.</w:t>
      </w:r>
    </w:p>
    <w:p>
      <w:pPr>
        <w:keepNext/>
        <w:spacing w:before="320" w:after="120"/>
      </w:pPr>
      <w:r>
        <w:rPr>
          <w:rFonts w:ascii="Georgia" w:hAnsi="Georgia"/>
          <w:b w:val="0"/>
          <w:i w:val="0"/>
          <w:color w:val="000000"/>
          <w:sz w:val="32"/>
        </w:rPr>
        <w:t>Исправление 23</w:t>
      </w:r>
    </w:p>
    <w:p>
      <w:pPr>
        <w:spacing w:before="40" w:after="120"/>
        <w:jc w:val="both"/>
      </w:pPr>
      <w:r>
        <w:rPr>
          <w:rFonts w:ascii="Georgia" w:hAnsi="Georgia"/>
          <w:b w:val="0"/>
          <w:i w:val="0"/>
          <w:color w:val="000000"/>
          <w:sz w:val="24"/>
        </w:rPr>
        <w:t>Для [исправления] прегрешения мужеложства. Знай: когда Има находится наверху вместе с Аба, она называется женским началом в сопоставлении с женским, получающим от мужского. Но когда она [опускается] вниз, пребывает над своими сыновьями и изливает им изобилие (шефа), она называется мужским началом, поскольку уподобляется мужскому началу, изливающему женскому. Тот же, кто совершает прегрешение мужеложства, приводит к тому, что низводится сила, присущая Име, когда она наверху, а также сам Аба, изливающий в Иму, когда она наверху; и он заставляет их обоих опуститься вниз, до НЕХИ де-ЗА. Тем самым он вносит изъян в Аба ве-Има, опустив их вниз, до ног де-ЗА. Кроме того, он причиняет большой ущерб ЗОН в нескольких отношениях: во-первых, из-за того, что Има спускается вниз до ног де-ЗА, перекрываются и скрываются света раскрытых хасадим, распространяющихся в ЗА, — в отличие от обычного [состояния], когда Има оканчивается, как ей положено, на уровне хазе де-ЗА, ведь тогда хасадим раскрываются оттуда и ниже, как известно.</w:t>
      </w:r>
    </w:p>
    <w:p>
      <w:pPr>
        <w:spacing w:before="40" w:after="120"/>
        <w:jc w:val="both"/>
      </w:pPr>
      <w:r>
        <w:rPr>
          <w:rFonts w:ascii="Georgia" w:hAnsi="Georgia"/>
          <w:b w:val="0"/>
          <w:i w:val="0"/>
          <w:color w:val="000000"/>
          <w:sz w:val="24"/>
        </w:rPr>
        <w:t xml:space="preserve">Мы уже разъясняли по поводу Адама а-Ришона, что одним из повреждений, вызванных им грехом Древа познания, было также и это. Кроме того, теперь, когда Аба ве-Има заняли все место ЗА, у ЗА нет сил выдержать эти великие света, и тем самым его сила, как бы [сказать], полностью аннулируется — подобно тому, как мы объясняли по поводу [стиха]: </w:t>
      </w:r>
      <w:r>
        <w:rPr>
          <w:rFonts w:ascii="Georgia" w:hAnsi="Georgia"/>
          <w:b w:val="0"/>
          <w:i/>
          <w:color w:val="000000"/>
          <w:sz w:val="24"/>
        </w:rPr>
        <w:t>«И вот мелахим, правившие в земле Эдома…»</w:t>
      </w:r>
      <w:r>
        <w:rPr>
          <w:rFonts w:ascii="Georgia" w:hAnsi="Georgia"/>
          <w:b w:val="0"/>
          <w:i w:val="0"/>
          <w:color w:val="000000"/>
          <w:sz w:val="24"/>
        </w:rPr>
        <w:t xml:space="preserve"> (Берешит 36:31), которые умерли и аннулировались по сходной причине. И потому это прегрешение называется мужеложством (</w:t>
      </w:r>
      <w:r>
        <w:rPr>
          <w:rFonts w:ascii="Georgia" w:hAnsi="Georgia"/>
          <w:b w:val="0"/>
          <w:i/>
          <w:color w:val="000000"/>
          <w:sz w:val="24"/>
        </w:rPr>
        <w:t>мишкав захор</w:t>
      </w:r>
      <w:r>
        <w:rPr>
          <w:rFonts w:ascii="Georgia" w:hAnsi="Georgia"/>
          <w:b w:val="0"/>
          <w:i w:val="0"/>
          <w:color w:val="000000"/>
          <w:sz w:val="24"/>
        </w:rPr>
        <w:t xml:space="preserve">), ведь ты знаешь, что опускающиеся сейчас — это уровень ИШСУТ, которые спускаются на всем протяжении места ЗА, пока их ноги буквально не сравняются вровень с ногами [ЗА]. Ты уже знаешь также, что имя АВАЯ со значением АБ (72) с наполнением буквами йод относится к Аба, а [имя] ЭЙЕ с наполнением буквами йод, составляющее числовое значение 161, относится к Име. Числа же 72 и 161 равны в гематрии слову </w:t>
      </w:r>
      <w:r>
        <w:rPr>
          <w:rFonts w:ascii="Georgia" w:hAnsi="Georgia"/>
          <w:b w:val="0"/>
          <w:i/>
          <w:color w:val="000000"/>
          <w:sz w:val="24"/>
        </w:rPr>
        <w:t>захор</w:t>
      </w:r>
      <w:r>
        <w:rPr>
          <w:rFonts w:ascii="Georgia" w:hAnsi="Georgia"/>
          <w:b w:val="0"/>
          <w:i w:val="0"/>
          <w:color w:val="000000"/>
          <w:sz w:val="24"/>
        </w:rPr>
        <w:t xml:space="preserve"> (</w:t>
      </w:r>
      <w:r>
        <w:rPr>
          <w:rFonts w:ascii="Georgia" w:hAnsi="Georgia" w:cs="Times New Roman"/>
          <w:b/>
          <w:i w:val="0"/>
          <w:color w:val="000000"/>
          <w:sz w:val="24"/>
          <w:rtl/>
          <w:szCs w:val="32"/>
        </w:rPr>
        <w:t>זָכוֹר</w:t>
      </w:r>
      <w:r>
        <w:rPr>
          <w:rFonts w:ascii="Georgia" w:hAnsi="Georgia"/>
          <w:b w:val="0"/>
          <w:i w:val="0"/>
          <w:color w:val="000000"/>
          <w:sz w:val="24"/>
        </w:rPr>
        <w:t xml:space="preserve"> = 233), и они же равны в гематрии слову </w:t>
      </w:r>
      <w:r>
        <w:rPr>
          <w:rFonts w:ascii="Georgia" w:hAnsi="Georgia"/>
          <w:b w:val="0"/>
          <w:i/>
          <w:color w:val="000000"/>
          <w:sz w:val="24"/>
        </w:rPr>
        <w:t>регель</w:t>
      </w:r>
      <w:r>
        <w:rPr>
          <w:rFonts w:ascii="Georgia" w:hAnsi="Georgia"/>
          <w:b w:val="0"/>
          <w:i w:val="0"/>
          <w:color w:val="000000"/>
          <w:sz w:val="24"/>
        </w:rPr>
        <w:t xml:space="preserve"> — «нога» (</w:t>
      </w:r>
      <w:r>
        <w:rPr>
          <w:rFonts w:ascii="Georgia" w:hAnsi="Georgia" w:cs="Times New Roman"/>
          <w:b/>
          <w:i w:val="0"/>
          <w:color w:val="000000"/>
          <w:sz w:val="24"/>
          <w:rtl/>
          <w:szCs w:val="32"/>
        </w:rPr>
        <w:t>רֶגֶל</w:t>
      </w:r>
      <w:r>
        <w:rPr>
          <w:rFonts w:ascii="Georgia" w:hAnsi="Georgia"/>
          <w:b w:val="0"/>
          <w:i w:val="0"/>
          <w:color w:val="000000"/>
          <w:sz w:val="24"/>
        </w:rPr>
        <w:t xml:space="preserve"> = 233). Это намекает на сказанное нами: что он опустил Аба ве-Има, которые суть 72 и 161, до сиюм раглин де-ЗА. Из этого ты поймешь причину того, почему это прегрешение названо «мерзостью» (</w:t>
      </w:r>
      <w:r>
        <w:rPr>
          <w:rFonts w:ascii="Georgia" w:hAnsi="Georgia"/>
          <w:b w:val="0"/>
          <w:i/>
          <w:color w:val="000000"/>
          <w:sz w:val="24"/>
        </w:rPr>
        <w:t>тоэва</w:t>
      </w:r>
      <w:r>
        <w:rPr>
          <w:rFonts w:ascii="Georgia" w:hAnsi="Georgia"/>
          <w:b w:val="0"/>
          <w:i w:val="0"/>
          <w:color w:val="000000"/>
          <w:sz w:val="24"/>
        </w:rPr>
        <w:t xml:space="preserve">, </w:t>
      </w:r>
      <w:r>
        <w:rPr>
          <w:rFonts w:ascii="Georgia" w:hAnsi="Georgia" w:cs="Times New Roman"/>
          <w:b/>
          <w:i w:val="0"/>
          <w:color w:val="000000"/>
          <w:sz w:val="24"/>
          <w:rtl/>
          <w:szCs w:val="32"/>
        </w:rPr>
        <w:t>תּוֹעֵבָה</w:t>
      </w:r>
      <w:r>
        <w:rPr>
          <w:rFonts w:ascii="Georgia" w:hAnsi="Georgia"/>
          <w:b w:val="0"/>
          <w:i w:val="0"/>
          <w:color w:val="000000"/>
          <w:sz w:val="24"/>
        </w:rPr>
        <w:t xml:space="preserve">): как разъяснил Бар Каппара нашему святому учителю, это слово представляет собой нотарикон — </w:t>
      </w:r>
      <w:r>
        <w:rPr>
          <w:rFonts w:ascii="Georgia" w:hAnsi="Georgia"/>
          <w:b w:val="0"/>
          <w:i/>
          <w:color w:val="000000"/>
          <w:sz w:val="24"/>
        </w:rPr>
        <w:t>тоэ ата ба</w:t>
      </w:r>
      <w:r>
        <w:rPr>
          <w:rFonts w:ascii="Georgia" w:hAnsi="Georgia"/>
          <w:b w:val="0"/>
          <w:i w:val="0"/>
          <w:color w:val="000000"/>
          <w:sz w:val="24"/>
        </w:rPr>
        <w:t xml:space="preserve"> (</w:t>
      </w:r>
      <w:r>
        <w:rPr>
          <w:rFonts w:ascii="Georgia" w:hAnsi="Georgia" w:cs="Times New Roman"/>
          <w:b/>
          <w:i w:val="0"/>
          <w:color w:val="000000"/>
          <w:sz w:val="24"/>
          <w:rtl/>
          <w:szCs w:val="32"/>
        </w:rPr>
        <w:t>תּוֹעֶה אַתָּה בָּהּ</w:t>
      </w:r>
      <w:r>
        <w:rPr>
          <w:rFonts w:ascii="Georgia" w:hAnsi="Georgia"/>
          <w:b w:val="0"/>
          <w:i w:val="0"/>
          <w:color w:val="000000"/>
          <w:sz w:val="24"/>
        </w:rPr>
        <w:t>), то есть «ты заблуждаешься в ней».</w:t>
      </w:r>
    </w:p>
    <w:p>
      <w:pPr>
        <w:spacing w:before="40" w:after="120"/>
        <w:jc w:val="both"/>
      </w:pPr>
      <w:r>
        <w:rPr>
          <w:rFonts w:ascii="Georgia" w:hAnsi="Georgia"/>
          <w:b w:val="0"/>
          <w:i w:val="0"/>
          <w:color w:val="000000"/>
          <w:sz w:val="24"/>
        </w:rPr>
        <w:t xml:space="preserve">Смысл в том, что ты полагаешь, будто низводя Иму вниз к сыновьям, ты способствуешь тому, чтобы она изливала им [свет], и благодаря этому она будет называться мужским началом, как упомянуто выше, подобно мужскому началу, которое изливает [в женское]. Но это не так: напротив, ты делаешь ее женским началом, сожительствуешь с ней и изливаешь в нее. И подобно тому как грешник внес изъян в их лицевую сторону (паним), составляющую 72 и 161, что равно [значению слова] </w:t>
      </w:r>
      <w:r>
        <w:rPr>
          <w:rFonts w:ascii="Georgia" w:hAnsi="Georgia"/>
          <w:b w:val="0"/>
          <w:i/>
          <w:color w:val="000000"/>
          <w:sz w:val="24"/>
        </w:rPr>
        <w:t>захор</w:t>
      </w:r>
      <w:r>
        <w:rPr>
          <w:rFonts w:ascii="Georgia" w:hAnsi="Georgia"/>
          <w:b w:val="0"/>
          <w:i w:val="0"/>
          <w:color w:val="000000"/>
          <w:sz w:val="24"/>
        </w:rPr>
        <w:t xml:space="preserve">, точно так же он внес изъян и в их тыльную сторону (ахораим), составляющую в сумме 184 и 544, опустив также и их; а они составляют в гематрии слово </w:t>
      </w:r>
      <w:r>
        <w:rPr>
          <w:rFonts w:ascii="Georgia" w:hAnsi="Georgia"/>
          <w:b w:val="0"/>
          <w:i/>
          <w:color w:val="000000"/>
          <w:sz w:val="24"/>
        </w:rPr>
        <w:t>тишках</w:t>
      </w:r>
      <w:r>
        <w:rPr>
          <w:rFonts w:ascii="Georgia" w:hAnsi="Georgia"/>
          <w:b w:val="0"/>
          <w:i w:val="0"/>
          <w:color w:val="000000"/>
          <w:sz w:val="24"/>
        </w:rPr>
        <w:t xml:space="preserve"> (</w:t>
      </w:r>
      <w:r>
        <w:rPr>
          <w:rFonts w:ascii="Georgia" w:hAnsi="Georgia" w:cs="Times New Roman"/>
          <w:b/>
          <w:i w:val="0"/>
          <w:color w:val="000000"/>
          <w:sz w:val="24"/>
          <w:rtl/>
          <w:szCs w:val="32"/>
        </w:rPr>
        <w:t>תִּשְׁכַּח</w:t>
      </w:r>
      <w:r>
        <w:rPr>
          <w:rFonts w:ascii="Georgia" w:hAnsi="Georgia"/>
          <w:b w:val="0"/>
          <w:i w:val="0"/>
          <w:color w:val="000000"/>
          <w:sz w:val="24"/>
        </w:rPr>
        <w:t xml:space="preserve"> = 728) — «забудь». Ведь памятование исходит от лицевой стороны, а забывание — от тыльной; и в этом тайный смысл [стиха]: </w:t>
      </w:r>
      <w:r>
        <w:rPr>
          <w:rFonts w:ascii="Georgia" w:hAnsi="Georgia"/>
          <w:b w:val="0"/>
          <w:i/>
          <w:color w:val="000000"/>
          <w:sz w:val="24"/>
        </w:rPr>
        <w:t>«Помни, не забудь…»</w:t>
      </w:r>
      <w:r>
        <w:rPr>
          <w:rFonts w:ascii="Georgia" w:hAnsi="Georgia"/>
          <w:b w:val="0"/>
          <w:i w:val="0"/>
          <w:color w:val="000000"/>
          <w:sz w:val="24"/>
        </w:rPr>
        <w:t xml:space="preserve"> (Дварим 9:7).</w:t>
      </w:r>
    </w:p>
    <w:p>
      <w:pPr>
        <w:spacing w:before="40" w:after="120"/>
        <w:jc w:val="both"/>
      </w:pPr>
      <w:r>
        <w:rPr>
          <w:rFonts w:ascii="Georgia" w:hAnsi="Georgia"/>
          <w:b w:val="0"/>
          <w:i w:val="0"/>
          <w:color w:val="000000"/>
          <w:sz w:val="24"/>
        </w:rPr>
        <w:t>Поэтому раскаяние (тшува) согрешившего состоит в том, чтобы поститься 233 дня поста — по числу 72 и 161 лицевой стороны Аба ве-Има, которую он опустил вниз, и каждый день сосредотачивать намерение на том, чтобы возносить одну часть из 233 частей, каждую часть соответственно ее дню. И получается, что в первые десять дней он должен иметь намерение вознести первую букву йод (</w:t>
      </w:r>
      <w:r>
        <w:rPr>
          <w:rFonts w:ascii="Georgia" w:hAnsi="Georgia" w:cs="Times New Roman"/>
          <w:b/>
          <w:i w:val="0"/>
          <w:color w:val="000000"/>
          <w:sz w:val="24"/>
          <w:rtl/>
          <w:szCs w:val="32"/>
        </w:rPr>
        <w:t>י</w:t>
      </w:r>
      <w:r>
        <w:rPr>
          <w:rFonts w:ascii="Georgia" w:hAnsi="Georgia"/>
          <w:b w:val="0"/>
          <w:i w:val="0"/>
          <w:color w:val="000000"/>
          <w:sz w:val="24"/>
        </w:rPr>
        <w:t xml:space="preserve"> = 10) имени АБ, и так далее тем же порядком до завершения 233 дней, так как тогда завершается их подъем. А поскольку он согрешил также тем, что опустил тыльную сторону, составляющую в гематрии 728, ему необходимо иметь намерение возносить также и их. Порядок этого таков: слово </w:t>
      </w:r>
      <w:r>
        <w:rPr>
          <w:rFonts w:ascii="Georgia" w:hAnsi="Georgia"/>
          <w:b w:val="0"/>
          <w:i/>
          <w:color w:val="000000"/>
          <w:sz w:val="24"/>
        </w:rPr>
        <w:t>тишках</w:t>
      </w:r>
      <w:r>
        <w:rPr>
          <w:rFonts w:ascii="Georgia" w:hAnsi="Georgia"/>
          <w:b w:val="0"/>
          <w:i w:val="0"/>
          <w:color w:val="000000"/>
          <w:sz w:val="24"/>
        </w:rPr>
        <w:t xml:space="preserve"> равно в гематрии трем значениям слова </w:t>
      </w:r>
      <w:r>
        <w:rPr>
          <w:rFonts w:ascii="Georgia" w:hAnsi="Georgia"/>
          <w:b w:val="0"/>
          <w:i/>
          <w:color w:val="000000"/>
          <w:sz w:val="24"/>
        </w:rPr>
        <w:t>регель</w:t>
      </w:r>
      <w:r>
        <w:rPr>
          <w:rFonts w:ascii="Georgia" w:hAnsi="Georgia"/>
          <w:b w:val="0"/>
          <w:i w:val="0"/>
          <w:color w:val="000000"/>
          <w:sz w:val="24"/>
        </w:rPr>
        <w:t xml:space="preserve">. Поэтому в каждый день, когда человек сосредотачивает намерение на вознесении одной части лицевой стороны (паним), он должен также иметь намерение вознести три части тыльной стороны (ахораим). И оказывается, что в первые десять дней, когда он возносит первую букву йод имени АВАЯ де-АБ, относящуюся к лицевой стороне, он должен сосредоточить намерение на вознесении за эти дни тридцати частей тыльной стороны; а это — [буква] йод тыльной стороны, вот так: </w:t>
      </w:r>
      <w:r>
        <w:rPr>
          <w:rFonts w:ascii="Georgia" w:hAnsi="Georgia" w:cs="Times New Roman"/>
          <w:b/>
          <w:i w:val="0"/>
          <w:color w:val="000000"/>
          <w:sz w:val="24"/>
          <w:rtl/>
          <w:szCs w:val="32"/>
        </w:rPr>
        <w:t>יו״ד יו״ד ה״י יו״ד ה״י וי״ו יו״ד ה״י וי״ו ה״י</w:t>
      </w:r>
      <w:r>
        <w:rPr>
          <w:rFonts w:ascii="Georgia" w:hAnsi="Georgia"/>
          <w:b w:val="0"/>
          <w:i w:val="0"/>
          <w:color w:val="000000"/>
          <w:sz w:val="24"/>
        </w:rPr>
        <w:t xml:space="preserve"> и так далее. Так что за 233 поста (</w:t>
      </w:r>
      <w:r>
        <w:rPr>
          <w:rFonts w:ascii="Georgia" w:hAnsi="Georgia"/>
          <w:b w:val="0"/>
          <w:i/>
          <w:color w:val="000000"/>
          <w:sz w:val="24"/>
        </w:rPr>
        <w:t>регель</w:t>
      </w:r>
      <w:r>
        <w:rPr>
          <w:rFonts w:ascii="Georgia" w:hAnsi="Georgia"/>
          <w:b w:val="0"/>
          <w:i w:val="0"/>
          <w:color w:val="000000"/>
          <w:sz w:val="24"/>
        </w:rPr>
        <w:t xml:space="preserve">) завершается подъем 233 частей лицевой стороны и трижды по 233 части тыльной стороны, [составляющих сумму] слова </w:t>
      </w:r>
      <w:r>
        <w:rPr>
          <w:rFonts w:ascii="Georgia" w:hAnsi="Georgia"/>
          <w:b w:val="0"/>
          <w:i/>
          <w:color w:val="000000"/>
          <w:sz w:val="24"/>
        </w:rPr>
        <w:t>тишках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сверх счета «трижды </w:t>
      </w:r>
      <w:r>
        <w:rPr>
          <w:rFonts w:ascii="Georgia" w:hAnsi="Georgia"/>
          <w:b w:val="0"/>
          <w:i/>
          <w:color w:val="000000"/>
          <w:sz w:val="24"/>
        </w:rPr>
        <w:t>регель</w:t>
      </w:r>
      <w:r>
        <w:rPr>
          <w:rFonts w:ascii="Georgia" w:hAnsi="Georgia"/>
          <w:b w:val="0"/>
          <w:i w:val="0"/>
          <w:color w:val="000000"/>
          <w:sz w:val="24"/>
        </w:rPr>
        <w:t xml:space="preserve">» до слова </w:t>
      </w:r>
      <w:r>
        <w:rPr>
          <w:rFonts w:ascii="Georgia" w:hAnsi="Georgia"/>
          <w:b w:val="0"/>
          <w:i/>
          <w:color w:val="000000"/>
          <w:sz w:val="24"/>
        </w:rPr>
        <w:t>тишках</w:t>
      </w:r>
      <w:r>
        <w:rPr>
          <w:rFonts w:ascii="Georgia" w:hAnsi="Georgia"/>
          <w:b w:val="0"/>
          <w:i w:val="0"/>
          <w:color w:val="000000"/>
          <w:sz w:val="24"/>
        </w:rPr>
        <w:t xml:space="preserve"> остаются еще лишними 89 частей, ведь трижды </w:t>
      </w:r>
      <w:r>
        <w:rPr>
          <w:rFonts w:ascii="Georgia" w:hAnsi="Georgia"/>
          <w:b w:val="0"/>
          <w:i/>
          <w:color w:val="000000"/>
          <w:sz w:val="24"/>
        </w:rPr>
        <w:t>регель</w:t>
      </w:r>
      <w:r>
        <w:rPr>
          <w:rFonts w:ascii="Georgia" w:hAnsi="Georgia"/>
          <w:b w:val="0"/>
          <w:i w:val="0"/>
          <w:color w:val="000000"/>
          <w:sz w:val="24"/>
        </w:rPr>
        <w:t xml:space="preserve"> — это 700 без одной, [и] остаются 29 частей. Поэтому в последний день [из этих] 233 [дней постов] (</w:t>
      </w:r>
      <w:r>
        <w:rPr>
          <w:rFonts w:ascii="Georgia" w:hAnsi="Georgia"/>
          <w:b w:val="0"/>
          <w:i/>
          <w:color w:val="000000"/>
          <w:sz w:val="24"/>
        </w:rPr>
        <w:t>регель</w:t>
      </w:r>
      <w:r>
        <w:rPr>
          <w:rFonts w:ascii="Georgia" w:hAnsi="Georgia"/>
          <w:b w:val="0"/>
          <w:i w:val="0"/>
          <w:color w:val="000000"/>
          <w:sz w:val="24"/>
        </w:rPr>
        <w:t>) человеку следует иметь намерение объединить все ступени воедино и вознести все 233 части лицевой стороны (паним) и все 728 частей тыльной стороны (ахораим) одновременно наверх, к их изначальному месту, где ИШСУТ пребывали изначально. Кроме того, тебе следует знать: поскольку согрешивший нанес ущерб Име, а в ней заключены три имени ЭЙЕ — с наполнениями буквами йод, алеф и хэй, причем три первые буквы алеф (</w:t>
      </w:r>
      <w:r>
        <w:rPr>
          <w:rFonts w:ascii="Georgia" w:hAnsi="Georgia"/>
          <w:b w:val="0"/>
          <w:i/>
          <w:color w:val="000000"/>
          <w:sz w:val="24"/>
        </w:rPr>
        <w:t>альфин</w:t>
      </w:r>
      <w:r>
        <w:rPr>
          <w:rFonts w:ascii="Georgia" w:hAnsi="Georgia"/>
          <w:b w:val="0"/>
          <w:i w:val="0"/>
          <w:color w:val="000000"/>
          <w:sz w:val="24"/>
        </w:rPr>
        <w:t xml:space="preserve">, </w:t>
      </w:r>
      <w:r>
        <w:rPr>
          <w:rFonts w:ascii="Georgia" w:hAnsi="Georgia" w:cs="Times New Roman"/>
          <w:b/>
          <w:i w:val="0"/>
          <w:color w:val="000000"/>
          <w:sz w:val="24"/>
          <w:rtl/>
          <w:szCs w:val="32"/>
        </w:rPr>
        <w:t>אַלְפִין</w:t>
      </w:r>
      <w:r>
        <w:rPr>
          <w:rFonts w:ascii="Georgia" w:hAnsi="Georgia"/>
          <w:b w:val="0"/>
          <w:i w:val="0"/>
          <w:color w:val="000000"/>
          <w:sz w:val="24"/>
        </w:rPr>
        <w:t xml:space="preserve">) в их полном написании — буквами алеф, ламэд, пэй (1 + 30 + 80 = 111) — в этих трех именах составляют в гематрии 333 — числовое значение слова </w:t>
      </w:r>
      <w:r>
        <w:rPr>
          <w:rFonts w:ascii="Georgia" w:hAnsi="Georgia"/>
          <w:b w:val="0"/>
          <w:i/>
          <w:color w:val="000000"/>
          <w:sz w:val="24"/>
        </w:rPr>
        <w:t>шелег</w:t>
      </w:r>
      <w:r>
        <w:rPr>
          <w:rFonts w:ascii="Georgia" w:hAnsi="Georgia"/>
          <w:b w:val="0"/>
          <w:i w:val="0"/>
          <w:color w:val="000000"/>
          <w:sz w:val="24"/>
        </w:rPr>
        <w:t xml:space="preserve"> — «снег» (</w:t>
      </w:r>
      <w:r>
        <w:rPr>
          <w:rFonts w:ascii="Georgia" w:hAnsi="Georgia" w:cs="Times New Roman"/>
          <w:b/>
          <w:i w:val="0"/>
          <w:color w:val="000000"/>
          <w:sz w:val="24"/>
          <w:rtl/>
          <w:szCs w:val="32"/>
        </w:rPr>
        <w:t>שֶׁלֶג</w:t>
      </w:r>
      <w:r>
        <w:rPr>
          <w:rFonts w:ascii="Georgia" w:hAnsi="Georgia"/>
          <w:b w:val="0"/>
          <w:i w:val="0"/>
          <w:color w:val="000000"/>
          <w:sz w:val="24"/>
        </w:rPr>
        <w:t xml:space="preserve"> = 333), — то согрешившему мужеложством подобает погрузиться в снег 9 раз и сосредоточить намерение на упомянутых трех буквах алеф, которые равны в гематрии числу слова </w:t>
      </w:r>
      <w:r>
        <w:rPr>
          <w:rFonts w:ascii="Georgia" w:hAnsi="Georgia"/>
          <w:b w:val="0"/>
          <w:i/>
          <w:color w:val="000000"/>
          <w:sz w:val="24"/>
        </w:rPr>
        <w:t>шелег</w:t>
      </w:r>
      <w:r>
        <w:rPr>
          <w:rFonts w:ascii="Georgia" w:hAnsi="Georgia"/>
          <w:b w:val="0"/>
          <w:i w:val="0"/>
          <w:color w:val="000000"/>
          <w:sz w:val="24"/>
        </w:rPr>
        <w:t>. А то, что погружений должно быть девять, соответствует девяти буквам в трех этих [буквах] алеф (каждая из которых пишется тремя буквами: алеф, ламэд, пэй): при каждом погружении — по одной букве.</w:t>
      </w:r>
    </w:p>
    <w:p>
      <w:pPr>
        <w:keepNext/>
        <w:spacing w:before="320" w:after="120"/>
      </w:pPr>
      <w:r>
        <w:rPr>
          <w:rFonts w:ascii="Georgia" w:hAnsi="Georgia"/>
          <w:b w:val="0"/>
          <w:i w:val="0"/>
          <w:color w:val="000000"/>
          <w:sz w:val="32"/>
        </w:rPr>
        <w:t>Намерение 24</w:t>
      </w:r>
    </w:p>
    <w:p>
      <w:pPr>
        <w:spacing w:before="40" w:after="120"/>
        <w:jc w:val="both"/>
      </w:pPr>
      <w:r>
        <w:rPr>
          <w:rFonts w:ascii="Georgia" w:hAnsi="Georgia"/>
          <w:b w:val="0"/>
          <w:i w:val="0"/>
          <w:color w:val="000000"/>
          <w:sz w:val="24"/>
        </w:rPr>
        <w:t xml:space="preserve">Для исправления прегрешения мужеложества, прежде чем завершить трапезу [перед наступлением поста] по случаю своих постов, пусть произнесет весь этот стих: </w:t>
      </w:r>
      <w:r>
        <w:rPr>
          <w:rFonts w:ascii="Georgia" w:hAnsi="Georgia"/>
          <w:b w:val="0"/>
          <w:i/>
          <w:color w:val="000000"/>
          <w:sz w:val="24"/>
        </w:rPr>
        <w:t>«А я сказал в опрометчивости моей: „Отрезан я от очей Твоих“, но Ты услышал голос молений моих, когда я взывал к Тебе»</w:t>
      </w:r>
      <w:r>
        <w:rPr>
          <w:rFonts w:ascii="Georgia" w:hAnsi="Georgia"/>
          <w:b w:val="0"/>
          <w:i w:val="0"/>
          <w:color w:val="000000"/>
          <w:sz w:val="24"/>
        </w:rPr>
        <w:t xml:space="preserve"> (Теилим 31:23). И пусть направит намерение (</w:t>
      </w:r>
      <w:r>
        <w:rPr>
          <w:rFonts w:ascii="Georgia" w:hAnsi="Georgia"/>
          <w:b w:val="0"/>
          <w:i/>
          <w:color w:val="000000"/>
          <w:sz w:val="24"/>
        </w:rPr>
        <w:t>кавана</w:t>
      </w:r>
      <w:r>
        <w:rPr>
          <w:rFonts w:ascii="Georgia" w:hAnsi="Georgia"/>
          <w:b w:val="0"/>
          <w:i w:val="0"/>
          <w:color w:val="000000"/>
          <w:sz w:val="24"/>
        </w:rPr>
        <w:t xml:space="preserve">) на конечные буквы слов </w:t>
      </w:r>
      <w:r>
        <w:rPr>
          <w:rFonts w:ascii="Georgia" w:hAnsi="Georgia"/>
          <w:b w:val="0"/>
          <w:i/>
          <w:color w:val="000000"/>
          <w:sz w:val="24"/>
        </w:rPr>
        <w:t>ва-ани амарти бе-хофзи нигразти</w:t>
      </w:r>
      <w:r>
        <w:rPr>
          <w:rFonts w:ascii="Georgia" w:hAnsi="Georgia"/>
          <w:b w:val="0"/>
          <w:i w:val="0"/>
          <w:color w:val="000000"/>
          <w:sz w:val="24"/>
        </w:rPr>
        <w:t xml:space="preserve"> (</w:t>
      </w:r>
      <w:r>
        <w:rPr>
          <w:rFonts w:ascii="Georgia" w:hAnsi="Georgia" w:cs="Times New Roman"/>
          <w:b/>
          <w:i w:val="0"/>
          <w:color w:val="000000"/>
          <w:sz w:val="24"/>
          <w:rtl/>
          <w:szCs w:val="32"/>
        </w:rPr>
        <w:t>וַאֲנִי אָמַרְתִּי בְחָפְזִי נִגְרַזְתִּי</w:t>
      </w:r>
      <w:r>
        <w:rPr>
          <w:rFonts w:ascii="Georgia" w:hAnsi="Georgia"/>
          <w:b w:val="0"/>
          <w:i w:val="0"/>
          <w:color w:val="000000"/>
          <w:sz w:val="24"/>
        </w:rPr>
        <w:t xml:space="preserve"> [— «а я сказал в опрометчивости моей: отрезан я»]), представляющие собой четыре буквы йод Имени АВАЯ с наполнением АБ (72) из букв йод; а также начальные буквы слов </w:t>
      </w:r>
      <w:r>
        <w:rPr>
          <w:rFonts w:ascii="Georgia" w:hAnsi="Georgia"/>
          <w:b w:val="0"/>
          <w:i/>
          <w:color w:val="000000"/>
          <w:sz w:val="24"/>
        </w:rPr>
        <w:t>бе-хофзи нигразти</w:t>
      </w:r>
      <w:r>
        <w:rPr>
          <w:rFonts w:ascii="Georgia" w:hAnsi="Georgia"/>
          <w:b w:val="0"/>
          <w:i w:val="0"/>
          <w:color w:val="000000"/>
          <w:sz w:val="24"/>
        </w:rPr>
        <w:t xml:space="preserve"> (</w:t>
      </w:r>
      <w:r>
        <w:rPr>
          <w:rFonts w:ascii="Georgia" w:hAnsi="Georgia" w:cs="Times New Roman"/>
          <w:b/>
          <w:i w:val="0"/>
          <w:color w:val="000000"/>
          <w:sz w:val="24"/>
          <w:rtl/>
          <w:szCs w:val="32"/>
        </w:rPr>
        <w:t>בְּחָפְזִי נִגְרַזְתִּי</w:t>
      </w:r>
      <w:r>
        <w:rPr>
          <w:rFonts w:ascii="Georgia" w:hAnsi="Georgia"/>
          <w:b w:val="0"/>
          <w:i w:val="0"/>
          <w:color w:val="000000"/>
          <w:sz w:val="24"/>
        </w:rPr>
        <w:t xml:space="preserve">) образуют Имя БОН (52) с наполнением хэйин. [На слове] </w:t>
      </w:r>
      <w:r>
        <w:rPr>
          <w:rFonts w:ascii="Georgia" w:hAnsi="Georgia"/>
          <w:b w:val="0"/>
          <w:i/>
          <w:color w:val="000000"/>
          <w:sz w:val="24"/>
        </w:rPr>
        <w:t>ми-негед</w:t>
      </w:r>
      <w:r>
        <w:rPr>
          <w:rFonts w:ascii="Georgia" w:hAnsi="Georgia"/>
          <w:b w:val="0"/>
          <w:i w:val="0"/>
          <w:color w:val="000000"/>
          <w:sz w:val="24"/>
        </w:rPr>
        <w:t xml:space="preserve"> пусть направит намерение на [сочетание] </w:t>
      </w:r>
      <w:r>
        <w:rPr>
          <w:rFonts w:ascii="Georgia" w:hAnsi="Georgia"/>
          <w:b w:val="0"/>
          <w:i/>
          <w:color w:val="000000"/>
          <w:sz w:val="24"/>
        </w:rPr>
        <w:t>Негед</w:t>
      </w:r>
      <w:r>
        <w:rPr>
          <w:rFonts w:ascii="Georgia" w:hAnsi="Georgia"/>
          <w:b w:val="0"/>
          <w:i w:val="0"/>
          <w:color w:val="000000"/>
          <w:sz w:val="24"/>
        </w:rPr>
        <w:t xml:space="preserve"> (</w:t>
      </w:r>
      <w:r>
        <w:rPr>
          <w:rFonts w:ascii="Georgia" w:hAnsi="Georgia" w:cs="Times New Roman"/>
          <w:b/>
          <w:i w:val="0"/>
          <w:color w:val="000000"/>
          <w:sz w:val="24"/>
          <w:rtl/>
          <w:szCs w:val="32"/>
        </w:rPr>
        <w:t>נֶגֶד</w:t>
      </w:r>
      <w:r>
        <w:rPr>
          <w:rFonts w:ascii="Georgia" w:hAnsi="Georgia"/>
          <w:b w:val="0"/>
          <w:i w:val="0"/>
          <w:color w:val="000000"/>
          <w:sz w:val="24"/>
        </w:rPr>
        <w:t xml:space="preserve">) из Имени </w:t>
      </w:r>
      <w:r>
        <w:rPr>
          <w:rFonts w:ascii="Georgia" w:hAnsi="Georgia"/>
          <w:b w:val="0"/>
          <w:i/>
          <w:color w:val="000000"/>
          <w:sz w:val="24"/>
        </w:rPr>
        <w:t>Негед-Йехаш</w:t>
      </w:r>
      <w:r>
        <w:rPr>
          <w:rFonts w:ascii="Georgia" w:hAnsi="Georgia"/>
          <w:b w:val="0"/>
          <w:i w:val="0"/>
          <w:color w:val="000000"/>
          <w:sz w:val="24"/>
        </w:rPr>
        <w:t xml:space="preserve"> (</w:t>
      </w:r>
      <w:r>
        <w:rPr>
          <w:rFonts w:ascii="Georgia" w:hAnsi="Georgia" w:cs="Times New Roman"/>
          <w:b/>
          <w:i w:val="0"/>
          <w:color w:val="000000"/>
          <w:sz w:val="24"/>
          <w:rtl/>
          <w:szCs w:val="32"/>
        </w:rPr>
        <w:t>נגד״יכש</w:t>
      </w:r>
      <w:r>
        <w:rPr>
          <w:rFonts w:ascii="Georgia" w:hAnsi="Georgia"/>
          <w:b w:val="0"/>
          <w:i w:val="0"/>
          <w:color w:val="000000"/>
          <w:sz w:val="24"/>
        </w:rPr>
        <w:t xml:space="preserve">) 42-буквенного [Имени], а огласовка его берется от букв [слова] </w:t>
      </w:r>
      <w:r>
        <w:rPr>
          <w:rFonts w:ascii="Georgia" w:hAnsi="Georgia"/>
          <w:b w:val="0"/>
          <w:i/>
          <w:color w:val="000000"/>
          <w:sz w:val="24"/>
        </w:rPr>
        <w:t>ми-негед</w:t>
      </w:r>
      <w:r>
        <w:rPr>
          <w:rFonts w:ascii="Georgia" w:hAnsi="Georgia"/>
          <w:b w:val="0"/>
          <w:i w:val="0"/>
          <w:color w:val="000000"/>
          <w:sz w:val="24"/>
        </w:rPr>
        <w:t xml:space="preserve"> (</w:t>
      </w:r>
      <w:r>
        <w:rPr>
          <w:rFonts w:ascii="Georgia" w:hAnsi="Georgia" w:cs="Times New Roman"/>
          <w:b/>
          <w:i w:val="0"/>
          <w:color w:val="000000"/>
          <w:sz w:val="24"/>
          <w:rtl/>
          <w:szCs w:val="32"/>
        </w:rPr>
        <w:t>מִנֶגֶד</w:t>
      </w:r>
      <w:r>
        <w:rPr>
          <w:rFonts w:ascii="Georgia" w:hAnsi="Georgia"/>
          <w:b w:val="0"/>
          <w:i w:val="0"/>
          <w:color w:val="000000"/>
          <w:sz w:val="24"/>
        </w:rPr>
        <w:t xml:space="preserve">). [На слове] </w:t>
      </w:r>
      <w:r>
        <w:rPr>
          <w:rFonts w:ascii="Georgia" w:hAnsi="Georgia"/>
          <w:b w:val="0"/>
          <w:i/>
          <w:color w:val="000000"/>
          <w:sz w:val="24"/>
        </w:rPr>
        <w:t>энейха</w:t>
      </w:r>
      <w:r>
        <w:rPr>
          <w:rFonts w:ascii="Georgia" w:hAnsi="Georgia"/>
          <w:b w:val="0"/>
          <w:i w:val="0"/>
          <w:color w:val="000000"/>
          <w:sz w:val="24"/>
        </w:rPr>
        <w:t xml:space="preserve"> (</w:t>
      </w:r>
      <w:r>
        <w:rPr>
          <w:rFonts w:ascii="Georgia" w:hAnsi="Georgia" w:cs="Times New Roman"/>
          <w:b/>
          <w:i w:val="0"/>
          <w:color w:val="000000"/>
          <w:sz w:val="24"/>
          <w:rtl/>
          <w:szCs w:val="32"/>
        </w:rPr>
        <w:t>עֵינֶיךָ</w:t>
      </w:r>
      <w:r>
        <w:rPr>
          <w:rFonts w:ascii="Georgia" w:hAnsi="Georgia"/>
          <w:b w:val="0"/>
          <w:i w:val="0"/>
          <w:color w:val="000000"/>
          <w:sz w:val="24"/>
        </w:rPr>
        <w:t xml:space="preserve"> [— «очей Твоих»]) пусть сосредоточит намерение на упомянутых четырех буквах йод в конечных буквах слов </w:t>
      </w:r>
      <w:r>
        <w:rPr>
          <w:rFonts w:ascii="Georgia" w:hAnsi="Georgia"/>
          <w:b w:val="0"/>
          <w:i/>
          <w:color w:val="000000"/>
          <w:sz w:val="24"/>
        </w:rPr>
        <w:t>«ва-ани амарти бе-хофзи нигразти»</w:t>
      </w:r>
      <w:r>
        <w:rPr>
          <w:rFonts w:ascii="Georgia" w:hAnsi="Georgia"/>
          <w:b w:val="0"/>
          <w:i w:val="0"/>
          <w:color w:val="000000"/>
          <w:sz w:val="24"/>
        </w:rPr>
        <w:t>, которые суть глаза Имени АВАЯ с наполнением АБ (72) из букв йод.</w:t>
      </w:r>
    </w:p>
    <w:p>
      <w:pPr>
        <w:spacing w:before="40" w:after="120"/>
        <w:jc w:val="both"/>
      </w:pPr>
      <w:r>
        <w:rPr>
          <w:rFonts w:ascii="Georgia" w:hAnsi="Georgia"/>
          <w:b w:val="0"/>
          <w:i w:val="0"/>
          <w:color w:val="000000"/>
          <w:sz w:val="24"/>
        </w:rPr>
        <w:t xml:space="preserve">Также начальные буквы [слов] </w:t>
      </w:r>
      <w:r>
        <w:rPr>
          <w:rFonts w:ascii="Georgia" w:hAnsi="Georgia"/>
          <w:b w:val="0"/>
          <w:i/>
          <w:color w:val="000000"/>
          <w:sz w:val="24"/>
        </w:rPr>
        <w:t>ахен шамата коль таханунай бе-шави элеха</w:t>
      </w:r>
      <w:r>
        <w:rPr>
          <w:rFonts w:ascii="Georgia" w:hAnsi="Georgia"/>
          <w:b w:val="0"/>
          <w:i w:val="0"/>
          <w:color w:val="000000"/>
          <w:sz w:val="24"/>
        </w:rPr>
        <w:t xml:space="preserve"> (</w:t>
      </w:r>
      <w:r>
        <w:rPr>
          <w:rFonts w:ascii="Georgia" w:hAnsi="Georgia" w:cs="Times New Roman"/>
          <w:b/>
          <w:i w:val="0"/>
          <w:color w:val="000000"/>
          <w:sz w:val="24"/>
          <w:rtl/>
          <w:szCs w:val="32"/>
        </w:rPr>
        <w:t>אָכֵן שָׁמַעְתָּ קוֹל תַּחֲנוּנַי בְּשַׁוְּעִי אֵלֶיךָ</w:t>
      </w:r>
      <w:r>
        <w:rPr>
          <w:rFonts w:ascii="Georgia" w:hAnsi="Georgia"/>
          <w:b w:val="0"/>
          <w:i w:val="0"/>
          <w:color w:val="000000"/>
          <w:sz w:val="24"/>
        </w:rPr>
        <w:t xml:space="preserve"> [— «но Ты услышал голос молений моих, когда я взывал к Тебе»]) составляют 804 (</w:t>
      </w:r>
      <w:r>
        <w:rPr>
          <w:rFonts w:ascii="Georgia" w:hAnsi="Georgia" w:cs="Times New Roman"/>
          <w:b/>
          <w:i w:val="0"/>
          <w:color w:val="000000"/>
          <w:sz w:val="24"/>
          <w:rtl/>
          <w:szCs w:val="32"/>
        </w:rPr>
        <w:t>תת״ד</w:t>
      </w:r>
      <w:r>
        <w:rPr>
          <w:rFonts w:ascii="Georgia" w:hAnsi="Georgia"/>
          <w:b w:val="0"/>
          <w:i w:val="0"/>
          <w:color w:val="000000"/>
          <w:sz w:val="24"/>
        </w:rPr>
        <w:t>), а вместе с десятью буквами Имени АВАЯ с наполнением АБ (72) из букв йод, на которые ты направлял намерение в упомянутых четырех буквах йод (в оригинале ошибочно: начальных букв), — это 814 (</w:t>
      </w:r>
      <w:r>
        <w:rPr>
          <w:rFonts w:ascii="Georgia" w:hAnsi="Georgia" w:cs="Times New Roman"/>
          <w:b/>
          <w:i w:val="0"/>
          <w:color w:val="000000"/>
          <w:sz w:val="24"/>
          <w:rtl/>
          <w:szCs w:val="32"/>
        </w:rPr>
        <w:t>תתי״ד</w:t>
      </w:r>
      <w:r>
        <w:rPr>
          <w:rFonts w:ascii="Georgia" w:hAnsi="Georgia"/>
          <w:b w:val="0"/>
          <w:i w:val="0"/>
          <w:color w:val="000000"/>
          <w:sz w:val="24"/>
        </w:rPr>
        <w:t xml:space="preserve">), что равно числу [Имени] ШАДАЙ в его полном написании. Две первые буквы [слова] </w:t>
      </w:r>
      <w:r>
        <w:rPr>
          <w:rFonts w:ascii="Georgia" w:hAnsi="Georgia"/>
          <w:b w:val="0"/>
          <w:i/>
          <w:color w:val="000000"/>
          <w:sz w:val="24"/>
        </w:rPr>
        <w:t>элеха</w:t>
      </w:r>
      <w:r>
        <w:rPr>
          <w:rFonts w:ascii="Georgia" w:hAnsi="Georgia"/>
          <w:b w:val="0"/>
          <w:i w:val="0"/>
          <w:color w:val="000000"/>
          <w:sz w:val="24"/>
        </w:rPr>
        <w:t xml:space="preserve"> (</w:t>
      </w:r>
      <w:r>
        <w:rPr>
          <w:rFonts w:ascii="Georgia" w:hAnsi="Georgia" w:cs="Times New Roman"/>
          <w:b/>
          <w:i w:val="0"/>
          <w:color w:val="000000"/>
          <w:sz w:val="24"/>
          <w:rtl/>
          <w:szCs w:val="32"/>
        </w:rPr>
        <w:t>אֵלֶיךָ</w:t>
      </w:r>
      <w:r>
        <w:rPr>
          <w:rFonts w:ascii="Georgia" w:hAnsi="Georgia"/>
          <w:b w:val="0"/>
          <w:i w:val="0"/>
          <w:color w:val="000000"/>
          <w:sz w:val="24"/>
        </w:rPr>
        <w:t xml:space="preserve"> [— «к Тебе»]) образуют Имя ЭЛЬ (</w:t>
      </w:r>
      <w:r>
        <w:rPr>
          <w:rFonts w:ascii="Georgia" w:hAnsi="Georgia" w:cs="Times New Roman"/>
          <w:b/>
          <w:i w:val="0"/>
          <w:color w:val="000000"/>
          <w:sz w:val="24"/>
          <w:rtl/>
          <w:szCs w:val="32"/>
        </w:rPr>
        <w:t>אֵל</w:t>
      </w:r>
      <w:r>
        <w:rPr>
          <w:rFonts w:ascii="Georgia" w:hAnsi="Georgia"/>
          <w:b w:val="0"/>
          <w:i w:val="0"/>
          <w:color w:val="000000"/>
          <w:sz w:val="24"/>
        </w:rPr>
        <w:t>). И направь в нем намерение на наполнение алеф-ламэд (</w:t>
      </w:r>
      <w:r>
        <w:rPr>
          <w:rFonts w:ascii="Georgia" w:hAnsi="Georgia" w:cs="Times New Roman"/>
          <w:b/>
          <w:i w:val="0"/>
          <w:color w:val="000000"/>
          <w:sz w:val="24"/>
          <w:rtl/>
          <w:szCs w:val="32"/>
        </w:rPr>
        <w:t>אַלֶ״ף לָמֶ״ד</w:t>
      </w:r>
      <w:r>
        <w:rPr>
          <w:rFonts w:ascii="Georgia" w:hAnsi="Georgia"/>
          <w:b w:val="0"/>
          <w:i w:val="0"/>
          <w:color w:val="000000"/>
          <w:sz w:val="24"/>
        </w:rPr>
        <w:t>), гематрия которого — 185 (</w:t>
      </w:r>
      <w:r>
        <w:rPr>
          <w:rFonts w:ascii="Georgia" w:hAnsi="Georgia" w:cs="Times New Roman"/>
          <w:b/>
          <w:i w:val="0"/>
          <w:color w:val="000000"/>
          <w:sz w:val="24"/>
          <w:rtl/>
          <w:szCs w:val="32"/>
        </w:rPr>
        <w:t>קפ״ה</w:t>
      </w:r>
      <w:r>
        <w:rPr>
          <w:rFonts w:ascii="Georgia" w:hAnsi="Georgia"/>
          <w:b w:val="0"/>
          <w:i w:val="0"/>
          <w:color w:val="000000"/>
          <w:sz w:val="24"/>
        </w:rPr>
        <w:t>). А если соединить его с упомянутым выше Именем ШАДАЙ в полном наполнении и с коллелем [на само целое (+ 1)], они дадут в гематрии тысячу (</w:t>
      </w:r>
      <w:r>
        <w:rPr>
          <w:rFonts w:ascii="Georgia" w:hAnsi="Georgia" w:cs="Times New Roman"/>
          <w:b/>
          <w:i w:val="0"/>
          <w:color w:val="000000"/>
          <w:sz w:val="24"/>
          <w:rtl/>
          <w:szCs w:val="32"/>
        </w:rPr>
        <w:t>אֶלֶף</w:t>
      </w:r>
      <w:r>
        <w:rPr>
          <w:rFonts w:ascii="Georgia" w:hAnsi="Georgia"/>
          <w:b w:val="0"/>
          <w:i w:val="0"/>
          <w:color w:val="000000"/>
          <w:sz w:val="24"/>
        </w:rPr>
        <w:t xml:space="preserve"> = 1000), что составляет тайну [стиха] </w:t>
      </w:r>
      <w:r>
        <w:rPr>
          <w:rFonts w:ascii="Georgia" w:hAnsi="Georgia"/>
          <w:b w:val="0"/>
          <w:i/>
          <w:color w:val="000000"/>
          <w:sz w:val="24"/>
        </w:rPr>
        <w:t>«Тысяча тебе, Шломо…»</w:t>
      </w:r>
      <w:r>
        <w:rPr>
          <w:rFonts w:ascii="Georgia" w:hAnsi="Georgia"/>
          <w:b w:val="0"/>
          <w:i w:val="0"/>
          <w:color w:val="000000"/>
          <w:sz w:val="24"/>
        </w:rPr>
        <w:t xml:space="preserve"> (Шир а-Ширим 8:12). Порядок же намерения в этом стихе таков: пусть человек направит намерение на то, что из-за своего прегрешения он был отсечен и отрезан от двух упомянутых Имен — Имени АВАЯ с наполнением АБ (72) из букв йод и Имени АВАЯ с наполнением БОН (52) с наполнением хэйин, — а также был отрезан от упомянутого Имени </w:t>
      </w:r>
      <w:r>
        <w:rPr>
          <w:rFonts w:ascii="Georgia" w:hAnsi="Georgia"/>
          <w:b w:val="0"/>
          <w:i/>
          <w:color w:val="000000"/>
          <w:sz w:val="24"/>
        </w:rPr>
        <w:t>Негед</w:t>
      </w:r>
      <w:r>
        <w:rPr>
          <w:rFonts w:ascii="Georgia" w:hAnsi="Georgia"/>
          <w:b w:val="0"/>
          <w:i w:val="0"/>
          <w:color w:val="000000"/>
          <w:sz w:val="24"/>
        </w:rPr>
        <w:t>. И потому я молю и взываю к двум упомянутым Именам — ЭЛЬ и ШАДАЙ в их полных наполнениях, — чтобы они услышали голос молений моих и молитву мою и поднялись в мир Брия, являющийся тайной тысячи миров, как известно, число которых равно значению двух упомянутых Имен, ведь именно там их место; и чтобы у миров Ецира и Асия не было никакого удержания в упомянутом мире Брия.</w:t>
      </w:r>
    </w:p>
    <w:p>
      <w:pPr>
        <w:keepNext/>
        <w:spacing w:before="320" w:after="120"/>
      </w:pPr>
      <w:r>
        <w:rPr>
          <w:rFonts w:ascii="Georgia" w:hAnsi="Georgia"/>
          <w:b w:val="0"/>
          <w:i w:val="0"/>
          <w:color w:val="000000"/>
          <w:sz w:val="32"/>
        </w:rPr>
        <w:t>Намерение 25</w:t>
      </w:r>
    </w:p>
    <w:p>
      <w:pPr>
        <w:spacing w:before="40" w:after="120"/>
        <w:jc w:val="both"/>
      </w:pPr>
      <w:r>
        <w:rPr>
          <w:rFonts w:ascii="Georgia" w:hAnsi="Georgia"/>
          <w:b w:val="0"/>
          <w:i w:val="0"/>
          <w:color w:val="000000"/>
          <w:sz w:val="24"/>
        </w:rPr>
        <w:t>Второе [намерение] — на упомянутый стих (Теилим 31:23) для упомянутого исправления.</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ва-ани</w:t>
      </w:r>
      <w:r>
        <w:rPr>
          <w:rFonts w:ascii="Georgia" w:hAnsi="Georgia"/>
          <w:b w:val="0"/>
          <w:i w:val="0"/>
          <w:color w:val="000000"/>
          <w:sz w:val="24"/>
        </w:rPr>
        <w:t xml:space="preserve"> (</w:t>
      </w:r>
      <w:r>
        <w:rPr>
          <w:rFonts w:ascii="Georgia" w:hAnsi="Georgia" w:cs="Times New Roman"/>
          <w:b/>
          <w:i w:val="0"/>
          <w:color w:val="000000"/>
          <w:sz w:val="24"/>
          <w:rtl/>
          <w:szCs w:val="32"/>
        </w:rPr>
        <w:t>וַאֲנִי</w:t>
      </w:r>
      <w:r>
        <w:rPr>
          <w:rFonts w:ascii="Georgia" w:hAnsi="Georgia"/>
          <w:b w:val="0"/>
          <w:i w:val="0"/>
          <w:color w:val="000000"/>
          <w:sz w:val="24"/>
        </w:rPr>
        <w:t xml:space="preserve">) с колелем равно по гематрии [сочетанию Имен] ЭЙЕ, АВАЯ, ЭЙЕ, что составляет 68 [Говорит Шмуэль: как числовое значение слова </w:t>
      </w:r>
      <w:r>
        <w:rPr>
          <w:rFonts w:ascii="Georgia" w:hAnsi="Georgia"/>
          <w:b w:val="0"/>
          <w:i/>
          <w:color w:val="000000"/>
          <w:sz w:val="24"/>
        </w:rPr>
        <w:t>хаим</w:t>
      </w:r>
      <w:r>
        <w:rPr>
          <w:rFonts w:ascii="Georgia" w:hAnsi="Georgia"/>
          <w:b w:val="0"/>
          <w:i w:val="0"/>
          <w:color w:val="000000"/>
          <w:sz w:val="24"/>
        </w:rPr>
        <w:t xml:space="preserve"> — «жизнь» (</w:t>
      </w:r>
      <w:r>
        <w:rPr>
          <w:rFonts w:ascii="Georgia" w:hAnsi="Georgia" w:cs="Times New Roman"/>
          <w:b/>
          <w:i w:val="0"/>
          <w:color w:val="000000"/>
          <w:sz w:val="24"/>
          <w:rtl/>
          <w:szCs w:val="32"/>
        </w:rPr>
        <w:t>חַיִּים</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амарти</w:t>
      </w:r>
      <w:r>
        <w:rPr>
          <w:rFonts w:ascii="Georgia" w:hAnsi="Georgia"/>
          <w:b w:val="0"/>
          <w:i w:val="0"/>
          <w:color w:val="000000"/>
          <w:sz w:val="24"/>
        </w:rPr>
        <w:t xml:space="preserve"> (</w:t>
      </w:r>
      <w:r>
        <w:rPr>
          <w:rFonts w:ascii="Georgia" w:hAnsi="Georgia" w:cs="Times New Roman"/>
          <w:b/>
          <w:i w:val="0"/>
          <w:color w:val="000000"/>
          <w:sz w:val="24"/>
          <w:rtl/>
          <w:szCs w:val="32"/>
        </w:rPr>
        <w:t>אָמַרְתִּי</w:t>
      </w:r>
      <w:r>
        <w:rPr>
          <w:rFonts w:ascii="Georgia" w:hAnsi="Georgia"/>
          <w:b w:val="0"/>
          <w:i w:val="0"/>
          <w:color w:val="000000"/>
          <w:sz w:val="24"/>
        </w:rPr>
        <w:t>) по гематрии равно десяти Именам АДОНАЙ: пяти для хасадим и пяти для гвурот [Говорит Шмуэль: с колелем].</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бе-хафзи</w:t>
      </w:r>
      <w:r>
        <w:rPr>
          <w:rFonts w:ascii="Georgia" w:hAnsi="Georgia"/>
          <w:b w:val="0"/>
          <w:i w:val="0"/>
          <w:color w:val="000000"/>
          <w:sz w:val="24"/>
        </w:rPr>
        <w:t xml:space="preserve"> (</w:t>
      </w:r>
      <w:r>
        <w:rPr>
          <w:rFonts w:ascii="Georgia" w:hAnsi="Georgia" w:cs="Times New Roman"/>
          <w:b/>
          <w:i w:val="0"/>
          <w:color w:val="000000"/>
          <w:sz w:val="24"/>
          <w:rtl/>
          <w:szCs w:val="32"/>
        </w:rPr>
        <w:t>בְּחָפְזִי</w:t>
      </w:r>
      <w:r>
        <w:rPr>
          <w:rFonts w:ascii="Georgia" w:hAnsi="Georgia"/>
          <w:b w:val="0"/>
          <w:i w:val="0"/>
          <w:color w:val="000000"/>
          <w:sz w:val="24"/>
        </w:rPr>
        <w:t>) с колелем по гематрии равно [Именам] АВАЯ де-САГ и МА.</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нигразти</w:t>
      </w:r>
      <w:r>
        <w:rPr>
          <w:rFonts w:ascii="Georgia" w:hAnsi="Georgia"/>
          <w:b w:val="0"/>
          <w:i w:val="0"/>
          <w:color w:val="000000"/>
          <w:sz w:val="24"/>
        </w:rPr>
        <w:t xml:space="preserve"> (</w:t>
      </w:r>
      <w:r>
        <w:rPr>
          <w:rFonts w:ascii="Georgia" w:hAnsi="Georgia" w:cs="Times New Roman"/>
          <w:b/>
          <w:i w:val="0"/>
          <w:color w:val="000000"/>
          <w:sz w:val="24"/>
          <w:rtl/>
          <w:szCs w:val="32"/>
        </w:rPr>
        <w:t>נִגְרַזְתִּי</w:t>
      </w:r>
      <w:r>
        <w:rPr>
          <w:rFonts w:ascii="Georgia" w:hAnsi="Georgia"/>
          <w:b w:val="0"/>
          <w:i w:val="0"/>
          <w:color w:val="000000"/>
          <w:sz w:val="24"/>
        </w:rPr>
        <w:t>) с колелем по гематрии равно Имени АДОНАЙ в полном написании, то есть 671 (</w:t>
      </w:r>
      <w:r>
        <w:rPr>
          <w:rFonts w:ascii="Georgia" w:hAnsi="Georgia" w:cs="Times New Roman"/>
          <w:b/>
          <w:i w:val="0"/>
          <w:color w:val="000000"/>
          <w:sz w:val="24"/>
          <w:rtl/>
          <w:szCs w:val="32"/>
        </w:rPr>
        <w:t>תרע״א</w:t>
      </w:r>
      <w:r>
        <w:rPr>
          <w:rFonts w:ascii="Georgia" w:hAnsi="Georgia"/>
          <w:b w:val="0"/>
          <w:i w:val="0"/>
          <w:color w:val="000000"/>
          <w:sz w:val="24"/>
        </w:rPr>
        <w:t>), вот так: алеф, далет, нун, йод (</w:t>
      </w:r>
      <w:r>
        <w:rPr>
          <w:rFonts w:ascii="Georgia" w:hAnsi="Georgia" w:cs="Times New Roman"/>
          <w:b/>
          <w:i w:val="0"/>
          <w:color w:val="000000"/>
          <w:sz w:val="24"/>
          <w:rtl/>
          <w:szCs w:val="32"/>
        </w:rPr>
        <w:t>אל״ף דל״ת נו״ן יו״ד</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ми-негед</w:t>
      </w:r>
      <w:r>
        <w:rPr>
          <w:rFonts w:ascii="Georgia" w:hAnsi="Georgia"/>
          <w:b w:val="0"/>
          <w:i w:val="0"/>
          <w:color w:val="000000"/>
          <w:sz w:val="24"/>
        </w:rPr>
        <w:t xml:space="preserve"> (</w:t>
      </w:r>
      <w:r>
        <w:rPr>
          <w:rFonts w:ascii="Georgia" w:hAnsi="Georgia" w:cs="Times New Roman"/>
          <w:b/>
          <w:i w:val="0"/>
          <w:color w:val="000000"/>
          <w:sz w:val="24"/>
          <w:rtl/>
          <w:szCs w:val="32"/>
        </w:rPr>
        <w:t>מִנֶּגֶד</w:t>
      </w:r>
      <w:r>
        <w:rPr>
          <w:rFonts w:ascii="Georgia" w:hAnsi="Georgia"/>
          <w:b w:val="0"/>
          <w:i w:val="0"/>
          <w:color w:val="000000"/>
          <w:sz w:val="24"/>
        </w:rPr>
        <w:t>) с колелем равно по гематрии сумме [Имен] ЭЛЬ и АДОНАЙ.</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энеха</w:t>
      </w:r>
      <w:r>
        <w:rPr>
          <w:rFonts w:ascii="Georgia" w:hAnsi="Georgia"/>
          <w:b w:val="0"/>
          <w:i w:val="0"/>
          <w:color w:val="000000"/>
          <w:sz w:val="24"/>
        </w:rPr>
        <w:t xml:space="preserve"> (</w:t>
      </w:r>
      <w:r>
        <w:rPr>
          <w:rFonts w:ascii="Georgia" w:hAnsi="Georgia" w:cs="Times New Roman"/>
          <w:b/>
          <w:i w:val="0"/>
          <w:color w:val="000000"/>
          <w:sz w:val="24"/>
          <w:rtl/>
          <w:szCs w:val="32"/>
        </w:rPr>
        <w:t>עֵינֶיךָ</w:t>
      </w:r>
      <w:r>
        <w:rPr>
          <w:rFonts w:ascii="Georgia" w:hAnsi="Georgia"/>
          <w:b w:val="0"/>
          <w:i w:val="0"/>
          <w:color w:val="000000"/>
          <w:sz w:val="24"/>
        </w:rPr>
        <w:t>) по гематрии равно Имени ЭЙЕ с наполнением йодин — 161 (</w:t>
      </w:r>
      <w:r>
        <w:rPr>
          <w:rFonts w:ascii="Georgia" w:hAnsi="Georgia" w:cs="Times New Roman"/>
          <w:b/>
          <w:i w:val="0"/>
          <w:color w:val="000000"/>
          <w:sz w:val="24"/>
          <w:rtl/>
          <w:szCs w:val="32"/>
        </w:rPr>
        <w:t>קס״א</w:t>
      </w:r>
      <w:r>
        <w:rPr>
          <w:rFonts w:ascii="Georgia" w:hAnsi="Georgia"/>
          <w:b w:val="0"/>
          <w:i w:val="0"/>
          <w:color w:val="000000"/>
          <w:sz w:val="24"/>
        </w:rPr>
        <w:t>) [Говорит Шмуэль: с колелем].</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ахен</w:t>
      </w:r>
      <w:r>
        <w:rPr>
          <w:rFonts w:ascii="Georgia" w:hAnsi="Georgia"/>
          <w:b w:val="0"/>
          <w:i w:val="0"/>
          <w:color w:val="000000"/>
          <w:sz w:val="24"/>
        </w:rPr>
        <w:t xml:space="preserve"> (</w:t>
      </w:r>
      <w:r>
        <w:rPr>
          <w:rFonts w:ascii="Georgia" w:hAnsi="Georgia" w:cs="Times New Roman"/>
          <w:b/>
          <w:i w:val="0"/>
          <w:color w:val="000000"/>
          <w:sz w:val="24"/>
          <w:rtl/>
          <w:szCs w:val="32"/>
        </w:rPr>
        <w:t>אָכֵן</w:t>
      </w:r>
      <w:r>
        <w:rPr>
          <w:rFonts w:ascii="Georgia" w:hAnsi="Georgia"/>
          <w:b w:val="0"/>
          <w:i w:val="0"/>
          <w:color w:val="000000"/>
          <w:sz w:val="24"/>
        </w:rPr>
        <w:t>) по гематрии равно простому Имени АВАЯ (26) вместе с его наполнением альфин — МА (45), что дает 71 (</w:t>
      </w:r>
      <w:r>
        <w:rPr>
          <w:rFonts w:ascii="Georgia" w:hAnsi="Georgia" w:cs="Times New Roman"/>
          <w:b/>
          <w:i w:val="0"/>
          <w:color w:val="000000"/>
          <w:sz w:val="24"/>
          <w:rtl/>
          <w:szCs w:val="32"/>
        </w:rPr>
        <w:t>ע״א</w:t>
      </w:r>
      <w:r>
        <w:rPr>
          <w:rFonts w:ascii="Georgia" w:hAnsi="Georgia"/>
          <w:b w:val="0"/>
          <w:i w:val="0"/>
          <w:color w:val="000000"/>
          <w:sz w:val="24"/>
        </w:rPr>
        <w:t xml:space="preserve">), как числовое значение слова </w:t>
      </w:r>
      <w:r>
        <w:rPr>
          <w:rFonts w:ascii="Georgia" w:hAnsi="Georgia"/>
          <w:b w:val="0"/>
          <w:i/>
          <w:color w:val="000000"/>
          <w:sz w:val="24"/>
        </w:rPr>
        <w:t>ахен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шамата</w:t>
      </w:r>
      <w:r>
        <w:rPr>
          <w:rFonts w:ascii="Georgia" w:hAnsi="Georgia"/>
          <w:b w:val="0"/>
          <w:i w:val="0"/>
          <w:color w:val="000000"/>
          <w:sz w:val="24"/>
        </w:rPr>
        <w:t xml:space="preserve"> (</w:t>
      </w:r>
      <w:r>
        <w:rPr>
          <w:rFonts w:ascii="Georgia" w:hAnsi="Georgia" w:cs="Times New Roman"/>
          <w:b/>
          <w:i w:val="0"/>
          <w:color w:val="000000"/>
          <w:sz w:val="24"/>
          <w:rtl/>
          <w:szCs w:val="32"/>
        </w:rPr>
        <w:t>שָׁמַעְתָּ</w:t>
      </w:r>
      <w:r>
        <w:rPr>
          <w:rFonts w:ascii="Georgia" w:hAnsi="Georgia"/>
          <w:b w:val="0"/>
          <w:i w:val="0"/>
          <w:color w:val="000000"/>
          <w:sz w:val="24"/>
        </w:rPr>
        <w:t>) вместе с четырьмя своими буквами составляет 814 (</w:t>
      </w:r>
      <w:r>
        <w:rPr>
          <w:rFonts w:ascii="Georgia" w:hAnsi="Georgia" w:cs="Times New Roman"/>
          <w:b/>
          <w:i w:val="0"/>
          <w:color w:val="000000"/>
          <w:sz w:val="24"/>
          <w:rtl/>
          <w:szCs w:val="32"/>
        </w:rPr>
        <w:t>תת״יד</w:t>
      </w:r>
      <w:r>
        <w:rPr>
          <w:rFonts w:ascii="Georgia" w:hAnsi="Georgia"/>
          <w:b w:val="0"/>
          <w:i w:val="0"/>
          <w:color w:val="000000"/>
          <w:sz w:val="24"/>
        </w:rPr>
        <w:t>), что равно числу [Имени] ШАДАЙ в полном написании: шин, далет, йод (</w:t>
      </w:r>
      <w:r>
        <w:rPr>
          <w:rFonts w:ascii="Georgia" w:hAnsi="Georgia" w:cs="Times New Roman"/>
          <w:b/>
          <w:i w:val="0"/>
          <w:color w:val="000000"/>
          <w:sz w:val="24"/>
          <w:rtl/>
          <w:szCs w:val="32"/>
        </w:rPr>
        <w:t>שי״ן דל״ת יו״ד</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קֹל</w:t>
      </w:r>
      <w:r>
        <w:rPr>
          <w:rFonts w:ascii="Georgia" w:hAnsi="Georgia"/>
          <w:b w:val="0"/>
          <w:i w:val="0"/>
          <w:color w:val="000000"/>
          <w:sz w:val="24"/>
        </w:rPr>
        <w:t>), написанное без буквы вав (</w:t>
      </w:r>
      <w:r>
        <w:rPr>
          <w:rFonts w:ascii="Georgia" w:hAnsi="Georgia" w:cs="Times New Roman"/>
          <w:b/>
          <w:i w:val="0"/>
          <w:color w:val="000000"/>
          <w:sz w:val="24"/>
          <w:rtl/>
          <w:szCs w:val="32"/>
        </w:rPr>
        <w:t>ו</w:t>
      </w:r>
      <w:r>
        <w:rPr>
          <w:rFonts w:ascii="Georgia" w:hAnsi="Georgia"/>
          <w:b w:val="0"/>
          <w:i w:val="0"/>
          <w:color w:val="000000"/>
          <w:sz w:val="24"/>
        </w:rPr>
        <w:t>), равно по числу пяти простым Именам АВАЯ.</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таханунай</w:t>
      </w:r>
      <w:r>
        <w:rPr>
          <w:rFonts w:ascii="Georgia" w:hAnsi="Georgia"/>
          <w:b w:val="0"/>
          <w:i w:val="0"/>
          <w:color w:val="000000"/>
          <w:sz w:val="24"/>
        </w:rPr>
        <w:t xml:space="preserve"> (</w:t>
      </w:r>
      <w:r>
        <w:rPr>
          <w:rFonts w:ascii="Georgia" w:hAnsi="Georgia" w:cs="Times New Roman"/>
          <w:b/>
          <w:i w:val="0"/>
          <w:color w:val="000000"/>
          <w:sz w:val="24"/>
          <w:rtl/>
          <w:szCs w:val="32"/>
        </w:rPr>
        <w:t>תַּחֲנוּנַי</w:t>
      </w:r>
      <w:r>
        <w:rPr>
          <w:rFonts w:ascii="Georgia" w:hAnsi="Georgia"/>
          <w:b w:val="0"/>
          <w:i w:val="0"/>
          <w:color w:val="000000"/>
          <w:sz w:val="24"/>
        </w:rPr>
        <w:t>): три Имени ЭЙЕ — с наполнениями йодин, альфин и хэйин — по гематрии составляют 455 (</w:t>
      </w:r>
      <w:r>
        <w:rPr>
          <w:rFonts w:ascii="Georgia" w:hAnsi="Georgia" w:cs="Times New Roman"/>
          <w:b/>
          <w:i w:val="0"/>
          <w:color w:val="000000"/>
          <w:sz w:val="24"/>
          <w:rtl/>
          <w:szCs w:val="32"/>
        </w:rPr>
        <w:t>תנ״ה</w:t>
      </w:r>
      <w:r>
        <w:rPr>
          <w:rFonts w:ascii="Georgia" w:hAnsi="Georgia"/>
          <w:b w:val="0"/>
          <w:i w:val="0"/>
          <w:color w:val="000000"/>
          <w:sz w:val="24"/>
        </w:rPr>
        <w:t>); вычти из этого 32 (</w:t>
      </w:r>
      <w:r>
        <w:rPr>
          <w:rFonts w:ascii="Georgia" w:hAnsi="Georgia" w:cs="Times New Roman"/>
          <w:b/>
          <w:i w:val="0"/>
          <w:color w:val="000000"/>
          <w:sz w:val="24"/>
          <w:rtl/>
          <w:szCs w:val="32"/>
        </w:rPr>
        <w:t>ל״ב</w:t>
      </w:r>
      <w:r>
        <w:rPr>
          <w:rFonts w:ascii="Georgia" w:hAnsi="Georgia"/>
          <w:b w:val="0"/>
          <w:i w:val="0"/>
          <w:color w:val="000000"/>
          <w:sz w:val="24"/>
        </w:rPr>
        <w:t>) — останется буква бэт (</w:t>
      </w:r>
      <w:r>
        <w:rPr>
          <w:rFonts w:ascii="Georgia" w:hAnsi="Georgia" w:cs="Times New Roman"/>
          <w:b/>
          <w:i w:val="0"/>
          <w:color w:val="000000"/>
          <w:sz w:val="24"/>
          <w:rtl/>
          <w:szCs w:val="32"/>
        </w:rPr>
        <w:t>בֵּי״ת</w:t>
      </w:r>
      <w:r>
        <w:rPr>
          <w:rFonts w:ascii="Georgia" w:hAnsi="Georgia"/>
          <w:b w:val="0"/>
          <w:i w:val="0"/>
          <w:color w:val="000000"/>
          <w:sz w:val="24"/>
        </w:rPr>
        <w:t xml:space="preserve">), и это дважды бэт: одна в Бине, вторая в Малхут. Слово </w:t>
      </w:r>
      <w:r>
        <w:rPr>
          <w:rFonts w:ascii="Georgia" w:hAnsi="Georgia"/>
          <w:b w:val="0"/>
          <w:i/>
          <w:color w:val="000000"/>
          <w:sz w:val="24"/>
        </w:rPr>
        <w:t>бе-шави</w:t>
      </w:r>
      <w:r>
        <w:rPr>
          <w:rFonts w:ascii="Georgia" w:hAnsi="Georgia"/>
          <w:b w:val="0"/>
          <w:i w:val="0"/>
          <w:color w:val="000000"/>
          <w:sz w:val="24"/>
        </w:rPr>
        <w:t xml:space="preserve"> (</w:t>
      </w:r>
      <w:r>
        <w:rPr>
          <w:rFonts w:ascii="Georgia" w:hAnsi="Georgia" w:cs="Times New Roman"/>
          <w:b/>
          <w:i w:val="0"/>
          <w:color w:val="000000"/>
          <w:sz w:val="24"/>
          <w:rtl/>
          <w:szCs w:val="32"/>
        </w:rPr>
        <w:t>בְּשַׁוְּעִי</w:t>
      </w:r>
      <w:r>
        <w:rPr>
          <w:rFonts w:ascii="Georgia" w:hAnsi="Georgia"/>
          <w:b w:val="0"/>
          <w:i w:val="0"/>
          <w:color w:val="000000"/>
          <w:sz w:val="24"/>
        </w:rPr>
        <w:t>) по гематрии равно 388 (</w:t>
      </w:r>
      <w:r>
        <w:rPr>
          <w:rFonts w:ascii="Georgia" w:hAnsi="Georgia" w:cs="Times New Roman"/>
          <w:b/>
          <w:i w:val="0"/>
          <w:color w:val="000000"/>
          <w:sz w:val="24"/>
          <w:rtl/>
          <w:szCs w:val="32"/>
        </w:rPr>
        <w:t>שפ״ח</w:t>
      </w:r>
      <w:r>
        <w:rPr>
          <w:rFonts w:ascii="Georgia" w:hAnsi="Georgia"/>
          <w:b w:val="0"/>
          <w:i w:val="0"/>
          <w:color w:val="000000"/>
          <w:sz w:val="24"/>
        </w:rPr>
        <w:t xml:space="preserve">), что соответствует удвоенному значению слова </w:t>
      </w:r>
      <w:r>
        <w:rPr>
          <w:rFonts w:ascii="Georgia" w:hAnsi="Georgia"/>
          <w:b w:val="0"/>
          <w:i/>
          <w:color w:val="000000"/>
          <w:sz w:val="24"/>
        </w:rPr>
        <w:t>цэдэк</w:t>
      </w:r>
      <w:r>
        <w:rPr>
          <w:rFonts w:ascii="Georgia" w:hAnsi="Georgia"/>
          <w:b w:val="0"/>
          <w:i w:val="0"/>
          <w:color w:val="000000"/>
          <w:sz w:val="24"/>
        </w:rPr>
        <w:t xml:space="preserve"> (</w:t>
      </w:r>
      <w:r>
        <w:rPr>
          <w:rFonts w:ascii="Georgia" w:hAnsi="Georgia" w:cs="Times New Roman"/>
          <w:b/>
          <w:i w:val="0"/>
          <w:color w:val="000000"/>
          <w:sz w:val="24"/>
          <w:rtl/>
          <w:szCs w:val="32"/>
        </w:rPr>
        <w:t>צֶדֶק</w:t>
      </w:r>
      <w:r>
        <w:rPr>
          <w:rFonts w:ascii="Georgia" w:hAnsi="Georgia"/>
          <w:b w:val="0"/>
          <w:i w:val="0"/>
          <w:color w:val="000000"/>
          <w:sz w:val="24"/>
        </w:rPr>
        <w:t>), то есть Бине и Малхут.</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элейха</w:t>
      </w:r>
      <w:r>
        <w:rPr>
          <w:rFonts w:ascii="Georgia" w:hAnsi="Georgia"/>
          <w:b w:val="0"/>
          <w:i w:val="0"/>
          <w:color w:val="000000"/>
          <w:sz w:val="24"/>
        </w:rPr>
        <w:t xml:space="preserve"> (</w:t>
      </w:r>
      <w:r>
        <w:rPr>
          <w:rFonts w:ascii="Georgia" w:hAnsi="Georgia" w:cs="Times New Roman"/>
          <w:b/>
          <w:i w:val="0"/>
          <w:color w:val="000000"/>
          <w:sz w:val="24"/>
          <w:rtl/>
          <w:szCs w:val="32"/>
        </w:rPr>
        <w:t>אֵלֶיךָ</w:t>
      </w:r>
      <w:r>
        <w:rPr>
          <w:rFonts w:ascii="Georgia" w:hAnsi="Georgia"/>
          <w:b w:val="0"/>
          <w:i w:val="0"/>
          <w:color w:val="000000"/>
          <w:sz w:val="24"/>
        </w:rPr>
        <w:t xml:space="preserve">) — это АВАЯ де-САГ; и это наполнение АВАЯ через алеф [Говорит Шмуэль: это выражение тоже, несомненно, ошибочно]. При этом в слове </w:t>
      </w:r>
      <w:r>
        <w:rPr>
          <w:rFonts w:ascii="Georgia" w:hAnsi="Georgia"/>
          <w:b w:val="0"/>
          <w:i/>
          <w:color w:val="000000"/>
          <w:sz w:val="24"/>
        </w:rPr>
        <w:t>элейха</w:t>
      </w:r>
      <w:r>
        <w:rPr>
          <w:rFonts w:ascii="Georgia" w:hAnsi="Georgia"/>
          <w:b w:val="0"/>
          <w:i w:val="0"/>
          <w:color w:val="000000"/>
          <w:sz w:val="24"/>
        </w:rPr>
        <w:t xml:space="preserve"> не хватает двух единиц до АВАЯ де-САГ. Возможно, имеется в виду, что здесь недостает двух колелей: один колель от АВАЯ, а другой колель от ЭЙЕ, как мы разъясним с Б-жьей помощью. При этом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слова </w:t>
      </w:r>
      <w:r>
        <w:rPr>
          <w:rFonts w:ascii="Georgia" w:hAnsi="Georgia"/>
          <w:b w:val="0"/>
          <w:i/>
          <w:color w:val="000000"/>
          <w:sz w:val="24"/>
        </w:rPr>
        <w:t>элейха</w:t>
      </w:r>
      <w:r>
        <w:rPr>
          <w:rFonts w:ascii="Georgia" w:hAnsi="Georgia"/>
          <w:b w:val="0"/>
          <w:i w:val="0"/>
          <w:color w:val="000000"/>
          <w:sz w:val="24"/>
        </w:rPr>
        <w:t xml:space="preserve"> — это алеф Имени ЭЙЕ с наполнением йодин.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слова </w:t>
      </w:r>
      <w:r>
        <w:rPr>
          <w:rFonts w:ascii="Georgia" w:hAnsi="Georgia"/>
          <w:b w:val="0"/>
          <w:i/>
          <w:color w:val="000000"/>
          <w:sz w:val="24"/>
        </w:rPr>
        <w:t>элейха</w:t>
      </w:r>
      <w:r>
        <w:rPr>
          <w:rFonts w:ascii="Georgia" w:hAnsi="Georgia"/>
          <w:b w:val="0"/>
          <w:i w:val="0"/>
          <w:color w:val="000000"/>
          <w:sz w:val="24"/>
        </w:rPr>
        <w:t xml:space="preserve"> — это три буквы йод упомянутого Имени ЭЙЕ. Буква йод (</w:t>
      </w:r>
      <w:r>
        <w:rPr>
          <w:rFonts w:ascii="Georgia" w:hAnsi="Georgia" w:cs="Times New Roman"/>
          <w:b/>
          <w:i w:val="0"/>
          <w:color w:val="000000"/>
          <w:sz w:val="24"/>
          <w:rtl/>
          <w:szCs w:val="32"/>
        </w:rPr>
        <w:t>י</w:t>
      </w:r>
      <w:r>
        <w:rPr>
          <w:rFonts w:ascii="Georgia" w:hAnsi="Georgia"/>
          <w:b w:val="0"/>
          <w:i w:val="0"/>
          <w:color w:val="000000"/>
          <w:sz w:val="24"/>
        </w:rPr>
        <w:t xml:space="preserve">) слова </w:t>
      </w:r>
      <w:r>
        <w:rPr>
          <w:rFonts w:ascii="Georgia" w:hAnsi="Georgia"/>
          <w:b w:val="0"/>
          <w:i/>
          <w:color w:val="000000"/>
          <w:sz w:val="24"/>
        </w:rPr>
        <w:t>элейха</w:t>
      </w:r>
      <w:r>
        <w:rPr>
          <w:rFonts w:ascii="Georgia" w:hAnsi="Georgia"/>
          <w:b w:val="0"/>
          <w:i w:val="0"/>
          <w:color w:val="000000"/>
          <w:sz w:val="24"/>
        </w:rPr>
        <w:t xml:space="preserve"> соответствует первой букве йод в АВАЯ де-САГ, а буква каф (</w:t>
      </w:r>
      <w:r>
        <w:rPr>
          <w:rFonts w:ascii="Georgia" w:hAnsi="Georgia" w:cs="Times New Roman"/>
          <w:b/>
          <w:i w:val="0"/>
          <w:color w:val="000000"/>
          <w:sz w:val="24"/>
          <w:rtl/>
          <w:szCs w:val="32"/>
        </w:rPr>
        <w:t>ך</w:t>
      </w:r>
      <w:r>
        <w:rPr>
          <w:rFonts w:ascii="Georgia" w:hAnsi="Georgia"/>
          <w:b w:val="0"/>
          <w:i w:val="0"/>
          <w:color w:val="000000"/>
          <w:sz w:val="24"/>
        </w:rPr>
        <w:t xml:space="preserve">) слова </w:t>
      </w:r>
      <w:r>
        <w:rPr>
          <w:rFonts w:ascii="Georgia" w:hAnsi="Georgia"/>
          <w:b w:val="0"/>
          <w:i/>
          <w:color w:val="000000"/>
          <w:sz w:val="24"/>
        </w:rPr>
        <w:t>элейха</w:t>
      </w:r>
      <w:r>
        <w:rPr>
          <w:rFonts w:ascii="Georgia" w:hAnsi="Georgia"/>
          <w:b w:val="0"/>
          <w:i w:val="0"/>
          <w:color w:val="000000"/>
          <w:sz w:val="24"/>
        </w:rPr>
        <w:t xml:space="preserve"> — двум другим буквам йод в АВАЯ де-САГ; кроме того,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слова </w:t>
      </w:r>
      <w:r>
        <w:rPr>
          <w:rFonts w:ascii="Georgia" w:hAnsi="Georgia"/>
          <w:b w:val="0"/>
          <w:i/>
          <w:color w:val="000000"/>
          <w:sz w:val="24"/>
        </w:rPr>
        <w:t>элейха</w:t>
      </w:r>
      <w:r>
        <w:rPr>
          <w:rFonts w:ascii="Georgia" w:hAnsi="Georgia"/>
          <w:b w:val="0"/>
          <w:i w:val="0"/>
          <w:color w:val="000000"/>
          <w:sz w:val="24"/>
        </w:rPr>
        <w:t xml:space="preserve"> — это алеф в АВАЯ де-САГ.</w:t>
      </w:r>
    </w:p>
    <w:p>
      <w:pPr>
        <w:spacing w:before="40" w:after="120"/>
        <w:jc w:val="both"/>
      </w:pPr>
      <w:r>
        <w:rPr>
          <w:rFonts w:ascii="Georgia" w:hAnsi="Georgia"/>
          <w:b w:val="0"/>
          <w:i w:val="0"/>
          <w:color w:val="000000"/>
          <w:sz w:val="24"/>
        </w:rPr>
        <w:t>Причина того, почему три буквы йод Имени САГ обозначены двумя отдельными буквами — йод и каф (</w:t>
      </w:r>
      <w:r>
        <w:rPr>
          <w:rFonts w:ascii="Georgia" w:hAnsi="Georgia" w:cs="Times New Roman"/>
          <w:b/>
          <w:i w:val="0"/>
          <w:color w:val="000000"/>
          <w:sz w:val="24"/>
          <w:rtl/>
          <w:szCs w:val="32"/>
        </w:rPr>
        <w:t>י״ך</w:t>
      </w:r>
      <w:r>
        <w:rPr>
          <w:rFonts w:ascii="Georgia" w:hAnsi="Georgia"/>
          <w:b w:val="0"/>
          <w:i w:val="0"/>
          <w:color w:val="000000"/>
          <w:sz w:val="24"/>
        </w:rPr>
        <w:t xml:space="preserve">) слова </w:t>
      </w:r>
      <w:r>
        <w:rPr>
          <w:rFonts w:ascii="Georgia" w:hAnsi="Georgia"/>
          <w:b w:val="0"/>
          <w:i/>
          <w:color w:val="000000"/>
          <w:sz w:val="24"/>
        </w:rPr>
        <w:t>элейха</w:t>
      </w:r>
      <w:r>
        <w:rPr>
          <w:rFonts w:ascii="Georgia" w:hAnsi="Georgia"/>
          <w:b w:val="0"/>
          <w:i w:val="0"/>
          <w:color w:val="000000"/>
          <w:sz w:val="24"/>
        </w:rPr>
        <w:t>, тогда как три буквы йод Имени ЭЙЕ с наполнением йодин обозначены все вместе одной-единственной буквой — ламэд (</w:t>
      </w:r>
      <w:r>
        <w:rPr>
          <w:rFonts w:ascii="Georgia" w:hAnsi="Georgia" w:cs="Times New Roman"/>
          <w:b/>
          <w:i w:val="0"/>
          <w:color w:val="000000"/>
          <w:sz w:val="24"/>
          <w:rtl/>
          <w:szCs w:val="32"/>
        </w:rPr>
        <w:t>ל</w:t>
      </w:r>
      <w:r>
        <w:rPr>
          <w:rFonts w:ascii="Georgia" w:hAnsi="Georgia"/>
          <w:b w:val="0"/>
          <w:i w:val="0"/>
          <w:color w:val="000000"/>
          <w:sz w:val="24"/>
        </w:rPr>
        <w:t xml:space="preserve">) слова </w:t>
      </w:r>
      <w:r>
        <w:rPr>
          <w:rFonts w:ascii="Georgia" w:hAnsi="Georgia"/>
          <w:b w:val="0"/>
          <w:i/>
          <w:color w:val="000000"/>
          <w:sz w:val="24"/>
        </w:rPr>
        <w:t>элейха</w:t>
      </w:r>
      <w:r>
        <w:rPr>
          <w:rFonts w:ascii="Georgia" w:hAnsi="Georgia"/>
          <w:b w:val="0"/>
          <w:i w:val="0"/>
          <w:color w:val="000000"/>
          <w:sz w:val="24"/>
        </w:rPr>
        <w:t>, заключается в следующем: буквы йод в Имени САГ разделены между собой в самом своем источнике, поскольку первая буква йод отделена от двух других букв йод буквой алеф, вклинившейся между ними, тогда как в буквах йод Имени ЭЙЕ буква алеф предшествует всем трем, и потому все три остаются смежными.</w:t>
      </w:r>
    </w:p>
    <w:p>
      <w:pPr>
        <w:spacing w:before="40" w:after="120"/>
        <w:jc w:val="both"/>
      </w:pPr>
      <w:r>
        <w:rPr>
          <w:rFonts w:ascii="Georgia" w:hAnsi="Georgia"/>
          <w:b w:val="0"/>
          <w:i w:val="0"/>
          <w:color w:val="000000"/>
          <w:sz w:val="24"/>
        </w:rPr>
        <w:t xml:space="preserve">Затем сосредоточь намерение на том, что АВАЯ де-САГ и упомянутое ЭЙЕ с наполнением йодин вместе составляют по гематрии слово </w:t>
      </w:r>
      <w:r>
        <w:rPr>
          <w:rFonts w:ascii="Georgia" w:hAnsi="Georgia"/>
          <w:b w:val="0"/>
          <w:i/>
          <w:color w:val="000000"/>
          <w:sz w:val="24"/>
        </w:rPr>
        <w:t>дерех</w:t>
      </w:r>
      <w:r>
        <w:rPr>
          <w:rFonts w:ascii="Georgia" w:hAnsi="Georgia"/>
          <w:b w:val="0"/>
          <w:i w:val="0"/>
          <w:color w:val="000000"/>
          <w:sz w:val="24"/>
        </w:rPr>
        <w:t xml:space="preserve"> (</w:t>
      </w:r>
      <w:r>
        <w:rPr>
          <w:rFonts w:ascii="Georgia" w:hAnsi="Georgia" w:cs="Times New Roman"/>
          <w:b/>
          <w:i w:val="0"/>
          <w:color w:val="000000"/>
          <w:sz w:val="24"/>
          <w:rtl/>
          <w:szCs w:val="32"/>
        </w:rPr>
        <w:t>דֶּרֶךְ</w:t>
      </w:r>
      <w:r>
        <w:rPr>
          <w:rFonts w:ascii="Georgia" w:hAnsi="Georgia"/>
          <w:b w:val="0"/>
          <w:i w:val="0"/>
          <w:color w:val="000000"/>
          <w:sz w:val="24"/>
        </w:rPr>
        <w:t xml:space="preserve"> — 224), что равняется двукратному значению имени Ябок (</w:t>
      </w:r>
      <w:r>
        <w:rPr>
          <w:rFonts w:ascii="Georgia" w:hAnsi="Georgia" w:cs="Times New Roman"/>
          <w:b/>
          <w:i w:val="0"/>
          <w:color w:val="000000"/>
          <w:sz w:val="24"/>
          <w:rtl/>
          <w:szCs w:val="32"/>
        </w:rPr>
        <w:t>יב״ק</w:t>
      </w:r>
      <w:r>
        <w:rPr>
          <w:rFonts w:ascii="Georgia" w:hAnsi="Georgia"/>
          <w:b w:val="0"/>
          <w:i w:val="0"/>
          <w:color w:val="000000"/>
          <w:sz w:val="24"/>
        </w:rPr>
        <w:t xml:space="preserve"> — 112), равному по гематрии [Именам] АВАЯ и ЭЛОКИМ.</w:t>
      </w:r>
    </w:p>
    <w:p>
      <w:pPr>
        <w:spacing w:before="40" w:after="120"/>
        <w:jc w:val="both"/>
      </w:pPr>
      <w:r>
        <w:rPr>
          <w:rFonts w:ascii="Georgia" w:hAnsi="Georgia"/>
          <w:b w:val="0"/>
          <w:i w:val="0"/>
          <w:color w:val="000000"/>
          <w:sz w:val="24"/>
        </w:rPr>
        <w:t xml:space="preserve">Также если во время нефилат апаим (молитвы с опусканием лица) на слове </w:t>
      </w:r>
      <w:r>
        <w:rPr>
          <w:rFonts w:ascii="Georgia" w:hAnsi="Georgia"/>
          <w:b w:val="0"/>
          <w:i/>
          <w:color w:val="000000"/>
          <w:sz w:val="24"/>
        </w:rPr>
        <w:t>элейха</w:t>
      </w:r>
      <w:r>
        <w:rPr>
          <w:rFonts w:ascii="Georgia" w:hAnsi="Georgia"/>
          <w:b w:val="0"/>
          <w:i w:val="0"/>
          <w:color w:val="000000"/>
          <w:sz w:val="24"/>
        </w:rPr>
        <w:t xml:space="preserve"> в стихе </w:t>
      </w:r>
      <w:r>
        <w:rPr>
          <w:rFonts w:ascii="Georgia" w:hAnsi="Georgia"/>
          <w:b w:val="0"/>
          <w:i/>
          <w:color w:val="000000"/>
          <w:sz w:val="24"/>
        </w:rPr>
        <w:t>«К Тебе, Г-споди, возношу душу мою»</w:t>
      </w:r>
      <w:r>
        <w:rPr>
          <w:rFonts w:ascii="Georgia" w:hAnsi="Georgia"/>
          <w:b w:val="0"/>
          <w:i w:val="0"/>
          <w:color w:val="000000"/>
          <w:sz w:val="24"/>
        </w:rPr>
        <w:t xml:space="preserve"> (Теилим 25:1) ты сосредоточишь все намерения, упомянутые выше для слова </w:t>
      </w:r>
      <w:r>
        <w:rPr>
          <w:rFonts w:ascii="Georgia" w:hAnsi="Georgia"/>
          <w:b w:val="0"/>
          <w:i/>
          <w:color w:val="000000"/>
          <w:sz w:val="24"/>
        </w:rPr>
        <w:t>элейха</w:t>
      </w:r>
      <w:r>
        <w:rPr>
          <w:rFonts w:ascii="Georgia" w:hAnsi="Georgia"/>
          <w:b w:val="0"/>
          <w:i w:val="0"/>
          <w:color w:val="000000"/>
          <w:sz w:val="24"/>
        </w:rPr>
        <w:t>, это будет очень хорошо.</w:t>
      </w:r>
    </w:p>
    <w:p>
      <w:pPr>
        <w:spacing w:before="40" w:after="120"/>
        <w:jc w:val="both"/>
      </w:pPr>
      <w:r>
        <w:rPr>
          <w:rFonts w:ascii="Georgia" w:hAnsi="Georgia"/>
          <w:b w:val="0"/>
          <w:i w:val="0"/>
          <w:color w:val="000000"/>
          <w:sz w:val="24"/>
        </w:rPr>
        <w:t>[Говорит Шмуэль: это намерение (</w:t>
      </w:r>
      <w:r>
        <w:rPr>
          <w:rFonts w:ascii="Georgia" w:hAnsi="Georgia"/>
          <w:b w:val="0"/>
          <w:i/>
          <w:color w:val="000000"/>
          <w:sz w:val="24"/>
        </w:rPr>
        <w:t>кавана</w:t>
      </w:r>
      <w:r>
        <w:rPr>
          <w:rFonts w:ascii="Georgia" w:hAnsi="Georgia"/>
          <w:b w:val="0"/>
          <w:i w:val="0"/>
          <w:color w:val="000000"/>
          <w:sz w:val="24"/>
        </w:rPr>
        <w:t>) омовения я уже записал выше, среди каванот омовений, и тем не менее снова запишу его здесь, поскольку оно обладает особым действием для исправления упомянутого прегрешения.]</w:t>
      </w:r>
    </w:p>
    <w:p>
      <w:pPr>
        <w:spacing w:before="40" w:after="120"/>
        <w:jc w:val="both"/>
      </w:pPr>
      <w:r>
        <w:rPr>
          <w:rFonts w:ascii="Georgia" w:hAnsi="Georgia"/>
          <w:b w:val="0"/>
          <w:i w:val="0"/>
          <w:color w:val="000000"/>
          <w:sz w:val="24"/>
        </w:rPr>
        <w:t xml:space="preserve">И прежде чем совершить омовение и войти в микву для погружения, пусть сосредоточит такое намерение: начальные буквы слов </w:t>
      </w:r>
      <w:r>
        <w:rPr>
          <w:rFonts w:ascii="Georgia" w:hAnsi="Georgia"/>
          <w:b w:val="0"/>
          <w:i/>
          <w:color w:val="000000"/>
          <w:sz w:val="24"/>
        </w:rPr>
        <w:t>«…а собрание вод назвал морями»</w:t>
      </w:r>
      <w:r>
        <w:rPr>
          <w:rFonts w:ascii="Georgia" w:hAnsi="Georgia"/>
          <w:b w:val="0"/>
          <w:i w:val="0"/>
          <w:color w:val="000000"/>
          <w:sz w:val="24"/>
        </w:rPr>
        <w:t xml:space="preserve"> (</w:t>
      </w:r>
      <w:r>
        <w:rPr>
          <w:rFonts w:ascii="Georgia" w:hAnsi="Georgia" w:cs="Times New Roman"/>
          <w:b/>
          <w:i w:val="0"/>
          <w:color w:val="000000"/>
          <w:sz w:val="24"/>
          <w:rtl/>
          <w:szCs w:val="32"/>
        </w:rPr>
        <w:t>וּלְמִקְוֵה הַמַּיִם קָרָא יַמִּים</w:t>
      </w:r>
      <w:r>
        <w:rPr>
          <w:rFonts w:ascii="Georgia" w:hAnsi="Georgia"/>
          <w:b w:val="0"/>
          <w:i w:val="0"/>
          <w:color w:val="000000"/>
          <w:sz w:val="24"/>
        </w:rPr>
        <w:t>; Берешит 1:10) составляют по гематрии [Имена] АВАЯ и ЭЛОКИМ, то есть [имени] Ябок (</w:t>
      </w:r>
      <w:r>
        <w:rPr>
          <w:rFonts w:ascii="Georgia" w:hAnsi="Georgia" w:cs="Times New Roman"/>
          <w:b/>
          <w:i w:val="0"/>
          <w:color w:val="000000"/>
          <w:sz w:val="24"/>
          <w:rtl/>
          <w:szCs w:val="32"/>
        </w:rPr>
        <w:t>יב״ק</w:t>
      </w:r>
      <w:r>
        <w:rPr>
          <w:rFonts w:ascii="Georgia" w:hAnsi="Georgia"/>
          <w:b w:val="0"/>
          <w:i w:val="0"/>
          <w:color w:val="000000"/>
          <w:sz w:val="24"/>
        </w:rPr>
        <w:t>) вместе с девятью своими буквами.</w:t>
      </w:r>
    </w:p>
    <w:p>
      <w:pPr>
        <w:spacing w:before="40" w:after="120"/>
        <w:jc w:val="both"/>
      </w:pPr>
      <w:r>
        <w:rPr>
          <w:rFonts w:ascii="Georgia" w:hAnsi="Georgia"/>
          <w:b w:val="0"/>
          <w:i w:val="0"/>
          <w:color w:val="000000"/>
          <w:sz w:val="24"/>
        </w:rPr>
        <w:t xml:space="preserve">В стихе </w:t>
      </w:r>
      <w:r>
        <w:rPr>
          <w:rFonts w:ascii="Georgia" w:hAnsi="Georgia"/>
          <w:b w:val="0"/>
          <w:i/>
          <w:color w:val="000000"/>
          <w:sz w:val="24"/>
        </w:rPr>
        <w:t>«И назвал Б-г сушу землей…»</w:t>
      </w:r>
      <w:r>
        <w:rPr>
          <w:rFonts w:ascii="Georgia" w:hAnsi="Georgia"/>
          <w:b w:val="0"/>
          <w:i w:val="0"/>
          <w:color w:val="000000"/>
          <w:sz w:val="24"/>
        </w:rPr>
        <w:t xml:space="preserve"> (Берешит 1:10) слово </w:t>
      </w:r>
      <w:r>
        <w:rPr>
          <w:rFonts w:ascii="Georgia" w:hAnsi="Georgia"/>
          <w:b w:val="0"/>
          <w:i/>
          <w:color w:val="000000"/>
          <w:sz w:val="24"/>
        </w:rPr>
        <w:t>вайикра</w:t>
      </w:r>
      <w:r>
        <w:rPr>
          <w:rFonts w:ascii="Georgia" w:hAnsi="Georgia"/>
          <w:b w:val="0"/>
          <w:i w:val="0"/>
          <w:color w:val="000000"/>
          <w:sz w:val="24"/>
        </w:rPr>
        <w:t xml:space="preserve"> (</w:t>
      </w:r>
      <w:r>
        <w:rPr>
          <w:rFonts w:ascii="Georgia" w:hAnsi="Georgia" w:cs="Times New Roman"/>
          <w:b/>
          <w:i w:val="0"/>
          <w:color w:val="000000"/>
          <w:sz w:val="24"/>
          <w:rtl/>
          <w:szCs w:val="32"/>
        </w:rPr>
        <w:t>וַיִּקְרָא</w:t>
      </w:r>
      <w:r>
        <w:rPr>
          <w:rFonts w:ascii="Georgia" w:hAnsi="Georgia"/>
          <w:b w:val="0"/>
          <w:i w:val="0"/>
          <w:color w:val="000000"/>
          <w:sz w:val="24"/>
        </w:rPr>
        <w:t>) с колелем по гематрии равно Имени ЭЛОКИМ с наполнением йодин: оно равно 300, а тринадцать букв его наполнения и пять простых букв [самого Имени] составляют 318 (</w:t>
      </w:r>
      <w:r>
        <w:rPr>
          <w:rFonts w:ascii="Georgia" w:hAnsi="Georgia" w:cs="Times New Roman"/>
          <w:b/>
          <w:i w:val="0"/>
          <w:color w:val="000000"/>
          <w:sz w:val="24"/>
          <w:rtl/>
          <w:szCs w:val="32"/>
        </w:rPr>
        <w:t>שי״ח</w:t>
      </w:r>
      <w:r>
        <w:rPr>
          <w:rFonts w:ascii="Georgia" w:hAnsi="Georgia"/>
          <w:b w:val="0"/>
          <w:i w:val="0"/>
          <w:color w:val="000000"/>
          <w:sz w:val="24"/>
        </w:rPr>
        <w:t xml:space="preserve">), что равно по гематрии слову </w:t>
      </w:r>
      <w:r>
        <w:rPr>
          <w:rFonts w:ascii="Georgia" w:hAnsi="Georgia"/>
          <w:b w:val="0"/>
          <w:i/>
          <w:color w:val="000000"/>
          <w:sz w:val="24"/>
        </w:rPr>
        <w:t>вайикра</w:t>
      </w:r>
      <w:r>
        <w:rPr>
          <w:rFonts w:ascii="Georgia" w:hAnsi="Georgia"/>
          <w:b w:val="0"/>
          <w:i w:val="0"/>
          <w:color w:val="000000"/>
          <w:sz w:val="24"/>
        </w:rPr>
        <w:t xml:space="preserve"> с колелем.</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ябаша</w:t>
      </w:r>
      <w:r>
        <w:rPr>
          <w:rFonts w:ascii="Georgia" w:hAnsi="Georgia"/>
          <w:b w:val="0"/>
          <w:i w:val="0"/>
          <w:color w:val="000000"/>
          <w:sz w:val="24"/>
        </w:rPr>
        <w:t xml:space="preserve"> (</w:t>
      </w:r>
      <w:r>
        <w:rPr>
          <w:rFonts w:ascii="Georgia" w:hAnsi="Georgia" w:cs="Times New Roman"/>
          <w:b/>
          <w:i w:val="0"/>
          <w:color w:val="000000"/>
          <w:sz w:val="24"/>
          <w:rtl/>
          <w:szCs w:val="32"/>
        </w:rPr>
        <w:t>יַבָּשָׁה</w:t>
      </w:r>
      <w:r>
        <w:rPr>
          <w:rFonts w:ascii="Georgia" w:hAnsi="Georgia"/>
          <w:b w:val="0"/>
          <w:i w:val="0"/>
          <w:color w:val="000000"/>
          <w:sz w:val="24"/>
        </w:rPr>
        <w:t xml:space="preserve">) с вышеупомянутым [колелем] также дает по гематрии 318, получается два Имени ЭЛОКИМ; а вместе с самим Именем ЭЛОКИМ, упомянутым в стихе </w:t>
      </w:r>
      <w:r>
        <w:rPr>
          <w:rFonts w:ascii="Georgia" w:hAnsi="Georgia"/>
          <w:b w:val="0"/>
          <w:i/>
          <w:color w:val="000000"/>
          <w:sz w:val="24"/>
        </w:rPr>
        <w:t>«И назвал Б-г…»</w:t>
      </w:r>
      <w:r>
        <w:rPr>
          <w:rFonts w:ascii="Georgia" w:hAnsi="Georgia"/>
          <w:b w:val="0"/>
          <w:i w:val="0"/>
          <w:color w:val="000000"/>
          <w:sz w:val="24"/>
        </w:rPr>
        <w:t xml:space="preserve">, получается три Имени ЭЛОКИМ. По гематрии они равны слову </w:t>
      </w:r>
      <w:r>
        <w:rPr>
          <w:rFonts w:ascii="Georgia" w:hAnsi="Georgia"/>
          <w:b w:val="0"/>
          <w:i/>
          <w:color w:val="000000"/>
          <w:sz w:val="24"/>
        </w:rPr>
        <w:t>Харан</w:t>
      </w:r>
      <w:r>
        <w:rPr>
          <w:rFonts w:ascii="Georgia" w:hAnsi="Georgia"/>
          <w:b w:val="0"/>
          <w:i w:val="0"/>
          <w:color w:val="000000"/>
          <w:sz w:val="24"/>
        </w:rPr>
        <w:t xml:space="preserve"> (</w:t>
      </w:r>
      <w:r>
        <w:rPr>
          <w:rFonts w:ascii="Georgia" w:hAnsi="Georgia" w:cs="Times New Roman"/>
          <w:b/>
          <w:i w:val="0"/>
          <w:color w:val="000000"/>
          <w:sz w:val="24"/>
          <w:rtl/>
          <w:szCs w:val="32"/>
        </w:rPr>
        <w:t>חָרָן</w:t>
      </w:r>
      <w:r>
        <w:rPr>
          <w:rFonts w:ascii="Georgia" w:hAnsi="Georgia"/>
          <w:b w:val="0"/>
          <w:i w:val="0"/>
          <w:color w:val="000000"/>
          <w:sz w:val="24"/>
        </w:rPr>
        <w:t xml:space="preserve"> — 258), что означает все суровые суды, как разъяснено у нас в недельном разделе [при разборе стиха] </w:t>
      </w:r>
      <w:r>
        <w:rPr>
          <w:rFonts w:ascii="Georgia" w:hAnsi="Georgia"/>
          <w:b w:val="0"/>
          <w:i/>
          <w:color w:val="000000"/>
          <w:sz w:val="24"/>
        </w:rPr>
        <w:t>«А Авраму было семьдесят пять лет при выходе его из Харана»</w:t>
      </w:r>
      <w:r>
        <w:rPr>
          <w:rFonts w:ascii="Georgia" w:hAnsi="Georgia"/>
          <w:b w:val="0"/>
          <w:i w:val="0"/>
          <w:color w:val="000000"/>
          <w:sz w:val="24"/>
        </w:rPr>
        <w:t xml:space="preserve"> (Берешит 12:4), ведь это три [состояния] мохин де-катнут. И если вычесть число 75 (</w:t>
      </w:r>
      <w:r>
        <w:rPr>
          <w:rFonts w:ascii="Georgia" w:hAnsi="Georgia" w:cs="Times New Roman"/>
          <w:b/>
          <w:i w:val="0"/>
          <w:color w:val="000000"/>
          <w:sz w:val="24"/>
          <w:rtl/>
          <w:szCs w:val="32"/>
        </w:rPr>
        <w:t>ע״ה</w:t>
      </w:r>
      <w:r>
        <w:rPr>
          <w:rFonts w:ascii="Georgia" w:hAnsi="Georgia"/>
          <w:b w:val="0"/>
          <w:i w:val="0"/>
          <w:color w:val="000000"/>
          <w:sz w:val="24"/>
        </w:rPr>
        <w:t xml:space="preserve">) из [числа] Харан (258), останется числовое значение [имени] Яаков с колелем, так как он — свойство простого милосердия, вышел из Харана (то есть из суровых судов) и вошел в милосердие, ведь и Яаков вышел из Харана, придя в Землю [Исраэля], как известно. Вернемся к теме: итак, в этом стихе намеком даны три [Имени] ЭЛОКИМ. Кроме того, слово </w:t>
      </w:r>
      <w:r>
        <w:rPr>
          <w:rFonts w:ascii="Georgia" w:hAnsi="Georgia"/>
          <w:b w:val="0"/>
          <w:i/>
          <w:color w:val="000000"/>
          <w:sz w:val="24"/>
        </w:rPr>
        <w:t>эрец</w:t>
      </w:r>
      <w:r>
        <w:rPr>
          <w:rFonts w:ascii="Georgia" w:hAnsi="Georgia"/>
          <w:b w:val="0"/>
          <w:i w:val="0"/>
          <w:color w:val="000000"/>
          <w:sz w:val="24"/>
        </w:rPr>
        <w:t xml:space="preserve"> (</w:t>
      </w:r>
      <w:r>
        <w:rPr>
          <w:rFonts w:ascii="Georgia" w:hAnsi="Georgia" w:cs="Times New Roman"/>
          <w:b/>
          <w:i w:val="0"/>
          <w:color w:val="000000"/>
          <w:sz w:val="24"/>
          <w:rtl/>
          <w:szCs w:val="32"/>
        </w:rPr>
        <w:t>אֶרֶץ</w:t>
      </w:r>
      <w:r>
        <w:rPr>
          <w:rFonts w:ascii="Georgia" w:hAnsi="Georgia"/>
          <w:b w:val="0"/>
          <w:i w:val="0"/>
          <w:color w:val="000000"/>
          <w:sz w:val="24"/>
        </w:rPr>
        <w:t>) — это ЭЛОКИМ с наполнением альфин.</w:t>
      </w:r>
    </w:p>
    <w:p>
      <w:pPr>
        <w:spacing w:before="40" w:after="120"/>
        <w:jc w:val="both"/>
      </w:pPr>
      <w:r>
        <w:rPr>
          <w:rFonts w:ascii="Georgia" w:hAnsi="Georgia"/>
          <w:b w:val="0"/>
          <w:i w:val="0"/>
          <w:color w:val="000000"/>
          <w:sz w:val="24"/>
        </w:rPr>
        <w:t xml:space="preserve">Таким образом, в четырех упомянутых словах — </w:t>
      </w:r>
      <w:r>
        <w:rPr>
          <w:rFonts w:ascii="Georgia" w:hAnsi="Georgia"/>
          <w:b w:val="0"/>
          <w:i/>
          <w:color w:val="000000"/>
          <w:sz w:val="24"/>
        </w:rPr>
        <w:t>«И назвал Б-г сушу землей…»</w:t>
      </w:r>
      <w:r>
        <w:rPr>
          <w:rFonts w:ascii="Georgia" w:hAnsi="Georgia"/>
          <w:b w:val="0"/>
          <w:i w:val="0"/>
          <w:color w:val="000000"/>
          <w:sz w:val="24"/>
        </w:rPr>
        <w:t xml:space="preserve"> (</w:t>
      </w:r>
      <w:r>
        <w:rPr>
          <w:rFonts w:ascii="Georgia" w:hAnsi="Georgia" w:cs="Times New Roman"/>
          <w:b/>
          <w:i w:val="0"/>
          <w:color w:val="000000"/>
          <w:sz w:val="24"/>
          <w:rtl/>
          <w:szCs w:val="32"/>
        </w:rPr>
        <w:t>וַיִּקְרָא אֱלֹהִים לַיַּבָּשָׁה אֶרֶץ</w:t>
      </w:r>
      <w:r>
        <w:rPr>
          <w:rFonts w:ascii="Georgia" w:hAnsi="Georgia"/>
          <w:b w:val="0"/>
          <w:i w:val="0"/>
          <w:color w:val="000000"/>
          <w:sz w:val="24"/>
        </w:rPr>
        <w:t>; Берешит 1:10) — намеком даны четыре последовательных Имени ЭЛОКИМ, и они равны по гематрии [имени] Моше [Говорит Шмуэль: с колелем].</w:t>
      </w:r>
    </w:p>
    <w:p>
      <w:pPr>
        <w:spacing w:before="40" w:after="120"/>
        <w:jc w:val="both"/>
      </w:pPr>
      <w:r>
        <w:rPr>
          <w:rFonts w:ascii="Georgia" w:hAnsi="Georgia"/>
          <w:b w:val="0"/>
          <w:i w:val="0"/>
          <w:color w:val="000000"/>
          <w:sz w:val="24"/>
        </w:rPr>
        <w:t>[Говорит Шмуэль: я нашел еще одно намерение для упомянутого прегрешения, близкое к сказанному, но содержащее также и другие новшества.]</w:t>
      </w:r>
    </w:p>
    <w:p>
      <w:pPr>
        <w:keepNext/>
        <w:spacing w:before="320" w:after="120"/>
      </w:pPr>
      <w:r>
        <w:rPr>
          <w:rFonts w:ascii="Georgia" w:hAnsi="Georgia"/>
          <w:b w:val="0"/>
          <w:i w:val="0"/>
          <w:color w:val="000000"/>
          <w:sz w:val="32"/>
        </w:rPr>
        <w:t>Исправление 26</w:t>
      </w:r>
    </w:p>
    <w:p>
      <w:pPr>
        <w:spacing w:before="40" w:after="120"/>
        <w:jc w:val="both"/>
      </w:pPr>
      <w:r>
        <w:rPr>
          <w:rFonts w:ascii="Georgia" w:hAnsi="Georgia"/>
          <w:b w:val="0"/>
          <w:i w:val="0"/>
          <w:color w:val="000000"/>
          <w:sz w:val="24"/>
        </w:rPr>
        <w:t>Для исправления прегрешения мужеложства. И вот его слова: Высшая Има (Има Илаа) от своего хазе и ниже распространяется и облачается внутрь всего ЗА, а также в три первые сфиры его нуквы, и получается, что Има распространяется внутри мужского парцуфа. Когда человек совершает грех мужеложства, он тем самым опускает Аба ве-Има с их высшего места вниз, до Нецах и Ход, и приводит к нарушению [состояния] ЗОН, возвращая их [в положение] «спина к спине» (ахор бе-ахор), из-за чего они наполняются судами и силами суда (гвурот). Поэтому этот грех чрезвычайно велик. Его раскаяние (тшува) состоит в том, чтобы поститься 233 дня (</w:t>
      </w:r>
      <w:r>
        <w:rPr>
          <w:rFonts w:ascii="Georgia" w:hAnsi="Georgia" w:cs="Times New Roman"/>
          <w:b/>
          <w:i w:val="0"/>
          <w:color w:val="000000"/>
          <w:sz w:val="24"/>
          <w:rtl/>
          <w:szCs w:val="32"/>
        </w:rPr>
        <w:t>רל״ג</w:t>
      </w:r>
      <w:r>
        <w:rPr>
          <w:rFonts w:ascii="Georgia" w:hAnsi="Georgia"/>
          <w:b w:val="0"/>
          <w:i w:val="0"/>
          <w:color w:val="000000"/>
          <w:sz w:val="24"/>
        </w:rPr>
        <w:t xml:space="preserve">) — по числовому значению слова </w:t>
      </w:r>
      <w:r>
        <w:rPr>
          <w:rFonts w:ascii="Georgia" w:hAnsi="Georgia"/>
          <w:b w:val="0"/>
          <w:i/>
          <w:color w:val="000000"/>
          <w:sz w:val="24"/>
        </w:rPr>
        <w:t>захур</w:t>
      </w:r>
      <w:r>
        <w:rPr>
          <w:rFonts w:ascii="Georgia" w:hAnsi="Georgia"/>
          <w:b w:val="0"/>
          <w:i w:val="0"/>
          <w:color w:val="000000"/>
          <w:sz w:val="24"/>
        </w:rPr>
        <w:t xml:space="preserve"> (</w:t>
      </w:r>
      <w:r>
        <w:rPr>
          <w:rFonts w:ascii="Georgia" w:hAnsi="Georgia" w:cs="Times New Roman"/>
          <w:b/>
          <w:i w:val="0"/>
          <w:color w:val="000000"/>
          <w:sz w:val="24"/>
          <w:rtl/>
          <w:szCs w:val="32"/>
        </w:rPr>
        <w:t>זָכוּר</w:t>
      </w:r>
      <w:r>
        <w:rPr>
          <w:rFonts w:ascii="Georgia" w:hAnsi="Georgia"/>
          <w:b w:val="0"/>
          <w:i w:val="0"/>
          <w:color w:val="000000"/>
          <w:sz w:val="24"/>
        </w:rPr>
        <w:t xml:space="preserve"> = 233). А поскольку он опустил Аба ве-Има до самых ног (</w:t>
      </w:r>
      <w:r>
        <w:rPr>
          <w:rFonts w:ascii="Georgia" w:hAnsi="Georgia"/>
          <w:b w:val="0"/>
          <w:i/>
          <w:color w:val="000000"/>
          <w:sz w:val="24"/>
        </w:rPr>
        <w:t>реглаим</w:t>
      </w:r>
      <w:r>
        <w:rPr>
          <w:rFonts w:ascii="Georgia" w:hAnsi="Georgia"/>
          <w:b w:val="0"/>
          <w:i w:val="0"/>
          <w:color w:val="000000"/>
          <w:sz w:val="24"/>
        </w:rPr>
        <w:t xml:space="preserve">), пусть постится 233 [дня] — число [букв слова] </w:t>
      </w:r>
      <w:r>
        <w:rPr>
          <w:rFonts w:ascii="Georgia" w:hAnsi="Georgia"/>
          <w:b w:val="0"/>
          <w:i/>
          <w:color w:val="000000"/>
          <w:sz w:val="24"/>
        </w:rPr>
        <w:t>регель</w:t>
      </w:r>
      <w:r>
        <w:rPr>
          <w:rFonts w:ascii="Georgia" w:hAnsi="Georgia"/>
          <w:b w:val="0"/>
          <w:i w:val="0"/>
          <w:color w:val="000000"/>
          <w:sz w:val="24"/>
        </w:rPr>
        <w:t xml:space="preserve"> (</w:t>
      </w:r>
      <w:r>
        <w:rPr>
          <w:rFonts w:ascii="Georgia" w:hAnsi="Georgia" w:cs="Times New Roman"/>
          <w:b/>
          <w:i w:val="0"/>
          <w:color w:val="000000"/>
          <w:sz w:val="24"/>
          <w:rtl/>
          <w:szCs w:val="32"/>
        </w:rPr>
        <w:t>רג״ל</w:t>
      </w:r>
      <w:r>
        <w:rPr>
          <w:rFonts w:ascii="Georgia" w:hAnsi="Georgia"/>
          <w:b w:val="0"/>
          <w:i w:val="0"/>
          <w:color w:val="000000"/>
          <w:sz w:val="24"/>
        </w:rPr>
        <w:t xml:space="preserve"> = 233). И потому в каждый из дней этих постов ему необходимо направлять намерение на то, чтобы эти два Имени Аба ве-Има — АВАЯ с наполнением йод и ЭЙЕ с наполнением йод, которые также составляют по гематрии 233 и которые он опустил своим грехом до уровня ног (</w:t>
      </w:r>
      <w:r>
        <w:rPr>
          <w:rFonts w:ascii="Georgia" w:hAnsi="Georgia"/>
          <w:b w:val="0"/>
          <w:i/>
          <w:color w:val="000000"/>
          <w:sz w:val="24"/>
        </w:rPr>
        <w:t>регель</w:t>
      </w:r>
      <w:r>
        <w:rPr>
          <w:rFonts w:ascii="Georgia" w:hAnsi="Georgia"/>
          <w:b w:val="0"/>
          <w:i w:val="0"/>
          <w:color w:val="000000"/>
          <w:sz w:val="24"/>
        </w:rPr>
        <w:t>), как сказано выше, — вознести обратно на их место.</w:t>
      </w:r>
    </w:p>
    <w:p>
      <w:pPr>
        <w:spacing w:before="40" w:after="120"/>
        <w:jc w:val="both"/>
      </w:pPr>
      <w:r>
        <w:rPr>
          <w:rFonts w:ascii="Georgia" w:hAnsi="Georgia"/>
          <w:b w:val="0"/>
          <w:i w:val="0"/>
          <w:color w:val="000000"/>
          <w:sz w:val="24"/>
        </w:rPr>
        <w:t>Также пусть намеревается поднять вместе с ними и их ахораим, составляющие по гематрии 184 (</w:t>
      </w:r>
      <w:r>
        <w:rPr>
          <w:rFonts w:ascii="Georgia" w:hAnsi="Georgia" w:cs="Times New Roman"/>
          <w:b/>
          <w:i w:val="0"/>
          <w:color w:val="000000"/>
          <w:sz w:val="24"/>
          <w:rtl/>
          <w:szCs w:val="32"/>
        </w:rPr>
        <w:t>קפ״ד</w:t>
      </w:r>
      <w:r>
        <w:rPr>
          <w:rFonts w:ascii="Georgia" w:hAnsi="Georgia"/>
          <w:b w:val="0"/>
          <w:i w:val="0"/>
          <w:color w:val="000000"/>
          <w:sz w:val="24"/>
        </w:rPr>
        <w:t>) и 544 (</w:t>
      </w:r>
      <w:r>
        <w:rPr>
          <w:rFonts w:ascii="Georgia" w:hAnsi="Georgia" w:cs="Times New Roman"/>
          <w:b/>
          <w:i w:val="0"/>
          <w:color w:val="000000"/>
          <w:sz w:val="24"/>
          <w:rtl/>
          <w:szCs w:val="32"/>
        </w:rPr>
        <w:t>תקמ״ד</w:t>
      </w:r>
      <w:r>
        <w:rPr>
          <w:rFonts w:ascii="Georgia" w:hAnsi="Georgia"/>
          <w:b w:val="0"/>
          <w:i w:val="0"/>
          <w:color w:val="000000"/>
          <w:sz w:val="24"/>
        </w:rPr>
        <w:t>), сумма которых равна 728 (</w:t>
      </w:r>
      <w:r>
        <w:rPr>
          <w:rFonts w:ascii="Georgia" w:hAnsi="Georgia" w:cs="Times New Roman"/>
          <w:b/>
          <w:i w:val="0"/>
          <w:color w:val="000000"/>
          <w:sz w:val="24"/>
          <w:rtl/>
          <w:szCs w:val="32"/>
        </w:rPr>
        <w:t>תשכ״ח</w:t>
      </w:r>
      <w:r>
        <w:rPr>
          <w:rFonts w:ascii="Georgia" w:hAnsi="Georgia"/>
          <w:b w:val="0"/>
          <w:i w:val="0"/>
          <w:color w:val="000000"/>
          <w:sz w:val="24"/>
        </w:rPr>
        <w:t>). И в первые десять дней своих постов пусть направляет намерение на букву йод (</w:t>
      </w:r>
      <w:r>
        <w:rPr>
          <w:rFonts w:ascii="Georgia" w:hAnsi="Georgia" w:cs="Times New Roman"/>
          <w:b/>
          <w:i w:val="0"/>
          <w:color w:val="000000"/>
          <w:sz w:val="24"/>
          <w:rtl/>
          <w:szCs w:val="32"/>
        </w:rPr>
        <w:t>י</w:t>
      </w:r>
      <w:r>
        <w:rPr>
          <w:rFonts w:ascii="Georgia" w:hAnsi="Georgia"/>
          <w:b w:val="0"/>
          <w:i w:val="0"/>
          <w:color w:val="000000"/>
          <w:sz w:val="24"/>
        </w:rPr>
        <w:t xml:space="preserve">) Имени АВАЯ с наполнением йод, а также направляет намерение на число тридцать из его ахораим, составляющих 184, и подобным образом пусть поступает до завершения 233 [дней] и 728 [чисел ахораим]. Однако если он согрешил вдвойне — познал мужчину и сам был познан мужчиной, подобно шафану и зайцу, — ему требуется еще и другое исправление: простереться и кататься в снегу девять раз. И пусть имеет в виду, что [слово] </w:t>
      </w:r>
      <w:r>
        <w:rPr>
          <w:rFonts w:ascii="Georgia" w:hAnsi="Georgia"/>
          <w:b w:val="0"/>
          <w:i/>
          <w:color w:val="000000"/>
          <w:sz w:val="24"/>
        </w:rPr>
        <w:t>шелег</w:t>
      </w:r>
      <w:r>
        <w:rPr>
          <w:rFonts w:ascii="Georgia" w:hAnsi="Georgia"/>
          <w:b w:val="0"/>
          <w:i w:val="0"/>
          <w:color w:val="000000"/>
          <w:sz w:val="24"/>
        </w:rPr>
        <w:t xml:space="preserve"> — «снег» (</w:t>
      </w:r>
      <w:r>
        <w:rPr>
          <w:rFonts w:ascii="Georgia" w:hAnsi="Georgia" w:cs="Times New Roman"/>
          <w:b/>
          <w:i w:val="0"/>
          <w:color w:val="000000"/>
          <w:sz w:val="24"/>
          <w:rtl/>
          <w:szCs w:val="32"/>
        </w:rPr>
        <w:t>שֶׁלֶג</w:t>
      </w:r>
      <w:r>
        <w:rPr>
          <w:rFonts w:ascii="Georgia" w:hAnsi="Georgia"/>
          <w:b w:val="0"/>
          <w:i w:val="0"/>
          <w:color w:val="000000"/>
          <w:sz w:val="24"/>
        </w:rPr>
        <w:t xml:space="preserve"> = 333) по гематрии равно трем буквам алеф (</w:t>
      </w:r>
      <w:r>
        <w:rPr>
          <w:rFonts w:ascii="Georgia" w:hAnsi="Georgia" w:cs="Times New Roman"/>
          <w:b/>
          <w:i w:val="0"/>
          <w:color w:val="000000"/>
          <w:sz w:val="24"/>
          <w:rtl/>
          <w:szCs w:val="32"/>
        </w:rPr>
        <w:t>ג׳ אלפי״ן</w:t>
      </w:r>
      <w:r>
        <w:rPr>
          <w:rFonts w:ascii="Georgia" w:hAnsi="Georgia"/>
          <w:b w:val="0"/>
          <w:i w:val="0"/>
          <w:color w:val="000000"/>
          <w:sz w:val="24"/>
        </w:rPr>
        <w:t xml:space="preserve"> = 333). Ведь своим упомянутым грехом он привел к удалению трех этих букв алеф из трех Имен ЭЙЕ в Бине — с наполнениями йодин, альфин и хэйин, так что каждое из них осталось лишь в виде букв хэй-йод-хэй (</w:t>
      </w:r>
      <w:r>
        <w:rPr>
          <w:rFonts w:ascii="Georgia" w:hAnsi="Georgia" w:cs="Times New Roman"/>
          <w:b/>
          <w:i w:val="0"/>
          <w:color w:val="000000"/>
          <w:sz w:val="24"/>
          <w:rtl/>
          <w:szCs w:val="32"/>
        </w:rPr>
        <w:t>הי״ה</w:t>
      </w:r>
      <w:r>
        <w:rPr>
          <w:rFonts w:ascii="Georgia" w:hAnsi="Georgia"/>
          <w:b w:val="0"/>
          <w:i w:val="0"/>
          <w:color w:val="000000"/>
          <w:sz w:val="24"/>
        </w:rPr>
        <w:t xml:space="preserve">). Своим же простиранием в снегу, [гематрия которого] равна трем буквам алеф в их полном написании, он вернет эти три буквы алеф на свое место, и три упомянутых Имени восполнятся. Даже когда человек совершает множество прегрешений, пусть и не относящихся к упомянутому первому виду, он тем самым приводит к удалению трех этих букв алеф и низводит их вниз, к клипот. Из-за этого в человека вселяется забывчивость, и он забывает всё, что учит, ведь эти три упомянутые буквы алеф по гематрии также равны [слову] </w:t>
      </w:r>
      <w:r>
        <w:rPr>
          <w:rFonts w:ascii="Georgia" w:hAnsi="Georgia"/>
          <w:b w:val="0"/>
          <w:i/>
          <w:color w:val="000000"/>
          <w:sz w:val="24"/>
        </w:rPr>
        <w:t>шихха</w:t>
      </w:r>
      <w:r>
        <w:rPr>
          <w:rFonts w:ascii="Georgia" w:hAnsi="Georgia"/>
          <w:b w:val="0"/>
          <w:i w:val="0"/>
          <w:color w:val="000000"/>
          <w:sz w:val="24"/>
        </w:rPr>
        <w:t xml:space="preserve"> — «забвение» (</w:t>
      </w:r>
      <w:r>
        <w:rPr>
          <w:rFonts w:ascii="Georgia" w:hAnsi="Georgia" w:cs="Times New Roman"/>
          <w:b/>
          <w:i w:val="0"/>
          <w:color w:val="000000"/>
          <w:sz w:val="24"/>
          <w:rtl/>
          <w:szCs w:val="32"/>
        </w:rPr>
        <w:t>שִׁכְחָה</w:t>
      </w:r>
      <w:r>
        <w:rPr>
          <w:rFonts w:ascii="Georgia" w:hAnsi="Georgia"/>
          <w:b w:val="0"/>
          <w:i w:val="0"/>
          <w:color w:val="000000"/>
          <w:sz w:val="24"/>
        </w:rPr>
        <w:t xml:space="preserve"> = 333), как и снег. А когда человек совершает покаяние (тшуву) и направляет намерение вернуть три эти буквы алеф на свое место, забывчивость удаляется от него. (Говорит Шмуэль: у меня есть еще [записи], близкие к сказанному, и в них есть также некоторое новшество. Однако поскольку с ними связано несколько ихудим (единений) для исправления упомянутого прегрешения, как твои глаза воочию увидят с Б-жьей помощью, я объединю их вместе ниже, на своем месте, с подробным разъяснением; смотри там.)</w:t>
      </w:r>
    </w:p>
    <w:p>
      <w:pPr>
        <w:keepNext/>
        <w:spacing w:before="320" w:after="120"/>
      </w:pPr>
      <w:r>
        <w:rPr>
          <w:rFonts w:ascii="Georgia" w:hAnsi="Georgia"/>
          <w:b w:val="0"/>
          <w:i w:val="0"/>
          <w:color w:val="000000"/>
          <w:sz w:val="32"/>
        </w:rPr>
        <w:t>Исправление 27</w:t>
      </w:r>
    </w:p>
    <w:p>
      <w:pPr>
        <w:spacing w:before="40" w:after="120"/>
        <w:jc w:val="both"/>
      </w:pPr>
      <w:r>
        <w:rPr>
          <w:rFonts w:ascii="Georgia" w:hAnsi="Georgia"/>
          <w:b w:val="0"/>
          <w:i w:val="0"/>
          <w:color w:val="000000"/>
          <w:sz w:val="24"/>
        </w:rPr>
        <w:t>Для того, кто излил семя впустую. Здесь есть несколько каванот (намерений) — как в деталях, так и в целом. Суть прегрешения излияния семени впустую, его значение и соответствующее намерение (</w:t>
      </w:r>
      <w:r>
        <w:rPr>
          <w:rFonts w:ascii="Georgia" w:hAnsi="Georgia"/>
          <w:b w:val="0"/>
          <w:i/>
          <w:color w:val="000000"/>
          <w:sz w:val="24"/>
        </w:rPr>
        <w:t>кавана</w:t>
      </w:r>
      <w:r>
        <w:rPr>
          <w:rFonts w:ascii="Georgia" w:hAnsi="Georgia"/>
          <w:b w:val="0"/>
          <w:i w:val="0"/>
          <w:color w:val="000000"/>
          <w:sz w:val="24"/>
        </w:rPr>
        <w:t>) уже разъяснены в [разделе о] чтении «Шма» перед сном. Обратись туда, так как это очень великое исправление и оно составляет основу исправления прегрешения истечения семени (</w:t>
      </w:r>
      <w:r>
        <w:rPr>
          <w:rFonts w:ascii="Georgia" w:hAnsi="Georgia"/>
          <w:b w:val="0"/>
          <w:i/>
          <w:color w:val="000000"/>
          <w:sz w:val="24"/>
        </w:rPr>
        <w:t>кери</w:t>
      </w:r>
      <w:r>
        <w:rPr>
          <w:rFonts w:ascii="Georgia" w:hAnsi="Georgia"/>
          <w:b w:val="0"/>
          <w:i w:val="0"/>
          <w:color w:val="000000"/>
          <w:sz w:val="24"/>
        </w:rPr>
        <w:t>); вникни же в то, что там сказано, как следует.</w:t>
      </w:r>
    </w:p>
    <w:p>
      <w:pPr>
        <w:spacing w:before="40" w:after="120"/>
        <w:jc w:val="both"/>
      </w:pPr>
      <w:r>
        <w:rPr>
          <w:rFonts w:ascii="Georgia" w:hAnsi="Georgia"/>
          <w:b w:val="0"/>
          <w:i w:val="0"/>
          <w:color w:val="000000"/>
          <w:sz w:val="24"/>
        </w:rPr>
        <w:t xml:space="preserve">Суть известных дней Шовавим: во всем Исраэле существует древний обычай поститься сорок дней подряд — от первого дня недельной главы Шмот до главы Трума и захватывая часть главы Тецаве. Памятным знаком для них сделали стих </w:t>
      </w:r>
      <w:r>
        <w:rPr>
          <w:rFonts w:ascii="Georgia" w:hAnsi="Georgia"/>
          <w:b w:val="0"/>
          <w:i/>
          <w:color w:val="000000"/>
          <w:sz w:val="24"/>
        </w:rPr>
        <w:t>«Возвратитесь, сыновья-отступники…»</w:t>
      </w:r>
      <w:r>
        <w:rPr>
          <w:rFonts w:ascii="Georgia" w:hAnsi="Georgia"/>
          <w:b w:val="0"/>
          <w:i w:val="0"/>
          <w:color w:val="000000"/>
          <w:sz w:val="24"/>
        </w:rPr>
        <w:t xml:space="preserve"> (Ирмеяу 3:14), где буквы слова </w:t>
      </w:r>
      <w:r>
        <w:rPr>
          <w:rFonts w:ascii="Georgia" w:hAnsi="Georgia"/>
          <w:b w:val="0"/>
          <w:i/>
          <w:color w:val="000000"/>
          <w:sz w:val="24"/>
        </w:rPr>
        <w:t>шовавим</w:t>
      </w:r>
      <w:r>
        <w:rPr>
          <w:rFonts w:ascii="Georgia" w:hAnsi="Georgia"/>
          <w:b w:val="0"/>
          <w:i w:val="0"/>
          <w:color w:val="000000"/>
          <w:sz w:val="24"/>
        </w:rPr>
        <w:t xml:space="preserve"> (</w:t>
      </w:r>
      <w:r>
        <w:rPr>
          <w:rFonts w:ascii="Georgia" w:hAnsi="Georgia" w:cs="Times New Roman"/>
          <w:b/>
          <w:i w:val="0"/>
          <w:color w:val="000000"/>
          <w:sz w:val="24"/>
          <w:rtl/>
          <w:szCs w:val="32"/>
        </w:rPr>
        <w:t>שובבי״ם</w:t>
      </w:r>
      <w:r>
        <w:rPr>
          <w:rFonts w:ascii="Georgia" w:hAnsi="Georgia"/>
          <w:b w:val="0"/>
          <w:i w:val="0"/>
          <w:color w:val="000000"/>
          <w:sz w:val="24"/>
        </w:rPr>
        <w:t>) служат аббревиатурой [глав]: Шмот, Ваэра, Бо, Бешалах, Итро, Мишпатим. Главная цель сорокадневного поста в эти дни была установлена исключительно ради искупления прегрешения истечения семени, и эти дни более благоприятны для постов за истечение семени, чем все остальные дни года. Причина этого станет понятна из того, что мы объяснили о смысле египетского изгнания — о рабском труде «с глиной и кирпичами». Там было разъяснено, что порабощенными в египетском изгнании оказались те самые искры душ, которые вышли из Адам а-Ришона за те сто тридцать лет, когда он отдалился от своей жены и порождал бесов и духов из-за капель семени; и все они были исправлены в том египетском изгнании.</w:t>
      </w:r>
    </w:p>
    <w:p>
      <w:pPr>
        <w:spacing w:before="40" w:after="120"/>
        <w:jc w:val="both"/>
      </w:pPr>
      <w:r>
        <w:rPr>
          <w:rFonts w:ascii="Georgia" w:hAnsi="Georgia"/>
          <w:b w:val="0"/>
          <w:i w:val="0"/>
          <w:color w:val="000000"/>
          <w:sz w:val="24"/>
        </w:rPr>
        <w:t xml:space="preserve">Поэтому период этих недельных глав обладает особым свойством принимать тшуву человека, который постится в эти дни за прегрешение истечения семени. И потому они начинаются с главы Шмот — ведь именно в ней было положено начало порабощению, а завершаются главой Мишпатим по причине, которая также разъяснена там в связи с соседством стиха </w:t>
      </w:r>
      <w:r>
        <w:rPr>
          <w:rFonts w:ascii="Georgia" w:hAnsi="Georgia"/>
          <w:b w:val="0"/>
          <w:i/>
          <w:color w:val="000000"/>
          <w:sz w:val="24"/>
        </w:rPr>
        <w:t>«Если купишь раба-еврея…»</w:t>
      </w:r>
      <w:r>
        <w:rPr>
          <w:rFonts w:ascii="Georgia" w:hAnsi="Georgia"/>
          <w:b w:val="0"/>
          <w:i w:val="0"/>
          <w:color w:val="000000"/>
          <w:sz w:val="24"/>
        </w:rPr>
        <w:t xml:space="preserve"> (Шмот 21:2) с дарованием Торы: ведь именно тогда завершилось исправление тех искр, о чем и сказано в стихе </w:t>
      </w:r>
      <w:r>
        <w:rPr>
          <w:rFonts w:ascii="Georgia" w:hAnsi="Georgia"/>
          <w:b w:val="0"/>
          <w:i/>
          <w:color w:val="000000"/>
          <w:sz w:val="24"/>
        </w:rPr>
        <w:t>«Если купишь раба-еврея…»</w:t>
      </w:r>
      <w:r>
        <w:rPr>
          <w:rFonts w:ascii="Georgia" w:hAnsi="Georgia"/>
          <w:b w:val="0"/>
          <w:i w:val="0"/>
          <w:color w:val="000000"/>
          <w:sz w:val="24"/>
        </w:rPr>
        <w:t xml:space="preserve">, и обратись туда. Знай также, что главным образом эти посты были установлены в эти дни ради искупления прегрешения излияния семени впустую, о котором написано: </w:t>
      </w:r>
      <w:r>
        <w:rPr>
          <w:rFonts w:ascii="Georgia" w:hAnsi="Georgia"/>
          <w:b w:val="0"/>
          <w:i/>
          <w:color w:val="000000"/>
          <w:sz w:val="24"/>
        </w:rPr>
        <w:t>«…выжимающие детей…»</w:t>
      </w:r>
      <w:r>
        <w:rPr>
          <w:rFonts w:ascii="Georgia" w:hAnsi="Georgia"/>
          <w:b w:val="0"/>
          <w:i w:val="0"/>
          <w:color w:val="000000"/>
          <w:sz w:val="24"/>
        </w:rPr>
        <w:t xml:space="preserve"> (</w:t>
      </w:r>
      <w:r>
        <w:rPr>
          <w:rFonts w:ascii="Georgia" w:hAnsi="Georgia"/>
          <w:b w:val="0"/>
          <w:i/>
          <w:color w:val="000000"/>
          <w:sz w:val="24"/>
        </w:rPr>
        <w:t>сохатей а-еладим</w:t>
      </w:r>
      <w:r>
        <w:rPr>
          <w:rFonts w:ascii="Georgia" w:hAnsi="Georgia"/>
          <w:b w:val="0"/>
          <w:i w:val="0"/>
          <w:color w:val="000000"/>
          <w:sz w:val="24"/>
        </w:rPr>
        <w:t xml:space="preserve">, </w:t>
      </w:r>
      <w:r>
        <w:rPr>
          <w:rFonts w:ascii="Georgia" w:hAnsi="Georgia" w:cs="Times New Roman"/>
          <w:b/>
          <w:i w:val="0"/>
          <w:color w:val="000000"/>
          <w:sz w:val="24"/>
          <w:rtl/>
          <w:szCs w:val="32"/>
        </w:rPr>
        <w:t>סוֹחֲטֵי הַיְלָדִים</w:t>
      </w:r>
      <w:r>
        <w:rPr>
          <w:rFonts w:ascii="Georgia" w:hAnsi="Georgia"/>
          <w:b w:val="0"/>
          <w:i w:val="0"/>
          <w:color w:val="000000"/>
          <w:sz w:val="24"/>
        </w:rPr>
        <w:t>; толкование в Нида 13а на стих Йешаяу 57:5). Намерение же, которое необходимо удерживать во время упомянутых постов, таково: следует направлять намерение на имя АВАЯ наполнения АБ (72) с буквами йод, ведь в нем есть четыре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в сумме 40), числовое значение которых составляет сорок (</w:t>
      </w:r>
      <w:r>
        <w:rPr>
          <w:rFonts w:ascii="Georgia" w:hAnsi="Georgia" w:cs="Times New Roman"/>
          <w:b/>
          <w:i w:val="0"/>
          <w:color w:val="000000"/>
          <w:sz w:val="24"/>
          <w:rtl/>
          <w:szCs w:val="32"/>
        </w:rPr>
        <w:t>מ</w:t>
      </w:r>
      <w:r>
        <w:rPr>
          <w:rFonts w:ascii="Georgia" w:hAnsi="Georgia"/>
          <w:b w:val="0"/>
          <w:i w:val="0"/>
          <w:color w:val="000000"/>
          <w:sz w:val="24"/>
        </w:rPr>
        <w:t xml:space="preserve"> = 40), что соответствует сорока дням постов.</w:t>
      </w:r>
    </w:p>
    <w:p>
      <w:pPr>
        <w:spacing w:before="40" w:after="120"/>
        <w:jc w:val="both"/>
      </w:pPr>
      <w:r>
        <w:rPr>
          <w:rFonts w:ascii="Georgia" w:hAnsi="Georgia"/>
          <w:b w:val="0"/>
          <w:i w:val="0"/>
          <w:color w:val="000000"/>
          <w:sz w:val="24"/>
        </w:rPr>
        <w:t xml:space="preserve">Поэтому в первые десять дней следует в каждый день направлять намерение на одну десятую часть первой буквы йод; и точно так же на протяжении сорока дней направлять намерение на все упомянутые четыре буквы йод. Каждый день нужно намереваться поднять одну часть тех букв йод, которых коснулся нанесенный им изъян, когда своим прегрешением он поверг их на землю и отдал эту часть святости внутрь клипот, наделив тем самым клипот жизненной силой и мощью. Теперь же благодаря этой тшуве он извлекает святость из клипот и возвращает ее на свое место, и за счет этого клипот остаются мертвыми, без жизненной силы. В этом и состоит тайный смысл стиха </w:t>
      </w:r>
      <w:r>
        <w:rPr>
          <w:rFonts w:ascii="Georgia" w:hAnsi="Georgia"/>
          <w:b w:val="0"/>
          <w:i/>
          <w:color w:val="000000"/>
          <w:sz w:val="24"/>
        </w:rPr>
        <w:t>«Возвратитесь, сыновья-отступники…»</w:t>
      </w:r>
      <w:r>
        <w:rPr>
          <w:rFonts w:ascii="Georgia" w:hAnsi="Georgia"/>
          <w:b w:val="0"/>
          <w:i w:val="0"/>
          <w:color w:val="000000"/>
          <w:sz w:val="24"/>
        </w:rPr>
        <w:t xml:space="preserve"> (Ирмеяу 3:14): ведь те сыновья, которых он отдал клипот через растление семени, облачились внутрь клипот и стали отступниками (</w:t>
      </w:r>
      <w:r>
        <w:rPr>
          <w:rFonts w:ascii="Georgia" w:hAnsi="Georgia"/>
          <w:b w:val="0"/>
          <w:i/>
          <w:color w:val="000000"/>
          <w:sz w:val="24"/>
        </w:rPr>
        <w:t>шовавим</w:t>
      </w:r>
      <w:r>
        <w:rPr>
          <w:rFonts w:ascii="Georgia" w:hAnsi="Georgia"/>
          <w:b w:val="0"/>
          <w:i w:val="0"/>
          <w:color w:val="000000"/>
          <w:sz w:val="24"/>
        </w:rPr>
        <w:t xml:space="preserve">, </w:t>
      </w:r>
      <w:r>
        <w:rPr>
          <w:rFonts w:ascii="Georgia" w:hAnsi="Georgia" w:cs="Times New Roman"/>
          <w:b/>
          <w:i w:val="0"/>
          <w:color w:val="000000"/>
          <w:sz w:val="24"/>
          <w:rtl/>
          <w:szCs w:val="32"/>
        </w:rPr>
        <w:t>שׁוֹבָבִים</w:t>
      </w:r>
      <w:r>
        <w:rPr>
          <w:rFonts w:ascii="Georgia" w:hAnsi="Georgia"/>
          <w:b w:val="0"/>
          <w:i w:val="0"/>
          <w:color w:val="000000"/>
          <w:sz w:val="24"/>
        </w:rPr>
        <w:t>); поэтому теперь вернитесь (</w:t>
      </w:r>
      <w:r>
        <w:rPr>
          <w:rFonts w:ascii="Georgia" w:hAnsi="Georgia"/>
          <w:b w:val="0"/>
          <w:i/>
          <w:color w:val="000000"/>
          <w:sz w:val="24"/>
        </w:rPr>
        <w:t>шуву</w:t>
      </w:r>
      <w:r>
        <w:rPr>
          <w:rFonts w:ascii="Georgia" w:hAnsi="Georgia"/>
          <w:b w:val="0"/>
          <w:i w:val="0"/>
          <w:color w:val="000000"/>
          <w:sz w:val="24"/>
        </w:rPr>
        <w:t xml:space="preserve">, </w:t>
      </w:r>
      <w:r>
        <w:rPr>
          <w:rFonts w:ascii="Georgia" w:hAnsi="Georgia" w:cs="Times New Roman"/>
          <w:b/>
          <w:i w:val="0"/>
          <w:color w:val="000000"/>
          <w:sz w:val="24"/>
          <w:rtl/>
          <w:szCs w:val="32"/>
        </w:rPr>
        <w:t>שׁוּבוּ</w:t>
      </w:r>
      <w:r>
        <w:rPr>
          <w:rFonts w:ascii="Georgia" w:hAnsi="Georgia"/>
          <w:b w:val="0"/>
          <w:i w:val="0"/>
          <w:color w:val="000000"/>
          <w:sz w:val="24"/>
        </w:rPr>
        <w:t>) в раскаянии, извлеките этих сыновей-отступников из глубин клипот и верните их к святости, как было вначале.</w:t>
      </w:r>
    </w:p>
    <w:p>
      <w:pPr>
        <w:spacing w:before="40" w:after="120"/>
        <w:jc w:val="both"/>
      </w:pPr>
      <w:r>
        <w:rPr>
          <w:rFonts w:ascii="Georgia" w:hAnsi="Georgia"/>
          <w:b w:val="0"/>
          <w:i w:val="0"/>
          <w:color w:val="000000"/>
          <w:sz w:val="24"/>
        </w:rPr>
        <w:t>Также ему необходимо поститься восемьдесят четыре (</w:t>
      </w:r>
      <w:r>
        <w:rPr>
          <w:rFonts w:ascii="Georgia" w:hAnsi="Georgia" w:cs="Times New Roman"/>
          <w:b/>
          <w:i w:val="0"/>
          <w:color w:val="000000"/>
          <w:sz w:val="24"/>
          <w:rtl/>
          <w:szCs w:val="32"/>
        </w:rPr>
        <w:t>פ״ד</w:t>
      </w:r>
      <w:r>
        <w:rPr>
          <w:rFonts w:ascii="Georgia" w:hAnsi="Georgia"/>
          <w:b w:val="0"/>
          <w:i w:val="0"/>
          <w:color w:val="000000"/>
          <w:sz w:val="24"/>
        </w:rPr>
        <w:t xml:space="preserve"> = 84) дня подряд — в соответствии с Именем из сорока двух [букв] (</w:t>
      </w:r>
      <w:r>
        <w:rPr>
          <w:rFonts w:ascii="Georgia" w:hAnsi="Georgia" w:cs="Times New Roman"/>
          <w:b/>
          <w:i w:val="0"/>
          <w:color w:val="000000"/>
          <w:sz w:val="24"/>
          <w:rtl/>
          <w:szCs w:val="32"/>
        </w:rPr>
        <w:t>מ״ב</w:t>
      </w:r>
      <w:r>
        <w:rPr>
          <w:rFonts w:ascii="Georgia" w:hAnsi="Georgia"/>
          <w:b w:val="0"/>
          <w:i w:val="0"/>
          <w:color w:val="000000"/>
          <w:sz w:val="24"/>
        </w:rPr>
        <w:t xml:space="preserve"> = 42), являющимся тайной зивуга и высшей капли. Ведь это сорок два зивуга, составляющие восемьдесят четыре, поскольку каждый зивуг включает в себя двоих, как разъяснено у нас в маамаре «Берешит», лист 1; и посмотри там на сказанное: </w:t>
      </w:r>
      <w:r>
        <w:rPr>
          <w:rFonts w:ascii="Georgia" w:hAnsi="Georgia"/>
          <w:b w:val="0"/>
          <w:i/>
          <w:color w:val="000000"/>
          <w:sz w:val="24"/>
        </w:rPr>
        <w:t>«И подобно тому, как образ завета засевается в сорока двух зивугах…»</w:t>
      </w:r>
      <w:r>
        <w:rPr>
          <w:rFonts w:ascii="Georgia" w:hAnsi="Georgia"/>
          <w:b w:val="0"/>
          <w:i w:val="0"/>
          <w:color w:val="000000"/>
          <w:sz w:val="24"/>
        </w:rPr>
        <w:t xml:space="preserve"> (Зоар I, 1а). Хорошо поститься упомянутые сорок дней на протяжении всего периода Шовавим, а затем поститься еще сорок четыре (</w:t>
      </w:r>
      <w:r>
        <w:rPr>
          <w:rFonts w:ascii="Georgia" w:hAnsi="Georgia" w:cs="Times New Roman"/>
          <w:b/>
          <w:i w:val="0"/>
          <w:color w:val="000000"/>
          <w:sz w:val="24"/>
          <w:rtl/>
          <w:szCs w:val="32"/>
        </w:rPr>
        <w:t>מ״ד</w:t>
      </w:r>
      <w:r>
        <w:rPr>
          <w:rFonts w:ascii="Georgia" w:hAnsi="Georgia"/>
          <w:b w:val="0"/>
          <w:i w:val="0"/>
          <w:color w:val="000000"/>
          <w:sz w:val="24"/>
        </w:rPr>
        <w:t xml:space="preserve"> = 44) дня, чтобы восполнить упомянутые восемьдесят четыре дня. Также хорошо давать одну монету (пруту) на цдаку перед молитвой в каждый день своих постов и направлять намерение на исправление того, что он убавил и отнял от Высшего Праведника [Есода], [направляемого] к Малхут. Кроме того, с этого времени ему нужно остерегаться и вступать в супружескую близость только после полуночи, оставаться на животе, пока не иссякнут все капли семени, и не вести с женой праздных разговоров во время зивуга.</w:t>
      </w:r>
    </w:p>
    <w:p>
      <w:pPr>
        <w:spacing w:before="40" w:after="120"/>
        <w:jc w:val="both"/>
      </w:pPr>
      <w:r>
        <w:rPr>
          <w:rFonts w:ascii="Georgia" w:hAnsi="Georgia"/>
          <w:b w:val="0"/>
          <w:i w:val="0"/>
          <w:color w:val="000000"/>
          <w:sz w:val="24"/>
        </w:rPr>
        <w:t>Еще одно намерение относительно этих восьмидесяти четырех дней: направляй намерение на имя АВАЯ наполнения АБ (72) с буквами йод — на сорок две (</w:t>
      </w:r>
      <w:r>
        <w:rPr>
          <w:rFonts w:ascii="Georgia" w:hAnsi="Georgia" w:cs="Times New Roman"/>
          <w:b/>
          <w:i w:val="0"/>
          <w:color w:val="000000"/>
          <w:sz w:val="24"/>
          <w:rtl/>
          <w:szCs w:val="32"/>
        </w:rPr>
        <w:t>מ״ב</w:t>
      </w:r>
      <w:r>
        <w:rPr>
          <w:rFonts w:ascii="Georgia" w:hAnsi="Georgia"/>
          <w:b w:val="0"/>
          <w:i w:val="0"/>
          <w:color w:val="000000"/>
          <w:sz w:val="24"/>
        </w:rPr>
        <w:t xml:space="preserve"> = 42) буквы, содержащиеся в нем. Ведь именно это называется высшей каплей (</w:t>
      </w:r>
      <w:r>
        <w:rPr>
          <w:rFonts w:ascii="Georgia" w:hAnsi="Georgia"/>
          <w:b w:val="0"/>
          <w:i/>
          <w:color w:val="000000"/>
          <w:sz w:val="24"/>
        </w:rPr>
        <w:t>типа илаа</w:t>
      </w:r>
      <w:r>
        <w:rPr>
          <w:rFonts w:ascii="Georgia" w:hAnsi="Georgia"/>
          <w:b w:val="0"/>
          <w:i w:val="0"/>
          <w:color w:val="000000"/>
          <w:sz w:val="24"/>
        </w:rPr>
        <w:t>), мужскими водами (МАД) и сорока двумя зивугами; а сорок два [удвоенные] дают восемьдесят четыре (</w:t>
      </w:r>
      <w:r>
        <w:rPr>
          <w:rFonts w:ascii="Georgia" w:hAnsi="Georgia" w:cs="Times New Roman"/>
          <w:b/>
          <w:i w:val="0"/>
          <w:color w:val="000000"/>
          <w:sz w:val="24"/>
          <w:rtl/>
          <w:szCs w:val="32"/>
        </w:rPr>
        <w:t>פ״ד</w:t>
      </w:r>
      <w:r>
        <w:rPr>
          <w:rFonts w:ascii="Georgia" w:hAnsi="Georgia"/>
          <w:b w:val="0"/>
          <w:i w:val="0"/>
          <w:color w:val="000000"/>
          <w:sz w:val="24"/>
        </w:rPr>
        <w:t xml:space="preserve"> = 84).</w:t>
      </w:r>
    </w:p>
    <w:p>
      <w:pPr>
        <w:spacing w:before="40" w:after="120"/>
        <w:jc w:val="both"/>
      </w:pPr>
      <w:r>
        <w:rPr>
          <w:rFonts w:ascii="Georgia" w:hAnsi="Georgia"/>
          <w:b w:val="0"/>
          <w:i w:val="0"/>
          <w:color w:val="000000"/>
          <w:sz w:val="24"/>
        </w:rPr>
        <w:t>Говорит Шмуэль: так нашел я записанным и не понял этого смысла; несомненно, здесь кроется ошибка, но я не коснулся текста рукой [чтобы исправлять его], и вот его подлинные слова: «Три буквы йод — Таль (</w:t>
      </w:r>
      <w:r>
        <w:rPr>
          <w:rFonts w:ascii="Georgia" w:hAnsi="Georgia" w:cs="Times New Roman"/>
          <w:b/>
          <w:i w:val="0"/>
          <w:color w:val="000000"/>
          <w:sz w:val="24"/>
          <w:rtl/>
          <w:szCs w:val="32"/>
        </w:rPr>
        <w:t>ט״ל</w:t>
      </w:r>
      <w:r>
        <w:rPr>
          <w:rFonts w:ascii="Georgia" w:hAnsi="Georgia"/>
          <w:b w:val="0"/>
          <w:i w:val="0"/>
          <w:color w:val="000000"/>
          <w:sz w:val="24"/>
        </w:rPr>
        <w:t xml:space="preserve"> = 39), сорок два (</w:t>
      </w:r>
      <w:r>
        <w:rPr>
          <w:rFonts w:ascii="Georgia" w:hAnsi="Georgia" w:cs="Times New Roman"/>
          <w:b/>
          <w:i w:val="0"/>
          <w:color w:val="000000"/>
          <w:sz w:val="24"/>
          <w:rtl/>
          <w:szCs w:val="32"/>
        </w:rPr>
        <w:t>מ״ב</w:t>
      </w:r>
      <w:r>
        <w:rPr>
          <w:rFonts w:ascii="Georgia" w:hAnsi="Georgia"/>
          <w:b w:val="0"/>
          <w:i w:val="0"/>
          <w:color w:val="000000"/>
          <w:sz w:val="24"/>
        </w:rPr>
        <w:t xml:space="preserve"> = 42); четыре буквы йод. Имя БОН (</w:t>
      </w:r>
      <w:r>
        <w:rPr>
          <w:rFonts w:ascii="Georgia" w:hAnsi="Georgia" w:cs="Times New Roman"/>
          <w:b/>
          <w:i w:val="0"/>
          <w:color w:val="000000"/>
          <w:sz w:val="24"/>
          <w:rtl/>
          <w:szCs w:val="32"/>
        </w:rPr>
        <w:t>ב״ן</w:t>
      </w:r>
      <w:r>
        <w:rPr>
          <w:rFonts w:ascii="Georgia" w:hAnsi="Georgia"/>
          <w:b w:val="0"/>
          <w:i w:val="0"/>
          <w:color w:val="000000"/>
          <w:sz w:val="24"/>
        </w:rPr>
        <w:t xml:space="preserve"> = 52) — это два имени АВАЯ: одно — дух, который он вложил в нее и который пребывает в ней всегда. И в этом тайный смысл стиха </w:t>
      </w:r>
      <w:r>
        <w:rPr>
          <w:rFonts w:ascii="Georgia" w:hAnsi="Georgia"/>
          <w:b w:val="0"/>
          <w:i/>
          <w:color w:val="000000"/>
          <w:sz w:val="24"/>
        </w:rPr>
        <w:t>«…где же разводное письмо вашей матери…»</w:t>
      </w:r>
      <w:r>
        <w:rPr>
          <w:rFonts w:ascii="Georgia" w:hAnsi="Georgia"/>
          <w:b w:val="0"/>
          <w:i w:val="0"/>
          <w:color w:val="000000"/>
          <w:sz w:val="24"/>
        </w:rPr>
        <w:t xml:space="preserve"> (Йешаяу 50:1) — в соответствии со смыслом сказанного: </w:t>
      </w:r>
      <w:r>
        <w:rPr>
          <w:rFonts w:ascii="Georgia" w:hAnsi="Georgia"/>
          <w:b w:val="0"/>
          <w:i/>
          <w:color w:val="000000"/>
          <w:sz w:val="24"/>
        </w:rPr>
        <w:t>«женщина заключает союз лишь с тем, кто сделал ее сосудом (кли)»</w:t>
      </w:r>
      <w:r>
        <w:rPr>
          <w:rFonts w:ascii="Georgia" w:hAnsi="Georgia"/>
          <w:b w:val="0"/>
          <w:i w:val="0"/>
          <w:color w:val="000000"/>
          <w:sz w:val="24"/>
        </w:rPr>
        <w:t xml:space="preserve"> (Санхедрин 22б), и наполняется наполнением букв йод». Вот то, что я нашел, и я не понимаю этого смысла. Но мне представляется верным истолковать это так: в буквах йод, хэй, вав (</w:t>
      </w:r>
      <w:r>
        <w:rPr>
          <w:rFonts w:ascii="Georgia" w:hAnsi="Georgia" w:cs="Times New Roman"/>
          <w:b/>
          <w:i w:val="0"/>
          <w:color w:val="000000"/>
          <w:sz w:val="24"/>
          <w:rtl/>
          <w:szCs w:val="32"/>
        </w:rPr>
        <w:t>יה״ו</w:t>
      </w:r>
      <w:r>
        <w:rPr>
          <w:rFonts w:ascii="Georgia" w:hAnsi="Georgia"/>
          <w:b w:val="0"/>
          <w:i w:val="0"/>
          <w:color w:val="000000"/>
          <w:sz w:val="24"/>
        </w:rPr>
        <w:t>) с наполнением буквами йод содержатся три буквы йод, и их численное значение — 39 (Таль), а вместе с самими тремя буквами получается 42.</w:t>
      </w:r>
    </w:p>
    <w:p>
      <w:pPr>
        <w:keepNext/>
        <w:spacing w:before="320" w:after="120"/>
      </w:pPr>
      <w:r>
        <w:rPr>
          <w:rFonts w:ascii="Georgia" w:hAnsi="Georgia"/>
          <w:b w:val="0"/>
          <w:i w:val="0"/>
          <w:color w:val="000000"/>
          <w:sz w:val="32"/>
        </w:rPr>
        <w:t>Еще одно исправление: излияние семени впустую</w:t>
      </w:r>
    </w:p>
    <w:p>
      <w:pPr>
        <w:spacing w:before="40" w:after="120"/>
        <w:jc w:val="both"/>
      </w:pPr>
      <w:r>
        <w:rPr>
          <w:rFonts w:ascii="Georgia" w:hAnsi="Georgia"/>
          <w:b w:val="0"/>
          <w:i w:val="0"/>
          <w:color w:val="000000"/>
          <w:sz w:val="24"/>
        </w:rPr>
        <w:t>Также я нашел запись моего учителя, благословенной памяти, и вот слова раввина Моше Йоны: «Исправление прегрешения излияния семени впустую».</w:t>
      </w:r>
    </w:p>
    <w:p>
      <w:pPr>
        <w:spacing w:before="40" w:after="120"/>
        <w:jc w:val="both"/>
      </w:pPr>
      <w:r>
        <w:rPr>
          <w:rFonts w:ascii="Georgia" w:hAnsi="Georgia"/>
          <w:b w:val="0"/>
          <w:i w:val="0"/>
          <w:color w:val="000000"/>
          <w:sz w:val="24"/>
        </w:rPr>
        <w:t>В этом прегрешении есть много разновидностей. Бывает, что согрешают мыслью: человек размышляет о прегрешении, дурное влечение одолевает его, и у него самопроизвольно происходит истечение семени (</w:t>
      </w:r>
      <w:r>
        <w:rPr>
          <w:rFonts w:ascii="Georgia" w:hAnsi="Georgia"/>
          <w:b w:val="0"/>
          <w:i/>
          <w:color w:val="000000"/>
          <w:sz w:val="24"/>
        </w:rPr>
        <w:t>кери</w:t>
      </w:r>
      <w:r>
        <w:rPr>
          <w:rFonts w:ascii="Georgia" w:hAnsi="Georgia"/>
          <w:b w:val="0"/>
          <w:i w:val="0"/>
          <w:color w:val="000000"/>
          <w:sz w:val="24"/>
        </w:rPr>
        <w:t>), без какого-либо действия вовсе. Бывает тот, кто совершает действие рукой и вызывает истечение семени. Бывает тот, кто думает о женщине, совершает развратное действие рукой и вызывает истечение семени. Бывает тот, кто думает о мужчине и вызывает истечение семени. Бывает тот, кто действует с помощью слюны своего рта и вызывает истечение семени. А бывает, что при развратном действии закрывают головку венечной борозды кожей органа, натягивая ее вниз, и это называется «натягивающий крайнюю плоть».</w:t>
      </w:r>
    </w:p>
    <w:p>
      <w:pPr>
        <w:spacing w:before="40" w:after="120"/>
        <w:jc w:val="both"/>
      </w:pPr>
      <w:r>
        <w:rPr>
          <w:rFonts w:ascii="Georgia" w:hAnsi="Georgia"/>
          <w:b w:val="0"/>
          <w:i w:val="0"/>
          <w:color w:val="000000"/>
          <w:sz w:val="24"/>
        </w:rPr>
        <w:t>Исправление же для всего этого таково. Знай, что Аба ве-Има — это высшие мужское и женское начала наверху. И вот капля мужских вод (МАД) Абы — это одно [число] 42 (</w:t>
      </w:r>
      <w:r>
        <w:rPr>
          <w:rFonts w:ascii="Georgia" w:hAnsi="Georgia" w:cs="Times New Roman"/>
          <w:b/>
          <w:i w:val="0"/>
          <w:color w:val="000000"/>
          <w:sz w:val="24"/>
          <w:rtl/>
          <w:szCs w:val="32"/>
        </w:rPr>
        <w:t>מ״ב</w:t>
      </w:r>
      <w:r>
        <w:rPr>
          <w:rFonts w:ascii="Georgia" w:hAnsi="Georgia"/>
          <w:b w:val="0"/>
          <w:i w:val="0"/>
          <w:color w:val="000000"/>
          <w:sz w:val="24"/>
        </w:rPr>
        <w:t>): Имя из букв йод, хэй, вав (</w:t>
      </w:r>
      <w:r>
        <w:rPr>
          <w:rFonts w:ascii="Georgia" w:hAnsi="Georgia" w:cs="Times New Roman"/>
          <w:b/>
          <w:i w:val="0"/>
          <w:color w:val="000000"/>
          <w:sz w:val="24"/>
          <w:rtl/>
          <w:szCs w:val="32"/>
        </w:rPr>
        <w:t>יה״ו</w:t>
      </w:r>
      <w:r>
        <w:rPr>
          <w:rFonts w:ascii="Georgia" w:hAnsi="Georgia"/>
          <w:b w:val="0"/>
          <w:i w:val="0"/>
          <w:color w:val="000000"/>
          <w:sz w:val="24"/>
        </w:rPr>
        <w:t>) в наполнении буквами алеф, числовое значение которого — 39 (</w:t>
      </w:r>
      <w:r>
        <w:rPr>
          <w:rFonts w:ascii="Georgia" w:hAnsi="Georgia" w:cs="Times New Roman"/>
          <w:b/>
          <w:i w:val="0"/>
          <w:color w:val="000000"/>
          <w:sz w:val="24"/>
          <w:rtl/>
          <w:szCs w:val="32"/>
        </w:rPr>
        <w:t>ט״ל</w:t>
      </w:r>
      <w:r>
        <w:rPr>
          <w:rFonts w:ascii="Georgia" w:hAnsi="Georgia"/>
          <w:b w:val="0"/>
          <w:i w:val="0"/>
          <w:color w:val="000000"/>
          <w:sz w:val="24"/>
        </w:rPr>
        <w:t>), а вместе с тремя буквами [самого Имени] получается 42. А напротив нее есть капля женских вод (МАН) в Име, и это второе [число] 42; и эти два [числа] 42 составляют вместе 84 (</w:t>
      </w:r>
      <w:r>
        <w:rPr>
          <w:rFonts w:ascii="Georgia" w:hAnsi="Georgia" w:cs="Times New Roman"/>
          <w:b/>
          <w:i w:val="0"/>
          <w:color w:val="000000"/>
          <w:sz w:val="24"/>
          <w:rtl/>
          <w:szCs w:val="32"/>
        </w:rPr>
        <w:t>פ״ד</w:t>
      </w:r>
      <w:r>
        <w:rPr>
          <w:rFonts w:ascii="Georgia" w:hAnsi="Georgia"/>
          <w:b w:val="0"/>
          <w:i w:val="0"/>
          <w:color w:val="000000"/>
          <w:sz w:val="24"/>
        </w:rPr>
        <w:t>). И когда согрешают мыслью, как упомянуто выше, тем самым заставляют капли семени Аба ве-Има, число которых 84, изливаться на землю [в нечистоту]. Поэтому в исправление этого следует поститься 84 поста и направлять намерение (</w:t>
      </w:r>
      <w:r>
        <w:rPr>
          <w:rFonts w:ascii="Georgia" w:hAnsi="Georgia"/>
          <w:b w:val="0"/>
          <w:i/>
          <w:color w:val="000000"/>
          <w:sz w:val="24"/>
        </w:rPr>
        <w:t>кавана</w:t>
      </w:r>
      <w:r>
        <w:rPr>
          <w:rFonts w:ascii="Georgia" w:hAnsi="Georgia"/>
          <w:b w:val="0"/>
          <w:i w:val="0"/>
          <w:color w:val="000000"/>
          <w:sz w:val="24"/>
        </w:rPr>
        <w:t>) на то, что подобно тому, как своим прегрешением через мысль опустил вниз упомянутые два [числа] 42, теперь он намеревается поднять их на их место наверху.</w:t>
      </w:r>
    </w:p>
    <w:p>
      <w:pPr>
        <w:spacing w:before="40" w:after="120"/>
        <w:jc w:val="both"/>
      </w:pPr>
      <w:r>
        <w:rPr>
          <w:rFonts w:ascii="Georgia" w:hAnsi="Georgia"/>
          <w:b w:val="0"/>
          <w:i w:val="0"/>
          <w:color w:val="000000"/>
          <w:sz w:val="24"/>
        </w:rPr>
        <w:t>Если же он совершал действие рукой на деле или размышлял и думал о мужчине, ему нужно направить намерение на пять [светов] хасадим и пять [светов] гвурот, которые суть МАД и МАН; и направить намерение на трижды по 28 (</w:t>
      </w:r>
      <w:r>
        <w:rPr>
          <w:rFonts w:ascii="Georgia" w:hAnsi="Georgia" w:cs="Times New Roman"/>
          <w:b/>
          <w:i w:val="0"/>
          <w:color w:val="000000"/>
          <w:sz w:val="24"/>
          <w:rtl/>
          <w:szCs w:val="32"/>
        </w:rPr>
        <w:t>כ״ח</w:t>
      </w:r>
      <w:r>
        <w:rPr>
          <w:rFonts w:ascii="Georgia" w:hAnsi="Georgia"/>
          <w:b w:val="0"/>
          <w:i w:val="0"/>
          <w:color w:val="000000"/>
          <w:sz w:val="24"/>
        </w:rPr>
        <w:t>) букв двойного наполнения (милуй де-милуй), имеющихся в каждом Имени АВАЯ из этих трех — АВАЯ наполнения АБ, наполнения САГ и наполнения МА. А трижды по 28 — это 84.</w:t>
      </w:r>
    </w:p>
    <w:p>
      <w:pPr>
        <w:spacing w:before="40" w:after="120"/>
        <w:jc w:val="both"/>
      </w:pPr>
      <w:r>
        <w:rPr>
          <w:rFonts w:ascii="Georgia" w:hAnsi="Georgia"/>
          <w:b w:val="0"/>
          <w:i w:val="0"/>
          <w:color w:val="000000"/>
          <w:sz w:val="24"/>
        </w:rPr>
        <w:t>Если же, совершая действие рукой, он думал о женщине, то пусть направит намерение на Имя ЭЙЕ следующим образом: ведь в [произведении] ЭЙЕ на ЭЙЕ содержится 84 буквы; и пусть намеревается поднять их на их место. Причина в том, что аспект 28 [букв] Имени АВАЯ относится к мужскому началу, а аспект Имени ЭЙЕ — к женскому, как известно.</w:t>
      </w:r>
    </w:p>
    <w:p>
      <w:pPr>
        <w:spacing w:before="40" w:after="120"/>
        <w:jc w:val="both"/>
      </w:pPr>
      <w:r>
        <w:rPr>
          <w:rFonts w:ascii="Georgia" w:hAnsi="Georgia"/>
          <w:b w:val="0"/>
          <w:i w:val="0"/>
          <w:color w:val="000000"/>
          <w:sz w:val="24"/>
        </w:rPr>
        <w:t xml:space="preserve">Если же, предаваясь разврату, он натягивал крайнюю плоть и закрывал венечную борозду кожей, как упомянуто, пусть также направит намерение на Имя ЭЙЕ, но уже по их числовому значению: а именно пусть намеревается о том, что [произведение] ЭЙЕ на ЭЙЕ по гематрии равно слову </w:t>
      </w:r>
      <w:r>
        <w:rPr>
          <w:rFonts w:ascii="Georgia" w:hAnsi="Georgia"/>
          <w:b w:val="0"/>
          <w:i/>
          <w:color w:val="000000"/>
          <w:sz w:val="24"/>
        </w:rPr>
        <w:t>эмет</w:t>
      </w:r>
      <w:r>
        <w:rPr>
          <w:rFonts w:ascii="Georgia" w:hAnsi="Georgia"/>
          <w:b w:val="0"/>
          <w:i w:val="0"/>
          <w:color w:val="000000"/>
          <w:sz w:val="24"/>
        </w:rPr>
        <w:t xml:space="preserve"> — «истина» (</w:t>
      </w:r>
      <w:r>
        <w:rPr>
          <w:rFonts w:ascii="Georgia" w:hAnsi="Georgia" w:cs="Times New Roman"/>
          <w:b/>
          <w:i w:val="0"/>
          <w:color w:val="000000"/>
          <w:sz w:val="24"/>
          <w:rtl/>
          <w:szCs w:val="32"/>
        </w:rPr>
        <w:t>אֱמֶת</w:t>
      </w:r>
      <w:r>
        <w:rPr>
          <w:rFonts w:ascii="Georgia" w:hAnsi="Georgia"/>
          <w:b w:val="0"/>
          <w:i w:val="0"/>
          <w:color w:val="000000"/>
          <w:sz w:val="24"/>
        </w:rPr>
        <w:t xml:space="preserve"> = 441). И в этом тайна стиха: </w:t>
      </w:r>
      <w:r>
        <w:rPr>
          <w:rFonts w:ascii="Georgia" w:hAnsi="Georgia"/>
          <w:b w:val="0"/>
          <w:i/>
          <w:color w:val="000000"/>
          <w:sz w:val="24"/>
        </w:rPr>
        <w:t>«[Я насадил тебя благородной лозой,] целиком верным семенем»</w:t>
      </w:r>
      <w:r>
        <w:rPr>
          <w:rFonts w:ascii="Georgia" w:hAnsi="Georgia"/>
          <w:b w:val="0"/>
          <w:i w:val="0"/>
          <w:color w:val="000000"/>
          <w:sz w:val="24"/>
        </w:rPr>
        <w:t xml:space="preserve"> (Ирмеяу 2:21), а также тайна стиха: </w:t>
      </w:r>
      <w:r>
        <w:rPr>
          <w:rFonts w:ascii="Georgia" w:hAnsi="Georgia"/>
          <w:b w:val="0"/>
          <w:i/>
          <w:color w:val="000000"/>
          <w:sz w:val="24"/>
        </w:rPr>
        <w:t>«и повергла истину на землю»</w:t>
      </w:r>
      <w:r>
        <w:rPr>
          <w:rFonts w:ascii="Georgia" w:hAnsi="Georgia"/>
          <w:b w:val="0"/>
          <w:i w:val="0"/>
          <w:color w:val="000000"/>
          <w:sz w:val="24"/>
        </w:rPr>
        <w:t xml:space="preserve"> (Даниэль 8:12). И пусть в свои 84 поста он намеревается поднять содержащиеся в них 84 буквы.</w:t>
      </w:r>
    </w:p>
    <w:p>
      <w:pPr>
        <w:spacing w:before="40" w:after="120"/>
        <w:jc w:val="both"/>
      </w:pPr>
      <w:r>
        <w:rPr>
          <w:rFonts w:ascii="Georgia" w:hAnsi="Georgia"/>
          <w:b w:val="0"/>
          <w:i w:val="0"/>
          <w:color w:val="000000"/>
          <w:sz w:val="24"/>
        </w:rPr>
        <w:t>Если же при развратном действии он действовал рукой с помощью слюны изо рта, то повреждение происходит в тайне высшего соударения (зивуга) во рту, каковыми являются нёбо и горло — мужское и женское начала. И потому в своих 84 постах пусть намеревается поднять четыре гортанные буквы: алеф, хэт, хэй, айн (</w:t>
      </w:r>
      <w:r>
        <w:rPr>
          <w:rFonts w:ascii="Georgia" w:hAnsi="Georgia" w:cs="Times New Roman"/>
          <w:b/>
          <w:i w:val="0"/>
          <w:color w:val="000000"/>
          <w:sz w:val="24"/>
          <w:rtl/>
          <w:szCs w:val="32"/>
        </w:rPr>
        <w:t>אחה״ע</w:t>
      </w:r>
      <w:r>
        <w:rPr>
          <w:rFonts w:ascii="Georgia" w:hAnsi="Georgia"/>
          <w:b w:val="0"/>
          <w:i w:val="0"/>
          <w:color w:val="000000"/>
          <w:sz w:val="24"/>
        </w:rPr>
        <w:t xml:space="preserve"> = 84), числовое значение которых также равно 84; и они суть тайна МАН в горле, откуда слюна стекает в рот, ведь ими он согрешил.</w:t>
      </w:r>
    </w:p>
    <w:p>
      <w:pPr>
        <w:spacing w:before="40" w:after="120"/>
        <w:jc w:val="both"/>
      </w:pPr>
      <w:r>
        <w:rPr>
          <w:rFonts w:ascii="Georgia" w:hAnsi="Georgia"/>
          <w:b w:val="0"/>
          <w:i w:val="0"/>
          <w:color w:val="000000"/>
          <w:sz w:val="24"/>
        </w:rPr>
        <w:t>Таким образом, для всех видов упомянутых прегрешений число постов составляет 84, но намерения в них различаются, как разъяснено выше.</w:t>
      </w:r>
    </w:p>
    <w:p>
      <w:pPr>
        <w:spacing w:before="40" w:after="120"/>
        <w:jc w:val="both"/>
      </w:pPr>
      <w:r>
        <w:rPr>
          <w:rFonts w:ascii="Georgia" w:hAnsi="Georgia"/>
          <w:b w:val="0"/>
          <w:i w:val="0"/>
          <w:color w:val="000000"/>
          <w:sz w:val="24"/>
        </w:rPr>
        <w:t>В другом варианте текста относительно сказанного выше я нашел: если он действовал рукой и думал о мужчине, пусть направит намерение на пять хасадим и пять гвурот, на 28 букв и так далее. Здесь же я нашел [указание], что следует направить намерение на 28 букв двойного наполнения [Имен] АБ, САГ и МА, составляющих по гематрии 84, и намереваться низвести их к Нукве де-ЗА, в пребывающее в ней Имя АВАЯ наполнения БОН.</w:t>
      </w:r>
    </w:p>
    <w:p>
      <w:pPr>
        <w:spacing w:before="40" w:after="120"/>
        <w:jc w:val="both"/>
      </w:pPr>
      <w:r>
        <w:rPr>
          <w:rFonts w:ascii="Georgia" w:hAnsi="Georgia"/>
          <w:b w:val="0"/>
          <w:i w:val="0"/>
          <w:color w:val="000000"/>
          <w:sz w:val="24"/>
        </w:rPr>
        <w:t>И мне представляется верным согласовать обе версии так: направлять намерение следует следующим образом, поскольку в капле мужского начала, являющейся пятью хасадим, есть три аспекта — либо в тайне АБ, либо в тайне САГ, либо в тайне МА, и нужно намереваться низвести их в Имя АВАЯ наполнения БОН в Малхут, являющееся пребывающими в ней пятью гвурот.</w:t>
      </w:r>
    </w:p>
    <w:p>
      <w:pPr>
        <w:spacing w:before="40" w:after="120"/>
        <w:jc w:val="both"/>
      </w:pPr>
      <w:r>
        <w:rPr>
          <w:rFonts w:ascii="Georgia" w:hAnsi="Georgia"/>
          <w:b w:val="0"/>
          <w:i w:val="0"/>
          <w:color w:val="000000"/>
          <w:sz w:val="24"/>
        </w:rPr>
        <w:t xml:space="preserve">Также я нашел, что когда прегрешение совершено лишь в мысли, повреждение затрагивает Аба ве-Има. И потому следует намереваться низвести каплю 42 — мужские [воды] от Абы — и поднять капли, составляющие 84, от Имы. Если же прегрешение было в действии, то повреждение происходит в ЗОН, однако есть различие: если человек думал о мужчине, то грех затронул ЗА, и тогда следует направить намерение на трижды по 28, упомянутые выше; а если он думал о женщине, то повреждение нанесено его Нукве, и тогда следует направить намерение на слово </w:t>
      </w:r>
      <w:r>
        <w:rPr>
          <w:rFonts w:ascii="Georgia" w:hAnsi="Georgia"/>
          <w:b w:val="0"/>
          <w:i/>
          <w:color w:val="000000"/>
          <w:sz w:val="24"/>
        </w:rPr>
        <w:t>эмет</w:t>
      </w:r>
      <w:r>
        <w:rPr>
          <w:rFonts w:ascii="Georgia" w:hAnsi="Georgia"/>
          <w:b w:val="0"/>
          <w:i w:val="0"/>
          <w:color w:val="000000"/>
          <w:sz w:val="24"/>
        </w:rPr>
        <w:t xml:space="preserve"> (</w:t>
      </w:r>
      <w:r>
        <w:rPr>
          <w:rFonts w:ascii="Georgia" w:hAnsi="Georgia" w:cs="Times New Roman"/>
          <w:b/>
          <w:i w:val="0"/>
          <w:color w:val="000000"/>
          <w:sz w:val="24"/>
          <w:rtl/>
          <w:szCs w:val="32"/>
        </w:rPr>
        <w:t>אֱמֶת</w:t>
      </w:r>
      <w:r>
        <w:rPr>
          <w:rFonts w:ascii="Georgia" w:hAnsi="Georgia"/>
          <w:b w:val="0"/>
          <w:i w:val="0"/>
          <w:color w:val="000000"/>
          <w:sz w:val="24"/>
        </w:rPr>
        <w:t>), упомянутое выше, чтобы низвести его от ЗА, именуемого «истиной» (</w:t>
      </w:r>
      <w:r>
        <w:rPr>
          <w:rFonts w:ascii="Georgia" w:hAnsi="Georgia"/>
          <w:b w:val="0"/>
          <w:i/>
          <w:color w:val="000000"/>
          <w:sz w:val="24"/>
        </w:rPr>
        <w:t>эмет</w:t>
      </w:r>
      <w:r>
        <w:rPr>
          <w:rFonts w:ascii="Georgia" w:hAnsi="Georgia"/>
          <w:b w:val="0"/>
          <w:i w:val="0"/>
          <w:color w:val="000000"/>
          <w:sz w:val="24"/>
        </w:rPr>
        <w:t xml:space="preserve">), к его Нукве — и тогда [исполнится сказанное]: </w:t>
      </w:r>
      <w:r>
        <w:rPr>
          <w:rFonts w:ascii="Georgia" w:hAnsi="Georgia"/>
          <w:b w:val="0"/>
          <w:i/>
          <w:color w:val="000000"/>
          <w:sz w:val="24"/>
        </w:rPr>
        <w:t>«целиком верным семенем»</w:t>
      </w:r>
      <w:r>
        <w:rPr>
          <w:rFonts w:ascii="Georgia" w:hAnsi="Georgia"/>
          <w:b w:val="0"/>
          <w:i w:val="0"/>
          <w:color w:val="000000"/>
          <w:sz w:val="24"/>
        </w:rPr>
        <w:t xml:space="preserve"> (Ирмеяу 2:21).</w:t>
      </w:r>
    </w:p>
    <w:p>
      <w:pPr>
        <w:spacing w:before="40" w:after="120"/>
        <w:jc w:val="both"/>
      </w:pPr>
      <w:r>
        <w:rPr>
          <w:rFonts w:ascii="Georgia" w:hAnsi="Georgia"/>
          <w:b w:val="0"/>
          <w:i w:val="0"/>
          <w:color w:val="000000"/>
          <w:sz w:val="24"/>
        </w:rPr>
        <w:t>Говорит Шмуэль: таковы слова моего учителя [отца, рабби Хаима Виталя], благословенной памяти: упомянутые исправления великий раввин [АРИ], благословенна память его для жизни мира грядущего, дал некоему человеку в присутствии моего учителя, благословенной памяти, и заповедал ему всё упомянутое выше. А затем дал ему другое великое намерение, чтобы извлечь те капли [мне представляется, следует читать: из клипы и ввести их] в святость, как мы объясним с Б-жьей помощью.</w:t>
      </w:r>
    </w:p>
    <w:p>
      <w:pPr>
        <w:spacing w:before="40" w:after="120"/>
        <w:jc w:val="both"/>
      </w:pPr>
      <w:r>
        <w:rPr>
          <w:rFonts w:ascii="Georgia" w:hAnsi="Georgia"/>
          <w:b w:val="0"/>
          <w:i w:val="0"/>
          <w:color w:val="000000"/>
          <w:sz w:val="24"/>
        </w:rPr>
        <w:t xml:space="preserve">И вот слова [моего учителя]: затем мой учитель, благословенной памяти, сказал упомянутому человеку, что уже завершилось исправление греха истечения семени. Однако остались еще 90 искр душ [от] истечения семени, которые необходимо было исправить, извлечь из клипот и вернуть в святость. И он сказал ему, что когда тот произносит псалом </w:t>
      </w:r>
      <w:r>
        <w:rPr>
          <w:rFonts w:ascii="Georgia" w:hAnsi="Georgia"/>
          <w:b w:val="0"/>
          <w:i/>
          <w:color w:val="000000"/>
          <w:sz w:val="24"/>
        </w:rPr>
        <w:t>«Живущий под кровом Всевышнего...»</w:t>
      </w:r>
      <w:r>
        <w:rPr>
          <w:rFonts w:ascii="Georgia" w:hAnsi="Georgia"/>
          <w:b w:val="0"/>
          <w:i w:val="0"/>
          <w:color w:val="000000"/>
          <w:sz w:val="24"/>
        </w:rPr>
        <w:t xml:space="preserve"> (Теилим 91:1) во время отхода ко сну, как разъяснено у нас, пусть направит в трех словах </w:t>
      </w:r>
      <w:r>
        <w:rPr>
          <w:rFonts w:ascii="Georgia" w:hAnsi="Georgia"/>
          <w:b w:val="0"/>
          <w:i/>
          <w:color w:val="000000"/>
          <w:sz w:val="24"/>
        </w:rPr>
        <w:t>«к тебе не приблизится»</w:t>
      </w:r>
      <w:r>
        <w:rPr>
          <w:rFonts w:ascii="Georgia" w:hAnsi="Georgia"/>
          <w:b w:val="0"/>
          <w:i w:val="0"/>
          <w:color w:val="000000"/>
          <w:sz w:val="24"/>
        </w:rPr>
        <w:t xml:space="preserve"> (Теилим 91:7) [в оригинале: </w:t>
      </w:r>
      <w:r>
        <w:rPr>
          <w:rFonts w:ascii="Georgia" w:hAnsi="Georgia"/>
          <w:b w:val="0"/>
          <w:i/>
          <w:color w:val="000000"/>
          <w:sz w:val="24"/>
        </w:rPr>
        <w:t>элейха ло йигаш</w:t>
      </w:r>
      <w:r>
        <w:rPr>
          <w:rFonts w:ascii="Georgia" w:hAnsi="Georgia"/>
          <w:b w:val="0"/>
          <w:i w:val="0"/>
          <w:color w:val="000000"/>
          <w:sz w:val="24"/>
        </w:rPr>
        <w:t xml:space="preserve">, </w:t>
      </w:r>
      <w:r>
        <w:rPr>
          <w:rFonts w:ascii="Georgia" w:hAnsi="Georgia" w:cs="Times New Roman"/>
          <w:b/>
          <w:i w:val="0"/>
          <w:color w:val="000000"/>
          <w:sz w:val="24"/>
          <w:rtl/>
          <w:szCs w:val="32"/>
        </w:rPr>
        <w:t>אֵלֶיךָ לֹא יִגָּשׁ</w:t>
      </w:r>
      <w:r>
        <w:rPr>
          <w:rFonts w:ascii="Georgia" w:hAnsi="Georgia"/>
          <w:b w:val="0"/>
          <w:i w:val="0"/>
          <w:color w:val="000000"/>
          <w:sz w:val="24"/>
        </w:rPr>
        <w:t>] следующее намерение: ведь их конечные буквы — это [буквы шин, каф, алеф, составляющие] 321 (</w:t>
      </w:r>
      <w:r>
        <w:rPr>
          <w:rFonts w:ascii="Georgia" w:hAnsi="Georgia" w:cs="Times New Roman"/>
          <w:b/>
          <w:i w:val="0"/>
          <w:color w:val="000000"/>
          <w:sz w:val="24"/>
          <w:rtl/>
          <w:szCs w:val="32"/>
        </w:rPr>
        <w:t>שכ״א</w:t>
      </w:r>
      <w:r>
        <w:rPr>
          <w:rFonts w:ascii="Georgia" w:hAnsi="Georgia"/>
          <w:b w:val="0"/>
          <w:i w:val="0"/>
          <w:color w:val="000000"/>
          <w:sz w:val="24"/>
        </w:rPr>
        <w:t>), а буквы, предшествующие им [в этих словах], образуют сочетание букв йод, гимель, ламэд (</w:t>
      </w:r>
      <w:r>
        <w:rPr>
          <w:rFonts w:ascii="Georgia" w:hAnsi="Georgia" w:cs="Times New Roman"/>
          <w:b/>
          <w:i w:val="0"/>
          <w:color w:val="000000"/>
          <w:sz w:val="24"/>
          <w:rtl/>
          <w:szCs w:val="32"/>
        </w:rPr>
        <w:t>יג״ל</w:t>
      </w:r>
      <w:r>
        <w:rPr>
          <w:rFonts w:ascii="Georgia" w:hAnsi="Georgia"/>
          <w:b w:val="0"/>
          <w:i w:val="0"/>
          <w:color w:val="000000"/>
          <w:sz w:val="24"/>
        </w:rPr>
        <w:t xml:space="preserve">) — [часть] 42-буквенного Имени, как известно. И пусть намеревается о том, что Имя </w:t>
      </w:r>
      <w:r>
        <w:rPr>
          <w:rFonts w:ascii="Georgia" w:hAnsi="Georgia"/>
          <w:b w:val="0"/>
          <w:i/>
          <w:color w:val="000000"/>
          <w:sz w:val="24"/>
        </w:rPr>
        <w:t>Йегель Пазак</w:t>
      </w:r>
      <w:r>
        <w:rPr>
          <w:rFonts w:ascii="Georgia" w:hAnsi="Georgia"/>
          <w:b w:val="0"/>
          <w:i w:val="0"/>
          <w:color w:val="000000"/>
          <w:sz w:val="24"/>
        </w:rPr>
        <w:t xml:space="preserve"> (</w:t>
      </w:r>
      <w:r>
        <w:rPr>
          <w:rFonts w:ascii="Georgia" w:hAnsi="Georgia" w:cs="Times New Roman"/>
          <w:b/>
          <w:i w:val="0"/>
          <w:color w:val="000000"/>
          <w:sz w:val="24"/>
          <w:rtl/>
          <w:szCs w:val="32"/>
        </w:rPr>
        <w:t>יגל פזק</w:t>
      </w:r>
      <w:r>
        <w:rPr>
          <w:rFonts w:ascii="Georgia" w:hAnsi="Georgia"/>
          <w:b w:val="0"/>
          <w:i w:val="0"/>
          <w:color w:val="000000"/>
          <w:sz w:val="24"/>
        </w:rPr>
        <w:t>) пребывает в Есоде; и пусть намеревается поднять с помощью этого Имени 320 (</w:t>
      </w:r>
      <w:r>
        <w:rPr>
          <w:rFonts w:ascii="Georgia" w:hAnsi="Georgia" w:cs="Times New Roman"/>
          <w:b/>
          <w:i w:val="0"/>
          <w:color w:val="000000"/>
          <w:sz w:val="24"/>
          <w:rtl/>
          <w:szCs w:val="32"/>
        </w:rPr>
        <w:t>ש״ך</w:t>
      </w:r>
      <w:r>
        <w:rPr>
          <w:rFonts w:ascii="Georgia" w:hAnsi="Georgia"/>
          <w:b w:val="0"/>
          <w:i w:val="0"/>
          <w:color w:val="000000"/>
          <w:sz w:val="24"/>
        </w:rPr>
        <w:t xml:space="preserve">) известных искр, равных по числу слову </w:t>
      </w:r>
      <w:r>
        <w:rPr>
          <w:rFonts w:ascii="Georgia" w:hAnsi="Georgia"/>
          <w:b w:val="0"/>
          <w:i/>
          <w:color w:val="000000"/>
          <w:sz w:val="24"/>
        </w:rPr>
        <w:t>наар</w:t>
      </w:r>
      <w:r>
        <w:rPr>
          <w:rFonts w:ascii="Georgia" w:hAnsi="Georgia"/>
          <w:b w:val="0"/>
          <w:i w:val="0"/>
          <w:color w:val="000000"/>
          <w:sz w:val="24"/>
        </w:rPr>
        <w:t xml:space="preserve"> — «отрок» (</w:t>
      </w:r>
      <w:r>
        <w:rPr>
          <w:rFonts w:ascii="Georgia" w:hAnsi="Georgia" w:cs="Times New Roman"/>
          <w:b/>
          <w:i w:val="0"/>
          <w:color w:val="000000"/>
          <w:sz w:val="24"/>
          <w:rtl/>
          <w:szCs w:val="32"/>
        </w:rPr>
        <w:t>נַעַר</w:t>
      </w:r>
      <w:r>
        <w:rPr>
          <w:rFonts w:ascii="Georgia" w:hAnsi="Georgia"/>
          <w:b w:val="0"/>
          <w:i w:val="0"/>
          <w:color w:val="000000"/>
          <w:sz w:val="24"/>
        </w:rPr>
        <w:t xml:space="preserve"> = 320), являющихся тайной судов (диним), а вместе со всеобщностью (колель) составляющих 321 (</w:t>
      </w:r>
      <w:r>
        <w:rPr>
          <w:rFonts w:ascii="Georgia" w:hAnsi="Georgia" w:cs="Times New Roman"/>
          <w:b/>
          <w:i w:val="0"/>
          <w:color w:val="000000"/>
          <w:sz w:val="24"/>
          <w:rtl/>
          <w:szCs w:val="32"/>
        </w:rPr>
        <w:t>שכ״א</w:t>
      </w:r>
      <w:r>
        <w:rPr>
          <w:rFonts w:ascii="Georgia" w:hAnsi="Georgia"/>
          <w:b w:val="0"/>
          <w:i w:val="0"/>
          <w:color w:val="000000"/>
          <w:sz w:val="24"/>
        </w:rPr>
        <w:t>); и пусть намеревается поднять вместе с ними также искры [от] истечения семени.</w:t>
      </w:r>
    </w:p>
    <w:p>
      <w:pPr>
        <w:spacing w:before="40" w:after="120"/>
        <w:jc w:val="both"/>
      </w:pPr>
      <w:r>
        <w:rPr>
          <w:rFonts w:ascii="Georgia" w:hAnsi="Georgia"/>
          <w:b w:val="0"/>
          <w:i w:val="0"/>
          <w:color w:val="000000"/>
          <w:sz w:val="24"/>
        </w:rPr>
        <w:t>И всё это совершается с помощью упомянутого Имени (</w:t>
      </w:r>
      <w:r>
        <w:rPr>
          <w:rFonts w:ascii="Georgia" w:hAnsi="Georgia" w:cs="Times New Roman"/>
          <w:b/>
          <w:i w:val="0"/>
          <w:color w:val="000000"/>
          <w:sz w:val="24"/>
          <w:rtl/>
          <w:szCs w:val="32"/>
        </w:rPr>
        <w:t>יג״ל</w:t>
      </w:r>
      <w:r>
        <w:rPr>
          <w:rFonts w:ascii="Georgia" w:hAnsi="Georgia"/>
          <w:b w:val="0"/>
          <w:i w:val="0"/>
          <w:color w:val="000000"/>
          <w:sz w:val="24"/>
        </w:rPr>
        <w:t>), чтобы поднять их в высший Есод, и тогда Есод изольет их в Малхут, и они вновь обретут исправление, став в тайне мужского и женского начал, тогда как изначально были лишь в тайне мужского начала без женского.</w:t>
      </w:r>
    </w:p>
    <w:p>
      <w:pPr>
        <w:spacing w:before="40" w:after="120"/>
        <w:jc w:val="both"/>
      </w:pPr>
      <w:r>
        <w:rPr>
          <w:rFonts w:ascii="Georgia" w:hAnsi="Georgia"/>
          <w:b w:val="0"/>
          <w:i w:val="0"/>
          <w:color w:val="000000"/>
          <w:sz w:val="24"/>
        </w:rPr>
        <w:t>Затем пусть направит намерение на оставшиеся буквы: алеф и ламэд (</w:t>
      </w:r>
      <w:r>
        <w:rPr>
          <w:rFonts w:ascii="Georgia" w:hAnsi="Georgia" w:cs="Times New Roman"/>
          <w:b/>
          <w:i w:val="0"/>
          <w:color w:val="000000"/>
          <w:sz w:val="24"/>
          <w:rtl/>
          <w:szCs w:val="32"/>
        </w:rPr>
        <w:t>א״ל</w:t>
      </w:r>
      <w:r>
        <w:rPr>
          <w:rFonts w:ascii="Georgia" w:hAnsi="Georgia"/>
          <w:b w:val="0"/>
          <w:i w:val="0"/>
          <w:color w:val="000000"/>
          <w:sz w:val="24"/>
        </w:rPr>
        <w:t xml:space="preserve">) из слова </w:t>
      </w:r>
      <w:r>
        <w:rPr>
          <w:rFonts w:ascii="Georgia" w:hAnsi="Georgia"/>
          <w:b w:val="0"/>
          <w:i/>
          <w:color w:val="000000"/>
          <w:sz w:val="24"/>
        </w:rPr>
        <w:t>элейха</w:t>
      </w:r>
      <w:r>
        <w:rPr>
          <w:rFonts w:ascii="Georgia" w:hAnsi="Georgia"/>
          <w:b w:val="0"/>
          <w:i w:val="0"/>
          <w:color w:val="000000"/>
          <w:sz w:val="24"/>
        </w:rPr>
        <w:t xml:space="preserve"> (</w:t>
      </w:r>
      <w:r>
        <w:rPr>
          <w:rFonts w:ascii="Georgia" w:hAnsi="Georgia" w:cs="Times New Roman"/>
          <w:b/>
          <w:i w:val="0"/>
          <w:color w:val="000000"/>
          <w:sz w:val="24"/>
          <w:rtl/>
          <w:szCs w:val="32"/>
        </w:rPr>
        <w:t>אֵלֶיךָ</w:t>
      </w:r>
      <w:r>
        <w:rPr>
          <w:rFonts w:ascii="Georgia" w:hAnsi="Georgia"/>
          <w:b w:val="0"/>
          <w:i w:val="0"/>
          <w:color w:val="000000"/>
          <w:sz w:val="24"/>
        </w:rPr>
        <w:t>) и йод (</w:t>
      </w:r>
      <w:r>
        <w:rPr>
          <w:rFonts w:ascii="Georgia" w:hAnsi="Georgia" w:cs="Times New Roman"/>
          <w:b/>
          <w:i w:val="0"/>
          <w:color w:val="000000"/>
          <w:sz w:val="24"/>
          <w:rtl/>
          <w:szCs w:val="32"/>
        </w:rPr>
        <w:t>י</w:t>
      </w:r>
      <w:r>
        <w:rPr>
          <w:rFonts w:ascii="Georgia" w:hAnsi="Georgia"/>
          <w:b w:val="0"/>
          <w:i w:val="0"/>
          <w:color w:val="000000"/>
          <w:sz w:val="24"/>
        </w:rPr>
        <w:t xml:space="preserve">) из слова </w:t>
      </w:r>
      <w:r>
        <w:rPr>
          <w:rFonts w:ascii="Georgia" w:hAnsi="Georgia"/>
          <w:b w:val="0"/>
          <w:i/>
          <w:color w:val="000000"/>
          <w:sz w:val="24"/>
        </w:rPr>
        <w:t>йигаш</w:t>
      </w:r>
      <w:r>
        <w:rPr>
          <w:rFonts w:ascii="Georgia" w:hAnsi="Georgia"/>
          <w:b w:val="0"/>
          <w:i w:val="0"/>
          <w:color w:val="000000"/>
          <w:sz w:val="24"/>
        </w:rPr>
        <w:t xml:space="preserve"> (</w:t>
      </w:r>
      <w:r>
        <w:rPr>
          <w:rFonts w:ascii="Georgia" w:hAnsi="Georgia" w:cs="Times New Roman"/>
          <w:b/>
          <w:i w:val="0"/>
          <w:color w:val="000000"/>
          <w:sz w:val="24"/>
          <w:rtl/>
          <w:szCs w:val="32"/>
        </w:rPr>
        <w:t>יִגַּשׁ</w:t>
      </w:r>
      <w:r>
        <w:rPr>
          <w:rFonts w:ascii="Georgia" w:hAnsi="Georgia"/>
          <w:b w:val="0"/>
          <w:i w:val="0"/>
          <w:color w:val="000000"/>
          <w:sz w:val="24"/>
        </w:rPr>
        <w:t>), которые по гематрии равны 41 (</w:t>
      </w:r>
      <w:r>
        <w:rPr>
          <w:rFonts w:ascii="Georgia" w:hAnsi="Georgia" w:cs="Times New Roman"/>
          <w:b/>
          <w:i w:val="0"/>
          <w:color w:val="000000"/>
          <w:sz w:val="24"/>
          <w:rtl/>
          <w:szCs w:val="32"/>
        </w:rPr>
        <w:t>מ״א</w:t>
      </w:r>
      <w:r>
        <w:rPr>
          <w:rFonts w:ascii="Georgia" w:hAnsi="Georgia"/>
          <w:b w:val="0"/>
          <w:i w:val="0"/>
          <w:color w:val="000000"/>
          <w:sz w:val="24"/>
        </w:rPr>
        <w:t xml:space="preserve">); и пусть намеревается в них о 41 букве, имеющейся в Имени ЭЙЕ наполнения буквами йод в простом виде, в наполнении и в двойном наполнении. Затем пусть направит намерение на начальные буквы слов </w:t>
      </w:r>
      <w:r>
        <w:rPr>
          <w:rFonts w:ascii="Georgia" w:hAnsi="Georgia"/>
          <w:b w:val="0"/>
          <w:i/>
          <w:color w:val="000000"/>
          <w:sz w:val="24"/>
        </w:rPr>
        <w:t>элейха ло йигаш</w:t>
      </w:r>
      <w:r>
        <w:rPr>
          <w:rFonts w:ascii="Georgia" w:hAnsi="Georgia"/>
          <w:b w:val="0"/>
          <w:i w:val="0"/>
          <w:color w:val="000000"/>
          <w:sz w:val="24"/>
        </w:rPr>
        <w:t>, которые также образуют буквы алеф, ламэд, йод (</w:t>
      </w:r>
      <w:r>
        <w:rPr>
          <w:rFonts w:ascii="Georgia" w:hAnsi="Georgia" w:cs="Times New Roman"/>
          <w:b/>
          <w:i w:val="0"/>
          <w:color w:val="000000"/>
          <w:sz w:val="24"/>
          <w:rtl/>
          <w:szCs w:val="32"/>
        </w:rPr>
        <w:t>אל״י</w:t>
      </w:r>
      <w:r>
        <w:rPr>
          <w:rFonts w:ascii="Georgia" w:hAnsi="Georgia"/>
          <w:b w:val="0"/>
          <w:i w:val="0"/>
          <w:color w:val="000000"/>
          <w:sz w:val="24"/>
        </w:rPr>
        <w:t xml:space="preserve"> = 41), что соответствует 41 букве, имеющейся в Имени ЭЙЕ наполнения буквами алеф подобным же образом; и пусть намеревается поднять всё упомянутое выше силой этих двух упомянутых [Имен] ЭЙЕ, содержащих 41 букву и 41 букву.</w:t>
      </w:r>
    </w:p>
    <w:p>
      <w:pPr>
        <w:spacing w:before="40" w:after="120"/>
        <w:jc w:val="both"/>
      </w:pPr>
      <w:r>
        <w:rPr>
          <w:rFonts w:ascii="Georgia" w:hAnsi="Georgia"/>
          <w:b w:val="0"/>
          <w:i w:val="0"/>
          <w:color w:val="000000"/>
          <w:sz w:val="24"/>
        </w:rPr>
        <w:t>Говорит Шмуэль: мне представляется также верным соединить упомянутые два [числа] 41 с их двумя всеобщностями (колелим), и они снова составят 84, чтобы указать, что всё исправление совершается посредством 42 двойных соударений (зивугим), составляющих 84, — так мне представляется.</w:t>
      </w:r>
    </w:p>
    <w:p>
      <w:pPr>
        <w:spacing w:before="40" w:after="120"/>
        <w:jc w:val="both"/>
      </w:pPr>
      <w:r>
        <w:rPr>
          <w:rFonts w:ascii="Georgia" w:hAnsi="Georgia"/>
          <w:b w:val="0"/>
          <w:i w:val="0"/>
          <w:color w:val="000000"/>
          <w:sz w:val="24"/>
        </w:rPr>
        <w:t>Затем в другую ночь мой учитель, благословенна память его для жизни мира грядущего, сказал ему, что благодаря тому намерению уже удалились из клипот 12 искр и исправились, и осталось только 78 (</w:t>
      </w:r>
      <w:r>
        <w:rPr>
          <w:rFonts w:ascii="Georgia" w:hAnsi="Georgia" w:cs="Times New Roman"/>
          <w:b/>
          <w:i w:val="0"/>
          <w:color w:val="000000"/>
          <w:sz w:val="24"/>
          <w:rtl/>
          <w:szCs w:val="32"/>
        </w:rPr>
        <w:t>ע״ח</w:t>
      </w:r>
      <w:r>
        <w:rPr>
          <w:rFonts w:ascii="Georgia" w:hAnsi="Georgia"/>
          <w:b w:val="0"/>
          <w:i w:val="0"/>
          <w:color w:val="000000"/>
          <w:sz w:val="24"/>
        </w:rPr>
        <w:t xml:space="preserve">) искр. Однако для извлечения этих 78 искр из клипот требуется великий труд, и причина в том, что они представляют собой уровни нешама де-нешама (душа души), нешама, руах и нефеш всех тех искр душ, которые вышли из него через истечение семени. И они являются аспектом трех Имен АВАЯ, числовое значение которых равно 78 — по числу слова </w:t>
      </w:r>
      <w:r>
        <w:rPr>
          <w:rFonts w:ascii="Georgia" w:hAnsi="Georgia"/>
          <w:b w:val="0"/>
          <w:i/>
          <w:color w:val="000000"/>
          <w:sz w:val="24"/>
        </w:rPr>
        <w:t>мазла</w:t>
      </w:r>
      <w:r>
        <w:rPr>
          <w:rFonts w:ascii="Georgia" w:hAnsi="Georgia"/>
          <w:b w:val="0"/>
          <w:i w:val="0"/>
          <w:color w:val="000000"/>
          <w:sz w:val="24"/>
        </w:rPr>
        <w:t xml:space="preserve"> (</w:t>
      </w:r>
      <w:r>
        <w:rPr>
          <w:rFonts w:ascii="Georgia" w:hAnsi="Georgia" w:cs="Times New Roman"/>
          <w:b/>
          <w:i w:val="0"/>
          <w:color w:val="000000"/>
          <w:sz w:val="24"/>
          <w:rtl/>
          <w:szCs w:val="32"/>
        </w:rPr>
        <w:t>מַזְלָא</w:t>
      </w:r>
      <w:r>
        <w:rPr>
          <w:rFonts w:ascii="Georgia" w:hAnsi="Georgia"/>
          <w:b w:val="0"/>
          <w:i w:val="0"/>
          <w:color w:val="000000"/>
          <w:sz w:val="24"/>
        </w:rPr>
        <w:t xml:space="preserve"> = 78), поскольку они представляют собой упомянутые уровни, как разъяснено у нас выше в единении (</w:t>
      </w:r>
      <w:r>
        <w:rPr>
          <w:rFonts w:ascii="Georgia" w:hAnsi="Georgia"/>
          <w:b w:val="0"/>
          <w:i/>
          <w:color w:val="000000"/>
          <w:sz w:val="24"/>
        </w:rPr>
        <w:t>ихуд</w:t>
      </w:r>
      <w:r>
        <w:rPr>
          <w:rFonts w:ascii="Georgia" w:hAnsi="Georgia"/>
          <w:b w:val="0"/>
          <w:i w:val="0"/>
          <w:color w:val="000000"/>
          <w:sz w:val="24"/>
        </w:rPr>
        <w:t>) Имени ШАДАЙ, см. там.</w:t>
      </w:r>
    </w:p>
    <w:p>
      <w:pPr>
        <w:spacing w:before="40" w:after="120"/>
        <w:jc w:val="both"/>
      </w:pPr>
      <w:r>
        <w:rPr>
          <w:rFonts w:ascii="Georgia" w:hAnsi="Georgia"/>
          <w:b w:val="0"/>
          <w:i w:val="0"/>
          <w:color w:val="000000"/>
          <w:sz w:val="24"/>
        </w:rPr>
        <w:t xml:space="preserve">И он сказал ему, чтобы перед сном, произнося слова: </w:t>
      </w:r>
      <w:r>
        <w:rPr>
          <w:rFonts w:ascii="Georgia" w:hAnsi="Georgia"/>
          <w:b w:val="0"/>
          <w:i/>
          <w:color w:val="000000"/>
          <w:sz w:val="24"/>
        </w:rPr>
        <w:t>«тысяча, и тьма одесную тебя»</w:t>
      </w:r>
      <w:r>
        <w:rPr>
          <w:rFonts w:ascii="Georgia" w:hAnsi="Georgia"/>
          <w:b w:val="0"/>
          <w:i w:val="0"/>
          <w:color w:val="000000"/>
          <w:sz w:val="24"/>
        </w:rPr>
        <w:t xml:space="preserve"> (Теилим 91:7) [в оригинале: </w:t>
      </w:r>
      <w:r>
        <w:rPr>
          <w:rFonts w:ascii="Georgia" w:hAnsi="Georgia"/>
          <w:b w:val="0"/>
          <w:i/>
          <w:color w:val="000000"/>
          <w:sz w:val="24"/>
        </w:rPr>
        <w:t>элеф у-рвава ми-йминеха</w:t>
      </w:r>
      <w:r>
        <w:rPr>
          <w:rFonts w:ascii="Georgia" w:hAnsi="Georgia"/>
          <w:b w:val="0"/>
          <w:i w:val="0"/>
          <w:color w:val="000000"/>
          <w:sz w:val="24"/>
        </w:rPr>
        <w:t>], он направил в этих трех словах следующее намерение: а именно начальные буквы этих трех слов составляют 47 (</w:t>
      </w:r>
      <w:r>
        <w:rPr>
          <w:rFonts w:ascii="Georgia" w:hAnsi="Georgia" w:cs="Times New Roman"/>
          <w:b/>
          <w:i w:val="0"/>
          <w:color w:val="000000"/>
          <w:sz w:val="24"/>
          <w:rtl/>
          <w:szCs w:val="32"/>
        </w:rPr>
        <w:t>מ״ז</w:t>
      </w:r>
      <w:r>
        <w:rPr>
          <w:rFonts w:ascii="Georgia" w:hAnsi="Georgia"/>
          <w:b w:val="0"/>
          <w:i w:val="0"/>
          <w:color w:val="000000"/>
          <w:sz w:val="24"/>
        </w:rPr>
        <w:t>), что соответствует [сумме] Имени АВАЯ и Имени ЭЙЕ. И пусть намеревается соединить их в соударении (зивуге), и силой этого соударения ты сможешь подчинить клипот, удерживающие упомянутые 78 искр, и поднять их оттуда.</w:t>
      </w:r>
    </w:p>
    <w:p>
      <w:pPr>
        <w:spacing w:before="40" w:after="120"/>
        <w:jc w:val="both"/>
      </w:pPr>
      <w:r>
        <w:rPr>
          <w:rFonts w:ascii="Georgia" w:hAnsi="Georgia"/>
          <w:b w:val="0"/>
          <w:i w:val="0"/>
          <w:color w:val="000000"/>
          <w:sz w:val="24"/>
        </w:rPr>
        <w:t>Затем пусть направит намерение на конечные буквы упомянутых трех слов, гематрия которых равна 105 (</w:t>
      </w:r>
      <w:r>
        <w:rPr>
          <w:rFonts w:ascii="Georgia" w:hAnsi="Georgia" w:cs="Times New Roman"/>
          <w:b/>
          <w:i w:val="0"/>
          <w:color w:val="000000"/>
          <w:sz w:val="24"/>
          <w:rtl/>
          <w:szCs w:val="32"/>
        </w:rPr>
        <w:t>ק״ה</w:t>
      </w:r>
      <w:r>
        <w:rPr>
          <w:rFonts w:ascii="Georgia" w:hAnsi="Georgia"/>
          <w:b w:val="0"/>
          <w:i w:val="0"/>
          <w:color w:val="000000"/>
          <w:sz w:val="24"/>
        </w:rPr>
        <w:t>), что составляет семь раз по ЙА (</w:t>
      </w:r>
      <w:r>
        <w:rPr>
          <w:rFonts w:ascii="Georgia" w:hAnsi="Georgia" w:cs="Times New Roman"/>
          <w:b/>
          <w:i w:val="0"/>
          <w:color w:val="000000"/>
          <w:sz w:val="24"/>
          <w:rtl/>
          <w:szCs w:val="32"/>
        </w:rPr>
        <w:t>י״ה</w:t>
      </w:r>
      <w:r>
        <w:rPr>
          <w:rFonts w:ascii="Georgia" w:hAnsi="Georgia"/>
          <w:b w:val="0"/>
          <w:i w:val="0"/>
          <w:color w:val="000000"/>
          <w:sz w:val="24"/>
        </w:rPr>
        <w:t xml:space="preserve"> = 15), имеющихся в этих двух Именах следующим... ...образом: в Имени АВАЯ содержится три раза ЙА (</w:t>
      </w:r>
      <w:r>
        <w:rPr>
          <w:rFonts w:ascii="Georgia" w:hAnsi="Georgia" w:cs="Times New Roman"/>
          <w:b/>
          <w:i w:val="0"/>
          <w:color w:val="000000"/>
          <w:sz w:val="24"/>
          <w:rtl/>
          <w:szCs w:val="32"/>
        </w:rPr>
        <w:t>י״ה</w:t>
      </w:r>
      <w:r>
        <w:rPr>
          <w:rFonts w:ascii="Georgia" w:hAnsi="Georgia"/>
          <w:b w:val="0"/>
          <w:i w:val="0"/>
          <w:color w:val="000000"/>
          <w:sz w:val="24"/>
        </w:rPr>
        <w:t>), а именно: первые две буквы — это ЙА; затем буква йод в ее наполнении дает второе ЙА; а вторая [буква] хэй в ее наполнении дает третье ЙА.</w:t>
      </w:r>
    </w:p>
    <w:p>
      <w:pPr>
        <w:spacing w:before="40" w:after="120"/>
        <w:jc w:val="both"/>
      </w:pPr>
      <w:r>
        <w:rPr>
          <w:rFonts w:ascii="Georgia" w:hAnsi="Georgia"/>
          <w:b w:val="0"/>
          <w:i w:val="0"/>
          <w:color w:val="000000"/>
          <w:sz w:val="24"/>
        </w:rPr>
        <w:t>И в Имени ЭЙЕ также есть четыре раза ЙА следующим образом: первая [буква] хэй в ее наполнении и вторая [буква] хэй в ее наполнении — вот два раза ЙА; кроме того, если соединить букву йод Имени ЭЙЕ с первой буквой хэй, получится ЙА, а если снова соединить ее с последней буквой хэй, получатся еще два раза ЙА; итого четыре раза ЙА в ЭЙЕ и три в АВАЯ — вот семь раз по ЙА, что составляет 105.</w:t>
      </w:r>
    </w:p>
    <w:p>
      <w:pPr>
        <w:spacing w:before="40" w:after="120"/>
        <w:jc w:val="both"/>
      </w:pPr>
      <w:r>
        <w:rPr>
          <w:rFonts w:ascii="Georgia" w:hAnsi="Georgia"/>
          <w:b w:val="0"/>
          <w:i w:val="0"/>
          <w:color w:val="000000"/>
          <w:sz w:val="24"/>
        </w:rPr>
        <w:t xml:space="preserve">Однако в Имени АВАЯ содержащаяся в нем буква йод может соединяться только с первой буквой хэй, но не со второй хэй, поскольку между ними разделяет буква вав. Затем пусть намеревается о том, что эти семь раз по ЙА равны по гематрии слову </w:t>
      </w:r>
      <w:r>
        <w:rPr>
          <w:rFonts w:ascii="Georgia" w:hAnsi="Georgia"/>
          <w:b w:val="0"/>
          <w:i/>
          <w:color w:val="000000"/>
          <w:sz w:val="24"/>
        </w:rPr>
        <w:t>але</w:t>
      </w:r>
      <w:r>
        <w:rPr>
          <w:rFonts w:ascii="Georgia" w:hAnsi="Georgia"/>
          <w:b w:val="0"/>
          <w:i w:val="0"/>
          <w:color w:val="000000"/>
          <w:sz w:val="24"/>
        </w:rPr>
        <w:t xml:space="preserve"> — «лист» (</w:t>
      </w:r>
      <w:r>
        <w:rPr>
          <w:rFonts w:ascii="Georgia" w:hAnsi="Georgia" w:cs="Times New Roman"/>
          <w:b/>
          <w:i w:val="0"/>
          <w:color w:val="000000"/>
          <w:sz w:val="24"/>
          <w:rtl/>
          <w:szCs w:val="32"/>
        </w:rPr>
        <w:t>עָלֶה</w:t>
      </w:r>
      <w:r>
        <w:rPr>
          <w:rFonts w:ascii="Georgia" w:hAnsi="Georgia"/>
          <w:b w:val="0"/>
          <w:i w:val="0"/>
          <w:color w:val="000000"/>
          <w:sz w:val="24"/>
        </w:rPr>
        <w:t xml:space="preserve"> = 105); и также направь намерение на буквы, предшествующие конечным буквам [в стихе]: это буквы ламэд, бэт, нун (</w:t>
      </w:r>
      <w:r>
        <w:rPr>
          <w:rFonts w:ascii="Georgia" w:hAnsi="Georgia" w:cs="Times New Roman"/>
          <w:b/>
          <w:i w:val="0"/>
          <w:color w:val="000000"/>
          <w:sz w:val="24"/>
          <w:rtl/>
          <w:szCs w:val="32"/>
        </w:rPr>
        <w:t>לב״ן</w:t>
      </w:r>
      <w:r>
        <w:rPr>
          <w:rFonts w:ascii="Georgia" w:hAnsi="Georgia"/>
          <w:b w:val="0"/>
          <w:i w:val="0"/>
          <w:color w:val="000000"/>
          <w:sz w:val="24"/>
        </w:rPr>
        <w:t>), являющиеся тайной клипот, называемых Лаван (</w:t>
      </w:r>
      <w:r>
        <w:rPr>
          <w:rFonts w:ascii="Georgia" w:hAnsi="Georgia" w:cs="Times New Roman"/>
          <w:b/>
          <w:i w:val="0"/>
          <w:color w:val="000000"/>
          <w:sz w:val="24"/>
          <w:rtl/>
          <w:szCs w:val="32"/>
        </w:rPr>
        <w:t>לָבָן</w:t>
      </w:r>
      <w:r>
        <w:rPr>
          <w:rFonts w:ascii="Georgia" w:hAnsi="Georgia"/>
          <w:b w:val="0"/>
          <w:i w:val="0"/>
          <w:color w:val="000000"/>
          <w:sz w:val="24"/>
        </w:rPr>
        <w:t>) и Наваль (</w:t>
      </w:r>
      <w:r>
        <w:rPr>
          <w:rFonts w:ascii="Georgia" w:hAnsi="Georgia" w:cs="Times New Roman"/>
          <w:b/>
          <w:i w:val="0"/>
          <w:color w:val="000000"/>
          <w:sz w:val="24"/>
          <w:rtl/>
          <w:szCs w:val="32"/>
        </w:rPr>
        <w:t>נָבָל</w:t>
      </w:r>
      <w:r>
        <w:rPr>
          <w:rFonts w:ascii="Georgia" w:hAnsi="Georgia"/>
          <w:b w:val="0"/>
          <w:i w:val="0"/>
          <w:color w:val="000000"/>
          <w:sz w:val="24"/>
        </w:rPr>
        <w:t>). И пусть намеревается о том, чтобы упомянутый лист теперь увял (</w:t>
      </w:r>
      <w:r>
        <w:rPr>
          <w:rFonts w:ascii="Georgia" w:hAnsi="Georgia"/>
          <w:b w:val="0"/>
          <w:i/>
          <w:color w:val="000000"/>
          <w:sz w:val="24"/>
        </w:rPr>
        <w:t>новель</w:t>
      </w:r>
      <w:r>
        <w:rPr>
          <w:rFonts w:ascii="Georgia" w:hAnsi="Georgia"/>
          <w:b w:val="0"/>
          <w:i w:val="0"/>
          <w:color w:val="000000"/>
          <w:sz w:val="24"/>
        </w:rPr>
        <w:t>), и отделятся эти души, привязанные к древу нечистоты, и станут оттуда увядшим листом (</w:t>
      </w:r>
      <w:r>
        <w:rPr>
          <w:rFonts w:ascii="Georgia" w:hAnsi="Georgia"/>
          <w:b w:val="0"/>
          <w:i/>
          <w:color w:val="000000"/>
          <w:sz w:val="24"/>
        </w:rPr>
        <w:t>але новель</w:t>
      </w:r>
      <w:r>
        <w:rPr>
          <w:rFonts w:ascii="Georgia" w:hAnsi="Georgia"/>
          <w:b w:val="0"/>
          <w:i w:val="0"/>
          <w:color w:val="000000"/>
          <w:sz w:val="24"/>
        </w:rPr>
        <w:t>). И это происходит силой Имени АВАЯ наполнения буквами йод, гематрия которого равна 72 (</w:t>
      </w:r>
      <w:r>
        <w:rPr>
          <w:rFonts w:ascii="Georgia" w:hAnsi="Georgia" w:cs="Times New Roman"/>
          <w:b/>
          <w:i w:val="0"/>
          <w:color w:val="000000"/>
          <w:sz w:val="24"/>
          <w:rtl/>
          <w:szCs w:val="32"/>
        </w:rPr>
        <w:t>ע״ב</w:t>
      </w:r>
      <w:r>
        <w:rPr>
          <w:rFonts w:ascii="Georgia" w:hAnsi="Georgia"/>
          <w:b w:val="0"/>
          <w:i w:val="0"/>
          <w:color w:val="000000"/>
          <w:sz w:val="24"/>
        </w:rPr>
        <w:t>), а с его десятью буквами составляет 82 (</w:t>
      </w:r>
      <w:r>
        <w:rPr>
          <w:rFonts w:ascii="Georgia" w:hAnsi="Georgia" w:cs="Times New Roman"/>
          <w:b/>
          <w:i w:val="0"/>
          <w:color w:val="000000"/>
          <w:sz w:val="24"/>
          <w:rtl/>
          <w:szCs w:val="32"/>
        </w:rPr>
        <w:t>פ״ב</w:t>
      </w:r>
      <w:r>
        <w:rPr>
          <w:rFonts w:ascii="Georgia" w:hAnsi="Georgia"/>
          <w:b w:val="0"/>
          <w:i w:val="0"/>
          <w:color w:val="000000"/>
          <w:sz w:val="24"/>
        </w:rPr>
        <w:t xml:space="preserve">), по числу слова </w:t>
      </w:r>
      <w:r>
        <w:rPr>
          <w:rFonts w:ascii="Georgia" w:hAnsi="Georgia"/>
          <w:b w:val="0"/>
          <w:i/>
          <w:color w:val="000000"/>
          <w:sz w:val="24"/>
        </w:rPr>
        <w:t>наваль</w:t>
      </w:r>
      <w:r>
        <w:rPr>
          <w:rFonts w:ascii="Georgia" w:hAnsi="Georgia"/>
          <w:b w:val="0"/>
          <w:i w:val="0"/>
          <w:color w:val="000000"/>
          <w:sz w:val="24"/>
        </w:rPr>
        <w:t xml:space="preserve"> (</w:t>
      </w:r>
      <w:r>
        <w:rPr>
          <w:rFonts w:ascii="Georgia" w:hAnsi="Georgia" w:cs="Times New Roman"/>
          <w:b/>
          <w:i w:val="0"/>
          <w:color w:val="000000"/>
          <w:sz w:val="24"/>
          <w:rtl/>
          <w:szCs w:val="32"/>
        </w:rPr>
        <w:t>נָבָל</w:t>
      </w:r>
      <w:r>
        <w:rPr>
          <w:rFonts w:ascii="Georgia" w:hAnsi="Georgia"/>
          <w:b w:val="0"/>
          <w:i w:val="0"/>
          <w:color w:val="000000"/>
          <w:sz w:val="24"/>
        </w:rPr>
        <w:t xml:space="preserve"> = 82); и это также дважды </w:t>
      </w:r>
      <w:r>
        <w:rPr>
          <w:rFonts w:ascii="Georgia" w:hAnsi="Georgia"/>
          <w:b w:val="0"/>
          <w:i/>
          <w:color w:val="000000"/>
          <w:sz w:val="24"/>
        </w:rPr>
        <w:t>Эли, Эли</w:t>
      </w:r>
      <w:r>
        <w:rPr>
          <w:rFonts w:ascii="Georgia" w:hAnsi="Georgia"/>
          <w:b w:val="0"/>
          <w:i w:val="0"/>
          <w:color w:val="000000"/>
          <w:sz w:val="24"/>
        </w:rPr>
        <w:t xml:space="preserve"> (</w:t>
      </w:r>
      <w:r>
        <w:rPr>
          <w:rFonts w:ascii="Georgia" w:hAnsi="Georgia" w:cs="Times New Roman"/>
          <w:b/>
          <w:i w:val="0"/>
          <w:color w:val="000000"/>
          <w:sz w:val="24"/>
          <w:rtl/>
          <w:szCs w:val="32"/>
        </w:rPr>
        <w:t>אל״י אל״י</w:t>
      </w:r>
      <w:r>
        <w:rPr>
          <w:rFonts w:ascii="Georgia" w:hAnsi="Georgia"/>
          <w:b w:val="0"/>
          <w:i w:val="0"/>
          <w:color w:val="000000"/>
          <w:sz w:val="24"/>
        </w:rPr>
        <w:t xml:space="preserve"> = 41 + 41 = 82), что мы объяснили выше в буквах </w:t>
      </w:r>
      <w:r>
        <w:rPr>
          <w:rFonts w:ascii="Georgia" w:hAnsi="Georgia"/>
          <w:b w:val="0"/>
          <w:i/>
          <w:color w:val="000000"/>
          <w:sz w:val="24"/>
        </w:rPr>
        <w:t>элейха ло йигаш</w:t>
      </w:r>
      <w:r>
        <w:rPr>
          <w:rFonts w:ascii="Georgia" w:hAnsi="Georgia"/>
          <w:b w:val="0"/>
          <w:i w:val="0"/>
          <w:color w:val="000000"/>
          <w:sz w:val="24"/>
        </w:rPr>
        <w:t>, и благодаря этому они станут увядшим листом.</w:t>
      </w:r>
    </w:p>
    <w:p>
      <w:pPr>
        <w:spacing w:before="40" w:after="120"/>
        <w:jc w:val="both"/>
      </w:pPr>
      <w:r>
        <w:rPr>
          <w:rFonts w:ascii="Georgia" w:hAnsi="Georgia"/>
          <w:b w:val="0"/>
          <w:i w:val="0"/>
          <w:color w:val="000000"/>
          <w:sz w:val="24"/>
        </w:rPr>
        <w:t>Затем направь намерение на оставшиеся буквы: рэйш и бэт (</w:t>
      </w:r>
      <w:r>
        <w:rPr>
          <w:rFonts w:ascii="Georgia" w:hAnsi="Georgia" w:cs="Times New Roman"/>
          <w:b/>
          <w:i w:val="0"/>
          <w:color w:val="000000"/>
          <w:sz w:val="24"/>
          <w:rtl/>
          <w:szCs w:val="32"/>
        </w:rPr>
        <w:t>ר״ב</w:t>
      </w:r>
      <w:r>
        <w:rPr>
          <w:rFonts w:ascii="Georgia" w:hAnsi="Georgia"/>
          <w:b w:val="0"/>
          <w:i w:val="0"/>
          <w:color w:val="000000"/>
          <w:sz w:val="24"/>
        </w:rPr>
        <w:t xml:space="preserve">) из слова </w:t>
      </w:r>
      <w:r>
        <w:rPr>
          <w:rFonts w:ascii="Georgia" w:hAnsi="Georgia"/>
          <w:b w:val="0"/>
          <w:i/>
          <w:color w:val="000000"/>
          <w:sz w:val="24"/>
        </w:rPr>
        <w:t>у-рвава</w:t>
      </w:r>
      <w:r>
        <w:rPr>
          <w:rFonts w:ascii="Georgia" w:hAnsi="Georgia"/>
          <w:b w:val="0"/>
          <w:i w:val="0"/>
          <w:color w:val="000000"/>
          <w:sz w:val="24"/>
        </w:rPr>
        <w:t xml:space="preserve"> (</w:t>
      </w:r>
      <w:r>
        <w:rPr>
          <w:rFonts w:ascii="Georgia" w:hAnsi="Georgia" w:cs="Times New Roman"/>
          <w:b/>
          <w:i w:val="0"/>
          <w:color w:val="000000"/>
          <w:sz w:val="24"/>
          <w:rtl/>
          <w:szCs w:val="32"/>
        </w:rPr>
        <w:t>וּרְבָבָה</w:t>
      </w:r>
      <w:r>
        <w:rPr>
          <w:rFonts w:ascii="Georgia" w:hAnsi="Georgia"/>
          <w:b w:val="0"/>
          <w:i w:val="0"/>
          <w:color w:val="000000"/>
          <w:sz w:val="24"/>
        </w:rPr>
        <w:t>) и йод, мэм, йод (</w:t>
      </w:r>
      <w:r>
        <w:rPr>
          <w:rFonts w:ascii="Georgia" w:hAnsi="Georgia" w:cs="Times New Roman"/>
          <w:b/>
          <w:i w:val="0"/>
          <w:color w:val="000000"/>
          <w:sz w:val="24"/>
          <w:rtl/>
          <w:szCs w:val="32"/>
        </w:rPr>
        <w:t>ימ״י</w:t>
      </w:r>
      <w:r>
        <w:rPr>
          <w:rFonts w:ascii="Georgia" w:hAnsi="Georgia"/>
          <w:b w:val="0"/>
          <w:i w:val="0"/>
          <w:color w:val="000000"/>
          <w:sz w:val="24"/>
        </w:rPr>
        <w:t xml:space="preserve">) из слова </w:t>
      </w:r>
      <w:r>
        <w:rPr>
          <w:rFonts w:ascii="Georgia" w:hAnsi="Georgia"/>
          <w:b w:val="0"/>
          <w:i/>
          <w:color w:val="000000"/>
          <w:sz w:val="24"/>
        </w:rPr>
        <w:t>ми-йминеха</w:t>
      </w:r>
      <w:r>
        <w:rPr>
          <w:rFonts w:ascii="Georgia" w:hAnsi="Georgia"/>
          <w:b w:val="0"/>
          <w:i w:val="0"/>
          <w:color w:val="000000"/>
          <w:sz w:val="24"/>
        </w:rPr>
        <w:t xml:space="preserve">, гематрия которых составляет [число слова] </w:t>
      </w:r>
      <w:r>
        <w:rPr>
          <w:rFonts w:ascii="Georgia" w:hAnsi="Georgia"/>
          <w:b w:val="0"/>
          <w:i/>
          <w:color w:val="000000"/>
          <w:sz w:val="24"/>
        </w:rPr>
        <w:t>босер</w:t>
      </w:r>
      <w:r>
        <w:rPr>
          <w:rFonts w:ascii="Georgia" w:hAnsi="Georgia"/>
          <w:b w:val="0"/>
          <w:i w:val="0"/>
          <w:color w:val="000000"/>
          <w:sz w:val="24"/>
        </w:rPr>
        <w:t xml:space="preserve"> — «незрелый виноград» (</w:t>
      </w:r>
      <w:r>
        <w:rPr>
          <w:rFonts w:ascii="Georgia" w:hAnsi="Georgia" w:cs="Times New Roman"/>
          <w:b/>
          <w:i w:val="0"/>
          <w:color w:val="000000"/>
          <w:sz w:val="24"/>
          <w:rtl/>
          <w:szCs w:val="32"/>
        </w:rPr>
        <w:t>בֹּסֶר</w:t>
      </w:r>
      <w:r>
        <w:rPr>
          <w:rFonts w:ascii="Georgia" w:hAnsi="Georgia"/>
          <w:b w:val="0"/>
          <w:i w:val="0"/>
          <w:color w:val="000000"/>
          <w:sz w:val="24"/>
        </w:rPr>
        <w:t xml:space="preserve"> = 262); и пусть намеревается соединить их в святости и ввести их туда, и намеревается, что теперь они начинают пребывать в святости в качестве незрелого винограда (</w:t>
      </w:r>
      <w:r>
        <w:rPr>
          <w:rFonts w:ascii="Georgia" w:hAnsi="Georgia"/>
          <w:b w:val="0"/>
          <w:i/>
          <w:color w:val="000000"/>
          <w:sz w:val="24"/>
        </w:rPr>
        <w:t>босер</w:t>
      </w:r>
      <w:r>
        <w:rPr>
          <w:rFonts w:ascii="Georgia" w:hAnsi="Georgia"/>
          <w:b w:val="0"/>
          <w:i w:val="0"/>
          <w:color w:val="000000"/>
          <w:sz w:val="24"/>
        </w:rPr>
        <w:t>), а затем исправятся до состояния спелого винограда (</w:t>
      </w:r>
      <w:r>
        <w:rPr>
          <w:rFonts w:ascii="Georgia" w:hAnsi="Georgia"/>
          <w:b w:val="0"/>
          <w:i/>
          <w:color w:val="000000"/>
          <w:sz w:val="24"/>
        </w:rPr>
        <w:t>анавим</w:t>
      </w:r>
      <w:r>
        <w:rPr>
          <w:rFonts w:ascii="Georgia" w:hAnsi="Georgia"/>
          <w:b w:val="0"/>
          <w:i w:val="0"/>
          <w:color w:val="000000"/>
          <w:sz w:val="24"/>
        </w:rPr>
        <w:t>), как мы разъясним. Их пребывание в качестве незрелого винограда осуществляется посредством пяти [Имен] АВАЯ светов хасадим и пяти [Имен] АВАЯ светов гвурот, пребывающих в Даат, составляющих по гематрии 260 (</w:t>
      </w:r>
      <w:r>
        <w:rPr>
          <w:rFonts w:ascii="Georgia" w:hAnsi="Georgia" w:cs="Times New Roman"/>
          <w:b/>
          <w:i w:val="0"/>
          <w:color w:val="000000"/>
          <w:sz w:val="24"/>
          <w:rtl/>
          <w:szCs w:val="32"/>
        </w:rPr>
        <w:t>ר״ס</w:t>
      </w:r>
      <w:r>
        <w:rPr>
          <w:rFonts w:ascii="Georgia" w:hAnsi="Georgia"/>
          <w:b w:val="0"/>
          <w:i w:val="0"/>
          <w:color w:val="000000"/>
          <w:sz w:val="24"/>
        </w:rPr>
        <w:t>), а с двумя всеобщностями получается 262 (</w:t>
      </w:r>
      <w:r>
        <w:rPr>
          <w:rFonts w:ascii="Georgia" w:hAnsi="Georgia" w:cs="Times New Roman"/>
          <w:b/>
          <w:i w:val="0"/>
          <w:color w:val="000000"/>
          <w:sz w:val="24"/>
          <w:rtl/>
          <w:szCs w:val="32"/>
        </w:rPr>
        <w:t>בס״ר</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Затем пусть намеревается о том, что начальные буквы слов </w:t>
      </w:r>
      <w:r>
        <w:rPr>
          <w:rFonts w:ascii="Georgia" w:hAnsi="Georgia"/>
          <w:b w:val="0"/>
          <w:i/>
          <w:color w:val="000000"/>
          <w:sz w:val="24"/>
        </w:rPr>
        <w:t>але новель босер</w:t>
      </w:r>
      <w:r>
        <w:rPr>
          <w:rFonts w:ascii="Georgia" w:hAnsi="Georgia"/>
          <w:b w:val="0"/>
          <w:i w:val="0"/>
          <w:color w:val="000000"/>
          <w:sz w:val="24"/>
        </w:rPr>
        <w:t xml:space="preserve"> составляют слово </w:t>
      </w:r>
      <w:r>
        <w:rPr>
          <w:rFonts w:ascii="Georgia" w:hAnsi="Georgia"/>
          <w:b w:val="0"/>
          <w:i/>
          <w:color w:val="000000"/>
          <w:sz w:val="24"/>
        </w:rPr>
        <w:t>энав</w:t>
      </w:r>
      <w:r>
        <w:rPr>
          <w:rFonts w:ascii="Georgia" w:hAnsi="Georgia"/>
          <w:b w:val="0"/>
          <w:i w:val="0"/>
          <w:color w:val="000000"/>
          <w:sz w:val="24"/>
        </w:rPr>
        <w:t xml:space="preserve"> — «виноградина» (</w:t>
      </w:r>
      <w:r>
        <w:rPr>
          <w:rFonts w:ascii="Georgia" w:hAnsi="Georgia" w:cs="Times New Roman"/>
          <w:b/>
          <w:i w:val="0"/>
          <w:color w:val="000000"/>
          <w:sz w:val="24"/>
          <w:rtl/>
          <w:szCs w:val="32"/>
        </w:rPr>
        <w:t>ענ״ב</w:t>
      </w:r>
      <w:r>
        <w:rPr>
          <w:rFonts w:ascii="Georgia" w:hAnsi="Georgia"/>
          <w:b w:val="0"/>
          <w:i w:val="0"/>
          <w:color w:val="000000"/>
          <w:sz w:val="24"/>
        </w:rPr>
        <w:t xml:space="preserve"> = 122), а вместе с начальными буквами слов </w:t>
      </w:r>
      <w:r>
        <w:rPr>
          <w:rFonts w:ascii="Georgia" w:hAnsi="Georgia"/>
          <w:b w:val="0"/>
          <w:i/>
          <w:color w:val="000000"/>
          <w:sz w:val="24"/>
        </w:rPr>
        <w:t>йиполь ми-цидха</w:t>
      </w:r>
      <w:r>
        <w:rPr>
          <w:rFonts w:ascii="Georgia" w:hAnsi="Georgia"/>
          <w:b w:val="0"/>
          <w:i w:val="0"/>
          <w:color w:val="000000"/>
          <w:sz w:val="24"/>
        </w:rPr>
        <w:t xml:space="preserve"> [буквами йод и мэм, </w:t>
      </w:r>
      <w:r>
        <w:rPr>
          <w:rFonts w:ascii="Georgia" w:hAnsi="Georgia" w:cs="Times New Roman"/>
          <w:b/>
          <w:i w:val="0"/>
          <w:color w:val="000000"/>
          <w:sz w:val="24"/>
          <w:rtl/>
          <w:szCs w:val="32"/>
        </w:rPr>
        <w:t>י״ם</w:t>
      </w:r>
      <w:r>
        <w:rPr>
          <w:rFonts w:ascii="Georgia" w:hAnsi="Georgia"/>
          <w:b w:val="0"/>
          <w:i w:val="0"/>
          <w:color w:val="000000"/>
          <w:sz w:val="24"/>
        </w:rPr>
        <w:t xml:space="preserve">] получается слово </w:t>
      </w:r>
      <w:r>
        <w:rPr>
          <w:rFonts w:ascii="Georgia" w:hAnsi="Georgia"/>
          <w:b w:val="0"/>
          <w:i/>
          <w:color w:val="000000"/>
          <w:sz w:val="24"/>
        </w:rPr>
        <w:t>анавим</w:t>
      </w:r>
      <w:r>
        <w:rPr>
          <w:rFonts w:ascii="Georgia" w:hAnsi="Georgia"/>
          <w:b w:val="0"/>
          <w:i w:val="0"/>
          <w:color w:val="000000"/>
          <w:sz w:val="24"/>
        </w:rPr>
        <w:t xml:space="preserve"> — «виноград» (</w:t>
      </w:r>
      <w:r>
        <w:rPr>
          <w:rFonts w:ascii="Georgia" w:hAnsi="Georgia" w:cs="Times New Roman"/>
          <w:b/>
          <w:i w:val="0"/>
          <w:color w:val="000000"/>
          <w:sz w:val="24"/>
          <w:rtl/>
          <w:szCs w:val="32"/>
        </w:rPr>
        <w:t>עֲנָבִים</w:t>
      </w:r>
      <w:r>
        <w:rPr>
          <w:rFonts w:ascii="Georgia" w:hAnsi="Georgia"/>
          <w:b w:val="0"/>
          <w:i w:val="0"/>
          <w:color w:val="000000"/>
          <w:sz w:val="24"/>
        </w:rPr>
        <w:t xml:space="preserve"> = 172); и пусть намеревается, чтобы теперь они пребывали в святости в качестве вполне созревшего винограда, и это происходит посредством двух Имен ЭЛОКИМ, числовое значение которых равно [слову] </w:t>
      </w:r>
      <w:r>
        <w:rPr>
          <w:rFonts w:ascii="Georgia" w:hAnsi="Georgia"/>
          <w:b w:val="0"/>
          <w:i/>
          <w:color w:val="000000"/>
          <w:sz w:val="24"/>
        </w:rPr>
        <w:t>анавим</w:t>
      </w:r>
      <w:r>
        <w:rPr>
          <w:rFonts w:ascii="Georgia" w:hAnsi="Georgia"/>
          <w:b w:val="0"/>
          <w:i w:val="0"/>
          <w:color w:val="000000"/>
          <w:sz w:val="24"/>
        </w:rPr>
        <w:t>.</w:t>
      </w:r>
    </w:p>
    <w:p>
      <w:pPr>
        <w:spacing w:before="40" w:after="120"/>
        <w:jc w:val="both"/>
      </w:pPr>
      <w:r>
        <w:rPr>
          <w:rFonts w:ascii="Georgia" w:hAnsi="Georgia"/>
          <w:b w:val="0"/>
          <w:i w:val="0"/>
          <w:color w:val="000000"/>
          <w:sz w:val="24"/>
        </w:rPr>
        <w:t>Затем мой учитель, благословенной памяти, сказал ему, что благодаря этому упомянутому намерению уровень нешама де-нешама их удалился из клипы, но всё еще остались нешама, руах и нефеш, являющиеся аспектом трех [Имен] АВАЯ, гематрия которых равна 78 (</w:t>
      </w:r>
      <w:r>
        <w:rPr>
          <w:rFonts w:ascii="Georgia" w:hAnsi="Georgia" w:cs="Times New Roman"/>
          <w:b/>
          <w:i w:val="0"/>
          <w:color w:val="000000"/>
          <w:sz w:val="24"/>
          <w:rtl/>
          <w:szCs w:val="32"/>
        </w:rPr>
        <w:t>ע״ח</w:t>
      </w:r>
      <w:r>
        <w:rPr>
          <w:rFonts w:ascii="Georgia" w:hAnsi="Georgia"/>
          <w:b w:val="0"/>
          <w:i w:val="0"/>
          <w:color w:val="000000"/>
          <w:sz w:val="24"/>
        </w:rPr>
        <w:t>). И он сказал ему, чтобы перед сном он направил намерение в благословении «Смыкающий узы сна» (</w:t>
      </w:r>
      <w:r>
        <w:rPr>
          <w:rFonts w:ascii="Georgia" w:hAnsi="Georgia"/>
          <w:b w:val="0"/>
          <w:i/>
          <w:color w:val="000000"/>
          <w:sz w:val="24"/>
        </w:rPr>
        <w:t>а-Мапиль хевлей шена</w:t>
      </w:r>
      <w:r>
        <w:rPr>
          <w:rFonts w:ascii="Georgia" w:hAnsi="Georgia"/>
          <w:b w:val="0"/>
          <w:i w:val="0"/>
          <w:color w:val="000000"/>
          <w:sz w:val="24"/>
        </w:rPr>
        <w:t>) следующим образом.</w:t>
      </w:r>
    </w:p>
    <w:p>
      <w:pPr>
        <w:spacing w:before="40" w:after="120"/>
        <w:jc w:val="both"/>
      </w:pPr>
      <w:r>
        <w:rPr>
          <w:rFonts w:ascii="Georgia" w:hAnsi="Georgia"/>
          <w:b w:val="0"/>
          <w:i w:val="0"/>
          <w:color w:val="000000"/>
          <w:sz w:val="24"/>
        </w:rPr>
        <w:t xml:space="preserve">Сначала пусть направит намерение на три [Имени] АВАЯ, числовое значение которых равно слову </w:t>
      </w:r>
      <w:r>
        <w:rPr>
          <w:rFonts w:ascii="Georgia" w:hAnsi="Georgia"/>
          <w:b w:val="0"/>
          <w:i/>
          <w:color w:val="000000"/>
          <w:sz w:val="24"/>
        </w:rPr>
        <w:t>мазла</w:t>
      </w:r>
      <w:r>
        <w:rPr>
          <w:rFonts w:ascii="Georgia" w:hAnsi="Georgia"/>
          <w:b w:val="0"/>
          <w:i w:val="0"/>
          <w:color w:val="000000"/>
          <w:sz w:val="24"/>
        </w:rPr>
        <w:t xml:space="preserve"> (</w:t>
      </w:r>
      <w:r>
        <w:rPr>
          <w:rFonts w:ascii="Georgia" w:hAnsi="Georgia" w:cs="Times New Roman"/>
          <w:b/>
          <w:i w:val="0"/>
          <w:color w:val="000000"/>
          <w:sz w:val="24"/>
          <w:rtl/>
          <w:szCs w:val="32"/>
        </w:rPr>
        <w:t>מַזְלָא</w:t>
      </w:r>
      <w:r>
        <w:rPr>
          <w:rFonts w:ascii="Georgia" w:hAnsi="Georgia"/>
          <w:b w:val="0"/>
          <w:i w:val="0"/>
          <w:color w:val="000000"/>
          <w:sz w:val="24"/>
        </w:rPr>
        <w:t xml:space="preserve"> = 78), и необходимо соединить и сплести воедино все три. И пусть направит намерение на три буквы йод в них, которые суть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слова </w:t>
      </w:r>
      <w:r>
        <w:rPr>
          <w:rFonts w:ascii="Georgia" w:hAnsi="Georgia"/>
          <w:b w:val="0"/>
          <w:i/>
          <w:color w:val="000000"/>
          <w:sz w:val="24"/>
        </w:rPr>
        <w:t>а-Мапиль</w:t>
      </w:r>
      <w:r>
        <w:rPr>
          <w:rFonts w:ascii="Georgia" w:hAnsi="Georgia"/>
          <w:b w:val="0"/>
          <w:i w:val="0"/>
          <w:color w:val="000000"/>
          <w:sz w:val="24"/>
        </w:rPr>
        <w:t xml:space="preserve"> (</w:t>
      </w:r>
      <w:r>
        <w:rPr>
          <w:rFonts w:ascii="Georgia" w:hAnsi="Georgia" w:cs="Times New Roman"/>
          <w:b/>
          <w:i w:val="0"/>
          <w:color w:val="000000"/>
          <w:sz w:val="24"/>
          <w:rtl/>
          <w:szCs w:val="32"/>
        </w:rPr>
        <w:t>הַמַּפִּיל</w:t>
      </w:r>
      <w:r>
        <w:rPr>
          <w:rFonts w:ascii="Georgia" w:hAnsi="Georgia"/>
          <w:b w:val="0"/>
          <w:i w:val="0"/>
          <w:color w:val="000000"/>
          <w:sz w:val="24"/>
        </w:rPr>
        <w:t>); а три буквы хэй — это буквы йод и хэй (</w:t>
      </w:r>
      <w:r>
        <w:rPr>
          <w:rFonts w:ascii="Georgia" w:hAnsi="Georgia" w:cs="Times New Roman"/>
          <w:b/>
          <w:i w:val="0"/>
          <w:color w:val="000000"/>
          <w:sz w:val="24"/>
          <w:rtl/>
          <w:szCs w:val="32"/>
        </w:rPr>
        <w:t>י״ה</w:t>
      </w:r>
      <w:r>
        <w:rPr>
          <w:rFonts w:ascii="Georgia" w:hAnsi="Georgia"/>
          <w:b w:val="0"/>
          <w:i w:val="0"/>
          <w:color w:val="000000"/>
          <w:sz w:val="24"/>
        </w:rPr>
        <w:t xml:space="preserve"> = 15) слова </w:t>
      </w:r>
      <w:r>
        <w:rPr>
          <w:rFonts w:ascii="Georgia" w:hAnsi="Georgia"/>
          <w:b w:val="0"/>
          <w:i/>
          <w:color w:val="000000"/>
          <w:sz w:val="24"/>
        </w:rPr>
        <w:t>а-Мапиль</w:t>
      </w:r>
      <w:r>
        <w:rPr>
          <w:rFonts w:ascii="Georgia" w:hAnsi="Georgia"/>
          <w:b w:val="0"/>
          <w:i w:val="0"/>
          <w:color w:val="000000"/>
          <w:sz w:val="24"/>
        </w:rPr>
        <w:t>; а три буквы вав, гематрия которых 18 (</w:t>
      </w:r>
      <w:r>
        <w:rPr>
          <w:rFonts w:ascii="Georgia" w:hAnsi="Georgia" w:cs="Times New Roman"/>
          <w:b/>
          <w:i w:val="0"/>
          <w:color w:val="000000"/>
          <w:sz w:val="24"/>
          <w:rtl/>
          <w:szCs w:val="32"/>
        </w:rPr>
        <w:t>י״ח</w:t>
      </w:r>
      <w:r>
        <w:rPr>
          <w:rFonts w:ascii="Georgia" w:hAnsi="Georgia"/>
          <w:b w:val="0"/>
          <w:i w:val="0"/>
          <w:color w:val="000000"/>
          <w:sz w:val="24"/>
        </w:rPr>
        <w:t>), — это две буквы мэм и пэй (</w:t>
      </w:r>
      <w:r>
        <w:rPr>
          <w:rFonts w:ascii="Georgia" w:hAnsi="Georgia" w:cs="Times New Roman"/>
          <w:b/>
          <w:i w:val="0"/>
          <w:color w:val="000000"/>
          <w:sz w:val="24"/>
          <w:rtl/>
          <w:szCs w:val="32"/>
        </w:rPr>
        <w:t>מ״פ</w:t>
      </w:r>
      <w:r>
        <w:rPr>
          <w:rFonts w:ascii="Georgia" w:hAnsi="Georgia"/>
          <w:b w:val="0"/>
          <w:i w:val="0"/>
          <w:color w:val="000000"/>
          <w:sz w:val="24"/>
        </w:rPr>
        <w:t xml:space="preserve">) слова </w:t>
      </w:r>
      <w:r>
        <w:rPr>
          <w:rFonts w:ascii="Georgia" w:hAnsi="Georgia"/>
          <w:b w:val="0"/>
          <w:i/>
          <w:color w:val="000000"/>
          <w:sz w:val="24"/>
        </w:rPr>
        <w:t>а-Мапиль</w:t>
      </w:r>
      <w:r>
        <w:rPr>
          <w:rFonts w:ascii="Georgia" w:hAnsi="Georgia"/>
          <w:b w:val="0"/>
          <w:i w:val="0"/>
          <w:color w:val="000000"/>
          <w:sz w:val="24"/>
        </w:rPr>
        <w:t>, ведь буква мэм в системе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заменяется на йод [= 10], а буква пэй — это тайна восьми раз по десять, то есть восьмидесяти; вот 18 в двух буквах мэм и пэй. И поскольку основа их — это три буквы вав, а тайна буквы вав в атбаш — это буква пэй, тайна этих трех букв вав намекается в букве пэй слова </w:t>
      </w:r>
      <w:r>
        <w:rPr>
          <w:rFonts w:ascii="Georgia" w:hAnsi="Georgia"/>
          <w:b w:val="0"/>
          <w:i/>
          <w:color w:val="000000"/>
          <w:sz w:val="24"/>
        </w:rPr>
        <w:t>а-Мапиль</w:t>
      </w:r>
      <w:r>
        <w:rPr>
          <w:rFonts w:ascii="Georgia" w:hAnsi="Georgia"/>
          <w:b w:val="0"/>
          <w:i w:val="0"/>
          <w:color w:val="000000"/>
          <w:sz w:val="24"/>
        </w:rPr>
        <w:t>. А три последние буквы хэй — это также упомянутые буквы йод и хэй (</w:t>
      </w:r>
      <w:r>
        <w:rPr>
          <w:rFonts w:ascii="Georgia" w:hAnsi="Georgia" w:cs="Times New Roman"/>
          <w:b/>
          <w:i w:val="0"/>
          <w:color w:val="000000"/>
          <w:sz w:val="24"/>
          <w:rtl/>
          <w:szCs w:val="32"/>
        </w:rPr>
        <w:t>י״ה</w:t>
      </w:r>
      <w:r>
        <w:rPr>
          <w:rFonts w:ascii="Georgia" w:hAnsi="Georgia"/>
          <w:b w:val="0"/>
          <w:i w:val="0"/>
          <w:color w:val="000000"/>
          <w:sz w:val="24"/>
        </w:rPr>
        <w:t xml:space="preserve">) слова </w:t>
      </w:r>
      <w:r>
        <w:rPr>
          <w:rFonts w:ascii="Georgia" w:hAnsi="Georgia"/>
          <w:b w:val="0"/>
          <w:i/>
          <w:color w:val="000000"/>
          <w:sz w:val="24"/>
        </w:rPr>
        <w:t>а-Мапиль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Затем пусть намеревается наполнить три упомянутых [Имени] АВАЯ [наполнениями] АБ, САГ и МА в этом самом порядке, и намереваться, что три буквы йод [в наполнениях первой буквы </w:t>
      </w:r>
      <w:r>
        <w:rPr>
          <w:rFonts w:ascii="Georgia" w:hAnsi="Georgia" w:cs="Times New Roman"/>
          <w:b/>
          <w:i w:val="0"/>
          <w:color w:val="000000"/>
          <w:sz w:val="24"/>
          <w:rtl/>
          <w:szCs w:val="32"/>
        </w:rPr>
        <w:t>יו״ד</w:t>
      </w:r>
      <w:r>
        <w:rPr>
          <w:rFonts w:ascii="Georgia" w:hAnsi="Georgia"/>
          <w:b w:val="0"/>
          <w:i w:val="0"/>
          <w:color w:val="000000"/>
          <w:sz w:val="24"/>
        </w:rPr>
        <w:t>] — это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слова </w:t>
      </w:r>
      <w:r>
        <w:rPr>
          <w:rFonts w:ascii="Georgia" w:hAnsi="Georgia"/>
          <w:b w:val="0"/>
          <w:i/>
          <w:color w:val="000000"/>
          <w:sz w:val="24"/>
        </w:rPr>
        <w:t>хевлей</w:t>
      </w:r>
      <w:r>
        <w:rPr>
          <w:rFonts w:ascii="Georgia" w:hAnsi="Georgia"/>
          <w:b w:val="0"/>
          <w:i w:val="0"/>
          <w:color w:val="000000"/>
          <w:sz w:val="24"/>
        </w:rPr>
        <w:t xml:space="preserve"> (</w:t>
      </w:r>
      <w:r>
        <w:rPr>
          <w:rFonts w:ascii="Georgia" w:hAnsi="Georgia" w:cs="Times New Roman"/>
          <w:b/>
          <w:i w:val="0"/>
          <w:color w:val="000000"/>
          <w:sz w:val="24"/>
          <w:rtl/>
          <w:szCs w:val="32"/>
        </w:rPr>
        <w:t>חַבְלֵי</w:t>
      </w:r>
      <w:r>
        <w:rPr>
          <w:rFonts w:ascii="Georgia" w:hAnsi="Georgia"/>
          <w:b w:val="0"/>
          <w:i w:val="0"/>
          <w:color w:val="000000"/>
          <w:sz w:val="24"/>
        </w:rPr>
        <w:t xml:space="preserve">); три буквы вав [в них] — это 18 [буквы хэт и йод, </w:t>
      </w:r>
      <w:r>
        <w:rPr>
          <w:rFonts w:ascii="Georgia" w:hAnsi="Georgia" w:cs="Times New Roman"/>
          <w:b/>
          <w:i w:val="0"/>
          <w:color w:val="000000"/>
          <w:sz w:val="24"/>
          <w:rtl/>
          <w:szCs w:val="32"/>
        </w:rPr>
        <w:t>ח״י</w:t>
      </w:r>
      <w:r>
        <w:rPr>
          <w:rFonts w:ascii="Georgia" w:hAnsi="Georgia"/>
          <w:b w:val="0"/>
          <w:i w:val="0"/>
          <w:color w:val="000000"/>
          <w:sz w:val="24"/>
        </w:rPr>
        <w:t xml:space="preserve"> = 18] слова </w:t>
      </w:r>
      <w:r>
        <w:rPr>
          <w:rFonts w:ascii="Georgia" w:hAnsi="Georgia"/>
          <w:b w:val="0"/>
          <w:i/>
          <w:color w:val="000000"/>
          <w:sz w:val="24"/>
        </w:rPr>
        <w:t>хевлей</w:t>
      </w:r>
      <w:r>
        <w:rPr>
          <w:rFonts w:ascii="Georgia" w:hAnsi="Georgia"/>
          <w:b w:val="0"/>
          <w:i w:val="0"/>
          <w:color w:val="000000"/>
          <w:sz w:val="24"/>
        </w:rPr>
        <w:t xml:space="preserve">; а три буквы далет [в них] — это 12 [буквы бэт и йод, </w:t>
      </w:r>
      <w:r>
        <w:rPr>
          <w:rFonts w:ascii="Georgia" w:hAnsi="Georgia" w:cs="Times New Roman"/>
          <w:b/>
          <w:i w:val="0"/>
          <w:color w:val="000000"/>
          <w:sz w:val="24"/>
          <w:rtl/>
          <w:szCs w:val="32"/>
        </w:rPr>
        <w:t>י״ב</w:t>
      </w:r>
      <w:r>
        <w:rPr>
          <w:rFonts w:ascii="Georgia" w:hAnsi="Georgia"/>
          <w:b w:val="0"/>
          <w:i w:val="0"/>
          <w:color w:val="000000"/>
          <w:sz w:val="24"/>
        </w:rPr>
        <w:t xml:space="preserve"> = 12] слова </w:t>
      </w:r>
      <w:r>
        <w:rPr>
          <w:rFonts w:ascii="Georgia" w:hAnsi="Georgia"/>
          <w:b w:val="0"/>
          <w:i/>
          <w:color w:val="000000"/>
          <w:sz w:val="24"/>
        </w:rPr>
        <w:t>хевлей</w:t>
      </w:r>
      <w:r>
        <w:rPr>
          <w:rFonts w:ascii="Georgia" w:hAnsi="Georgia"/>
          <w:b w:val="0"/>
          <w:i w:val="0"/>
          <w:color w:val="000000"/>
          <w:sz w:val="24"/>
        </w:rPr>
        <w:t>.</w:t>
      </w:r>
    </w:p>
    <w:p>
      <w:pPr>
        <w:spacing w:before="40" w:after="120"/>
        <w:jc w:val="both"/>
      </w:pPr>
      <w:r>
        <w:rPr>
          <w:rFonts w:ascii="Georgia" w:hAnsi="Georgia"/>
          <w:b w:val="0"/>
          <w:i w:val="0"/>
          <w:color w:val="000000"/>
          <w:sz w:val="24"/>
        </w:rPr>
        <w:t>Затем в трех [наполнениях первой буквы хэй]: хэй-йод, хэй-йод, хэй-алеф (</w:t>
      </w:r>
      <w:r>
        <w:rPr>
          <w:rFonts w:ascii="Georgia" w:hAnsi="Georgia" w:cs="Times New Roman"/>
          <w:b/>
          <w:i w:val="0"/>
          <w:color w:val="000000"/>
          <w:sz w:val="24"/>
          <w:rtl/>
          <w:szCs w:val="32"/>
        </w:rPr>
        <w:t>ה״י ה״י ה״א</w:t>
      </w:r>
      <w:r>
        <w:rPr>
          <w:rFonts w:ascii="Georgia" w:hAnsi="Georgia"/>
          <w:b w:val="0"/>
          <w:i w:val="0"/>
          <w:color w:val="000000"/>
          <w:sz w:val="24"/>
        </w:rPr>
        <w:t>) пусть намеревается, что три буквы хэй (</w:t>
      </w:r>
      <w:r>
        <w:rPr>
          <w:rFonts w:ascii="Georgia" w:hAnsi="Georgia" w:cs="Times New Roman"/>
          <w:b/>
          <w:i w:val="0"/>
          <w:color w:val="000000"/>
          <w:sz w:val="24"/>
          <w:rtl/>
          <w:szCs w:val="32"/>
        </w:rPr>
        <w:t>הה״ה</w:t>
      </w:r>
      <w:r>
        <w:rPr>
          <w:rFonts w:ascii="Georgia" w:hAnsi="Georgia"/>
          <w:b w:val="0"/>
          <w:i w:val="0"/>
          <w:color w:val="000000"/>
          <w:sz w:val="24"/>
        </w:rPr>
        <w:t xml:space="preserve"> = 15) — это буквы йод и хэй (</w:t>
      </w:r>
      <w:r>
        <w:rPr>
          <w:rFonts w:ascii="Georgia" w:hAnsi="Georgia" w:cs="Times New Roman"/>
          <w:b/>
          <w:i w:val="0"/>
          <w:color w:val="000000"/>
          <w:sz w:val="24"/>
          <w:rtl/>
          <w:szCs w:val="32"/>
        </w:rPr>
        <w:t>י״ה</w:t>
      </w:r>
      <w:r>
        <w:rPr>
          <w:rFonts w:ascii="Georgia" w:hAnsi="Georgia"/>
          <w:b w:val="0"/>
          <w:i w:val="0"/>
          <w:color w:val="000000"/>
          <w:sz w:val="24"/>
        </w:rPr>
        <w:t xml:space="preserve"> = 15) слова </w:t>
      </w:r>
      <w:r>
        <w:rPr>
          <w:rFonts w:ascii="Georgia" w:hAnsi="Georgia"/>
          <w:b w:val="0"/>
          <w:i/>
          <w:color w:val="000000"/>
          <w:sz w:val="24"/>
        </w:rPr>
        <w:t>шена</w:t>
      </w:r>
      <w:r>
        <w:rPr>
          <w:rFonts w:ascii="Georgia" w:hAnsi="Georgia"/>
          <w:b w:val="0"/>
          <w:i w:val="0"/>
          <w:color w:val="000000"/>
          <w:sz w:val="24"/>
        </w:rPr>
        <w:t xml:space="preserve"> (</w:t>
      </w:r>
      <w:r>
        <w:rPr>
          <w:rFonts w:ascii="Georgia" w:hAnsi="Georgia" w:cs="Times New Roman"/>
          <w:b/>
          <w:i w:val="0"/>
          <w:color w:val="000000"/>
          <w:sz w:val="24"/>
          <w:rtl/>
          <w:szCs w:val="32"/>
        </w:rPr>
        <w:t>שֵׁינָה</w:t>
      </w:r>
      <w:r>
        <w:rPr>
          <w:rFonts w:ascii="Georgia" w:hAnsi="Georgia"/>
          <w:b w:val="0"/>
          <w:i w:val="0"/>
          <w:color w:val="000000"/>
          <w:sz w:val="24"/>
        </w:rPr>
        <w:t>); а три буквы: два йода и алеф (</w:t>
      </w:r>
      <w:r>
        <w:rPr>
          <w:rFonts w:ascii="Georgia" w:hAnsi="Georgia" w:cs="Times New Roman"/>
          <w:b/>
          <w:i w:val="0"/>
          <w:color w:val="000000"/>
          <w:sz w:val="24"/>
          <w:rtl/>
          <w:szCs w:val="32"/>
        </w:rPr>
        <w:t>יי״א</w:t>
      </w:r>
      <w:r>
        <w:rPr>
          <w:rFonts w:ascii="Georgia" w:hAnsi="Georgia"/>
          <w:b w:val="0"/>
          <w:i w:val="0"/>
          <w:color w:val="000000"/>
          <w:sz w:val="24"/>
        </w:rPr>
        <w:t xml:space="preserve"> = 21) соответствуют [буквам слова </w:t>
      </w:r>
      <w:r>
        <w:rPr>
          <w:rFonts w:ascii="Georgia" w:hAnsi="Georgia"/>
          <w:b w:val="0"/>
          <w:i/>
          <w:color w:val="000000"/>
          <w:sz w:val="24"/>
        </w:rPr>
        <w:t>шена</w:t>
      </w:r>
      <w:r>
        <w:rPr>
          <w:rFonts w:ascii="Georgia" w:hAnsi="Georgia"/>
          <w:b w:val="0"/>
          <w:i w:val="0"/>
          <w:color w:val="000000"/>
          <w:sz w:val="24"/>
        </w:rPr>
        <w:t xml:space="preserve">]: буква шин слова </w:t>
      </w:r>
      <w:r>
        <w:rPr>
          <w:rFonts w:ascii="Georgia" w:hAnsi="Georgia"/>
          <w:b w:val="0"/>
          <w:i/>
          <w:color w:val="000000"/>
          <w:sz w:val="24"/>
        </w:rPr>
        <w:t>шена</w:t>
      </w:r>
      <w:r>
        <w:rPr>
          <w:rFonts w:ascii="Georgia" w:hAnsi="Georgia"/>
          <w:b w:val="0"/>
          <w:i w:val="0"/>
          <w:color w:val="000000"/>
          <w:sz w:val="24"/>
        </w:rPr>
        <w:t xml:space="preserve"> в системе атбаш заменяется на бэт [= 2], буква нун слова </w:t>
      </w:r>
      <w:r>
        <w:rPr>
          <w:rFonts w:ascii="Georgia" w:hAnsi="Georgia"/>
          <w:b w:val="0"/>
          <w:i/>
          <w:color w:val="000000"/>
          <w:sz w:val="24"/>
        </w:rPr>
        <w:t>шена</w:t>
      </w:r>
      <w:r>
        <w:rPr>
          <w:rFonts w:ascii="Georgia" w:hAnsi="Georgia"/>
          <w:b w:val="0"/>
          <w:i w:val="0"/>
          <w:color w:val="000000"/>
          <w:sz w:val="24"/>
        </w:rPr>
        <w:t xml:space="preserve"> в атбаш заменяется на тэт [= 9], что дает 11, а вместе с буквой йод слова </w:t>
      </w:r>
      <w:r>
        <w:rPr>
          <w:rFonts w:ascii="Georgia" w:hAnsi="Georgia"/>
          <w:b w:val="0"/>
          <w:i/>
          <w:color w:val="000000"/>
          <w:sz w:val="24"/>
        </w:rPr>
        <w:t>шена</w:t>
      </w:r>
      <w:r>
        <w:rPr>
          <w:rFonts w:ascii="Georgia" w:hAnsi="Georgia"/>
          <w:b w:val="0"/>
          <w:i w:val="0"/>
          <w:color w:val="000000"/>
          <w:sz w:val="24"/>
        </w:rPr>
        <w:t xml:space="preserve"> [= 10] получается 21.</w:t>
      </w:r>
    </w:p>
    <w:p>
      <w:pPr>
        <w:spacing w:before="40" w:after="120"/>
        <w:jc w:val="both"/>
      </w:pPr>
      <w:r>
        <w:rPr>
          <w:rFonts w:ascii="Georgia" w:hAnsi="Georgia"/>
          <w:b w:val="0"/>
          <w:i w:val="0"/>
          <w:color w:val="000000"/>
          <w:sz w:val="24"/>
        </w:rPr>
        <w:t>Затем в трех [наполнениях буквы вав]: вав-йод-вав, вав-алеф-вав, вав-алеф-вав (</w:t>
      </w:r>
      <w:r>
        <w:rPr>
          <w:rFonts w:ascii="Georgia" w:hAnsi="Georgia" w:cs="Times New Roman"/>
          <w:b/>
          <w:i w:val="0"/>
          <w:color w:val="000000"/>
          <w:sz w:val="24"/>
          <w:rtl/>
          <w:szCs w:val="32"/>
        </w:rPr>
        <w:t>וי״ו וא״ו וא״ו</w:t>
      </w:r>
      <w:r>
        <w:rPr>
          <w:rFonts w:ascii="Georgia" w:hAnsi="Georgia"/>
          <w:b w:val="0"/>
          <w:i w:val="0"/>
          <w:color w:val="000000"/>
          <w:sz w:val="24"/>
        </w:rPr>
        <w:t>) пусть намеревается о том, что их гематрия равна 48 (</w:t>
      </w:r>
      <w:r>
        <w:rPr>
          <w:rFonts w:ascii="Georgia" w:hAnsi="Georgia" w:cs="Times New Roman"/>
          <w:b/>
          <w:i w:val="0"/>
          <w:color w:val="000000"/>
          <w:sz w:val="24"/>
          <w:rtl/>
          <w:szCs w:val="32"/>
        </w:rPr>
        <w:t>מ״ח</w:t>
      </w:r>
      <w:r>
        <w:rPr>
          <w:rFonts w:ascii="Georgia" w:hAnsi="Georgia"/>
          <w:b w:val="0"/>
          <w:i w:val="0"/>
          <w:color w:val="000000"/>
          <w:sz w:val="24"/>
        </w:rPr>
        <w:t xml:space="preserve">); и это соединение Имени АВАЯ и Имени ЭЙЕ с их всеобщностью. И они намекаются в слове </w:t>
      </w:r>
      <w:r>
        <w:rPr>
          <w:rFonts w:ascii="Georgia" w:hAnsi="Georgia"/>
          <w:b w:val="0"/>
          <w:i/>
          <w:color w:val="000000"/>
          <w:sz w:val="24"/>
        </w:rPr>
        <w:t>аль</w:t>
      </w:r>
      <w:r>
        <w:rPr>
          <w:rFonts w:ascii="Georgia" w:hAnsi="Georgia"/>
          <w:b w:val="0"/>
          <w:i w:val="0"/>
          <w:color w:val="000000"/>
          <w:sz w:val="24"/>
        </w:rPr>
        <w:t xml:space="preserve"> («на») следующим образом: ведь буква айн слова </w:t>
      </w:r>
      <w:r>
        <w:rPr>
          <w:rFonts w:ascii="Georgia" w:hAnsi="Georgia"/>
          <w:b w:val="0"/>
          <w:i/>
          <w:color w:val="000000"/>
          <w:sz w:val="24"/>
        </w:rPr>
        <w:t>аль</w:t>
      </w:r>
      <w:r>
        <w:rPr>
          <w:rFonts w:ascii="Georgia" w:hAnsi="Georgia"/>
          <w:b w:val="0"/>
          <w:i w:val="0"/>
          <w:color w:val="000000"/>
          <w:sz w:val="24"/>
        </w:rPr>
        <w:t xml:space="preserve"> (</w:t>
      </w:r>
      <w:r>
        <w:rPr>
          <w:rFonts w:ascii="Georgia" w:hAnsi="Georgia" w:cs="Times New Roman"/>
          <w:b/>
          <w:i w:val="0"/>
          <w:color w:val="000000"/>
          <w:sz w:val="24"/>
          <w:rtl/>
          <w:szCs w:val="32"/>
        </w:rPr>
        <w:t>עַל</w:t>
      </w:r>
      <w:r>
        <w:rPr>
          <w:rFonts w:ascii="Georgia" w:hAnsi="Georgia"/>
          <w:b w:val="0"/>
          <w:i w:val="0"/>
          <w:color w:val="000000"/>
          <w:sz w:val="24"/>
        </w:rPr>
        <w:t xml:space="preserve">) в системе атбаш заменяется на зайн [= 7], и получается, что </w:t>
      </w:r>
      <w:r>
        <w:rPr>
          <w:rFonts w:ascii="Georgia" w:hAnsi="Georgia"/>
          <w:b w:val="0"/>
          <w:i/>
          <w:color w:val="000000"/>
          <w:sz w:val="24"/>
        </w:rPr>
        <w:t>аль</w:t>
      </w:r>
      <w:r>
        <w:rPr>
          <w:rFonts w:ascii="Georgia" w:hAnsi="Georgia"/>
          <w:b w:val="0"/>
          <w:i w:val="0"/>
          <w:color w:val="000000"/>
          <w:sz w:val="24"/>
        </w:rPr>
        <w:t xml:space="preserve"> по гематрии равно 37. Затем слово </w:t>
      </w:r>
      <w:r>
        <w:rPr>
          <w:rFonts w:ascii="Georgia" w:hAnsi="Georgia"/>
          <w:b w:val="0"/>
          <w:i/>
          <w:color w:val="000000"/>
          <w:sz w:val="24"/>
        </w:rPr>
        <w:t>аль</w:t>
      </w:r>
      <w:r>
        <w:rPr>
          <w:rFonts w:ascii="Georgia" w:hAnsi="Georgia"/>
          <w:b w:val="0"/>
          <w:i w:val="0"/>
          <w:color w:val="000000"/>
          <w:sz w:val="24"/>
        </w:rPr>
        <w:t xml:space="preserve"> в малом счете (миспар катан) равно десяти, а вместе с 37 получается 47, и со всеобщностью — 48 (</w:t>
      </w:r>
      <w:r>
        <w:rPr>
          <w:rFonts w:ascii="Georgia" w:hAnsi="Georgia" w:cs="Times New Roman"/>
          <w:b/>
          <w:i w:val="0"/>
          <w:color w:val="000000"/>
          <w:sz w:val="24"/>
          <w:rtl/>
          <w:szCs w:val="32"/>
        </w:rPr>
        <w:t>מ״ח</w:t>
      </w:r>
      <w:r>
        <w:rPr>
          <w:rFonts w:ascii="Georgia" w:hAnsi="Georgia"/>
          <w:b w:val="0"/>
          <w:i w:val="0"/>
          <w:color w:val="000000"/>
          <w:sz w:val="24"/>
        </w:rPr>
        <w:t>).</w:t>
      </w:r>
    </w:p>
    <w:p>
      <w:pPr>
        <w:spacing w:before="40" w:after="120"/>
        <w:jc w:val="both"/>
      </w:pPr>
      <w:r>
        <w:rPr>
          <w:rFonts w:ascii="Georgia" w:hAnsi="Georgia"/>
          <w:b w:val="0"/>
          <w:i w:val="0"/>
          <w:color w:val="000000"/>
          <w:sz w:val="24"/>
        </w:rPr>
        <w:t>Затем в трех последних сочетаниях: хэй-йод, хэй-йод, хэй-алеф (</w:t>
      </w:r>
      <w:r>
        <w:rPr>
          <w:rFonts w:ascii="Georgia" w:hAnsi="Georgia" w:cs="Times New Roman"/>
          <w:b/>
          <w:i w:val="0"/>
          <w:color w:val="000000"/>
          <w:sz w:val="24"/>
          <w:rtl/>
          <w:szCs w:val="32"/>
        </w:rPr>
        <w:t>ה״י ה״י ה״א</w:t>
      </w:r>
      <w:r>
        <w:rPr>
          <w:rFonts w:ascii="Georgia" w:hAnsi="Georgia"/>
          <w:b w:val="0"/>
          <w:i w:val="0"/>
          <w:color w:val="000000"/>
          <w:sz w:val="24"/>
        </w:rPr>
        <w:t>), гематрия которых 36 (</w:t>
      </w:r>
      <w:r>
        <w:rPr>
          <w:rFonts w:ascii="Georgia" w:hAnsi="Georgia" w:cs="Times New Roman"/>
          <w:b/>
          <w:i w:val="0"/>
          <w:color w:val="000000"/>
          <w:sz w:val="24"/>
          <w:rtl/>
          <w:szCs w:val="32"/>
        </w:rPr>
        <w:t>ל״ו</w:t>
      </w:r>
      <w:r>
        <w:rPr>
          <w:rFonts w:ascii="Georgia" w:hAnsi="Georgia"/>
          <w:b w:val="0"/>
          <w:i w:val="0"/>
          <w:color w:val="000000"/>
          <w:sz w:val="24"/>
        </w:rPr>
        <w:t>), — это буквы айн и нун (</w:t>
      </w:r>
      <w:r>
        <w:rPr>
          <w:rFonts w:ascii="Georgia" w:hAnsi="Georgia" w:cs="Times New Roman"/>
          <w:b/>
          <w:i w:val="0"/>
          <w:color w:val="000000"/>
          <w:sz w:val="24"/>
          <w:rtl/>
          <w:szCs w:val="32"/>
        </w:rPr>
        <w:t>ע״נ</w:t>
      </w:r>
      <w:r>
        <w:rPr>
          <w:rFonts w:ascii="Georgia" w:hAnsi="Georgia"/>
          <w:b w:val="0"/>
          <w:i w:val="0"/>
          <w:color w:val="000000"/>
          <w:sz w:val="24"/>
        </w:rPr>
        <w:t xml:space="preserve">) из слова </w:t>
      </w:r>
      <w:r>
        <w:rPr>
          <w:rFonts w:ascii="Georgia" w:hAnsi="Georgia"/>
          <w:b w:val="0"/>
          <w:i/>
          <w:color w:val="000000"/>
          <w:sz w:val="24"/>
        </w:rPr>
        <w:t>эйнай</w:t>
      </w:r>
      <w:r>
        <w:rPr>
          <w:rFonts w:ascii="Georgia" w:hAnsi="Georgia"/>
          <w:b w:val="0"/>
          <w:i w:val="0"/>
          <w:color w:val="000000"/>
          <w:sz w:val="24"/>
        </w:rPr>
        <w:t xml:space="preserve"> — «глаза мои» (</w:t>
      </w:r>
      <w:r>
        <w:rPr>
          <w:rFonts w:ascii="Georgia" w:hAnsi="Georgia" w:cs="Times New Roman"/>
          <w:b/>
          <w:i w:val="0"/>
          <w:color w:val="000000"/>
          <w:sz w:val="24"/>
          <w:rtl/>
          <w:szCs w:val="32"/>
        </w:rPr>
        <w:t>עֵינָי</w:t>
      </w:r>
      <w:r>
        <w:rPr>
          <w:rFonts w:ascii="Georgia" w:hAnsi="Georgia"/>
          <w:b w:val="0"/>
          <w:i w:val="0"/>
          <w:color w:val="000000"/>
          <w:sz w:val="24"/>
        </w:rPr>
        <w:t>), которые в системе атбаш равны буквам зайн и тэт (</w:t>
      </w:r>
      <w:r>
        <w:rPr>
          <w:rFonts w:ascii="Georgia" w:hAnsi="Georgia" w:cs="Times New Roman"/>
          <w:b/>
          <w:i w:val="0"/>
          <w:color w:val="000000"/>
          <w:sz w:val="24"/>
          <w:rtl/>
          <w:szCs w:val="32"/>
        </w:rPr>
        <w:t>ז״ט</w:t>
      </w:r>
      <w:r>
        <w:rPr>
          <w:rFonts w:ascii="Georgia" w:hAnsi="Georgia"/>
          <w:b w:val="0"/>
          <w:i w:val="0"/>
          <w:color w:val="000000"/>
          <w:sz w:val="24"/>
        </w:rPr>
        <w:t xml:space="preserve"> = 16), а вместе с двумя буквами йод слова </w:t>
      </w:r>
      <w:r>
        <w:rPr>
          <w:rFonts w:ascii="Georgia" w:hAnsi="Georgia"/>
          <w:b w:val="0"/>
          <w:i/>
          <w:color w:val="000000"/>
          <w:sz w:val="24"/>
        </w:rPr>
        <w:t>эйнай</w:t>
      </w:r>
      <w:r>
        <w:rPr>
          <w:rFonts w:ascii="Georgia" w:hAnsi="Georgia"/>
          <w:b w:val="0"/>
          <w:i w:val="0"/>
          <w:color w:val="000000"/>
          <w:sz w:val="24"/>
        </w:rPr>
        <w:t xml:space="preserve"> составляют 36. Также пусть намеревается о том, что слово </w:t>
      </w:r>
      <w:r>
        <w:rPr>
          <w:rFonts w:ascii="Georgia" w:hAnsi="Georgia"/>
          <w:b w:val="0"/>
          <w:i/>
          <w:color w:val="000000"/>
          <w:sz w:val="24"/>
        </w:rPr>
        <w:t>эйнай</w:t>
      </w:r>
      <w:r>
        <w:rPr>
          <w:rFonts w:ascii="Georgia" w:hAnsi="Georgia"/>
          <w:b w:val="0"/>
          <w:i w:val="0"/>
          <w:color w:val="000000"/>
          <w:sz w:val="24"/>
        </w:rPr>
        <w:t xml:space="preserve"> (</w:t>
      </w:r>
      <w:r>
        <w:rPr>
          <w:rFonts w:ascii="Georgia" w:hAnsi="Georgia" w:cs="Times New Roman"/>
          <w:b/>
          <w:i w:val="0"/>
          <w:color w:val="000000"/>
          <w:sz w:val="24"/>
          <w:rtl/>
          <w:szCs w:val="32"/>
        </w:rPr>
        <w:t>עֵינָי</w:t>
      </w:r>
      <w:r>
        <w:rPr>
          <w:rFonts w:ascii="Georgia" w:hAnsi="Georgia"/>
          <w:b w:val="0"/>
          <w:i w:val="0"/>
          <w:color w:val="000000"/>
          <w:sz w:val="24"/>
        </w:rPr>
        <w:t>) по гематрии равно 140 (</w:t>
      </w:r>
      <w:r>
        <w:rPr>
          <w:rFonts w:ascii="Georgia" w:hAnsi="Georgia" w:cs="Times New Roman"/>
          <w:b/>
          <w:i w:val="0"/>
          <w:color w:val="000000"/>
          <w:sz w:val="24"/>
          <w:rtl/>
          <w:szCs w:val="32"/>
        </w:rPr>
        <w:t>ק״מ</w:t>
      </w:r>
      <w:r>
        <w:rPr>
          <w:rFonts w:ascii="Georgia" w:hAnsi="Georgia"/>
          <w:b w:val="0"/>
          <w:i w:val="0"/>
          <w:color w:val="000000"/>
          <w:sz w:val="24"/>
        </w:rPr>
        <w:t>), по числу наполнения Имени ЭЙЕ с буквами йод. И он повелел ему не совершать это намерение благословения таким образом, если это ночь новомесячия (Рош Ходеш).</w:t>
      </w:r>
    </w:p>
    <w:p>
      <w:pPr>
        <w:spacing w:before="40" w:after="120"/>
        <w:jc w:val="both"/>
      </w:pPr>
      <w:r>
        <w:rPr>
          <w:rFonts w:ascii="Georgia" w:hAnsi="Georgia"/>
          <w:b w:val="0"/>
          <w:i w:val="0"/>
          <w:color w:val="000000"/>
          <w:sz w:val="24"/>
        </w:rPr>
        <w:t xml:space="preserve">Затем в другую ночь он сказал ему, что поскольку эти 78 искр чрезвычайно глубоко укоренены в клипот, требуется великое исправление и труд, чтобы извлечь их оттуда. И повелел ему, чтобы в ту ночь перед сном он направил намерение в трех словах: </w:t>
      </w:r>
      <w:r>
        <w:rPr>
          <w:rFonts w:ascii="Georgia" w:hAnsi="Georgia"/>
          <w:b w:val="0"/>
          <w:i/>
          <w:color w:val="000000"/>
          <w:sz w:val="24"/>
        </w:rPr>
        <w:t>«и дремоту на веки мои»</w:t>
      </w:r>
      <w:r>
        <w:rPr>
          <w:rFonts w:ascii="Georgia" w:hAnsi="Georgia"/>
          <w:b w:val="0"/>
          <w:i w:val="0"/>
          <w:color w:val="000000"/>
          <w:sz w:val="24"/>
        </w:rPr>
        <w:t xml:space="preserve"> [в оригинале: </w:t>
      </w:r>
      <w:r>
        <w:rPr>
          <w:rFonts w:ascii="Georgia" w:hAnsi="Georgia"/>
          <w:b w:val="0"/>
          <w:i/>
          <w:color w:val="000000"/>
          <w:sz w:val="24"/>
        </w:rPr>
        <w:t>у-тнума аль апапай</w:t>
      </w:r>
      <w:r>
        <w:rPr>
          <w:rFonts w:ascii="Georgia" w:hAnsi="Georgia"/>
          <w:b w:val="0"/>
          <w:i w:val="0"/>
          <w:color w:val="000000"/>
          <w:sz w:val="24"/>
        </w:rPr>
        <w:t xml:space="preserve">, </w:t>
      </w:r>
      <w:r>
        <w:rPr>
          <w:rFonts w:ascii="Georgia" w:hAnsi="Georgia" w:cs="Times New Roman"/>
          <w:b/>
          <w:i w:val="0"/>
          <w:color w:val="000000"/>
          <w:sz w:val="24"/>
          <w:rtl/>
          <w:szCs w:val="32"/>
        </w:rPr>
        <w:t>וּתְנוּמָה עַל עַפְעַפָּי</w:t>
      </w:r>
      <w:r>
        <w:rPr>
          <w:rFonts w:ascii="Georgia" w:hAnsi="Georgia"/>
          <w:b w:val="0"/>
          <w:i w:val="0"/>
          <w:color w:val="000000"/>
          <w:sz w:val="24"/>
        </w:rPr>
        <w:t>] следующим образом: ведь известно, что глаза соответствуют Имени АВАЯ, а веки — Имени АДОНАЙ. И вот теперь необходимо опустить эти 78 [искр] вниз к Малхут и низвести их от тайны Имени АВАЯ к Имени АДОНАЙ. Известно, что Имя АДОНАЙ в своем наполнении составляет по гематрии 671 (</w:t>
      </w:r>
      <w:r>
        <w:rPr>
          <w:rFonts w:ascii="Georgia" w:hAnsi="Georgia" w:cs="Times New Roman"/>
          <w:b/>
          <w:i w:val="0"/>
          <w:color w:val="000000"/>
          <w:sz w:val="24"/>
          <w:rtl/>
          <w:szCs w:val="32"/>
        </w:rPr>
        <w:t>תרע״א</w:t>
      </w:r>
      <w:r>
        <w:rPr>
          <w:rFonts w:ascii="Georgia" w:hAnsi="Georgia"/>
          <w:b w:val="0"/>
          <w:i w:val="0"/>
          <w:color w:val="000000"/>
          <w:sz w:val="24"/>
        </w:rPr>
        <w:t>), что является арамейским переводом слова «врата» (</w:t>
      </w:r>
      <w:r>
        <w:rPr>
          <w:rFonts w:ascii="Georgia" w:hAnsi="Georgia"/>
          <w:b w:val="0"/>
          <w:i/>
          <w:color w:val="000000"/>
          <w:sz w:val="24"/>
        </w:rPr>
        <w:t>шаар</w:t>
      </w:r>
      <w:r>
        <w:rPr>
          <w:rFonts w:ascii="Georgia" w:hAnsi="Georgia"/>
          <w:b w:val="0"/>
          <w:i w:val="0"/>
          <w:color w:val="000000"/>
          <w:sz w:val="24"/>
        </w:rPr>
        <w:t xml:space="preserve">). И пусть намеревается о том, что теперь эти 78 [искр] сойдут к вратам внизу; и в этом тайна стиха: </w:t>
      </w:r>
      <w:r>
        <w:rPr>
          <w:rFonts w:ascii="Georgia" w:hAnsi="Georgia"/>
          <w:b w:val="0"/>
          <w:i/>
          <w:color w:val="000000"/>
          <w:sz w:val="24"/>
        </w:rPr>
        <w:t>«Тогда сошел к вратам народ Г-сподень»</w:t>
      </w:r>
      <w:r>
        <w:rPr>
          <w:rFonts w:ascii="Georgia" w:hAnsi="Georgia"/>
          <w:b w:val="0"/>
          <w:i w:val="0"/>
          <w:color w:val="000000"/>
          <w:sz w:val="24"/>
        </w:rPr>
        <w:t xml:space="preserve"> (Шофтим 5:11). И также пусть намеревается в стихе: </w:t>
      </w:r>
      <w:r>
        <w:rPr>
          <w:rFonts w:ascii="Georgia" w:hAnsi="Georgia"/>
          <w:b w:val="0"/>
          <w:i/>
          <w:color w:val="000000"/>
          <w:sz w:val="24"/>
        </w:rPr>
        <w:t>«тогда хлеб у ворот»</w:t>
      </w:r>
      <w:r>
        <w:rPr>
          <w:rFonts w:ascii="Georgia" w:hAnsi="Georgia"/>
          <w:b w:val="0"/>
          <w:i w:val="0"/>
          <w:color w:val="000000"/>
          <w:sz w:val="24"/>
        </w:rPr>
        <w:t xml:space="preserve"> (Шофтим 5:8), ведь слово </w:t>
      </w:r>
      <w:r>
        <w:rPr>
          <w:rFonts w:ascii="Georgia" w:hAnsi="Georgia"/>
          <w:b w:val="0"/>
          <w:i/>
          <w:color w:val="000000"/>
          <w:sz w:val="24"/>
        </w:rPr>
        <w:t>лахем</w:t>
      </w:r>
      <w:r>
        <w:rPr>
          <w:rFonts w:ascii="Georgia" w:hAnsi="Georgia"/>
          <w:b w:val="0"/>
          <w:i w:val="0"/>
          <w:color w:val="000000"/>
          <w:sz w:val="24"/>
        </w:rPr>
        <w:t xml:space="preserve"> — «хлеб» (</w:t>
      </w:r>
      <w:r>
        <w:rPr>
          <w:rFonts w:ascii="Georgia" w:hAnsi="Georgia" w:cs="Times New Roman"/>
          <w:b/>
          <w:i w:val="0"/>
          <w:color w:val="000000"/>
          <w:sz w:val="24"/>
          <w:rtl/>
          <w:szCs w:val="32"/>
        </w:rPr>
        <w:t>לֶחֶם</w:t>
      </w:r>
      <w:r>
        <w:rPr>
          <w:rFonts w:ascii="Georgia" w:hAnsi="Georgia"/>
          <w:b w:val="0"/>
          <w:i w:val="0"/>
          <w:color w:val="000000"/>
          <w:sz w:val="24"/>
        </w:rPr>
        <w:t xml:space="preserve"> = 78) равно по гематрии числу 78, и они опускаются теперь вниз к вратам.</w:t>
      </w:r>
    </w:p>
    <w:p>
      <w:pPr>
        <w:spacing w:before="40" w:after="120"/>
        <w:jc w:val="both"/>
      </w:pPr>
      <w:r>
        <w:rPr>
          <w:rFonts w:ascii="Georgia" w:hAnsi="Georgia"/>
          <w:b w:val="0"/>
          <w:i w:val="0"/>
          <w:color w:val="000000"/>
          <w:sz w:val="24"/>
        </w:rPr>
        <w:t>И сначала пусть направит намерение на три Имени АДОНАЙ, составляющих по гематрии 195 (</w:t>
      </w:r>
      <w:r>
        <w:rPr>
          <w:rFonts w:ascii="Georgia" w:hAnsi="Georgia" w:cs="Times New Roman"/>
          <w:b/>
          <w:i w:val="0"/>
          <w:color w:val="000000"/>
          <w:sz w:val="24"/>
          <w:rtl/>
          <w:szCs w:val="32"/>
        </w:rPr>
        <w:t>קצ״ה</w:t>
      </w:r>
      <w:r>
        <w:rPr>
          <w:rFonts w:ascii="Georgia" w:hAnsi="Georgia"/>
          <w:b w:val="0"/>
          <w:i w:val="0"/>
          <w:color w:val="000000"/>
          <w:sz w:val="24"/>
        </w:rPr>
        <w:t xml:space="preserve">); они представляют собой точку Цион в Малхут, являющуюся пребывающим в ней Есодом, и пусть намеревается низвести их туда. В этом тайна выражения: </w:t>
      </w:r>
      <w:r>
        <w:rPr>
          <w:rFonts w:ascii="Georgia" w:hAnsi="Georgia"/>
          <w:b w:val="0"/>
          <w:i/>
          <w:color w:val="000000"/>
          <w:sz w:val="24"/>
        </w:rPr>
        <w:t>«край небес»</w:t>
      </w:r>
      <w:r>
        <w:rPr>
          <w:rFonts w:ascii="Georgia" w:hAnsi="Georgia"/>
          <w:b w:val="0"/>
          <w:i w:val="0"/>
          <w:color w:val="000000"/>
          <w:sz w:val="24"/>
        </w:rPr>
        <w:t xml:space="preserve"> (Дварим 4:32) [</w:t>
      </w:r>
      <w:r>
        <w:rPr>
          <w:rFonts w:ascii="Georgia" w:hAnsi="Georgia"/>
          <w:b w:val="0"/>
          <w:i/>
          <w:color w:val="000000"/>
          <w:sz w:val="24"/>
        </w:rPr>
        <w:t>кце а-шамаим</w:t>
      </w:r>
      <w:r>
        <w:rPr>
          <w:rFonts w:ascii="Georgia" w:hAnsi="Georgia"/>
          <w:b w:val="0"/>
          <w:i w:val="0"/>
          <w:color w:val="000000"/>
          <w:sz w:val="24"/>
        </w:rPr>
        <w:t xml:space="preserve">], ведь слово </w:t>
      </w:r>
      <w:r>
        <w:rPr>
          <w:rFonts w:ascii="Georgia" w:hAnsi="Georgia"/>
          <w:b w:val="0"/>
          <w:i/>
          <w:color w:val="000000"/>
          <w:sz w:val="24"/>
        </w:rPr>
        <w:t>а-шамаим</w:t>
      </w:r>
      <w:r>
        <w:rPr>
          <w:rFonts w:ascii="Georgia" w:hAnsi="Georgia"/>
          <w:b w:val="0"/>
          <w:i w:val="0"/>
          <w:color w:val="000000"/>
          <w:sz w:val="24"/>
        </w:rPr>
        <w:t xml:space="preserve"> — «небеса» (</w:t>
      </w:r>
      <w:r>
        <w:rPr>
          <w:rFonts w:ascii="Georgia" w:hAnsi="Georgia" w:cs="Times New Roman"/>
          <w:b/>
          <w:i w:val="0"/>
          <w:color w:val="000000"/>
          <w:sz w:val="24"/>
          <w:rtl/>
          <w:szCs w:val="32"/>
        </w:rPr>
        <w:t>הַשָּׁמַיִם</w:t>
      </w:r>
      <w:r>
        <w:rPr>
          <w:rFonts w:ascii="Georgia" w:hAnsi="Georgia"/>
          <w:b w:val="0"/>
          <w:i w:val="0"/>
          <w:color w:val="000000"/>
          <w:sz w:val="24"/>
        </w:rPr>
        <w:t xml:space="preserve"> = 395) по гематрии равно трем наполнениям Имени ЭЙЕ — с буквами йод, алеф и хэй — вместе с их тремя всеобщностями. Они являются аспектом печати в Малхут, находящейся на ее нижнем краю, то есть в пребывающем в ней Есоде, поскольку сами три Имени ЭЙЕ в наполнении буквами йод, алеф и хэй составляют по гематрии слово </w:t>
      </w:r>
      <w:r>
        <w:rPr>
          <w:rFonts w:ascii="Georgia" w:hAnsi="Georgia"/>
          <w:b w:val="0"/>
          <w:i/>
          <w:color w:val="000000"/>
          <w:sz w:val="24"/>
        </w:rPr>
        <w:t>хотам</w:t>
      </w:r>
      <w:r>
        <w:rPr>
          <w:rFonts w:ascii="Georgia" w:hAnsi="Georgia"/>
          <w:b w:val="0"/>
          <w:i w:val="0"/>
          <w:color w:val="000000"/>
          <w:sz w:val="24"/>
        </w:rPr>
        <w:t xml:space="preserve"> — «печать» (</w:t>
      </w:r>
      <w:r>
        <w:rPr>
          <w:rFonts w:ascii="Georgia" w:hAnsi="Georgia" w:cs="Times New Roman"/>
          <w:b/>
          <w:i w:val="0"/>
          <w:color w:val="000000"/>
          <w:sz w:val="24"/>
          <w:rtl/>
          <w:szCs w:val="32"/>
        </w:rPr>
        <w:t>חוֹתָם</w:t>
      </w:r>
      <w:r>
        <w:rPr>
          <w:rFonts w:ascii="Georgia" w:hAnsi="Georgia"/>
          <w:b w:val="0"/>
          <w:i w:val="0"/>
          <w:color w:val="000000"/>
          <w:sz w:val="24"/>
        </w:rPr>
        <w:t xml:space="preserve"> = 454), а со всеобщностью составляют 455 (</w:t>
      </w:r>
      <w:r>
        <w:rPr>
          <w:rFonts w:ascii="Georgia" w:hAnsi="Georgia" w:cs="Times New Roman"/>
          <w:b/>
          <w:i w:val="0"/>
          <w:color w:val="000000"/>
          <w:sz w:val="24"/>
          <w:rtl/>
          <w:szCs w:val="32"/>
        </w:rPr>
        <w:t>תנ״ה</w:t>
      </w:r>
      <w:r>
        <w:rPr>
          <w:rFonts w:ascii="Georgia" w:hAnsi="Georgia"/>
          <w:b w:val="0"/>
          <w:i w:val="0"/>
          <w:color w:val="000000"/>
          <w:sz w:val="24"/>
        </w:rPr>
        <w:t xml:space="preserve">), в тайне стиха: </w:t>
      </w:r>
      <w:r>
        <w:rPr>
          <w:rFonts w:ascii="Georgia" w:hAnsi="Georgia"/>
          <w:b w:val="0"/>
          <w:i/>
          <w:color w:val="000000"/>
          <w:sz w:val="24"/>
        </w:rPr>
        <w:t>«явивший славу Твою на небесах»</w:t>
      </w:r>
      <w:r>
        <w:rPr>
          <w:rFonts w:ascii="Georgia" w:hAnsi="Georgia"/>
          <w:b w:val="0"/>
          <w:i w:val="0"/>
          <w:color w:val="000000"/>
          <w:sz w:val="24"/>
        </w:rPr>
        <w:t xml:space="preserve"> (Теилим 8:2) [</w:t>
      </w:r>
      <w:r>
        <w:rPr>
          <w:rFonts w:ascii="Georgia" w:hAnsi="Georgia"/>
          <w:b w:val="0"/>
          <w:i/>
          <w:color w:val="000000"/>
          <w:sz w:val="24"/>
        </w:rPr>
        <w:t>ашер тена ходеха аль а-шамаим</w:t>
      </w:r>
      <w:r>
        <w:rPr>
          <w:rFonts w:ascii="Georgia" w:hAnsi="Georgia"/>
          <w:b w:val="0"/>
          <w:i w:val="0"/>
          <w:color w:val="000000"/>
          <w:sz w:val="24"/>
        </w:rPr>
        <w:t xml:space="preserve">]. Ведь слово </w:t>
      </w:r>
      <w:r>
        <w:rPr>
          <w:rFonts w:ascii="Georgia" w:hAnsi="Georgia"/>
          <w:b w:val="0"/>
          <w:i/>
          <w:color w:val="000000"/>
          <w:sz w:val="24"/>
        </w:rPr>
        <w:t>ашер</w:t>
      </w:r>
      <w:r>
        <w:rPr>
          <w:rFonts w:ascii="Georgia" w:hAnsi="Georgia"/>
          <w:b w:val="0"/>
          <w:i w:val="0"/>
          <w:color w:val="000000"/>
          <w:sz w:val="24"/>
        </w:rPr>
        <w:t xml:space="preserve"> указывает на Бину, как упомянуто в «Тиккуней Зоар» в тайне стиха: </w:t>
      </w:r>
      <w:r>
        <w:rPr>
          <w:rFonts w:ascii="Georgia" w:hAnsi="Georgia"/>
          <w:b w:val="0"/>
          <w:i/>
          <w:color w:val="000000"/>
          <w:sz w:val="24"/>
        </w:rPr>
        <w:t>«Который вывел тебя из земли Египетской...»</w:t>
      </w:r>
      <w:r>
        <w:rPr>
          <w:rFonts w:ascii="Georgia" w:hAnsi="Georgia"/>
          <w:b w:val="0"/>
          <w:i w:val="0"/>
          <w:color w:val="000000"/>
          <w:sz w:val="24"/>
        </w:rPr>
        <w:t xml:space="preserve"> (Шмот 20:2), и от нее нисходят три Имени ЭЙЕ, составляющие 455 (</w:t>
      </w:r>
      <w:r>
        <w:rPr>
          <w:rFonts w:ascii="Georgia" w:hAnsi="Georgia" w:cs="Times New Roman"/>
          <w:b/>
          <w:i w:val="0"/>
          <w:color w:val="000000"/>
          <w:sz w:val="24"/>
          <w:rtl/>
          <w:szCs w:val="32"/>
        </w:rPr>
        <w:t>תנ״ה</w:t>
      </w:r>
      <w:r>
        <w:rPr>
          <w:rFonts w:ascii="Georgia" w:hAnsi="Georgia"/>
          <w:b w:val="0"/>
          <w:i w:val="0"/>
          <w:color w:val="000000"/>
          <w:sz w:val="24"/>
        </w:rPr>
        <w:t xml:space="preserve">), к Малхут, чтобы образовать в ней печать числом 455; а наполнение этой печати составляет по гематрии число слова </w:t>
      </w:r>
      <w:r>
        <w:rPr>
          <w:rFonts w:ascii="Georgia" w:hAnsi="Georgia"/>
          <w:b w:val="0"/>
          <w:i/>
          <w:color w:val="000000"/>
          <w:sz w:val="24"/>
        </w:rPr>
        <w:t>а-шамаим</w:t>
      </w:r>
      <w:r>
        <w:rPr>
          <w:rFonts w:ascii="Georgia" w:hAnsi="Georgia"/>
          <w:b w:val="0"/>
          <w:i w:val="0"/>
          <w:color w:val="000000"/>
          <w:sz w:val="24"/>
        </w:rPr>
        <w:t xml:space="preserve">, как упомянуто выше. И в этом смысл стиха: </w:t>
      </w:r>
      <w:r>
        <w:rPr>
          <w:rFonts w:ascii="Georgia" w:hAnsi="Georgia"/>
          <w:b w:val="0"/>
          <w:i/>
          <w:color w:val="000000"/>
          <w:sz w:val="24"/>
        </w:rPr>
        <w:t>«явивший славу Твою на небесах»</w:t>
      </w:r>
      <w:r>
        <w:rPr>
          <w:rFonts w:ascii="Georgia" w:hAnsi="Georgia"/>
          <w:b w:val="0"/>
          <w:i w:val="0"/>
          <w:color w:val="000000"/>
          <w:sz w:val="24"/>
        </w:rPr>
        <w:t xml:space="preserve"> (Теилим 8:2).</w:t>
      </w:r>
    </w:p>
    <w:p>
      <w:pPr>
        <w:spacing w:before="40" w:after="120"/>
        <w:jc w:val="both"/>
      </w:pPr>
      <w:r>
        <w:rPr>
          <w:rFonts w:ascii="Georgia" w:hAnsi="Georgia"/>
          <w:b w:val="0"/>
          <w:i w:val="0"/>
          <w:color w:val="000000"/>
          <w:sz w:val="24"/>
        </w:rPr>
        <w:t xml:space="preserve">Также Малхут в аспекте МАН в этой своей печати содержит Имя БОН (52). И вот направь намерение при произнесении слова </w:t>
      </w:r>
      <w:r>
        <w:rPr>
          <w:rFonts w:ascii="Georgia" w:hAnsi="Georgia"/>
          <w:b w:val="0"/>
          <w:i/>
          <w:color w:val="000000"/>
          <w:sz w:val="24"/>
        </w:rPr>
        <w:t>у-тнума</w:t>
      </w:r>
      <w:r>
        <w:rPr>
          <w:rFonts w:ascii="Georgia" w:hAnsi="Georgia"/>
          <w:b w:val="0"/>
          <w:i w:val="0"/>
          <w:color w:val="000000"/>
          <w:sz w:val="24"/>
        </w:rPr>
        <w:t xml:space="preserve"> («и дремоту»), что оно равно сумме печати и Имени БОН [455 + 52 = 507], по числу слова </w:t>
      </w:r>
      <w:r>
        <w:rPr>
          <w:rFonts w:ascii="Georgia" w:hAnsi="Georgia"/>
          <w:b w:val="0"/>
          <w:i/>
          <w:color w:val="000000"/>
          <w:sz w:val="24"/>
        </w:rPr>
        <w:t>у-тнума</w:t>
      </w:r>
      <w:r>
        <w:rPr>
          <w:rFonts w:ascii="Georgia" w:hAnsi="Georgia"/>
          <w:b w:val="0"/>
          <w:i w:val="0"/>
          <w:color w:val="000000"/>
          <w:sz w:val="24"/>
        </w:rPr>
        <w:t xml:space="preserve"> (</w:t>
      </w:r>
      <w:r>
        <w:rPr>
          <w:rFonts w:ascii="Georgia" w:hAnsi="Georgia" w:cs="Times New Roman"/>
          <w:b/>
          <w:i w:val="0"/>
          <w:color w:val="000000"/>
          <w:sz w:val="24"/>
          <w:rtl/>
          <w:szCs w:val="32"/>
        </w:rPr>
        <w:t>וּתְנוּמָה</w:t>
      </w:r>
      <w:r>
        <w:rPr>
          <w:rFonts w:ascii="Georgia" w:hAnsi="Georgia"/>
          <w:b w:val="0"/>
          <w:i w:val="0"/>
          <w:color w:val="000000"/>
          <w:sz w:val="24"/>
        </w:rPr>
        <w:t xml:space="preserve"> = 507). И пусть намеревается привлечь упомянутые 78 [искр] в эту печать; и пусть намеревается огласовать три упомянутых Имени двенадцатью огласовками, имеющимися в стихе: </w:t>
      </w:r>
      <w:r>
        <w:rPr>
          <w:rFonts w:ascii="Georgia" w:hAnsi="Georgia"/>
          <w:b w:val="0"/>
          <w:i/>
          <w:color w:val="000000"/>
          <w:sz w:val="24"/>
        </w:rPr>
        <w:t>«К справедливости, к справедливости стремись, чтобы жил ты...»</w:t>
      </w:r>
      <w:r>
        <w:rPr>
          <w:rFonts w:ascii="Georgia" w:hAnsi="Georgia"/>
          <w:b w:val="0"/>
          <w:i w:val="0"/>
          <w:color w:val="000000"/>
          <w:sz w:val="24"/>
        </w:rPr>
        <w:t xml:space="preserve"> (Дварим 16:20) (</w:t>
      </w:r>
      <w:r>
        <w:rPr>
          <w:rFonts w:ascii="Georgia" w:hAnsi="Georgia" w:cs="Times New Roman"/>
          <w:b/>
          <w:i w:val="0"/>
          <w:color w:val="000000"/>
          <w:sz w:val="24"/>
          <w:rtl/>
          <w:szCs w:val="32"/>
        </w:rPr>
        <w:t>צֶדֶק צֶדֶק תִרְדוֹף לְמַעַן תִחְיֶה</w:t>
      </w:r>
      <w:r>
        <w:rPr>
          <w:rFonts w:ascii="Georgia" w:hAnsi="Georgia"/>
          <w:b w:val="0"/>
          <w:i w:val="0"/>
          <w:color w:val="000000"/>
          <w:sz w:val="24"/>
        </w:rPr>
        <w:t>), в следующем порядке:</w:t>
      </w:r>
    </w:p>
    <w:p>
      <w:pPr>
        <w:spacing w:before="40" w:after="120"/>
        <w:jc w:val="both"/>
      </w:pPr>
      <w:r>
        <w:rPr>
          <w:rFonts w:ascii="Georgia" w:hAnsi="Georgia"/>
          <w:b w:val="0"/>
          <w:i w:val="0"/>
          <w:color w:val="000000"/>
          <w:sz w:val="24"/>
        </w:rPr>
        <w:t xml:space="preserve">Первое Имя АДОНАЙ огласовано полностью огласовкой сеголь, подобно четырем знакам сеголь в словах </w:t>
      </w:r>
      <w:r>
        <w:rPr>
          <w:rFonts w:ascii="Georgia" w:hAnsi="Georgia"/>
          <w:b w:val="0"/>
          <w:i/>
          <w:color w:val="000000"/>
          <w:sz w:val="24"/>
        </w:rPr>
        <w:t>цедек цедек</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Второе Имя АДОНАЙ: огласовки хирик, шва и холам приходятся на первые три буквы, а две огласовки — шва и патах слова </w:t>
      </w:r>
      <w:r>
        <w:rPr>
          <w:rFonts w:ascii="Georgia" w:hAnsi="Georgia"/>
          <w:b w:val="0"/>
          <w:i/>
          <w:color w:val="000000"/>
          <w:sz w:val="24"/>
        </w:rPr>
        <w:t>лемаан</w:t>
      </w:r>
      <w:r>
        <w:rPr>
          <w:rFonts w:ascii="Georgia" w:hAnsi="Georgia"/>
          <w:b w:val="0"/>
          <w:i w:val="0"/>
          <w:color w:val="000000"/>
          <w:sz w:val="24"/>
        </w:rPr>
        <w:t xml:space="preserve"> — приходятся на букву йод Имени АДОНАЙ.</w:t>
      </w:r>
    </w:p>
    <w:p>
      <w:pPr>
        <w:spacing w:before="40" w:after="120"/>
        <w:jc w:val="both"/>
      </w:pPr>
      <w:r>
        <w:rPr>
          <w:rFonts w:ascii="Georgia" w:hAnsi="Georgia"/>
          <w:b w:val="0"/>
          <w:i w:val="0"/>
          <w:color w:val="000000"/>
          <w:sz w:val="24"/>
        </w:rPr>
        <w:t xml:space="preserve">Третье Имя АДОНАЙ: огласовано четырьмя огласовками [букв] </w:t>
      </w:r>
      <w:r>
        <w:rPr>
          <w:rFonts w:ascii="Georgia" w:hAnsi="Georgia"/>
          <w:b w:val="0"/>
          <w:i/>
          <w:color w:val="000000"/>
          <w:sz w:val="24"/>
        </w:rPr>
        <w:t>ан</w:t>
      </w:r>
      <w:r>
        <w:rPr>
          <w:rFonts w:ascii="Georgia" w:hAnsi="Georgia"/>
          <w:b w:val="0"/>
          <w:i w:val="0"/>
          <w:color w:val="000000"/>
          <w:sz w:val="24"/>
        </w:rPr>
        <w:t xml:space="preserve"> [слова </w:t>
      </w:r>
      <w:r>
        <w:rPr>
          <w:rFonts w:ascii="Georgia" w:hAnsi="Georgia"/>
          <w:b w:val="0"/>
          <w:i/>
          <w:color w:val="000000"/>
          <w:sz w:val="24"/>
        </w:rPr>
        <w:t>лемаан</w:t>
      </w:r>
      <w:r>
        <w:rPr>
          <w:rFonts w:ascii="Georgia" w:hAnsi="Georgia"/>
          <w:b w:val="0"/>
          <w:i w:val="0"/>
          <w:color w:val="000000"/>
          <w:sz w:val="24"/>
        </w:rPr>
        <w:t xml:space="preserve">] и слова </w:t>
      </w:r>
      <w:r>
        <w:rPr>
          <w:rFonts w:ascii="Georgia" w:hAnsi="Georgia"/>
          <w:b w:val="0"/>
          <w:i/>
          <w:color w:val="000000"/>
          <w:sz w:val="24"/>
        </w:rPr>
        <w:t>тихье</w:t>
      </w:r>
      <w:r>
        <w:rPr>
          <w:rFonts w:ascii="Georgia" w:hAnsi="Georgia"/>
          <w:b w:val="0"/>
          <w:i w:val="0"/>
          <w:color w:val="000000"/>
          <w:sz w:val="24"/>
        </w:rPr>
        <w:t>, каковыми являются патах, хирик, шва, сеголь.</w:t>
      </w:r>
    </w:p>
    <w:p>
      <w:pPr>
        <w:spacing w:before="40" w:after="120"/>
        <w:jc w:val="both"/>
      </w:pPr>
      <w:r>
        <w:rPr>
          <w:rFonts w:ascii="Georgia" w:hAnsi="Georgia"/>
          <w:b w:val="0"/>
          <w:i w:val="0"/>
          <w:color w:val="000000"/>
          <w:sz w:val="24"/>
        </w:rPr>
        <w:t xml:space="preserve">Причина этого в том, что три этих Имени [составляющие 195] также равны по гематрии слову </w:t>
      </w:r>
      <w:r>
        <w:rPr>
          <w:rFonts w:ascii="Georgia" w:hAnsi="Georgia"/>
          <w:b w:val="0"/>
          <w:i/>
          <w:color w:val="000000"/>
          <w:sz w:val="24"/>
        </w:rPr>
        <w:t>цедек</w:t>
      </w:r>
      <w:r>
        <w:rPr>
          <w:rFonts w:ascii="Georgia" w:hAnsi="Georgia"/>
          <w:b w:val="0"/>
          <w:i w:val="0"/>
          <w:color w:val="000000"/>
          <w:sz w:val="24"/>
        </w:rPr>
        <w:t xml:space="preserve"> — «справедливость» (</w:t>
      </w:r>
      <w:r>
        <w:rPr>
          <w:rFonts w:ascii="Georgia" w:hAnsi="Georgia" w:cs="Times New Roman"/>
          <w:b/>
          <w:i w:val="0"/>
          <w:color w:val="000000"/>
          <w:sz w:val="24"/>
          <w:rtl/>
          <w:szCs w:val="32"/>
        </w:rPr>
        <w:t>צֶדֶק</w:t>
      </w:r>
      <w:r>
        <w:rPr>
          <w:rFonts w:ascii="Georgia" w:hAnsi="Georgia"/>
          <w:b w:val="0"/>
          <w:i w:val="0"/>
          <w:color w:val="000000"/>
          <w:sz w:val="24"/>
        </w:rPr>
        <w:t xml:space="preserve"> = 194) вместе со всеобщностью. И пусть намеревается укрыться от ярости гнева Г-сподня посредством этой справедливости (</w:t>
      </w:r>
      <w:r>
        <w:rPr>
          <w:rFonts w:ascii="Georgia" w:hAnsi="Georgia"/>
          <w:b w:val="0"/>
          <w:i/>
          <w:color w:val="000000"/>
          <w:sz w:val="24"/>
        </w:rPr>
        <w:t>цедек</w:t>
      </w:r>
      <w:r>
        <w:rPr>
          <w:rFonts w:ascii="Georgia" w:hAnsi="Georgia"/>
          <w:b w:val="0"/>
          <w:i w:val="0"/>
          <w:color w:val="000000"/>
          <w:sz w:val="24"/>
        </w:rPr>
        <w:t xml:space="preserve">), в тайне стиха: </w:t>
      </w:r>
      <w:r>
        <w:rPr>
          <w:rFonts w:ascii="Georgia" w:hAnsi="Georgia"/>
          <w:b w:val="0"/>
          <w:i/>
          <w:color w:val="000000"/>
          <w:sz w:val="24"/>
        </w:rPr>
        <w:t>«взыщите правду, взыщите смирение; может быть, вы укроетесь в день гнева Г-сподня»</w:t>
      </w:r>
      <w:r>
        <w:rPr>
          <w:rFonts w:ascii="Georgia" w:hAnsi="Georgia"/>
          <w:b w:val="0"/>
          <w:i w:val="0"/>
          <w:color w:val="000000"/>
          <w:sz w:val="24"/>
        </w:rPr>
        <w:t xml:space="preserve"> (Цфанья 2:3). Затем пусть намеревается наполнить их их наполнениями. И вот трижды по 671 (</w:t>
      </w:r>
      <w:r>
        <w:rPr>
          <w:rFonts w:ascii="Georgia" w:hAnsi="Georgia" w:cs="Times New Roman"/>
          <w:b/>
          <w:i w:val="0"/>
          <w:color w:val="000000"/>
          <w:sz w:val="24"/>
          <w:rtl/>
          <w:szCs w:val="32"/>
        </w:rPr>
        <w:t>תרע״א</w:t>
      </w:r>
      <w:r>
        <w:rPr>
          <w:rFonts w:ascii="Georgia" w:hAnsi="Georgia"/>
          <w:b w:val="0"/>
          <w:i w:val="0"/>
          <w:color w:val="000000"/>
          <w:sz w:val="24"/>
        </w:rPr>
        <w:t>) составляют по гематрии 2013 (</w:t>
      </w:r>
      <w:r>
        <w:rPr>
          <w:rFonts w:ascii="Georgia" w:hAnsi="Georgia" w:cs="Times New Roman"/>
          <w:b/>
          <w:i w:val="0"/>
          <w:color w:val="000000"/>
          <w:sz w:val="24"/>
          <w:rtl/>
          <w:szCs w:val="32"/>
        </w:rPr>
        <w:t>ב׳ אלפים וי״ג</w:t>
      </w:r>
      <w:r>
        <w:rPr>
          <w:rFonts w:ascii="Georgia" w:hAnsi="Georgia"/>
          <w:b w:val="0"/>
          <w:i w:val="0"/>
          <w:color w:val="000000"/>
          <w:sz w:val="24"/>
        </w:rPr>
        <w:t xml:space="preserve">). И пусть намеревается огласовать только четыре простые буквы в каждом из этих трех Имен двенадцатью огласовками, имеющимися в стихе: </w:t>
      </w:r>
      <w:r>
        <w:rPr>
          <w:rFonts w:ascii="Georgia" w:hAnsi="Georgia"/>
          <w:b w:val="0"/>
          <w:i/>
          <w:color w:val="000000"/>
          <w:sz w:val="24"/>
        </w:rPr>
        <w:t>«Тогда сошел к вратам народ Г-сподень»</w:t>
      </w:r>
      <w:r>
        <w:rPr>
          <w:rFonts w:ascii="Georgia" w:hAnsi="Georgia"/>
          <w:b w:val="0"/>
          <w:i w:val="0"/>
          <w:color w:val="000000"/>
          <w:sz w:val="24"/>
        </w:rPr>
        <w:t xml:space="preserve"> (Шофтим 5:11) [в оригинале: </w:t>
      </w:r>
      <w:r>
        <w:rPr>
          <w:rFonts w:ascii="Georgia" w:hAnsi="Georgia"/>
          <w:b w:val="0"/>
          <w:i/>
          <w:color w:val="000000"/>
          <w:sz w:val="24"/>
        </w:rPr>
        <w:t>Аз яреду ла-шеарим ам АВАЯ</w:t>
      </w:r>
      <w:r>
        <w:rPr>
          <w:rFonts w:ascii="Georgia" w:hAnsi="Georgia"/>
          <w:b w:val="0"/>
          <w:i w:val="0"/>
          <w:color w:val="000000"/>
          <w:sz w:val="24"/>
        </w:rPr>
        <w:t xml:space="preserve">, </w:t>
      </w:r>
      <w:r>
        <w:rPr>
          <w:rFonts w:ascii="Georgia" w:hAnsi="Georgia" w:cs="Times New Roman"/>
          <w:b/>
          <w:i w:val="0"/>
          <w:color w:val="000000"/>
          <w:sz w:val="24"/>
          <w:rtl/>
          <w:szCs w:val="32"/>
        </w:rPr>
        <w:t>אָז יָרְדוּ לַשְּׁעָרִים עַם יְהוָה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намерение в этом таково: тебе уже известно сказанное в книге «Зоар» в недельном разделе Ваэра (лист 27, лицевая сторона) относительно тех тринадцати рек и тысячи рек, и там мы объяснили это (см. там подробно), как в НЕХИ мужского начала имеются две задние стороны (ахораим) — дважды по 499 с половиной с одной стороны и с другой. Если соединить с ними тринадцать рек, получится по 505 с половиной с каждой стороны, по числу Имени </w:t>
      </w:r>
      <w:r>
        <w:rPr>
          <w:rFonts w:ascii="Georgia" w:hAnsi="Georgia" w:cs="Times New Roman"/>
          <w:b/>
          <w:i w:val="0"/>
          <w:color w:val="000000"/>
          <w:sz w:val="24"/>
          <w:rtl/>
          <w:szCs w:val="32"/>
        </w:rPr>
        <w:t>אבגית״ץ</w:t>
      </w:r>
      <w:r>
        <w:rPr>
          <w:rFonts w:ascii="Georgia" w:hAnsi="Georgia"/>
          <w:b w:val="0"/>
          <w:i w:val="0"/>
          <w:color w:val="000000"/>
          <w:sz w:val="24"/>
        </w:rPr>
        <w:t xml:space="preserve">; и точно так же в ее НЕХИ содержится такое же число. Оказывается, что все они вместе составляют 2013, и в этом тайна стиха: </w:t>
      </w:r>
      <w:r>
        <w:rPr>
          <w:rFonts w:ascii="Georgia" w:hAnsi="Georgia"/>
          <w:b w:val="0"/>
          <w:i/>
          <w:color w:val="000000"/>
          <w:sz w:val="24"/>
        </w:rPr>
        <w:t>«и творящий милость тысячам»</w:t>
      </w:r>
      <w:r>
        <w:rPr>
          <w:rFonts w:ascii="Georgia" w:hAnsi="Georgia"/>
          <w:b w:val="0"/>
          <w:i w:val="0"/>
          <w:color w:val="000000"/>
          <w:sz w:val="24"/>
        </w:rPr>
        <w:t xml:space="preserve"> (Шмот 20:6), ведь Имя </w:t>
      </w:r>
      <w:r>
        <w:rPr>
          <w:rFonts w:ascii="Georgia" w:hAnsi="Georgia"/>
          <w:b w:val="0"/>
          <w:i/>
          <w:color w:val="000000"/>
          <w:sz w:val="24"/>
        </w:rPr>
        <w:t>Авгитац</w:t>
      </w:r>
      <w:r>
        <w:rPr>
          <w:rFonts w:ascii="Georgia" w:hAnsi="Georgia"/>
          <w:b w:val="0"/>
          <w:i w:val="0"/>
          <w:color w:val="000000"/>
          <w:sz w:val="24"/>
        </w:rPr>
        <w:t xml:space="preserve">, хотя и намекает на 42-буквенное Имя, относящееся к Гвуре, само представляет собой сфиру Хесед, как известно. И вот мы разъяснили, как здесь намекаются два Имени </w:t>
      </w:r>
      <w:r>
        <w:rPr>
          <w:rFonts w:ascii="Georgia" w:hAnsi="Georgia"/>
          <w:b w:val="0"/>
          <w:i/>
          <w:color w:val="000000"/>
          <w:sz w:val="24"/>
        </w:rPr>
        <w:t>Авгитац</w:t>
      </w:r>
      <w:r>
        <w:rPr>
          <w:rFonts w:ascii="Georgia" w:hAnsi="Georgia"/>
          <w:b w:val="0"/>
          <w:i w:val="0"/>
          <w:color w:val="000000"/>
          <w:sz w:val="24"/>
        </w:rPr>
        <w:t xml:space="preserve"> наверху в его НЕХИ и два других — в ее НЕХИ, а четырежды это Имя составляет по гематрии 2013. Вот как Имя </w:t>
      </w:r>
      <w:r>
        <w:rPr>
          <w:rFonts w:ascii="Georgia" w:hAnsi="Georgia"/>
          <w:b w:val="0"/>
          <w:i/>
          <w:color w:val="000000"/>
          <w:sz w:val="24"/>
        </w:rPr>
        <w:t>Авгитац</w:t>
      </w:r>
      <w:r>
        <w:rPr>
          <w:rFonts w:ascii="Georgia" w:hAnsi="Georgia"/>
          <w:b w:val="0"/>
          <w:i w:val="0"/>
          <w:color w:val="000000"/>
          <w:sz w:val="24"/>
        </w:rPr>
        <w:t xml:space="preserve">, являющееся Хеседом, дается в этих тысячах, и в этом смысл стиха: </w:t>
      </w:r>
      <w:r>
        <w:rPr>
          <w:rFonts w:ascii="Georgia" w:hAnsi="Georgia"/>
          <w:b w:val="0"/>
          <w:i/>
          <w:color w:val="000000"/>
          <w:sz w:val="24"/>
        </w:rPr>
        <w:t>«и творящий милость тысячам»</w:t>
      </w:r>
      <w:r>
        <w:rPr>
          <w:rFonts w:ascii="Georgia" w:hAnsi="Georgia"/>
          <w:b w:val="0"/>
          <w:i w:val="0"/>
          <w:color w:val="000000"/>
          <w:sz w:val="24"/>
        </w:rPr>
        <w:t>. И хотя их сумма составляет 2024, мы считаем только тринадцать [рек], являющихся главами и корнями всех рек.</w:t>
      </w:r>
    </w:p>
    <w:p>
      <w:pPr>
        <w:spacing w:before="40" w:after="120"/>
        <w:jc w:val="both"/>
      </w:pPr>
      <w:r>
        <w:rPr>
          <w:rFonts w:ascii="Georgia" w:hAnsi="Georgia"/>
          <w:b w:val="0"/>
          <w:i w:val="0"/>
          <w:color w:val="000000"/>
          <w:sz w:val="24"/>
        </w:rPr>
        <w:t xml:space="preserve">И пусть намеревается о том, что трижды Имя АДОНАЙ в наполнении (трижды по 671) составляют 2013; и пусть намеревается низвести их от этих высших [ступеней] в мужском начале к НЕХИ в женском начале, представляющим собой трижды по 671, в тайне стиха: </w:t>
      </w:r>
      <w:r>
        <w:rPr>
          <w:rFonts w:ascii="Georgia" w:hAnsi="Georgia"/>
          <w:b w:val="0"/>
          <w:i/>
          <w:color w:val="000000"/>
          <w:sz w:val="24"/>
        </w:rPr>
        <w:t>«тогда сошли к вратам»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всё это направляй в двух словах </w:t>
      </w:r>
      <w:r>
        <w:rPr>
          <w:rFonts w:ascii="Georgia" w:hAnsi="Georgia"/>
          <w:b w:val="0"/>
          <w:i/>
          <w:color w:val="000000"/>
          <w:sz w:val="24"/>
        </w:rPr>
        <w:t>аль апапай</w:t>
      </w:r>
      <w:r>
        <w:rPr>
          <w:rFonts w:ascii="Georgia" w:hAnsi="Georgia"/>
          <w:b w:val="0"/>
          <w:i w:val="0"/>
          <w:color w:val="000000"/>
          <w:sz w:val="24"/>
        </w:rPr>
        <w:t xml:space="preserve"> («на веки мои») следующим образом: ведь слова </w:t>
      </w:r>
      <w:r>
        <w:rPr>
          <w:rFonts w:ascii="Georgia" w:hAnsi="Georgia"/>
          <w:b w:val="0"/>
          <w:i/>
          <w:color w:val="000000"/>
          <w:sz w:val="24"/>
        </w:rPr>
        <w:t>аль апапай</w:t>
      </w:r>
      <w:r>
        <w:rPr>
          <w:rFonts w:ascii="Georgia" w:hAnsi="Georgia"/>
          <w:b w:val="0"/>
          <w:i w:val="0"/>
          <w:color w:val="000000"/>
          <w:sz w:val="24"/>
        </w:rPr>
        <w:t xml:space="preserve"> (</w:t>
      </w:r>
      <w:r>
        <w:rPr>
          <w:rFonts w:ascii="Georgia" w:hAnsi="Georgia" w:cs="Times New Roman"/>
          <w:b/>
          <w:i w:val="0"/>
          <w:color w:val="000000"/>
          <w:sz w:val="24"/>
          <w:rtl/>
          <w:szCs w:val="32"/>
        </w:rPr>
        <w:t>עַל עַפְעַפָּי</w:t>
      </w:r>
      <w:r>
        <w:rPr>
          <w:rFonts w:ascii="Georgia" w:hAnsi="Georgia"/>
          <w:b w:val="0"/>
          <w:i w:val="0"/>
          <w:color w:val="000000"/>
          <w:sz w:val="24"/>
        </w:rPr>
        <w:t xml:space="preserve">) по гематрии составляют 410, а если заменить их буквы по системе атбаш, они составят одно святое Имя, а именно: </w:t>
      </w:r>
      <w:r>
        <w:rPr>
          <w:rFonts w:ascii="Georgia" w:hAnsi="Georgia"/>
          <w:b w:val="0"/>
          <w:i/>
          <w:color w:val="000000"/>
          <w:sz w:val="24"/>
        </w:rPr>
        <w:t>Зах Зава Звим</w:t>
      </w:r>
      <w:r>
        <w:rPr>
          <w:rFonts w:ascii="Georgia" w:hAnsi="Georgia"/>
          <w:b w:val="0"/>
          <w:i w:val="0"/>
          <w:color w:val="000000"/>
          <w:sz w:val="24"/>
        </w:rPr>
        <w:t xml:space="preserve"> (</w:t>
      </w:r>
      <w:r>
        <w:rPr>
          <w:rFonts w:ascii="Georgia" w:hAnsi="Georgia" w:cs="Times New Roman"/>
          <w:b/>
          <w:i w:val="0"/>
          <w:color w:val="000000"/>
          <w:sz w:val="24"/>
          <w:rtl/>
          <w:szCs w:val="32"/>
        </w:rPr>
        <w:t>זַךְ זָוַ זְוִם</w:t>
      </w:r>
      <w:r>
        <w:rPr>
          <w:rFonts w:ascii="Georgia" w:hAnsi="Georgia"/>
          <w:b w:val="0"/>
          <w:i w:val="0"/>
          <w:color w:val="000000"/>
          <w:sz w:val="24"/>
        </w:rPr>
        <w:t xml:space="preserve">), гематрия которого равна 93. Вместе со словом </w:t>
      </w:r>
      <w:r>
        <w:rPr>
          <w:rFonts w:ascii="Georgia" w:hAnsi="Georgia"/>
          <w:b w:val="0"/>
          <w:i/>
          <w:color w:val="000000"/>
          <w:sz w:val="24"/>
        </w:rPr>
        <w:t>у-тнума</w:t>
      </w:r>
      <w:r>
        <w:rPr>
          <w:rFonts w:ascii="Georgia" w:hAnsi="Georgia"/>
          <w:b w:val="0"/>
          <w:i w:val="0"/>
          <w:color w:val="000000"/>
          <w:sz w:val="24"/>
        </w:rPr>
        <w:t xml:space="preserve"> (</w:t>
      </w:r>
      <w:r>
        <w:rPr>
          <w:rFonts w:ascii="Georgia" w:hAnsi="Georgia" w:cs="Times New Roman"/>
          <w:b/>
          <w:i w:val="0"/>
          <w:color w:val="000000"/>
          <w:sz w:val="24"/>
          <w:rtl/>
          <w:szCs w:val="32"/>
        </w:rPr>
        <w:t>וּתְנוּמָה</w:t>
      </w:r>
      <w:r>
        <w:rPr>
          <w:rFonts w:ascii="Georgia" w:hAnsi="Georgia"/>
          <w:b w:val="0"/>
          <w:i w:val="0"/>
          <w:color w:val="000000"/>
          <w:sz w:val="24"/>
        </w:rPr>
        <w:t xml:space="preserve"> = 507) общая сумма составляет 1010, а вместе с тремя словами </w:t>
      </w:r>
      <w:r>
        <w:rPr>
          <w:rFonts w:ascii="Georgia" w:hAnsi="Georgia"/>
          <w:b w:val="0"/>
          <w:i/>
          <w:color w:val="000000"/>
          <w:sz w:val="24"/>
        </w:rPr>
        <w:t>у-тнума аль апапай</w:t>
      </w:r>
      <w:r>
        <w:rPr>
          <w:rFonts w:ascii="Georgia" w:hAnsi="Georgia"/>
          <w:b w:val="0"/>
          <w:i w:val="0"/>
          <w:color w:val="000000"/>
          <w:sz w:val="24"/>
        </w:rPr>
        <w:t xml:space="preserve"> получается 1013 — те самые упомянутые 1013 рек. И необходимо направить намерение на то, что имя </w:t>
      </w:r>
      <w:r>
        <w:rPr>
          <w:rFonts w:ascii="Georgia" w:hAnsi="Georgia"/>
          <w:b w:val="0"/>
          <w:i/>
          <w:color w:val="000000"/>
          <w:sz w:val="24"/>
        </w:rPr>
        <w:t>Зах Зава Звим</w:t>
      </w:r>
      <w:r>
        <w:rPr>
          <w:rFonts w:ascii="Georgia" w:hAnsi="Georgia"/>
          <w:b w:val="0"/>
          <w:i w:val="0"/>
          <w:color w:val="000000"/>
          <w:sz w:val="24"/>
        </w:rPr>
        <w:t xml:space="preserve"> — это святое Имя; его огласовка — патах и хирик, огласовка слова </w:t>
      </w:r>
      <w:r>
        <w:rPr>
          <w:rFonts w:ascii="Georgia" w:hAnsi="Georgia"/>
          <w:b w:val="0"/>
          <w:i/>
          <w:color w:val="000000"/>
          <w:sz w:val="24"/>
        </w:rPr>
        <w:t>заит</w:t>
      </w:r>
      <w:r>
        <w:rPr>
          <w:rFonts w:ascii="Georgia" w:hAnsi="Georgia"/>
          <w:b w:val="0"/>
          <w:i w:val="0"/>
          <w:color w:val="000000"/>
          <w:sz w:val="24"/>
        </w:rPr>
        <w:t xml:space="preserve"> («маслина»), и в этом тайна стиха: </w:t>
      </w:r>
      <w:r>
        <w:rPr>
          <w:rFonts w:ascii="Georgia" w:hAnsi="Georgia"/>
          <w:b w:val="0"/>
          <w:i/>
          <w:color w:val="000000"/>
          <w:sz w:val="24"/>
        </w:rPr>
        <w:t>«чистого елея выбитого»</w:t>
      </w:r>
      <w:r>
        <w:rPr>
          <w:rFonts w:ascii="Georgia" w:hAnsi="Georgia"/>
          <w:b w:val="0"/>
          <w:i w:val="0"/>
          <w:color w:val="000000"/>
          <w:sz w:val="24"/>
        </w:rPr>
        <w:t xml:space="preserve"> (Шмот 27:20) [</w:t>
      </w:r>
      <w:r>
        <w:rPr>
          <w:rFonts w:ascii="Georgia" w:hAnsi="Georgia"/>
          <w:b w:val="0"/>
          <w:i/>
          <w:color w:val="000000"/>
          <w:sz w:val="24"/>
        </w:rPr>
        <w:t>шемен заит зах</w:t>
      </w:r>
      <w:r>
        <w:rPr>
          <w:rFonts w:ascii="Georgia" w:hAnsi="Georgia"/>
          <w:b w:val="0"/>
          <w:i w:val="0"/>
          <w:color w:val="000000"/>
          <w:sz w:val="24"/>
        </w:rPr>
        <w:t xml:space="preserve">]; а четыре буквы </w:t>
      </w:r>
      <w:r>
        <w:rPr>
          <w:rFonts w:ascii="Georgia" w:hAnsi="Georgia"/>
          <w:b w:val="0"/>
          <w:i/>
          <w:color w:val="000000"/>
          <w:sz w:val="24"/>
        </w:rPr>
        <w:t>зава-звим</w:t>
      </w:r>
      <w:r>
        <w:rPr>
          <w:rFonts w:ascii="Georgia" w:hAnsi="Georgia"/>
          <w:b w:val="0"/>
          <w:i w:val="0"/>
          <w:color w:val="000000"/>
          <w:sz w:val="24"/>
        </w:rPr>
        <w:t xml:space="preserve"> несут огласовку слова </w:t>
      </w:r>
      <w:r>
        <w:rPr>
          <w:rFonts w:ascii="Georgia" w:hAnsi="Georgia"/>
          <w:b w:val="0"/>
          <w:i/>
          <w:color w:val="000000"/>
          <w:sz w:val="24"/>
        </w:rPr>
        <w:t>яцарти</w:t>
      </w:r>
      <w:r>
        <w:rPr>
          <w:rFonts w:ascii="Georgia" w:hAnsi="Georgia"/>
          <w:b w:val="0"/>
          <w:i w:val="0"/>
          <w:color w:val="000000"/>
          <w:sz w:val="24"/>
        </w:rPr>
        <w:t xml:space="preserve"> из стиха: </w:t>
      </w:r>
      <w:r>
        <w:rPr>
          <w:rFonts w:ascii="Georgia" w:hAnsi="Georgia"/>
          <w:b w:val="0"/>
          <w:i/>
          <w:color w:val="000000"/>
          <w:sz w:val="24"/>
        </w:rPr>
        <w:t>«Этот народ Я создал для Себя»</w:t>
      </w:r>
      <w:r>
        <w:rPr>
          <w:rFonts w:ascii="Georgia" w:hAnsi="Georgia"/>
          <w:b w:val="0"/>
          <w:i w:val="0"/>
          <w:color w:val="000000"/>
          <w:sz w:val="24"/>
        </w:rPr>
        <w:t xml:space="preserve"> (Йешаяу 43:21) [</w:t>
      </w:r>
      <w:r>
        <w:rPr>
          <w:rFonts w:ascii="Georgia" w:hAnsi="Georgia"/>
          <w:b w:val="0"/>
          <w:i/>
          <w:color w:val="000000"/>
          <w:sz w:val="24"/>
        </w:rPr>
        <w:t>ам зу яцарти ли</w:t>
      </w:r>
      <w:r>
        <w:rPr>
          <w:rFonts w:ascii="Georgia" w:hAnsi="Georgia"/>
          <w:b w:val="0"/>
          <w:i w:val="0"/>
          <w:color w:val="000000"/>
          <w:sz w:val="24"/>
        </w:rPr>
        <w:t>].</w:t>
      </w:r>
    </w:p>
    <w:p>
      <w:pPr>
        <w:spacing w:before="40" w:after="120"/>
        <w:jc w:val="both"/>
      </w:pPr>
      <w:r>
        <w:rPr>
          <w:rFonts w:ascii="Georgia" w:hAnsi="Georgia"/>
          <w:b w:val="0"/>
          <w:i w:val="0"/>
          <w:color w:val="000000"/>
          <w:sz w:val="24"/>
        </w:rPr>
        <w:t>Затем следующая ночь пришлась на новомесячие, и он сказал ему, что в ночь новомесячия не следует направлять намерение упомянутого благословения так, как указано выше, но лишь с другим намерением. А именно пусть направит намерение на Имя ШАДАЙ в его наполнении, составляющем 814 (</w:t>
      </w:r>
      <w:r>
        <w:rPr>
          <w:rFonts w:ascii="Georgia" w:hAnsi="Georgia" w:cs="Times New Roman"/>
          <w:b/>
          <w:i w:val="0"/>
          <w:color w:val="000000"/>
          <w:sz w:val="24"/>
          <w:rtl/>
          <w:szCs w:val="32"/>
        </w:rPr>
        <w:t>תתי״ד</w:t>
      </w:r>
      <w:r>
        <w:rPr>
          <w:rFonts w:ascii="Georgia" w:hAnsi="Georgia"/>
          <w:b w:val="0"/>
          <w:i w:val="0"/>
          <w:color w:val="000000"/>
          <w:sz w:val="24"/>
        </w:rPr>
        <w:t xml:space="preserve">), что по гематрии равно словам </w:t>
      </w:r>
      <w:r>
        <w:rPr>
          <w:rFonts w:ascii="Georgia" w:hAnsi="Georgia"/>
          <w:b w:val="0"/>
          <w:i/>
          <w:color w:val="000000"/>
          <w:sz w:val="24"/>
        </w:rPr>
        <w:t>Рош Ходеш</w:t>
      </w:r>
      <w:r>
        <w:rPr>
          <w:rFonts w:ascii="Georgia" w:hAnsi="Georgia"/>
          <w:b w:val="0"/>
          <w:i w:val="0"/>
          <w:color w:val="000000"/>
          <w:sz w:val="24"/>
        </w:rPr>
        <w:t xml:space="preserve"> — «новомесячие» (</w:t>
      </w:r>
      <w:r>
        <w:rPr>
          <w:rFonts w:ascii="Georgia" w:hAnsi="Georgia" w:cs="Times New Roman"/>
          <w:b/>
          <w:i w:val="0"/>
          <w:color w:val="000000"/>
          <w:sz w:val="24"/>
          <w:rtl/>
          <w:szCs w:val="32"/>
        </w:rPr>
        <w:t>רֹאשׁ חֹדֶשׁ</w:t>
      </w:r>
      <w:r>
        <w:rPr>
          <w:rFonts w:ascii="Georgia" w:hAnsi="Georgia"/>
          <w:b w:val="0"/>
          <w:i w:val="0"/>
          <w:color w:val="000000"/>
          <w:sz w:val="24"/>
        </w:rPr>
        <w:t xml:space="preserve"> = 814). И он сказал ему, что во всякий день, когда наступает новомесячие, необходимо направлять это намерение, даже если человеку и не требуется исправление упомянутого греха, ибо это намерение необходимо направлять каждому человеку во всякое новомесячие вовек; и пусть намеревается так во всякое мгновение и во всякий час дня новомесячия.</w:t>
      </w:r>
    </w:p>
    <w:p>
      <w:pPr>
        <w:spacing w:before="40" w:after="120"/>
        <w:jc w:val="both"/>
      </w:pPr>
      <w:r>
        <w:rPr>
          <w:rFonts w:ascii="Georgia" w:hAnsi="Georgia"/>
          <w:b w:val="0"/>
          <w:i w:val="0"/>
          <w:color w:val="000000"/>
          <w:sz w:val="24"/>
        </w:rPr>
        <w:t xml:space="preserve">Однако теперь пусть направит также и другое намерение, предназначенное для исправления упомянутых 78 искр. А именно перед отходом ко сну, до стиха </w:t>
      </w:r>
      <w:r>
        <w:rPr>
          <w:rFonts w:ascii="Georgia" w:hAnsi="Georgia"/>
          <w:b w:val="0"/>
          <w:i/>
          <w:color w:val="000000"/>
          <w:sz w:val="24"/>
        </w:rPr>
        <w:t>«В Твою руку вверяю дух мой»</w:t>
      </w:r>
      <w:r>
        <w:rPr>
          <w:rFonts w:ascii="Georgia" w:hAnsi="Georgia"/>
          <w:b w:val="0"/>
          <w:i w:val="0"/>
          <w:color w:val="000000"/>
          <w:sz w:val="24"/>
        </w:rPr>
        <w:t xml:space="preserve"> (Теилим 31:6), пусть произнесет стих: </w:t>
      </w:r>
      <w:r>
        <w:rPr>
          <w:rFonts w:ascii="Georgia" w:hAnsi="Georgia"/>
          <w:b w:val="0"/>
          <w:i/>
          <w:color w:val="000000"/>
          <w:sz w:val="24"/>
        </w:rPr>
        <w:t>«А также священники, приближающиеся к Г-споду, пусть освятятся...»</w:t>
      </w:r>
      <w:r>
        <w:rPr>
          <w:rFonts w:ascii="Georgia" w:hAnsi="Georgia"/>
          <w:b w:val="0"/>
          <w:i w:val="0"/>
          <w:color w:val="000000"/>
          <w:sz w:val="24"/>
        </w:rPr>
        <w:t xml:space="preserve"> (Шмот 19:22) [в оригинале: </w:t>
      </w:r>
      <w:r>
        <w:rPr>
          <w:rFonts w:ascii="Georgia" w:hAnsi="Georgia"/>
          <w:b w:val="0"/>
          <w:i/>
          <w:color w:val="000000"/>
          <w:sz w:val="24"/>
        </w:rPr>
        <w:t>ве-гам а-коаним а-нигашим эль АВАЯ йиткадашу</w:t>
      </w:r>
      <w:r>
        <w:rPr>
          <w:rFonts w:ascii="Georgia" w:hAnsi="Georgia"/>
          <w:b w:val="0"/>
          <w:i w:val="0"/>
          <w:color w:val="000000"/>
          <w:sz w:val="24"/>
        </w:rPr>
        <w:t>]. И пусть направит в нем намерение о том, что в этом стихе намекаются те три мира, о которых говорится в начале раздела Идра Раба (Насо) и которые относятся к первому исправлению бороды Атика: первый мир — это тайна тысячи тысяч, второй — 57 тысяч, а третий — 96 тысяч в следующем порядке:</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йиткадашу</w:t>
      </w:r>
      <w:r>
        <w:rPr>
          <w:rFonts w:ascii="Georgia" w:hAnsi="Georgia"/>
          <w:b w:val="0"/>
          <w:i w:val="0"/>
          <w:color w:val="000000"/>
          <w:sz w:val="24"/>
        </w:rPr>
        <w:t xml:space="preserve"> (</w:t>
      </w:r>
      <w:r>
        <w:rPr>
          <w:rFonts w:ascii="Georgia" w:hAnsi="Georgia" w:cs="Times New Roman"/>
          <w:b/>
          <w:i w:val="0"/>
          <w:color w:val="000000"/>
          <w:sz w:val="24"/>
          <w:rtl/>
          <w:szCs w:val="32"/>
        </w:rPr>
        <w:t>יִתְקַדָּשׁוּ</w:t>
      </w:r>
      <w:r>
        <w:rPr>
          <w:rFonts w:ascii="Georgia" w:hAnsi="Georgia"/>
          <w:b w:val="0"/>
          <w:i w:val="0"/>
          <w:color w:val="000000"/>
          <w:sz w:val="24"/>
        </w:rPr>
        <w:t xml:space="preserve">) состоит из букв </w:t>
      </w:r>
      <w:r>
        <w:rPr>
          <w:rFonts w:ascii="Georgia" w:hAnsi="Georgia"/>
          <w:b w:val="0"/>
          <w:i/>
          <w:color w:val="000000"/>
          <w:sz w:val="24"/>
        </w:rPr>
        <w:t>йиткадаш</w:t>
      </w:r>
      <w:r>
        <w:rPr>
          <w:rFonts w:ascii="Georgia" w:hAnsi="Georgia"/>
          <w:b w:val="0"/>
          <w:i w:val="0"/>
          <w:color w:val="000000"/>
          <w:sz w:val="24"/>
        </w:rPr>
        <w:t xml:space="preserve"> (</w:t>
      </w:r>
      <w:r>
        <w:rPr>
          <w:rFonts w:ascii="Georgia" w:hAnsi="Georgia" w:cs="Times New Roman"/>
          <w:b/>
          <w:i w:val="0"/>
          <w:color w:val="000000"/>
          <w:sz w:val="24"/>
          <w:rtl/>
          <w:szCs w:val="32"/>
        </w:rPr>
        <w:t>יִתְקַדַּשׁ</w:t>
      </w:r>
      <w:r>
        <w:rPr>
          <w:rFonts w:ascii="Georgia" w:hAnsi="Georgia"/>
          <w:b w:val="0"/>
          <w:i w:val="0"/>
          <w:color w:val="000000"/>
          <w:sz w:val="24"/>
        </w:rPr>
        <w:t xml:space="preserve">), и это Имя ШАДАЙ в наполнении. И в этом смысл: </w:t>
      </w:r>
      <w:r>
        <w:rPr>
          <w:rFonts w:ascii="Georgia" w:hAnsi="Georgia"/>
          <w:b w:val="0"/>
          <w:i/>
          <w:color w:val="000000"/>
          <w:sz w:val="24"/>
        </w:rPr>
        <w:t>йиткадаш</w:t>
      </w:r>
      <w:r>
        <w:rPr>
          <w:rFonts w:ascii="Georgia" w:hAnsi="Georgia"/>
          <w:b w:val="0"/>
          <w:i w:val="0"/>
          <w:color w:val="000000"/>
          <w:sz w:val="24"/>
        </w:rPr>
        <w:t xml:space="preserve"> и наполнение Имени ШАДАЙ, равное 500 (</w:t>
      </w:r>
      <w:r>
        <w:rPr>
          <w:rFonts w:ascii="Georgia" w:hAnsi="Georgia" w:cs="Times New Roman"/>
          <w:b/>
          <w:i w:val="0"/>
          <w:color w:val="000000"/>
          <w:sz w:val="24"/>
          <w:rtl/>
          <w:szCs w:val="32"/>
        </w:rPr>
        <w:t>ת״ק</w:t>
      </w:r>
      <w:r>
        <w:rPr>
          <w:rFonts w:ascii="Georgia" w:hAnsi="Georgia"/>
          <w:b w:val="0"/>
          <w:i w:val="0"/>
          <w:color w:val="000000"/>
          <w:sz w:val="24"/>
        </w:rPr>
        <w:t xml:space="preserve">), составляют вместе 814. И когда ты присоединишь к этому слово </w:t>
      </w:r>
      <w:r>
        <w:rPr>
          <w:rFonts w:ascii="Georgia" w:hAnsi="Georgia"/>
          <w:b w:val="0"/>
          <w:i/>
          <w:color w:val="000000"/>
          <w:sz w:val="24"/>
        </w:rPr>
        <w:t>Эль</w:t>
      </w:r>
      <w:r>
        <w:rPr>
          <w:rFonts w:ascii="Georgia" w:hAnsi="Georgia"/>
          <w:b w:val="0"/>
          <w:i w:val="0"/>
          <w:color w:val="000000"/>
          <w:sz w:val="24"/>
        </w:rPr>
        <w:t xml:space="preserve"> (</w:t>
      </w:r>
      <w:r>
        <w:rPr>
          <w:rFonts w:ascii="Georgia" w:hAnsi="Georgia" w:cs="Times New Roman"/>
          <w:b/>
          <w:i w:val="0"/>
          <w:color w:val="000000"/>
          <w:sz w:val="24"/>
          <w:rtl/>
          <w:szCs w:val="32"/>
        </w:rPr>
        <w:t>אֵל</w:t>
      </w:r>
      <w:r>
        <w:rPr>
          <w:rFonts w:ascii="Georgia" w:hAnsi="Georgia"/>
          <w:b w:val="0"/>
          <w:i w:val="0"/>
          <w:color w:val="000000"/>
          <w:sz w:val="24"/>
        </w:rPr>
        <w:t>), упомянутое в этом стихе, в его наполнении алеф-ламэд (</w:t>
      </w:r>
      <w:r>
        <w:rPr>
          <w:rFonts w:ascii="Georgia" w:hAnsi="Georgia" w:cs="Times New Roman"/>
          <w:b/>
          <w:i w:val="0"/>
          <w:color w:val="000000"/>
          <w:sz w:val="24"/>
          <w:rtl/>
          <w:szCs w:val="32"/>
        </w:rPr>
        <w:t>אל״ף למ״ד</w:t>
      </w:r>
      <w:r>
        <w:rPr>
          <w:rFonts w:ascii="Georgia" w:hAnsi="Georgia"/>
          <w:b w:val="0"/>
          <w:i w:val="0"/>
          <w:color w:val="000000"/>
          <w:sz w:val="24"/>
        </w:rPr>
        <w:t>), вместе с 814 со всеобщностями получится ровно тысяча; и это намекает на первый мир, являющийся Именами ЭЛЬ и ШАДАЙ в их наполнениях, составляющими тысячу.</w:t>
      </w:r>
    </w:p>
    <w:p>
      <w:pPr>
        <w:spacing w:before="40" w:after="120"/>
        <w:jc w:val="both"/>
      </w:pPr>
      <w:r>
        <w:rPr>
          <w:rFonts w:ascii="Georgia" w:hAnsi="Georgia"/>
          <w:b w:val="0"/>
          <w:i w:val="0"/>
          <w:color w:val="000000"/>
          <w:sz w:val="24"/>
        </w:rPr>
        <w:t xml:space="preserve">Второй же мир, равный 57, намекается в словах стиха </w:t>
      </w:r>
      <w:r>
        <w:rPr>
          <w:rFonts w:ascii="Georgia" w:hAnsi="Georgia"/>
          <w:b w:val="0"/>
          <w:i/>
          <w:color w:val="000000"/>
          <w:sz w:val="24"/>
        </w:rPr>
        <w:t>«к Г-споду»</w:t>
      </w:r>
      <w:r>
        <w:rPr>
          <w:rFonts w:ascii="Georgia" w:hAnsi="Georgia"/>
          <w:b w:val="0"/>
          <w:i w:val="0"/>
          <w:color w:val="000000"/>
          <w:sz w:val="24"/>
        </w:rPr>
        <w:t xml:space="preserve"> [</w:t>
      </w:r>
      <w:r>
        <w:rPr>
          <w:rFonts w:ascii="Georgia" w:hAnsi="Georgia"/>
          <w:b w:val="0"/>
          <w:i/>
          <w:color w:val="000000"/>
          <w:sz w:val="24"/>
        </w:rPr>
        <w:t>эль АВАЯ</w:t>
      </w:r>
      <w:r>
        <w:rPr>
          <w:rFonts w:ascii="Georgia" w:hAnsi="Georgia"/>
          <w:b w:val="0"/>
          <w:i w:val="0"/>
          <w:color w:val="000000"/>
          <w:sz w:val="24"/>
        </w:rPr>
        <w:t xml:space="preserve">, </w:t>
      </w:r>
      <w:r>
        <w:rPr>
          <w:rFonts w:ascii="Georgia" w:hAnsi="Georgia" w:cs="Times New Roman"/>
          <w:b/>
          <w:i w:val="0"/>
          <w:color w:val="000000"/>
          <w:sz w:val="24"/>
          <w:rtl/>
          <w:szCs w:val="32"/>
        </w:rPr>
        <w:t>אֶל יְהוָה</w:t>
      </w:r>
      <w:r>
        <w:rPr>
          <w:rFonts w:ascii="Georgia" w:hAnsi="Georgia"/>
          <w:b w:val="0"/>
          <w:i w:val="0"/>
          <w:color w:val="000000"/>
          <w:sz w:val="24"/>
        </w:rPr>
        <w:t>], гематрия которых равна 57 (</w:t>
      </w:r>
      <w:r>
        <w:rPr>
          <w:rFonts w:ascii="Georgia" w:hAnsi="Georgia" w:cs="Times New Roman"/>
          <w:b/>
          <w:i w:val="0"/>
          <w:color w:val="000000"/>
          <w:sz w:val="24"/>
          <w:rtl/>
          <w:szCs w:val="32"/>
        </w:rPr>
        <w:t>נ״ז</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третий мир, составляющий 96, направляй в начальных буквах слов </w:t>
      </w:r>
      <w:r>
        <w:rPr>
          <w:rFonts w:ascii="Georgia" w:hAnsi="Georgia"/>
          <w:b w:val="0"/>
          <w:i/>
          <w:color w:val="000000"/>
          <w:sz w:val="24"/>
        </w:rPr>
        <w:t>«чтобы не поразил»</w:t>
      </w:r>
      <w:r>
        <w:rPr>
          <w:rFonts w:ascii="Georgia" w:hAnsi="Georgia"/>
          <w:b w:val="0"/>
          <w:i w:val="0"/>
          <w:color w:val="000000"/>
          <w:sz w:val="24"/>
        </w:rPr>
        <w:t xml:space="preserve"> [</w:t>
      </w:r>
      <w:r>
        <w:rPr>
          <w:rFonts w:ascii="Georgia" w:hAnsi="Georgia"/>
          <w:b w:val="0"/>
          <w:i/>
          <w:color w:val="000000"/>
          <w:sz w:val="24"/>
        </w:rPr>
        <w:t>пен йифроц</w:t>
      </w:r>
      <w:r>
        <w:rPr>
          <w:rFonts w:ascii="Georgia" w:hAnsi="Georgia"/>
          <w:b w:val="0"/>
          <w:i w:val="0"/>
          <w:color w:val="000000"/>
          <w:sz w:val="24"/>
        </w:rPr>
        <w:t xml:space="preserve">, </w:t>
      </w:r>
      <w:r>
        <w:rPr>
          <w:rFonts w:ascii="Georgia" w:hAnsi="Georgia" w:cs="Times New Roman"/>
          <w:b/>
          <w:i w:val="0"/>
          <w:color w:val="000000"/>
          <w:sz w:val="24"/>
          <w:rtl/>
          <w:szCs w:val="32"/>
        </w:rPr>
        <w:t>פֶּן יִפְרוֹץ</w:t>
      </w:r>
      <w:r>
        <w:rPr>
          <w:rFonts w:ascii="Georgia" w:hAnsi="Georgia"/>
          <w:b w:val="0"/>
          <w:i w:val="0"/>
          <w:color w:val="000000"/>
          <w:sz w:val="24"/>
        </w:rPr>
        <w:t xml:space="preserve">], гематрия которых равна 90, а вместе с буквой вав из слова </w:t>
      </w:r>
      <w:r>
        <w:rPr>
          <w:rFonts w:ascii="Georgia" w:hAnsi="Georgia"/>
          <w:b w:val="0"/>
          <w:i/>
          <w:color w:val="000000"/>
          <w:sz w:val="24"/>
        </w:rPr>
        <w:t>йиткадашу</w:t>
      </w:r>
      <w:r>
        <w:rPr>
          <w:rFonts w:ascii="Georgia" w:hAnsi="Georgia"/>
          <w:b w:val="0"/>
          <w:i w:val="0"/>
          <w:color w:val="000000"/>
          <w:sz w:val="24"/>
        </w:rPr>
        <w:t xml:space="preserve"> получается 96 (</w:t>
      </w:r>
      <w:r>
        <w:rPr>
          <w:rFonts w:ascii="Georgia" w:hAnsi="Georgia" w:cs="Times New Roman"/>
          <w:b/>
          <w:i w:val="0"/>
          <w:color w:val="000000"/>
          <w:sz w:val="24"/>
          <w:rtl/>
          <w:szCs w:val="32"/>
        </w:rPr>
        <w:t>צ״ו</w:t>
      </w:r>
      <w:r>
        <w:rPr>
          <w:rFonts w:ascii="Georgia" w:hAnsi="Georgia"/>
          <w:b w:val="0"/>
          <w:i w:val="0"/>
          <w:color w:val="000000"/>
          <w:sz w:val="24"/>
        </w:rPr>
        <w:t>); и это тайна [Имен] ЭЛЬ и АДОНАЙ, гематрия которых равна 96.</w:t>
      </w:r>
    </w:p>
    <w:p>
      <w:pPr>
        <w:spacing w:before="40" w:after="120"/>
        <w:jc w:val="both"/>
      </w:pPr>
      <w:r>
        <w:rPr>
          <w:rFonts w:ascii="Georgia" w:hAnsi="Georgia"/>
          <w:b w:val="0"/>
          <w:i w:val="0"/>
          <w:color w:val="000000"/>
          <w:sz w:val="24"/>
        </w:rPr>
        <w:t xml:space="preserve">Затем пусть произнесет стих: </w:t>
      </w:r>
      <w:r>
        <w:rPr>
          <w:rFonts w:ascii="Georgia" w:hAnsi="Georgia"/>
          <w:b w:val="0"/>
          <w:i/>
          <w:color w:val="000000"/>
          <w:sz w:val="24"/>
        </w:rPr>
        <w:t>«И сыновья Дана: Хушим»</w:t>
      </w:r>
      <w:r>
        <w:rPr>
          <w:rFonts w:ascii="Georgia" w:hAnsi="Georgia"/>
          <w:b w:val="0"/>
          <w:i w:val="0"/>
          <w:color w:val="000000"/>
          <w:sz w:val="24"/>
        </w:rPr>
        <w:t xml:space="preserve"> (Берешит 46:23) [в оригинале: </w:t>
      </w:r>
      <w:r>
        <w:rPr>
          <w:rFonts w:ascii="Georgia" w:hAnsi="Georgia"/>
          <w:b w:val="0"/>
          <w:i/>
          <w:color w:val="000000"/>
          <w:sz w:val="24"/>
        </w:rPr>
        <w:t>у-вней Дан Хушим</w:t>
      </w:r>
      <w:r>
        <w:rPr>
          <w:rFonts w:ascii="Georgia" w:hAnsi="Georgia"/>
          <w:b w:val="0"/>
          <w:i w:val="0"/>
          <w:color w:val="000000"/>
          <w:sz w:val="24"/>
        </w:rPr>
        <w:t xml:space="preserve">, </w:t>
      </w:r>
      <w:r>
        <w:rPr>
          <w:rFonts w:ascii="Georgia" w:hAnsi="Georgia" w:cs="Times New Roman"/>
          <w:b/>
          <w:i w:val="0"/>
          <w:color w:val="000000"/>
          <w:sz w:val="24"/>
          <w:rtl/>
          <w:szCs w:val="32"/>
        </w:rPr>
        <w:t>וּבְנֵי דָן חֻשִׁים</w:t>
      </w:r>
      <w:r>
        <w:rPr>
          <w:rFonts w:ascii="Georgia" w:hAnsi="Georgia"/>
          <w:b w:val="0"/>
          <w:i w:val="0"/>
          <w:color w:val="000000"/>
          <w:sz w:val="24"/>
        </w:rPr>
        <w:t xml:space="preserve">]. И пусть намеревается, что слово </w:t>
      </w:r>
      <w:r>
        <w:rPr>
          <w:rFonts w:ascii="Georgia" w:hAnsi="Georgia"/>
          <w:b w:val="0"/>
          <w:i/>
          <w:color w:val="000000"/>
          <w:sz w:val="24"/>
        </w:rPr>
        <w:t>Хушим</w:t>
      </w:r>
      <w:r>
        <w:rPr>
          <w:rFonts w:ascii="Georgia" w:hAnsi="Georgia"/>
          <w:b w:val="0"/>
          <w:i w:val="0"/>
          <w:color w:val="000000"/>
          <w:sz w:val="24"/>
        </w:rPr>
        <w:t xml:space="preserve"> пишется без буквы вав, и его конечные буквы образуют сочетание йод, нун, мэм (</w:t>
      </w:r>
      <w:r>
        <w:rPr>
          <w:rFonts w:ascii="Georgia" w:hAnsi="Georgia" w:cs="Times New Roman"/>
          <w:b/>
          <w:i w:val="0"/>
          <w:color w:val="000000"/>
          <w:sz w:val="24"/>
          <w:rtl/>
          <w:szCs w:val="32"/>
        </w:rPr>
        <w:t>ינ״ם</w:t>
      </w:r>
      <w:r>
        <w:rPr>
          <w:rFonts w:ascii="Georgia" w:hAnsi="Georgia"/>
          <w:b w:val="0"/>
          <w:i w:val="0"/>
          <w:color w:val="000000"/>
          <w:sz w:val="24"/>
        </w:rPr>
        <w:t>), составляющее 100. Это соответствует Имени АДОНАЙ, гематрия которого 65, а число букв его наполнения — 34, что вместе со всеобщностью составляет ровно 100.</w:t>
      </w:r>
    </w:p>
    <w:p>
      <w:pPr>
        <w:spacing w:before="40" w:after="120"/>
        <w:jc w:val="both"/>
      </w:pPr>
      <w:r>
        <w:rPr>
          <w:rFonts w:ascii="Georgia" w:hAnsi="Georgia"/>
          <w:b w:val="0"/>
          <w:i w:val="0"/>
          <w:color w:val="000000"/>
          <w:sz w:val="24"/>
        </w:rPr>
        <w:t xml:space="preserve">Начальные же буквы слов </w:t>
      </w:r>
      <w:r>
        <w:rPr>
          <w:rFonts w:ascii="Georgia" w:hAnsi="Georgia"/>
          <w:b w:val="0"/>
          <w:i/>
          <w:color w:val="000000"/>
          <w:sz w:val="24"/>
        </w:rPr>
        <w:t>у-вней Дан Хушим</w:t>
      </w:r>
      <w:r>
        <w:rPr>
          <w:rFonts w:ascii="Georgia" w:hAnsi="Georgia"/>
          <w:b w:val="0"/>
          <w:i w:val="0"/>
          <w:color w:val="000000"/>
          <w:sz w:val="24"/>
        </w:rPr>
        <w:t xml:space="preserve"> составляют по гематрии 18 (</w:t>
      </w:r>
      <w:r>
        <w:rPr>
          <w:rFonts w:ascii="Georgia" w:hAnsi="Georgia" w:cs="Times New Roman"/>
          <w:b/>
          <w:i w:val="0"/>
          <w:color w:val="000000"/>
          <w:sz w:val="24"/>
          <w:rtl/>
          <w:szCs w:val="32"/>
        </w:rPr>
        <w:t>חַ״י</w:t>
      </w:r>
      <w:r>
        <w:rPr>
          <w:rFonts w:ascii="Georgia" w:hAnsi="Georgia"/>
          <w:b w:val="0"/>
          <w:i w:val="0"/>
          <w:color w:val="000000"/>
          <w:sz w:val="24"/>
        </w:rPr>
        <w:t xml:space="preserve">); и пусть намеревается поднять эти искры к Есоду, именуемому </w:t>
      </w:r>
      <w:r>
        <w:rPr>
          <w:rFonts w:ascii="Georgia" w:hAnsi="Georgia"/>
          <w:b w:val="0"/>
          <w:i/>
          <w:color w:val="000000"/>
          <w:sz w:val="24"/>
        </w:rPr>
        <w:t>Хай</w:t>
      </w:r>
      <w:r>
        <w:rPr>
          <w:rFonts w:ascii="Georgia" w:hAnsi="Georgia"/>
          <w:b w:val="0"/>
          <w:i w:val="0"/>
          <w:color w:val="000000"/>
          <w:sz w:val="24"/>
        </w:rPr>
        <w:t xml:space="preserve"> («Живой»), чтобы оживить их. Также направляй это в слове </w:t>
      </w:r>
      <w:r>
        <w:rPr>
          <w:rFonts w:ascii="Georgia" w:hAnsi="Georgia"/>
          <w:b w:val="0"/>
          <w:i/>
          <w:color w:val="000000"/>
          <w:sz w:val="24"/>
        </w:rPr>
        <w:t>у-вней</w:t>
      </w:r>
      <w:r>
        <w:rPr>
          <w:rFonts w:ascii="Georgia" w:hAnsi="Georgia"/>
          <w:b w:val="0"/>
          <w:i w:val="0"/>
          <w:color w:val="000000"/>
          <w:sz w:val="24"/>
        </w:rPr>
        <w:t xml:space="preserve"> (</w:t>
      </w:r>
      <w:r>
        <w:rPr>
          <w:rFonts w:ascii="Georgia" w:hAnsi="Georgia" w:cs="Times New Roman"/>
          <w:b/>
          <w:i w:val="0"/>
          <w:color w:val="000000"/>
          <w:sz w:val="24"/>
          <w:rtl/>
          <w:szCs w:val="32"/>
        </w:rPr>
        <w:t>וּבְנֵי</w:t>
      </w:r>
      <w:r>
        <w:rPr>
          <w:rFonts w:ascii="Georgia" w:hAnsi="Georgia"/>
          <w:b w:val="0"/>
          <w:i w:val="0"/>
          <w:color w:val="000000"/>
          <w:sz w:val="24"/>
        </w:rPr>
        <w:t xml:space="preserve">), гематрия которого равна слову </w:t>
      </w:r>
      <w:r>
        <w:rPr>
          <w:rFonts w:ascii="Georgia" w:hAnsi="Georgia"/>
          <w:b w:val="0"/>
          <w:i/>
          <w:color w:val="000000"/>
          <w:sz w:val="24"/>
        </w:rPr>
        <w:t>хаим</w:t>
      </w:r>
      <w:r>
        <w:rPr>
          <w:rFonts w:ascii="Georgia" w:hAnsi="Georgia"/>
          <w:b w:val="0"/>
          <w:i w:val="0"/>
          <w:color w:val="000000"/>
          <w:sz w:val="24"/>
        </w:rPr>
        <w:t xml:space="preserve"> — «жизнь» (</w:t>
      </w:r>
      <w:r>
        <w:rPr>
          <w:rFonts w:ascii="Georgia" w:hAnsi="Georgia" w:cs="Times New Roman"/>
          <w:b/>
          <w:i w:val="0"/>
          <w:color w:val="000000"/>
          <w:sz w:val="24"/>
          <w:rtl/>
          <w:szCs w:val="32"/>
        </w:rPr>
        <w:t>חַיִּים</w:t>
      </w:r>
      <w:r>
        <w:rPr>
          <w:rFonts w:ascii="Georgia" w:hAnsi="Georgia"/>
          <w:b w:val="0"/>
          <w:i w:val="0"/>
          <w:color w:val="000000"/>
          <w:sz w:val="24"/>
        </w:rPr>
        <w:t xml:space="preserve"> = 68); и намеревайся поднять их от змея (</w:t>
      </w:r>
      <w:r>
        <w:rPr>
          <w:rFonts w:ascii="Georgia" w:hAnsi="Georgia"/>
          <w:b w:val="0"/>
          <w:i/>
          <w:color w:val="000000"/>
          <w:sz w:val="24"/>
        </w:rPr>
        <w:t>нахаш</w:t>
      </w:r>
      <w:r>
        <w:rPr>
          <w:rFonts w:ascii="Georgia" w:hAnsi="Georgia"/>
          <w:b w:val="0"/>
          <w:i w:val="0"/>
          <w:color w:val="000000"/>
          <w:sz w:val="24"/>
        </w:rPr>
        <w:t xml:space="preserve">), числовое значение которого равно слову </w:t>
      </w:r>
      <w:r>
        <w:rPr>
          <w:rFonts w:ascii="Georgia" w:hAnsi="Georgia"/>
          <w:b w:val="0"/>
          <w:i/>
          <w:color w:val="000000"/>
          <w:sz w:val="24"/>
        </w:rPr>
        <w:t>Хушим</w:t>
      </w:r>
      <w:r>
        <w:rPr>
          <w:rFonts w:ascii="Georgia" w:hAnsi="Georgia"/>
          <w:b w:val="0"/>
          <w:i w:val="0"/>
          <w:color w:val="000000"/>
          <w:sz w:val="24"/>
        </w:rPr>
        <w:t xml:space="preserve"> (</w:t>
      </w:r>
      <w:r>
        <w:rPr>
          <w:rFonts w:ascii="Georgia" w:hAnsi="Georgia" w:cs="Times New Roman"/>
          <w:b/>
          <w:i w:val="0"/>
          <w:color w:val="000000"/>
          <w:sz w:val="24"/>
          <w:rtl/>
          <w:szCs w:val="32"/>
        </w:rPr>
        <w:t>חֻשִׁים</w:t>
      </w:r>
      <w:r>
        <w:rPr>
          <w:rFonts w:ascii="Georgia" w:hAnsi="Georgia"/>
          <w:b w:val="0"/>
          <w:i w:val="0"/>
          <w:color w:val="000000"/>
          <w:sz w:val="24"/>
        </w:rPr>
        <w:t xml:space="preserve"> = 358). И совершится это посредством Имени: йод-вав-далет, хэй-алеф, вав-алеф-вав, хэй-алеф (</w:t>
      </w:r>
      <w:r>
        <w:rPr>
          <w:rFonts w:ascii="Georgia" w:hAnsi="Georgia" w:cs="Times New Roman"/>
          <w:b/>
          <w:i w:val="0"/>
          <w:color w:val="000000"/>
          <w:sz w:val="24"/>
          <w:rtl/>
          <w:szCs w:val="32"/>
        </w:rPr>
        <w:t>יוד הא ויו הא</w:t>
      </w:r>
      <w:r>
        <w:rPr>
          <w:rFonts w:ascii="Georgia" w:hAnsi="Georgia"/>
          <w:b w:val="0"/>
          <w:i w:val="0"/>
          <w:color w:val="000000"/>
          <w:sz w:val="24"/>
        </w:rPr>
        <w:t xml:space="preserve"> = МА), гематрия которого [с девятью буквами] равна слову </w:t>
      </w:r>
      <w:r>
        <w:rPr>
          <w:rFonts w:ascii="Georgia" w:hAnsi="Georgia"/>
          <w:b w:val="0"/>
          <w:i/>
          <w:color w:val="000000"/>
          <w:sz w:val="24"/>
        </w:rPr>
        <w:t>Дан</w:t>
      </w:r>
      <w:r>
        <w:rPr>
          <w:rFonts w:ascii="Georgia" w:hAnsi="Georgia"/>
          <w:b w:val="0"/>
          <w:i w:val="0"/>
          <w:color w:val="000000"/>
          <w:sz w:val="24"/>
        </w:rPr>
        <w:t xml:space="preserve"> (</w:t>
      </w:r>
      <w:r>
        <w:rPr>
          <w:rFonts w:ascii="Georgia" w:hAnsi="Georgia" w:cs="Times New Roman"/>
          <w:b/>
          <w:i w:val="0"/>
          <w:color w:val="000000"/>
          <w:sz w:val="24"/>
          <w:rtl/>
          <w:szCs w:val="32"/>
        </w:rPr>
        <w:t>דָּן</w:t>
      </w:r>
      <w:r>
        <w:rPr>
          <w:rFonts w:ascii="Georgia" w:hAnsi="Georgia"/>
          <w:b w:val="0"/>
          <w:i w:val="0"/>
          <w:color w:val="000000"/>
          <w:sz w:val="24"/>
        </w:rPr>
        <w:t xml:space="preserve"> = 54).</w:t>
      </w:r>
    </w:p>
    <w:p>
      <w:pPr>
        <w:spacing w:before="40" w:after="120"/>
        <w:jc w:val="both"/>
      </w:pPr>
      <w:r>
        <w:rPr>
          <w:rFonts w:ascii="Georgia" w:hAnsi="Georgia"/>
          <w:b w:val="0"/>
          <w:i w:val="0"/>
          <w:color w:val="000000"/>
          <w:sz w:val="24"/>
        </w:rPr>
        <w:t xml:space="preserve">Затем в другую ночь он сказал ему, чтобы перед произнесением чина отхода ко сну он направил намерение на Имя </w:t>
      </w:r>
      <w:r>
        <w:rPr>
          <w:rFonts w:ascii="Georgia" w:hAnsi="Georgia"/>
          <w:b w:val="0"/>
          <w:i/>
          <w:color w:val="000000"/>
          <w:sz w:val="24"/>
        </w:rPr>
        <w:t>Тагац</w:t>
      </w:r>
      <w:r>
        <w:rPr>
          <w:rFonts w:ascii="Georgia" w:hAnsi="Georgia"/>
          <w:b w:val="0"/>
          <w:i w:val="0"/>
          <w:color w:val="000000"/>
          <w:sz w:val="24"/>
        </w:rPr>
        <w:t xml:space="preserve"> (</w:t>
      </w:r>
      <w:r>
        <w:rPr>
          <w:rFonts w:ascii="Georgia" w:hAnsi="Georgia" w:cs="Times New Roman"/>
          <w:b/>
          <w:i w:val="0"/>
          <w:color w:val="000000"/>
          <w:sz w:val="24"/>
          <w:rtl/>
          <w:szCs w:val="32"/>
        </w:rPr>
        <w:t>תגע״ץ</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Сначала пусть составит его в сочетании </w:t>
      </w:r>
      <w:r>
        <w:rPr>
          <w:rFonts w:ascii="Georgia" w:hAnsi="Georgia"/>
          <w:b w:val="0"/>
          <w:i/>
          <w:color w:val="000000"/>
          <w:sz w:val="24"/>
        </w:rPr>
        <w:t>Та-гац</w:t>
      </w:r>
      <w:r>
        <w:rPr>
          <w:rFonts w:ascii="Georgia" w:hAnsi="Georgia"/>
          <w:b w:val="0"/>
          <w:i w:val="0"/>
          <w:color w:val="000000"/>
          <w:sz w:val="24"/>
        </w:rPr>
        <w:t xml:space="preserve"> (</w:t>
      </w:r>
      <w:r>
        <w:rPr>
          <w:rFonts w:ascii="Georgia" w:hAnsi="Georgia" w:cs="Times New Roman"/>
          <w:b/>
          <w:i w:val="0"/>
          <w:color w:val="000000"/>
          <w:sz w:val="24"/>
          <w:rtl/>
          <w:szCs w:val="32"/>
        </w:rPr>
        <w:t>ת״ע ג״ץ</w:t>
      </w:r>
      <w:r>
        <w:rPr>
          <w:rFonts w:ascii="Georgia" w:hAnsi="Georgia"/>
          <w:b w:val="0"/>
          <w:i w:val="0"/>
          <w:color w:val="000000"/>
          <w:sz w:val="24"/>
        </w:rPr>
        <w:t xml:space="preserve">). Часть </w:t>
      </w:r>
      <w:r>
        <w:rPr>
          <w:rFonts w:ascii="Georgia" w:hAnsi="Georgia"/>
          <w:b w:val="0"/>
          <w:i/>
          <w:color w:val="000000"/>
          <w:sz w:val="24"/>
        </w:rPr>
        <w:t>Та</w:t>
      </w:r>
      <w:r>
        <w:rPr>
          <w:rFonts w:ascii="Georgia" w:hAnsi="Georgia"/>
          <w:b w:val="0"/>
          <w:i w:val="0"/>
          <w:color w:val="000000"/>
          <w:sz w:val="24"/>
        </w:rPr>
        <w:t xml:space="preserve"> (</w:t>
      </w:r>
      <w:r>
        <w:rPr>
          <w:rFonts w:ascii="Georgia" w:hAnsi="Georgia" w:cs="Times New Roman"/>
          <w:b/>
          <w:i w:val="0"/>
          <w:color w:val="000000"/>
          <w:sz w:val="24"/>
          <w:rtl/>
          <w:szCs w:val="32"/>
        </w:rPr>
        <w:t>ת״ע</w:t>
      </w:r>
      <w:r>
        <w:rPr>
          <w:rFonts w:ascii="Georgia" w:hAnsi="Georgia"/>
          <w:b w:val="0"/>
          <w:i w:val="0"/>
          <w:color w:val="000000"/>
          <w:sz w:val="24"/>
        </w:rPr>
        <w:t xml:space="preserve"> = 470) состоит из АБ (72), [Имени числом] 130 (</w:t>
      </w:r>
      <w:r>
        <w:rPr>
          <w:rFonts w:ascii="Georgia" w:hAnsi="Georgia" w:cs="Times New Roman"/>
          <w:b/>
          <w:i w:val="0"/>
          <w:color w:val="000000"/>
          <w:sz w:val="24"/>
          <w:rtl/>
          <w:szCs w:val="32"/>
        </w:rPr>
        <w:t>ק״ל</w:t>
      </w:r>
      <w:r>
        <w:rPr>
          <w:rFonts w:ascii="Georgia" w:hAnsi="Georgia"/>
          <w:b w:val="0"/>
          <w:i w:val="0"/>
          <w:color w:val="000000"/>
          <w:sz w:val="24"/>
        </w:rPr>
        <w:t xml:space="preserve">), [еще одного Имени] АБ (72), слова </w:t>
      </w:r>
      <w:r>
        <w:rPr>
          <w:rFonts w:ascii="Georgia" w:hAnsi="Georgia"/>
          <w:b w:val="0"/>
          <w:i/>
          <w:color w:val="000000"/>
          <w:sz w:val="24"/>
        </w:rPr>
        <w:t>Кедем</w:t>
      </w:r>
      <w:r>
        <w:rPr>
          <w:rFonts w:ascii="Georgia" w:hAnsi="Georgia"/>
          <w:b w:val="0"/>
          <w:i w:val="0"/>
          <w:color w:val="000000"/>
          <w:sz w:val="24"/>
        </w:rPr>
        <w:t xml:space="preserve"> (144) и БОН (52), что всё вместе составляет по гематрии 470 (</w:t>
      </w:r>
      <w:r>
        <w:rPr>
          <w:rFonts w:ascii="Georgia" w:hAnsi="Georgia" w:cs="Times New Roman"/>
          <w:b/>
          <w:i w:val="0"/>
          <w:color w:val="000000"/>
          <w:sz w:val="24"/>
          <w:rtl/>
          <w:szCs w:val="32"/>
        </w:rPr>
        <w:t>ת״ע</w:t>
      </w:r>
      <w:r>
        <w:rPr>
          <w:rFonts w:ascii="Georgia" w:hAnsi="Georgia"/>
          <w:b w:val="0"/>
          <w:i w:val="0"/>
          <w:color w:val="000000"/>
          <w:sz w:val="24"/>
        </w:rPr>
        <w:t xml:space="preserve">). И пусть соединит с ними трижды Имя ЭЛЬ: ЭЛЬ, ЭЛЬ, ЭЛЬ, тайна которых — слово </w:t>
      </w:r>
      <w:r>
        <w:rPr>
          <w:rFonts w:ascii="Georgia" w:hAnsi="Georgia"/>
          <w:b w:val="0"/>
          <w:i/>
          <w:color w:val="000000"/>
          <w:sz w:val="24"/>
        </w:rPr>
        <w:t>маген</w:t>
      </w:r>
      <w:r>
        <w:rPr>
          <w:rFonts w:ascii="Georgia" w:hAnsi="Georgia"/>
          <w:b w:val="0"/>
          <w:i w:val="0"/>
          <w:color w:val="000000"/>
          <w:sz w:val="24"/>
        </w:rPr>
        <w:t xml:space="preserve"> — «щит» (</w:t>
      </w:r>
      <w:r>
        <w:rPr>
          <w:rFonts w:ascii="Georgia" w:hAnsi="Georgia" w:cs="Times New Roman"/>
          <w:b/>
          <w:i w:val="0"/>
          <w:color w:val="000000"/>
          <w:sz w:val="24"/>
          <w:rtl/>
          <w:szCs w:val="32"/>
        </w:rPr>
        <w:t>מָגֵן</w:t>
      </w:r>
      <w:r>
        <w:rPr>
          <w:rFonts w:ascii="Georgia" w:hAnsi="Georgia"/>
          <w:b w:val="0"/>
          <w:i w:val="0"/>
          <w:color w:val="000000"/>
          <w:sz w:val="24"/>
        </w:rPr>
        <w:t xml:space="preserve"> = 93), и они составляют упомянутую часть </w:t>
      </w:r>
      <w:r>
        <w:rPr>
          <w:rFonts w:ascii="Georgia" w:hAnsi="Georgia"/>
          <w:b w:val="0"/>
          <w:i/>
          <w:color w:val="000000"/>
          <w:sz w:val="24"/>
        </w:rPr>
        <w:t>гац</w:t>
      </w:r>
      <w:r>
        <w:rPr>
          <w:rFonts w:ascii="Georgia" w:hAnsi="Georgia"/>
          <w:b w:val="0"/>
          <w:i w:val="0"/>
          <w:color w:val="000000"/>
          <w:sz w:val="24"/>
        </w:rPr>
        <w:t xml:space="preserve"> (</w:t>
      </w:r>
      <w:r>
        <w:rPr>
          <w:rFonts w:ascii="Georgia" w:hAnsi="Georgia" w:cs="Times New Roman"/>
          <w:b/>
          <w:i w:val="0"/>
          <w:color w:val="000000"/>
          <w:sz w:val="24"/>
          <w:rtl/>
          <w:szCs w:val="32"/>
        </w:rPr>
        <w:t>ג״ץ</w:t>
      </w:r>
      <w:r>
        <w:rPr>
          <w:rFonts w:ascii="Georgia" w:hAnsi="Georgia"/>
          <w:b w:val="0"/>
          <w:i w:val="0"/>
          <w:color w:val="000000"/>
          <w:sz w:val="24"/>
        </w:rPr>
        <w:t xml:space="preserve"> = 93). Огласовка же его берется из стиха: </w:t>
      </w:r>
      <w:r>
        <w:rPr>
          <w:rFonts w:ascii="Georgia" w:hAnsi="Georgia"/>
          <w:b w:val="0"/>
          <w:i/>
          <w:color w:val="000000"/>
          <w:sz w:val="24"/>
        </w:rPr>
        <w:t>«Я щит тебе...»</w:t>
      </w:r>
      <w:r>
        <w:rPr>
          <w:rFonts w:ascii="Georgia" w:hAnsi="Georgia"/>
          <w:b w:val="0"/>
          <w:i w:val="0"/>
          <w:color w:val="000000"/>
          <w:sz w:val="24"/>
        </w:rPr>
        <w:t xml:space="preserve"> (Берешит 15:1) [</w:t>
      </w:r>
      <w:r>
        <w:rPr>
          <w:rFonts w:ascii="Georgia" w:hAnsi="Georgia"/>
          <w:b w:val="0"/>
          <w:i/>
          <w:color w:val="000000"/>
          <w:sz w:val="24"/>
        </w:rPr>
        <w:t>Анохи маген лах</w:t>
      </w:r>
      <w:r>
        <w:rPr>
          <w:rFonts w:ascii="Georgia" w:hAnsi="Georgia"/>
          <w:b w:val="0"/>
          <w:i w:val="0"/>
          <w:color w:val="000000"/>
          <w:sz w:val="24"/>
        </w:rPr>
        <w:t xml:space="preserve">]: буквы </w:t>
      </w:r>
      <w:r>
        <w:rPr>
          <w:rFonts w:ascii="Georgia" w:hAnsi="Georgia"/>
          <w:b w:val="0"/>
          <w:i/>
          <w:color w:val="000000"/>
          <w:sz w:val="24"/>
        </w:rPr>
        <w:t>та</w:t>
      </w:r>
      <w:r>
        <w:rPr>
          <w:rFonts w:ascii="Georgia" w:hAnsi="Georgia"/>
          <w:b w:val="0"/>
          <w:i w:val="0"/>
          <w:color w:val="000000"/>
          <w:sz w:val="24"/>
        </w:rPr>
        <w:t xml:space="preserve"> берут огласовку от букв алеф и нун слова </w:t>
      </w:r>
      <w:r>
        <w:rPr>
          <w:rFonts w:ascii="Georgia" w:hAnsi="Georgia"/>
          <w:b w:val="0"/>
          <w:i/>
          <w:color w:val="000000"/>
          <w:sz w:val="24"/>
        </w:rPr>
        <w:t>Анохи</w:t>
      </w:r>
      <w:r>
        <w:rPr>
          <w:rFonts w:ascii="Georgia" w:hAnsi="Georgia"/>
          <w:b w:val="0"/>
          <w:i w:val="0"/>
          <w:color w:val="000000"/>
          <w:sz w:val="24"/>
        </w:rPr>
        <w:t xml:space="preserve">, а буквы </w:t>
      </w:r>
      <w:r>
        <w:rPr>
          <w:rFonts w:ascii="Georgia" w:hAnsi="Georgia"/>
          <w:b w:val="0"/>
          <w:i/>
          <w:color w:val="000000"/>
          <w:sz w:val="24"/>
        </w:rPr>
        <w:t>гац</w:t>
      </w:r>
      <w:r>
        <w:rPr>
          <w:rFonts w:ascii="Georgia" w:hAnsi="Georgia"/>
          <w:b w:val="0"/>
          <w:i w:val="0"/>
          <w:color w:val="000000"/>
          <w:sz w:val="24"/>
        </w:rPr>
        <w:t xml:space="preserve"> — от букв мэм и гимель слова </w:t>
      </w:r>
      <w:r>
        <w:rPr>
          <w:rFonts w:ascii="Georgia" w:hAnsi="Georgia"/>
          <w:b w:val="0"/>
          <w:i/>
          <w:color w:val="000000"/>
          <w:sz w:val="24"/>
        </w:rPr>
        <w:t>маген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Затем составь его в сочетании </w:t>
      </w:r>
      <w:r>
        <w:rPr>
          <w:rFonts w:ascii="Georgia" w:hAnsi="Georgia"/>
          <w:b w:val="0"/>
          <w:i/>
          <w:color w:val="000000"/>
          <w:sz w:val="24"/>
        </w:rPr>
        <w:t>Тагац</w:t>
      </w:r>
      <w:r>
        <w:rPr>
          <w:rFonts w:ascii="Georgia" w:hAnsi="Georgia"/>
          <w:b w:val="0"/>
          <w:i w:val="0"/>
          <w:color w:val="000000"/>
          <w:sz w:val="24"/>
        </w:rPr>
        <w:t xml:space="preserve"> (</w:t>
      </w:r>
      <w:r>
        <w:rPr>
          <w:rFonts w:ascii="Georgia" w:hAnsi="Georgia" w:cs="Times New Roman"/>
          <w:b/>
          <w:i w:val="0"/>
          <w:color w:val="000000"/>
          <w:sz w:val="24"/>
          <w:rtl/>
          <w:szCs w:val="32"/>
        </w:rPr>
        <w:t>תגע״ץ</w:t>
      </w:r>
      <w:r>
        <w:rPr>
          <w:rFonts w:ascii="Georgia" w:hAnsi="Georgia"/>
          <w:b w:val="0"/>
          <w:i w:val="0"/>
          <w:color w:val="000000"/>
          <w:sz w:val="24"/>
        </w:rPr>
        <w:t xml:space="preserve">). Огласовка букв </w:t>
      </w:r>
      <w:r>
        <w:rPr>
          <w:rFonts w:ascii="Georgia" w:hAnsi="Georgia"/>
          <w:b w:val="0"/>
          <w:i/>
          <w:color w:val="000000"/>
          <w:sz w:val="24"/>
        </w:rPr>
        <w:t>таг</w:t>
      </w:r>
      <w:r>
        <w:rPr>
          <w:rFonts w:ascii="Georgia" w:hAnsi="Georgia"/>
          <w:b w:val="0"/>
          <w:i w:val="0"/>
          <w:color w:val="000000"/>
          <w:sz w:val="24"/>
        </w:rPr>
        <w:t xml:space="preserve"> (</w:t>
      </w:r>
      <w:r>
        <w:rPr>
          <w:rFonts w:ascii="Georgia" w:hAnsi="Georgia" w:cs="Times New Roman"/>
          <w:b/>
          <w:i w:val="0"/>
          <w:color w:val="000000"/>
          <w:sz w:val="24"/>
          <w:rtl/>
          <w:szCs w:val="32"/>
        </w:rPr>
        <w:t>ת״ג</w:t>
      </w:r>
      <w:r>
        <w:rPr>
          <w:rFonts w:ascii="Georgia" w:hAnsi="Georgia"/>
          <w:b w:val="0"/>
          <w:i w:val="0"/>
          <w:color w:val="000000"/>
          <w:sz w:val="24"/>
        </w:rPr>
        <w:t xml:space="preserve">) берется из стиха: </w:t>
      </w:r>
      <w:r>
        <w:rPr>
          <w:rFonts w:ascii="Georgia" w:hAnsi="Georgia"/>
          <w:b w:val="0"/>
          <w:i/>
          <w:color w:val="000000"/>
          <w:sz w:val="24"/>
        </w:rPr>
        <w:t>«как в точиле истоптал Г-сподь деву, дочь Йегуды»</w:t>
      </w:r>
      <w:r>
        <w:rPr>
          <w:rFonts w:ascii="Georgia" w:hAnsi="Georgia"/>
          <w:b w:val="0"/>
          <w:i w:val="0"/>
          <w:color w:val="000000"/>
          <w:sz w:val="24"/>
        </w:rPr>
        <w:t xml:space="preserve"> (Эйха 1:15) [</w:t>
      </w:r>
      <w:r>
        <w:rPr>
          <w:rFonts w:ascii="Georgia" w:hAnsi="Georgia"/>
          <w:b w:val="0"/>
          <w:i/>
          <w:color w:val="000000"/>
          <w:sz w:val="24"/>
        </w:rPr>
        <w:t>Гат дарах АДОНАЙ...</w:t>
      </w:r>
      <w:r>
        <w:rPr>
          <w:rFonts w:ascii="Georgia" w:hAnsi="Georgia"/>
          <w:b w:val="0"/>
          <w:i w:val="0"/>
          <w:color w:val="000000"/>
          <w:sz w:val="24"/>
        </w:rPr>
        <w:t xml:space="preserve">]; а огласовка букв </w:t>
      </w:r>
      <w:r>
        <w:rPr>
          <w:rFonts w:ascii="Georgia" w:hAnsi="Georgia"/>
          <w:b w:val="0"/>
          <w:i/>
          <w:color w:val="000000"/>
          <w:sz w:val="24"/>
        </w:rPr>
        <w:t>эц</w:t>
      </w:r>
      <w:r>
        <w:rPr>
          <w:rFonts w:ascii="Georgia" w:hAnsi="Georgia"/>
          <w:b w:val="0"/>
          <w:i w:val="0"/>
          <w:color w:val="000000"/>
          <w:sz w:val="24"/>
        </w:rPr>
        <w:t xml:space="preserve"> (</w:t>
      </w:r>
      <w:r>
        <w:rPr>
          <w:rFonts w:ascii="Georgia" w:hAnsi="Georgia" w:cs="Times New Roman"/>
          <w:b/>
          <w:i w:val="0"/>
          <w:color w:val="000000"/>
          <w:sz w:val="24"/>
          <w:rtl/>
          <w:szCs w:val="32"/>
        </w:rPr>
        <w:t>ע״ץ</w:t>
      </w:r>
      <w:r>
        <w:rPr>
          <w:rFonts w:ascii="Georgia" w:hAnsi="Georgia"/>
          <w:b w:val="0"/>
          <w:i w:val="0"/>
          <w:color w:val="000000"/>
          <w:sz w:val="24"/>
        </w:rPr>
        <w:t xml:space="preserve">) — это огласовка слова </w:t>
      </w:r>
      <w:r>
        <w:rPr>
          <w:rFonts w:ascii="Georgia" w:hAnsi="Georgia"/>
          <w:b w:val="0"/>
          <w:i/>
          <w:color w:val="000000"/>
          <w:sz w:val="24"/>
        </w:rPr>
        <w:t>хай</w:t>
      </w:r>
      <w:r>
        <w:rPr>
          <w:rFonts w:ascii="Georgia" w:hAnsi="Georgia"/>
          <w:b w:val="0"/>
          <w:i w:val="0"/>
          <w:color w:val="000000"/>
          <w:sz w:val="24"/>
        </w:rPr>
        <w:t xml:space="preserve"> («живой»), в тайне Древа Жизни (</w:t>
      </w:r>
      <w:r>
        <w:rPr>
          <w:rFonts w:ascii="Georgia" w:hAnsi="Georgia"/>
          <w:b w:val="0"/>
          <w:i/>
          <w:color w:val="000000"/>
          <w:sz w:val="24"/>
        </w:rPr>
        <w:t>эц хаим</w:t>
      </w:r>
      <w:r>
        <w:rPr>
          <w:rFonts w:ascii="Georgia" w:hAnsi="Georgia"/>
          <w:b w:val="0"/>
          <w:i w:val="0"/>
          <w:color w:val="000000"/>
          <w:sz w:val="24"/>
        </w:rPr>
        <w:t>).</w:t>
      </w:r>
    </w:p>
    <w:p>
      <w:pPr>
        <w:spacing w:before="40" w:after="120"/>
        <w:jc w:val="both"/>
      </w:pPr>
      <w:r>
        <w:rPr>
          <w:rFonts w:ascii="Georgia" w:hAnsi="Georgia"/>
          <w:b w:val="0"/>
          <w:i w:val="0"/>
          <w:color w:val="000000"/>
          <w:sz w:val="24"/>
        </w:rPr>
        <w:t>Смысл же этого намерения заключается в том, что я уже сообщил тебе: Кетер Абы — это таамим (вкусы), а девять сфирот Абы — это некудот (огласовки); Кетер Имы — это тагин (коронки), а девять сфирот ее — это отиет (буквы). И оба Кетера Аба ве-Има пребывают в горле Арих Анпина. И вот то, что мы сказали, будто Кетер Имы — это тагин, означает следующее: когда мы хотим назвать по имени огласовки, чтобы различить их, мы неизбежно должны выразить их с помощью букв, как, например, эта огласовка — ◌</w:t>
      </w:r>
      <w:r>
        <w:rPr>
          <w:rFonts w:ascii="Georgia" w:hAnsi="Georgia" w:cs="Times New Roman"/>
          <w:b/>
          <w:i w:val="0"/>
          <w:color w:val="000000"/>
          <w:sz w:val="24"/>
          <w:rtl/>
          <w:szCs w:val="32"/>
        </w:rPr>
        <w:t>ֶ</w:t>
      </w:r>
      <w:r>
        <w:rPr>
          <w:rFonts w:ascii="Georgia" w:hAnsi="Georgia"/>
          <w:b w:val="0"/>
          <w:i w:val="0"/>
          <w:color w:val="000000"/>
          <w:sz w:val="24"/>
        </w:rPr>
        <w:t xml:space="preserve"> — называется </w:t>
      </w:r>
      <w:r>
        <w:rPr>
          <w:rFonts w:ascii="Georgia" w:hAnsi="Georgia"/>
          <w:b w:val="0"/>
          <w:i/>
          <w:color w:val="000000"/>
          <w:sz w:val="24"/>
        </w:rPr>
        <w:t>сеголь</w:t>
      </w:r>
      <w:r>
        <w:rPr>
          <w:rFonts w:ascii="Georgia" w:hAnsi="Georgia"/>
          <w:b w:val="0"/>
          <w:i w:val="0"/>
          <w:color w:val="000000"/>
          <w:sz w:val="24"/>
        </w:rPr>
        <w:t xml:space="preserve"> (</w:t>
      </w:r>
      <w:r>
        <w:rPr>
          <w:rFonts w:ascii="Georgia" w:hAnsi="Georgia" w:cs="Times New Roman"/>
          <w:b/>
          <w:i w:val="0"/>
          <w:color w:val="000000"/>
          <w:sz w:val="24"/>
          <w:rtl/>
          <w:szCs w:val="32"/>
        </w:rPr>
        <w:t>סְגוֹל</w:t>
      </w:r>
      <w:r>
        <w:rPr>
          <w:rFonts w:ascii="Georgia" w:hAnsi="Georgia"/>
          <w:b w:val="0"/>
          <w:i w:val="0"/>
          <w:color w:val="000000"/>
          <w:sz w:val="24"/>
        </w:rPr>
        <w:t>), а эта огласовка — ◌</w:t>
      </w:r>
      <w:r>
        <w:rPr>
          <w:rFonts w:ascii="Georgia" w:hAnsi="Georgia" w:cs="Times New Roman"/>
          <w:b/>
          <w:i w:val="0"/>
          <w:color w:val="000000"/>
          <w:sz w:val="24"/>
          <w:rtl/>
          <w:szCs w:val="32"/>
        </w:rPr>
        <w:t>ְ</w:t>
      </w:r>
      <w:r>
        <w:rPr>
          <w:rFonts w:ascii="Georgia" w:hAnsi="Georgia"/>
          <w:b w:val="0"/>
          <w:i w:val="0"/>
          <w:color w:val="000000"/>
          <w:sz w:val="24"/>
        </w:rPr>
        <w:t xml:space="preserve"> — называется </w:t>
      </w:r>
      <w:r>
        <w:rPr>
          <w:rFonts w:ascii="Georgia" w:hAnsi="Georgia"/>
          <w:b w:val="0"/>
          <w:i/>
          <w:color w:val="000000"/>
          <w:sz w:val="24"/>
        </w:rPr>
        <w:t>шва</w:t>
      </w:r>
      <w:r>
        <w:rPr>
          <w:rFonts w:ascii="Georgia" w:hAnsi="Georgia"/>
          <w:b w:val="0"/>
          <w:i w:val="0"/>
          <w:color w:val="000000"/>
          <w:sz w:val="24"/>
        </w:rPr>
        <w:t xml:space="preserve"> (</w:t>
      </w:r>
      <w:r>
        <w:rPr>
          <w:rFonts w:ascii="Georgia" w:hAnsi="Georgia" w:cs="Times New Roman"/>
          <w:b/>
          <w:i w:val="0"/>
          <w:color w:val="000000"/>
          <w:sz w:val="24"/>
          <w:rtl/>
          <w:szCs w:val="32"/>
        </w:rPr>
        <w:t>שְׁבָא</w:t>
      </w:r>
      <w:r>
        <w:rPr>
          <w:rFonts w:ascii="Georgia" w:hAnsi="Georgia"/>
          <w:b w:val="0"/>
          <w:i w:val="0"/>
          <w:color w:val="000000"/>
          <w:sz w:val="24"/>
        </w:rPr>
        <w:t>), и так же в остальных огласовках. И вот эти буквы, являющиеся именами двух огласовок из числа огласовок в девяти нижних сфирот Абы, находятся в Кетере Бины; и они называются тагин.</w:t>
      </w:r>
    </w:p>
    <w:p>
      <w:pPr>
        <w:spacing w:before="40" w:after="120"/>
        <w:jc w:val="both"/>
      </w:pPr>
      <w:r>
        <w:rPr>
          <w:rFonts w:ascii="Georgia" w:hAnsi="Georgia"/>
          <w:b w:val="0"/>
          <w:i w:val="0"/>
          <w:color w:val="000000"/>
          <w:sz w:val="24"/>
        </w:rPr>
        <w:t xml:space="preserve">И как я сообщил тебе смысл этого: буква вычерчивается в виде тагин, подобно знаку буквы бэт, увенчанной коронками (тагин). Подобным же образом огласовки Абы являются буквами таамим, как, например, буквы знака </w:t>
      </w:r>
      <w:r>
        <w:rPr>
          <w:rFonts w:ascii="Georgia" w:hAnsi="Georgia"/>
          <w:b w:val="0"/>
          <w:i/>
          <w:color w:val="000000"/>
          <w:sz w:val="24"/>
        </w:rPr>
        <w:t>зарка</w:t>
      </w:r>
      <w:r>
        <w:rPr>
          <w:rFonts w:ascii="Georgia" w:hAnsi="Georgia"/>
          <w:b w:val="0"/>
          <w:i w:val="0"/>
          <w:color w:val="000000"/>
          <w:sz w:val="24"/>
        </w:rPr>
        <w:t xml:space="preserve"> и тому подобное; и точно так же обстоит дело с самими таамим, которые представляют собой буквы в форме кругов, наподобие очертания буквы бэт и тому подобного.</w:t>
      </w:r>
    </w:p>
    <w:p>
      <w:pPr>
        <w:spacing w:before="40" w:after="120"/>
        <w:jc w:val="both"/>
      </w:pPr>
      <w:r>
        <w:rPr>
          <w:rFonts w:ascii="Georgia" w:hAnsi="Georgia"/>
          <w:b w:val="0"/>
          <w:i w:val="0"/>
          <w:color w:val="000000"/>
          <w:sz w:val="24"/>
        </w:rPr>
        <w:t xml:space="preserve">Вернемся же к нашему вопросу: буквы, находящиеся в Кетере Имы и представляющие собой форму букв [названий] огласовок, — это исключительно буквы слов </w:t>
      </w:r>
      <w:r>
        <w:rPr>
          <w:rFonts w:ascii="Georgia" w:hAnsi="Georgia"/>
          <w:b w:val="0"/>
          <w:i/>
          <w:color w:val="000000"/>
          <w:sz w:val="24"/>
        </w:rPr>
        <w:t>шва-сеголь</w:t>
      </w:r>
      <w:r>
        <w:rPr>
          <w:rFonts w:ascii="Georgia" w:hAnsi="Georgia"/>
          <w:b w:val="0"/>
          <w:i w:val="0"/>
          <w:color w:val="000000"/>
          <w:sz w:val="24"/>
        </w:rPr>
        <w:t xml:space="preserve"> (</w:t>
      </w:r>
      <w:r>
        <w:rPr>
          <w:rFonts w:ascii="Georgia" w:hAnsi="Georgia" w:cs="Times New Roman"/>
          <w:b/>
          <w:i w:val="0"/>
          <w:color w:val="000000"/>
          <w:sz w:val="24"/>
          <w:rtl/>
          <w:szCs w:val="32"/>
        </w:rPr>
        <w:t>שב״א סגו״ל</w:t>
      </w:r>
      <w:r>
        <w:rPr>
          <w:rFonts w:ascii="Georgia" w:hAnsi="Georgia"/>
          <w:b w:val="0"/>
          <w:i w:val="0"/>
          <w:color w:val="000000"/>
          <w:sz w:val="24"/>
        </w:rPr>
        <w:t xml:space="preserve">), гематрия которых равна слову </w:t>
      </w:r>
      <w:r>
        <w:rPr>
          <w:rFonts w:ascii="Georgia" w:hAnsi="Georgia"/>
          <w:b w:val="0"/>
          <w:i/>
          <w:color w:val="000000"/>
          <w:sz w:val="24"/>
        </w:rPr>
        <w:t>таг</w:t>
      </w:r>
      <w:r>
        <w:rPr>
          <w:rFonts w:ascii="Georgia" w:hAnsi="Georgia"/>
          <w:b w:val="0"/>
          <w:i w:val="0"/>
          <w:color w:val="000000"/>
          <w:sz w:val="24"/>
        </w:rPr>
        <w:t xml:space="preserve"> — «коронка» (</w:t>
      </w:r>
      <w:r>
        <w:rPr>
          <w:rFonts w:ascii="Georgia" w:hAnsi="Georgia" w:cs="Times New Roman"/>
          <w:b/>
          <w:i w:val="0"/>
          <w:color w:val="000000"/>
          <w:sz w:val="24"/>
          <w:rtl/>
          <w:szCs w:val="32"/>
        </w:rPr>
        <w:t>תָּג</w:t>
      </w:r>
      <w:r>
        <w:rPr>
          <w:rFonts w:ascii="Georgia" w:hAnsi="Georgia"/>
          <w:b w:val="0"/>
          <w:i w:val="0"/>
          <w:color w:val="000000"/>
          <w:sz w:val="24"/>
        </w:rPr>
        <w:t xml:space="preserve"> = 403).</w:t>
      </w:r>
    </w:p>
    <w:p>
      <w:pPr>
        <w:spacing w:before="40" w:after="120"/>
        <w:jc w:val="both"/>
      </w:pPr>
      <w:r>
        <w:rPr>
          <w:rFonts w:ascii="Georgia" w:hAnsi="Georgia"/>
          <w:b w:val="0"/>
          <w:i w:val="0"/>
          <w:color w:val="000000"/>
          <w:sz w:val="24"/>
        </w:rPr>
        <w:t>А дело в том, что Аба соединяется с восьмым исправлением бороды Атика. И если сосчитать от восьмого исправления до тринадцатого, получится шесть исправлений; и когда ты распределишь их в Абе, окажется восьмое исправление в Кетере, девятое — в Хохме, десятое — в Бине, одиннадцатое — в Даат, двенадцатое — в Хеседе, а тринадцатое — в Гвуре.</w:t>
      </w:r>
    </w:p>
    <w:p>
      <w:pPr>
        <w:spacing w:before="40" w:after="120"/>
        <w:jc w:val="both"/>
      </w:pPr>
      <w:r>
        <w:rPr>
          <w:rFonts w:ascii="Georgia" w:hAnsi="Georgia"/>
          <w:b w:val="0"/>
          <w:i w:val="0"/>
          <w:color w:val="000000"/>
          <w:sz w:val="24"/>
        </w:rPr>
        <w:t xml:space="preserve">Тебе уже известно, что Има выходит между двумя руками Абы — между Хеседом и Гвурой; и оказывается, что Хесед и Гвура Абы находятся над Кетером Имы, поскольку Кетер Имы расположен на уровне Тиферет Абы. Известно также, что огласовки Хеседа и Гвуры — это сеголь и шва; получается, что Има получает влияние только от этих двух [ступеней], расположенных над ее головой, и буквы названий этих двух огласовок становятся для нее тагин, образуя ее Кетер. Также было разъяснено в порядке тринадцати качеств милосердия, что восьмое исправление, именуемое </w:t>
      </w:r>
      <w:r>
        <w:rPr>
          <w:rFonts w:ascii="Georgia" w:hAnsi="Georgia"/>
          <w:b w:val="0"/>
          <w:i/>
          <w:color w:val="000000"/>
          <w:sz w:val="24"/>
        </w:rPr>
        <w:t>Мазла</w:t>
      </w:r>
      <w:r>
        <w:rPr>
          <w:rFonts w:ascii="Georgia" w:hAnsi="Georgia"/>
          <w:b w:val="0"/>
          <w:i w:val="0"/>
          <w:color w:val="000000"/>
          <w:sz w:val="24"/>
        </w:rPr>
        <w:t xml:space="preserve">, является Есодом Кетера; и таким же образом счет идет снизу вверх, и оказывается, что исправление </w:t>
      </w:r>
      <w:r>
        <w:rPr>
          <w:rFonts w:ascii="Georgia" w:hAnsi="Georgia"/>
          <w:b w:val="0"/>
          <w:i/>
          <w:color w:val="000000"/>
          <w:sz w:val="24"/>
        </w:rPr>
        <w:t>ве-наке</w:t>
      </w:r>
      <w:r>
        <w:rPr>
          <w:rFonts w:ascii="Georgia" w:hAnsi="Georgia"/>
          <w:b w:val="0"/>
          <w:i w:val="0"/>
          <w:color w:val="000000"/>
          <w:sz w:val="24"/>
        </w:rPr>
        <w:t xml:space="preserve"> («и очищающий»), являющееся тринадцатым, последним исправлением, — это Хесед Кетера. Выходит, что в том месте, где оканчиваются тринадцать исправлений бороды (представляющие собой Хесед и Гвуру Кетера высшей бороды), там начинается Кетер Имы, и потому тринадцатое исправление удерживает Иму.</w:t>
      </w:r>
    </w:p>
    <w:p>
      <w:pPr>
        <w:spacing w:before="40" w:after="120"/>
        <w:jc w:val="both"/>
      </w:pPr>
      <w:r>
        <w:rPr>
          <w:rFonts w:ascii="Georgia" w:hAnsi="Georgia"/>
          <w:b w:val="0"/>
          <w:i w:val="0"/>
          <w:color w:val="000000"/>
          <w:sz w:val="24"/>
        </w:rPr>
        <w:t>И поскольку Има представляет собой женское начало, то женская огласовка, являющаяся шва, возобладала и предшествовала мужской огласовке, являющейся сеголем.</w:t>
      </w:r>
    </w:p>
    <w:p>
      <w:pPr>
        <w:spacing w:before="40" w:after="120"/>
        <w:jc w:val="both"/>
      </w:pPr>
      <w:r>
        <w:rPr>
          <w:rFonts w:ascii="Georgia" w:hAnsi="Georgia"/>
          <w:b w:val="0"/>
          <w:i w:val="0"/>
          <w:color w:val="000000"/>
          <w:sz w:val="24"/>
        </w:rPr>
        <w:t xml:space="preserve">В части же </w:t>
      </w:r>
      <w:r>
        <w:rPr>
          <w:rFonts w:ascii="Georgia" w:hAnsi="Georgia"/>
          <w:b w:val="0"/>
          <w:i/>
          <w:color w:val="000000"/>
          <w:sz w:val="24"/>
        </w:rPr>
        <w:t>эц</w:t>
      </w:r>
      <w:r>
        <w:rPr>
          <w:rFonts w:ascii="Georgia" w:hAnsi="Georgia"/>
          <w:b w:val="0"/>
          <w:i w:val="0"/>
          <w:color w:val="000000"/>
          <w:sz w:val="24"/>
        </w:rPr>
        <w:t xml:space="preserve"> (</w:t>
      </w:r>
      <w:r>
        <w:rPr>
          <w:rFonts w:ascii="Georgia" w:hAnsi="Georgia" w:cs="Times New Roman"/>
          <w:b/>
          <w:i w:val="0"/>
          <w:color w:val="000000"/>
          <w:sz w:val="24"/>
          <w:rtl/>
          <w:szCs w:val="32"/>
        </w:rPr>
        <w:t>ע״ץ</w:t>
      </w:r>
      <w:r>
        <w:rPr>
          <w:rFonts w:ascii="Georgia" w:hAnsi="Georgia"/>
          <w:b w:val="0"/>
          <w:i w:val="0"/>
          <w:color w:val="000000"/>
          <w:sz w:val="24"/>
        </w:rPr>
        <w:t xml:space="preserve">) направляй намерение на общность Бины, где пребывают сами буквы и где находится Имя ЭЙЕ в наполнении буквами йод, гематрия которого равна числу </w:t>
      </w:r>
      <w:r>
        <w:rPr>
          <w:rFonts w:ascii="Georgia" w:hAnsi="Georgia"/>
          <w:b w:val="0"/>
          <w:i/>
          <w:color w:val="000000"/>
          <w:sz w:val="24"/>
        </w:rPr>
        <w:t>эц</w:t>
      </w:r>
      <w:r>
        <w:rPr>
          <w:rFonts w:ascii="Georgia" w:hAnsi="Georgia"/>
          <w:b w:val="0"/>
          <w:i w:val="0"/>
          <w:color w:val="000000"/>
          <w:sz w:val="24"/>
        </w:rPr>
        <w:t xml:space="preserve">. И частный аспект этого Имени пребывает в ХУБ Имы, тогда как в семи нижних сфирот в ней пребывает Имя САГ, как известно. И вот разъяснено, что буквы </w:t>
      </w:r>
      <w:r>
        <w:rPr>
          <w:rFonts w:ascii="Georgia" w:hAnsi="Georgia"/>
          <w:b w:val="0"/>
          <w:i/>
          <w:color w:val="000000"/>
          <w:sz w:val="24"/>
        </w:rPr>
        <w:t>шва-сеголь</w:t>
      </w:r>
      <w:r>
        <w:rPr>
          <w:rFonts w:ascii="Georgia" w:hAnsi="Georgia"/>
          <w:b w:val="0"/>
          <w:i w:val="0"/>
          <w:color w:val="000000"/>
          <w:sz w:val="24"/>
        </w:rPr>
        <w:t xml:space="preserve"> находятся в Кетере Имы и представляют собой </w:t>
      </w:r>
      <w:r>
        <w:rPr>
          <w:rFonts w:ascii="Georgia" w:hAnsi="Georgia"/>
          <w:b w:val="0"/>
          <w:i/>
          <w:color w:val="000000"/>
          <w:sz w:val="24"/>
        </w:rPr>
        <w:t>таг</w:t>
      </w:r>
      <w:r>
        <w:rPr>
          <w:rFonts w:ascii="Georgia" w:hAnsi="Georgia"/>
          <w:b w:val="0"/>
          <w:i w:val="0"/>
          <w:color w:val="000000"/>
          <w:sz w:val="24"/>
        </w:rPr>
        <w:t xml:space="preserve"> (</w:t>
      </w:r>
      <w:r>
        <w:rPr>
          <w:rFonts w:ascii="Georgia" w:hAnsi="Georgia" w:cs="Times New Roman"/>
          <w:b/>
          <w:i w:val="0"/>
          <w:color w:val="000000"/>
          <w:sz w:val="24"/>
          <w:rtl/>
          <w:szCs w:val="32"/>
        </w:rPr>
        <w:t>ת״ג</w:t>
      </w:r>
      <w:r>
        <w:rPr>
          <w:rFonts w:ascii="Georgia" w:hAnsi="Georgia"/>
          <w:b w:val="0"/>
          <w:i w:val="0"/>
          <w:color w:val="000000"/>
          <w:sz w:val="24"/>
        </w:rPr>
        <w:t xml:space="preserve">) над пребывающими в ней ХУБ, где находится Имя ЭЙЕ наполнения буквами йод, гематрия которого равна числу </w:t>
      </w:r>
      <w:r>
        <w:rPr>
          <w:rFonts w:ascii="Georgia" w:hAnsi="Georgia"/>
          <w:b w:val="0"/>
          <w:i/>
          <w:color w:val="000000"/>
          <w:sz w:val="24"/>
        </w:rPr>
        <w:t>эц</w:t>
      </w:r>
      <w:r>
        <w:rPr>
          <w:rFonts w:ascii="Georgia" w:hAnsi="Georgia"/>
          <w:b w:val="0"/>
          <w:i w:val="0"/>
          <w:color w:val="000000"/>
          <w:sz w:val="24"/>
        </w:rPr>
        <w:t xml:space="preserve"> (</w:t>
      </w:r>
      <w:r>
        <w:rPr>
          <w:rFonts w:ascii="Georgia" w:hAnsi="Georgia" w:cs="Times New Roman"/>
          <w:b/>
          <w:i w:val="0"/>
          <w:color w:val="000000"/>
          <w:sz w:val="24"/>
          <w:rtl/>
          <w:szCs w:val="32"/>
        </w:rPr>
        <w:t>ע״ץ</w:t>
      </w:r>
      <w:r>
        <w:rPr>
          <w:rFonts w:ascii="Georgia" w:hAnsi="Georgia"/>
          <w:b w:val="0"/>
          <w:i w:val="0"/>
          <w:color w:val="000000"/>
          <w:sz w:val="24"/>
        </w:rPr>
        <w:t xml:space="preserve">); это и есть сочетание </w:t>
      </w:r>
      <w:r>
        <w:rPr>
          <w:rFonts w:ascii="Georgia" w:hAnsi="Georgia"/>
          <w:b w:val="0"/>
          <w:i/>
          <w:color w:val="000000"/>
          <w:sz w:val="24"/>
        </w:rPr>
        <w:t>Тагац</w:t>
      </w:r>
      <w:r>
        <w:rPr>
          <w:rFonts w:ascii="Georgia" w:hAnsi="Georgia"/>
          <w:b w:val="0"/>
          <w:i w:val="0"/>
          <w:color w:val="000000"/>
          <w:sz w:val="24"/>
        </w:rPr>
        <w:t xml:space="preserve"> (</w:t>
      </w:r>
      <w:r>
        <w:rPr>
          <w:rFonts w:ascii="Georgia" w:hAnsi="Georgia" w:cs="Times New Roman"/>
          <w:b/>
          <w:i w:val="0"/>
          <w:color w:val="000000"/>
          <w:sz w:val="24"/>
          <w:rtl/>
          <w:szCs w:val="32"/>
        </w:rPr>
        <w:t>תגע״ץ</w:t>
      </w:r>
      <w:r>
        <w:rPr>
          <w:rFonts w:ascii="Georgia" w:hAnsi="Georgia"/>
          <w:b w:val="0"/>
          <w:i w:val="0"/>
          <w:color w:val="000000"/>
          <w:sz w:val="24"/>
        </w:rPr>
        <w:t xml:space="preserve">): </w:t>
      </w:r>
      <w:r>
        <w:rPr>
          <w:rFonts w:ascii="Georgia" w:hAnsi="Georgia"/>
          <w:b w:val="0"/>
          <w:i/>
          <w:color w:val="000000"/>
          <w:sz w:val="24"/>
        </w:rPr>
        <w:t>таг</w:t>
      </w:r>
      <w:r>
        <w:rPr>
          <w:rFonts w:ascii="Georgia" w:hAnsi="Georgia"/>
          <w:b w:val="0"/>
          <w:i w:val="0"/>
          <w:color w:val="000000"/>
          <w:sz w:val="24"/>
        </w:rPr>
        <w:t xml:space="preserve"> над </w:t>
      </w:r>
      <w:r>
        <w:rPr>
          <w:rFonts w:ascii="Georgia" w:hAnsi="Georgia"/>
          <w:b w:val="0"/>
          <w:i/>
          <w:color w:val="000000"/>
          <w:sz w:val="24"/>
        </w:rPr>
        <w:t>эц</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Затем преобразуй его по системе атбаш, и получится слово </w:t>
      </w:r>
      <w:r>
        <w:rPr>
          <w:rFonts w:ascii="Georgia" w:hAnsi="Georgia"/>
          <w:b w:val="0"/>
          <w:i/>
          <w:color w:val="000000"/>
          <w:sz w:val="24"/>
        </w:rPr>
        <w:t>арза</w:t>
      </w:r>
      <w:r>
        <w:rPr>
          <w:rFonts w:ascii="Georgia" w:hAnsi="Georgia"/>
          <w:b w:val="0"/>
          <w:i w:val="0"/>
          <w:color w:val="000000"/>
          <w:sz w:val="24"/>
        </w:rPr>
        <w:t xml:space="preserve"> — «кедровая обшивка» (</w:t>
      </w:r>
      <w:r>
        <w:rPr>
          <w:rFonts w:ascii="Georgia" w:hAnsi="Georgia" w:cs="Times New Roman"/>
          <w:b/>
          <w:i w:val="0"/>
          <w:color w:val="000000"/>
          <w:sz w:val="24"/>
          <w:rtl/>
          <w:szCs w:val="32"/>
        </w:rPr>
        <w:t>אַרְזָה</w:t>
      </w:r>
      <w:r>
        <w:rPr>
          <w:rFonts w:ascii="Georgia" w:hAnsi="Georgia"/>
          <w:b w:val="0"/>
          <w:i w:val="0"/>
          <w:color w:val="000000"/>
          <w:sz w:val="24"/>
        </w:rPr>
        <w:t xml:space="preserve">), огласованное огласовками стиха: </w:t>
      </w:r>
      <w:r>
        <w:rPr>
          <w:rFonts w:ascii="Georgia" w:hAnsi="Georgia"/>
          <w:b w:val="0"/>
          <w:i/>
          <w:color w:val="000000"/>
          <w:sz w:val="24"/>
        </w:rPr>
        <w:t>«ибо кедровую обшивку обнажил»</w:t>
      </w:r>
      <w:r>
        <w:rPr>
          <w:rFonts w:ascii="Georgia" w:hAnsi="Georgia"/>
          <w:b w:val="0"/>
          <w:i w:val="0"/>
          <w:color w:val="000000"/>
          <w:sz w:val="24"/>
        </w:rPr>
        <w:t xml:space="preserve"> (Цфанья 2:14) [</w:t>
      </w:r>
      <w:r>
        <w:rPr>
          <w:rFonts w:ascii="Georgia" w:hAnsi="Georgia"/>
          <w:b w:val="0"/>
          <w:i/>
          <w:color w:val="000000"/>
          <w:sz w:val="24"/>
        </w:rPr>
        <w:t>ки арза эра</w:t>
      </w:r>
      <w:r>
        <w:rPr>
          <w:rFonts w:ascii="Georgia" w:hAnsi="Georgia"/>
          <w:b w:val="0"/>
          <w:i w:val="0"/>
          <w:color w:val="000000"/>
          <w:sz w:val="24"/>
        </w:rPr>
        <w:t>]; и это подлинная тайна его, ибо посредством этого Имени обнажается кедровая обшивка нечистоты. Гематрия же его составляет 213 (</w:t>
      </w:r>
      <w:r>
        <w:rPr>
          <w:rFonts w:ascii="Georgia" w:hAnsi="Georgia" w:cs="Times New Roman"/>
          <w:b/>
          <w:i w:val="0"/>
          <w:color w:val="000000"/>
          <w:sz w:val="24"/>
          <w:rtl/>
          <w:szCs w:val="32"/>
        </w:rPr>
        <w:t>רי״ג</w:t>
      </w:r>
      <w:r>
        <w:rPr>
          <w:rFonts w:ascii="Georgia" w:hAnsi="Georgia"/>
          <w:b w:val="0"/>
          <w:i w:val="0"/>
          <w:color w:val="000000"/>
          <w:sz w:val="24"/>
        </w:rPr>
        <w:t>). Смысл в том, что ты направляешь намерение на АБ и 130: это Имя в квадратном раскрытии, дающем 72 (</w:t>
      </w:r>
      <w:r>
        <w:rPr>
          <w:rFonts w:ascii="Georgia" w:hAnsi="Georgia" w:cs="Times New Roman"/>
          <w:b/>
          <w:i w:val="0"/>
          <w:color w:val="000000"/>
          <w:sz w:val="24"/>
          <w:rtl/>
          <w:szCs w:val="32"/>
        </w:rPr>
        <w:t>ע״ב</w:t>
      </w:r>
      <w:r>
        <w:rPr>
          <w:rFonts w:ascii="Georgia" w:hAnsi="Georgia"/>
          <w:b w:val="0"/>
          <w:i w:val="0"/>
          <w:color w:val="000000"/>
          <w:sz w:val="24"/>
        </w:rPr>
        <w:t>), а также квадрат Имени в наполнении буквами алеф, дающий 130 (</w:t>
      </w:r>
      <w:r>
        <w:rPr>
          <w:rFonts w:ascii="Georgia" w:hAnsi="Georgia" w:cs="Times New Roman"/>
          <w:b/>
          <w:i w:val="0"/>
          <w:color w:val="000000"/>
          <w:sz w:val="24"/>
          <w:rtl/>
          <w:szCs w:val="32"/>
        </w:rPr>
        <w:t>ק״ל</w:t>
      </w:r>
      <w:r>
        <w:rPr>
          <w:rFonts w:ascii="Georgia" w:hAnsi="Georgia"/>
          <w:b w:val="0"/>
          <w:i w:val="0"/>
          <w:color w:val="000000"/>
          <w:sz w:val="24"/>
        </w:rPr>
        <w:t>). Числа 72 и 130 по гематрии составляют 202 (</w:t>
      </w:r>
      <w:r>
        <w:rPr>
          <w:rFonts w:ascii="Georgia" w:hAnsi="Georgia" w:cs="Times New Roman"/>
          <w:b/>
          <w:i w:val="0"/>
          <w:color w:val="000000"/>
          <w:sz w:val="24"/>
          <w:rtl/>
          <w:szCs w:val="32"/>
        </w:rPr>
        <w:t>ר״ב</w:t>
      </w:r>
      <w:r>
        <w:rPr>
          <w:rFonts w:ascii="Georgia" w:hAnsi="Georgia"/>
          <w:b w:val="0"/>
          <w:i w:val="0"/>
          <w:color w:val="000000"/>
          <w:sz w:val="24"/>
        </w:rPr>
        <w:t>), а вместе с десятью буквами Имени АВАЯ получается 212, и со всеобщностью — 213.</w:t>
      </w:r>
    </w:p>
    <w:p>
      <w:pPr>
        <w:spacing w:before="40" w:after="120"/>
        <w:jc w:val="both"/>
      </w:pPr>
      <w:r>
        <w:rPr>
          <w:rFonts w:ascii="Georgia" w:hAnsi="Georgia"/>
          <w:b w:val="0"/>
          <w:i w:val="0"/>
          <w:color w:val="000000"/>
          <w:sz w:val="24"/>
        </w:rPr>
        <w:t xml:space="preserve">Затем составь четвертое сочетание: </w:t>
      </w:r>
      <w:r>
        <w:rPr>
          <w:rFonts w:ascii="Georgia" w:hAnsi="Georgia"/>
          <w:b w:val="0"/>
          <w:i/>
          <w:color w:val="000000"/>
          <w:sz w:val="24"/>
        </w:rPr>
        <w:t>Тац-га</w:t>
      </w:r>
      <w:r>
        <w:rPr>
          <w:rFonts w:ascii="Georgia" w:hAnsi="Georgia"/>
          <w:b w:val="0"/>
          <w:i w:val="0"/>
          <w:color w:val="000000"/>
          <w:sz w:val="24"/>
        </w:rPr>
        <w:t xml:space="preserve"> (</w:t>
      </w:r>
      <w:r>
        <w:rPr>
          <w:rFonts w:ascii="Georgia" w:hAnsi="Georgia" w:cs="Times New Roman"/>
          <w:b/>
          <w:i w:val="0"/>
          <w:color w:val="000000"/>
          <w:sz w:val="24"/>
          <w:rtl/>
          <w:szCs w:val="32"/>
        </w:rPr>
        <w:t>ת״ץ גַּ״ע</w:t>
      </w:r>
      <w:r>
        <w:rPr>
          <w:rFonts w:ascii="Georgia" w:hAnsi="Georgia"/>
          <w:b w:val="0"/>
          <w:i w:val="0"/>
          <w:color w:val="000000"/>
          <w:sz w:val="24"/>
        </w:rPr>
        <w:t xml:space="preserve">). Огласовка букв </w:t>
      </w:r>
      <w:r>
        <w:rPr>
          <w:rFonts w:ascii="Georgia" w:hAnsi="Georgia"/>
          <w:b w:val="0"/>
          <w:i/>
          <w:color w:val="000000"/>
          <w:sz w:val="24"/>
        </w:rPr>
        <w:t>тац</w:t>
      </w:r>
      <w:r>
        <w:rPr>
          <w:rFonts w:ascii="Georgia" w:hAnsi="Georgia"/>
          <w:b w:val="0"/>
          <w:i w:val="0"/>
          <w:color w:val="000000"/>
          <w:sz w:val="24"/>
        </w:rPr>
        <w:t xml:space="preserve"> (</w:t>
      </w:r>
      <w:r>
        <w:rPr>
          <w:rFonts w:ascii="Georgia" w:hAnsi="Georgia" w:cs="Times New Roman"/>
          <w:b/>
          <w:i w:val="0"/>
          <w:color w:val="000000"/>
          <w:sz w:val="24"/>
          <w:rtl/>
          <w:szCs w:val="32"/>
        </w:rPr>
        <w:t>ת״ץ</w:t>
      </w:r>
      <w:r>
        <w:rPr>
          <w:rFonts w:ascii="Georgia" w:hAnsi="Georgia"/>
          <w:b w:val="0"/>
          <w:i w:val="0"/>
          <w:color w:val="000000"/>
          <w:sz w:val="24"/>
        </w:rPr>
        <w:t xml:space="preserve">) берется из стиха: </w:t>
      </w:r>
      <w:r>
        <w:rPr>
          <w:rFonts w:ascii="Georgia" w:hAnsi="Georgia"/>
          <w:b w:val="0"/>
          <w:i/>
          <w:color w:val="000000"/>
          <w:sz w:val="24"/>
        </w:rPr>
        <w:t>«печь и очаг должны быть разбиты»</w:t>
      </w:r>
      <w:r>
        <w:rPr>
          <w:rFonts w:ascii="Georgia" w:hAnsi="Georgia"/>
          <w:b w:val="0"/>
          <w:i w:val="0"/>
          <w:color w:val="000000"/>
          <w:sz w:val="24"/>
        </w:rPr>
        <w:t xml:space="preserve"> (Ваикра 11:35) [</w:t>
      </w:r>
      <w:r>
        <w:rPr>
          <w:rFonts w:ascii="Georgia" w:hAnsi="Georgia"/>
          <w:b w:val="0"/>
          <w:i/>
          <w:color w:val="000000"/>
          <w:sz w:val="24"/>
        </w:rPr>
        <w:t>танур ве-хираям ютац</w:t>
      </w:r>
      <w:r>
        <w:rPr>
          <w:rFonts w:ascii="Georgia" w:hAnsi="Georgia"/>
          <w:b w:val="0"/>
          <w:i w:val="0"/>
          <w:color w:val="000000"/>
          <w:sz w:val="24"/>
        </w:rPr>
        <w:t xml:space="preserve">] — это огласовки кубуц и камац слова </w:t>
      </w:r>
      <w:r>
        <w:rPr>
          <w:rFonts w:ascii="Georgia" w:hAnsi="Georgia"/>
          <w:b w:val="0"/>
          <w:i/>
          <w:color w:val="000000"/>
          <w:sz w:val="24"/>
        </w:rPr>
        <w:t>ютац</w:t>
      </w:r>
      <w:r>
        <w:rPr>
          <w:rFonts w:ascii="Georgia" w:hAnsi="Georgia"/>
          <w:b w:val="0"/>
          <w:i w:val="0"/>
          <w:color w:val="000000"/>
          <w:sz w:val="24"/>
        </w:rPr>
        <w:t xml:space="preserve">; а огласовка букв </w:t>
      </w:r>
      <w:r>
        <w:rPr>
          <w:rFonts w:ascii="Georgia" w:hAnsi="Georgia"/>
          <w:b w:val="0"/>
          <w:i/>
          <w:color w:val="000000"/>
          <w:sz w:val="24"/>
        </w:rPr>
        <w:t>га</w:t>
      </w:r>
      <w:r>
        <w:rPr>
          <w:rFonts w:ascii="Georgia" w:hAnsi="Georgia"/>
          <w:b w:val="0"/>
          <w:i w:val="0"/>
          <w:color w:val="000000"/>
          <w:sz w:val="24"/>
        </w:rPr>
        <w:t xml:space="preserve"> (</w:t>
      </w:r>
      <w:r>
        <w:rPr>
          <w:rFonts w:ascii="Georgia" w:hAnsi="Georgia" w:cs="Times New Roman"/>
          <w:b/>
          <w:i w:val="0"/>
          <w:color w:val="000000"/>
          <w:sz w:val="24"/>
          <w:rtl/>
          <w:szCs w:val="32"/>
        </w:rPr>
        <w:t>גַּ״ע</w:t>
      </w:r>
      <w:r>
        <w:rPr>
          <w:rFonts w:ascii="Georgia" w:hAnsi="Georgia"/>
          <w:b w:val="0"/>
          <w:i w:val="0"/>
          <w:color w:val="000000"/>
          <w:sz w:val="24"/>
        </w:rPr>
        <w:t xml:space="preserve">) берется из слов </w:t>
      </w:r>
      <w:r>
        <w:rPr>
          <w:rFonts w:ascii="Georgia" w:hAnsi="Georgia"/>
          <w:b w:val="0"/>
          <w:i/>
          <w:color w:val="000000"/>
          <w:sz w:val="24"/>
        </w:rPr>
        <w:t>Ог, царь Башана</w:t>
      </w:r>
      <w:r>
        <w:rPr>
          <w:rFonts w:ascii="Georgia" w:hAnsi="Georgia"/>
          <w:b w:val="0"/>
          <w:i w:val="0"/>
          <w:color w:val="000000"/>
          <w:sz w:val="24"/>
        </w:rPr>
        <w:t xml:space="preserve"> (Дварим 3:1) — это два знака сеголь из слова </w:t>
      </w:r>
      <w:r>
        <w:rPr>
          <w:rFonts w:ascii="Georgia" w:hAnsi="Georgia"/>
          <w:b w:val="0"/>
          <w:i/>
          <w:color w:val="000000"/>
          <w:sz w:val="24"/>
        </w:rPr>
        <w:t>мелех</w:t>
      </w:r>
      <w:r>
        <w:rPr>
          <w:rFonts w:ascii="Georgia" w:hAnsi="Georgia"/>
          <w:b w:val="0"/>
          <w:i w:val="0"/>
          <w:color w:val="000000"/>
          <w:sz w:val="24"/>
        </w:rPr>
        <w:t>.</w:t>
      </w:r>
    </w:p>
    <w:p>
      <w:pPr>
        <w:spacing w:before="40" w:after="120"/>
        <w:jc w:val="both"/>
      </w:pPr>
      <w:r>
        <w:rPr>
          <w:rFonts w:ascii="Georgia" w:hAnsi="Georgia"/>
          <w:b w:val="0"/>
          <w:i w:val="0"/>
          <w:color w:val="000000"/>
          <w:sz w:val="24"/>
        </w:rPr>
        <w:t>Смысл же в том, что сначала направляют намерение на то, что из тех трех миров, упоминаемых в начале раздела Идра Раба (Бела, Йовав и Хушам), высший именуется «печью» (</w:t>
      </w:r>
      <w:r>
        <w:rPr>
          <w:rFonts w:ascii="Georgia" w:hAnsi="Georgia"/>
          <w:b w:val="0"/>
          <w:i/>
          <w:color w:val="000000"/>
          <w:sz w:val="24"/>
        </w:rPr>
        <w:t>танур</w:t>
      </w:r>
      <w:r>
        <w:rPr>
          <w:rFonts w:ascii="Georgia" w:hAnsi="Georgia"/>
          <w:b w:val="0"/>
          <w:i w:val="0"/>
          <w:color w:val="000000"/>
          <w:sz w:val="24"/>
        </w:rPr>
        <w:t xml:space="preserve">). В этом тайна стиха: </w:t>
      </w:r>
      <w:r>
        <w:rPr>
          <w:rFonts w:ascii="Georgia" w:hAnsi="Georgia"/>
          <w:b w:val="0"/>
          <w:i/>
          <w:color w:val="000000"/>
          <w:sz w:val="24"/>
        </w:rPr>
        <w:t>«Ибо вот, приходит день, пылающий как печь»</w:t>
      </w:r>
      <w:r>
        <w:rPr>
          <w:rFonts w:ascii="Georgia" w:hAnsi="Georgia"/>
          <w:b w:val="0"/>
          <w:i w:val="0"/>
          <w:color w:val="000000"/>
          <w:sz w:val="24"/>
        </w:rPr>
        <w:t xml:space="preserve"> (Малахи 3:19), ибо там происходит пробуждение всех строгих судов; и это тайна тысячи тысяч мириад, упоминаемых там в Идре, соответствующих тысяче будничных дней. И потому Писание назвало его «днем Г-сподним». Два же других мира именуются «очагом» (</w:t>
      </w:r>
      <w:r>
        <w:rPr>
          <w:rFonts w:ascii="Georgia" w:hAnsi="Georgia"/>
          <w:b w:val="0"/>
          <w:i/>
          <w:color w:val="000000"/>
          <w:sz w:val="24"/>
        </w:rPr>
        <w:t>хираям</w:t>
      </w:r>
      <w:r>
        <w:rPr>
          <w:rFonts w:ascii="Georgia" w:hAnsi="Georgia"/>
          <w:b w:val="0"/>
          <w:i w:val="0"/>
          <w:color w:val="000000"/>
          <w:sz w:val="24"/>
        </w:rPr>
        <w:t xml:space="preserve">), поскольку в них суды слабее. И вот сокрушение этих судов печи и очага совершается силой упомянутого сочетания </w:t>
      </w:r>
      <w:r>
        <w:rPr>
          <w:rFonts w:ascii="Georgia" w:hAnsi="Georgia"/>
          <w:b w:val="0"/>
          <w:i/>
          <w:color w:val="000000"/>
          <w:sz w:val="24"/>
        </w:rPr>
        <w:t>Тац</w:t>
      </w:r>
      <w:r>
        <w:rPr>
          <w:rFonts w:ascii="Georgia" w:hAnsi="Georgia"/>
          <w:b w:val="0"/>
          <w:i w:val="0"/>
          <w:color w:val="000000"/>
          <w:sz w:val="24"/>
        </w:rPr>
        <w:t xml:space="preserve"> (</w:t>
      </w:r>
      <w:r>
        <w:rPr>
          <w:rFonts w:ascii="Georgia" w:hAnsi="Georgia" w:cs="Times New Roman"/>
          <w:b/>
          <w:i w:val="0"/>
          <w:color w:val="000000"/>
          <w:sz w:val="24"/>
          <w:rtl/>
          <w:szCs w:val="32"/>
        </w:rPr>
        <w:t>ת״ץ</w:t>
      </w:r>
      <w:r>
        <w:rPr>
          <w:rFonts w:ascii="Georgia" w:hAnsi="Georgia"/>
          <w:b w:val="0"/>
          <w:i w:val="0"/>
          <w:color w:val="000000"/>
          <w:sz w:val="24"/>
        </w:rPr>
        <w:t xml:space="preserve">), как мы объясним, и об этом сказано в Писании: </w:t>
      </w:r>
      <w:r>
        <w:rPr>
          <w:rFonts w:ascii="Georgia" w:hAnsi="Georgia"/>
          <w:b w:val="0"/>
          <w:i/>
          <w:color w:val="000000"/>
          <w:sz w:val="24"/>
        </w:rPr>
        <w:t>«должны быть разбиты»</w:t>
      </w:r>
      <w:r>
        <w:rPr>
          <w:rFonts w:ascii="Georgia" w:hAnsi="Georgia"/>
          <w:b w:val="0"/>
          <w:i w:val="0"/>
          <w:color w:val="000000"/>
          <w:sz w:val="24"/>
        </w:rPr>
        <w:t xml:space="preserve"> [</w:t>
      </w:r>
      <w:r>
        <w:rPr>
          <w:rFonts w:ascii="Georgia" w:hAnsi="Georgia"/>
          <w:b w:val="0"/>
          <w:i/>
          <w:color w:val="000000"/>
          <w:sz w:val="24"/>
        </w:rPr>
        <w:t>ютац</w:t>
      </w:r>
      <w:r>
        <w:rPr>
          <w:rFonts w:ascii="Georgia" w:hAnsi="Georgia"/>
          <w:b w:val="0"/>
          <w:i w:val="0"/>
          <w:color w:val="000000"/>
          <w:sz w:val="24"/>
        </w:rPr>
        <w:t xml:space="preserve">]. И необходимо направить намерение на буквы </w:t>
      </w:r>
      <w:r>
        <w:rPr>
          <w:rFonts w:ascii="Georgia" w:hAnsi="Georgia"/>
          <w:b w:val="0"/>
          <w:i/>
          <w:color w:val="000000"/>
          <w:sz w:val="24"/>
        </w:rPr>
        <w:t>тац</w:t>
      </w:r>
      <w:r>
        <w:rPr>
          <w:rFonts w:ascii="Georgia" w:hAnsi="Georgia"/>
          <w:b w:val="0"/>
          <w:i w:val="0"/>
          <w:color w:val="000000"/>
          <w:sz w:val="24"/>
        </w:rPr>
        <w:t xml:space="preserve"> из Имени </w:t>
      </w:r>
      <w:r>
        <w:rPr>
          <w:rFonts w:ascii="Georgia" w:hAnsi="Georgia"/>
          <w:b w:val="0"/>
          <w:i/>
          <w:color w:val="000000"/>
          <w:sz w:val="24"/>
        </w:rPr>
        <w:t>Авгитац</w:t>
      </w:r>
      <w:r>
        <w:rPr>
          <w:rFonts w:ascii="Georgia" w:hAnsi="Georgia"/>
          <w:b w:val="0"/>
          <w:i w:val="0"/>
          <w:color w:val="000000"/>
          <w:sz w:val="24"/>
        </w:rPr>
        <w:t>, посредством которого ты разрушишь и сокрушишь все суды, исходящие из тех миров.</w:t>
      </w:r>
    </w:p>
    <w:p>
      <w:pPr>
        <w:spacing w:before="40" w:after="120"/>
        <w:jc w:val="both"/>
      </w:pPr>
      <w:r>
        <w:rPr>
          <w:rFonts w:ascii="Georgia" w:hAnsi="Georgia"/>
          <w:b w:val="0"/>
          <w:i w:val="0"/>
          <w:color w:val="000000"/>
          <w:sz w:val="24"/>
        </w:rPr>
        <w:t>Тайна же всего этого в том, что тебе уже известно: существуют три единения: АВАЯ-ЭЙЕ, АВАЯ-ЭЛОКИМ и АВАЯ-АДОНАЙ. Объяснение их таково:</w:t>
      </w:r>
    </w:p>
    <w:p>
      <w:pPr>
        <w:spacing w:before="40" w:after="120"/>
        <w:jc w:val="both"/>
      </w:pPr>
      <w:r>
        <w:rPr>
          <w:rFonts w:ascii="Georgia" w:hAnsi="Georgia"/>
          <w:b w:val="0"/>
          <w:i w:val="0"/>
          <w:color w:val="000000"/>
          <w:sz w:val="24"/>
        </w:rPr>
        <w:t>АВАЯ и ЭЙЕ соединяют Кетер ЗА с Кетером его Нуквы.</w:t>
      </w:r>
    </w:p>
    <w:p>
      <w:pPr>
        <w:spacing w:before="40" w:after="120"/>
        <w:jc w:val="both"/>
      </w:pPr>
      <w:r>
        <w:rPr>
          <w:rFonts w:ascii="Georgia" w:hAnsi="Georgia"/>
          <w:b w:val="0"/>
          <w:i w:val="0"/>
          <w:color w:val="000000"/>
          <w:sz w:val="24"/>
        </w:rPr>
        <w:t>АВАЯ и ЭЛОКИМ соединяют мохин ЗА с мохин его Нуквы.</w:t>
      </w:r>
    </w:p>
    <w:p>
      <w:pPr>
        <w:spacing w:before="40" w:after="120"/>
        <w:jc w:val="both"/>
      </w:pPr>
      <w:r>
        <w:rPr>
          <w:rFonts w:ascii="Georgia" w:hAnsi="Georgia"/>
          <w:b w:val="0"/>
          <w:i w:val="0"/>
          <w:color w:val="000000"/>
          <w:sz w:val="24"/>
        </w:rPr>
        <w:t>АВАЯ и АДОНАЙ соединяют семь нижних сфирот ЗА с семью нижними сфирот его Нуквы.</w:t>
      </w:r>
    </w:p>
    <w:p>
      <w:pPr>
        <w:spacing w:before="40" w:after="120"/>
        <w:jc w:val="both"/>
      </w:pPr>
      <w:r>
        <w:rPr>
          <w:rFonts w:ascii="Georgia" w:hAnsi="Georgia"/>
          <w:b w:val="0"/>
          <w:i w:val="0"/>
          <w:color w:val="000000"/>
          <w:sz w:val="24"/>
        </w:rPr>
        <w:t xml:space="preserve">Эти три единения по гематрии составляют слово </w:t>
      </w:r>
      <w:r>
        <w:rPr>
          <w:rFonts w:ascii="Georgia" w:hAnsi="Georgia"/>
          <w:b w:val="0"/>
          <w:i/>
          <w:color w:val="000000"/>
          <w:sz w:val="24"/>
        </w:rPr>
        <w:t>нер</w:t>
      </w:r>
      <w:r>
        <w:rPr>
          <w:rFonts w:ascii="Georgia" w:hAnsi="Georgia"/>
          <w:b w:val="0"/>
          <w:i w:val="0"/>
          <w:color w:val="000000"/>
          <w:sz w:val="24"/>
        </w:rPr>
        <w:t xml:space="preserve"> — «светильник» (</w:t>
      </w:r>
      <w:r>
        <w:rPr>
          <w:rFonts w:ascii="Georgia" w:hAnsi="Georgia" w:cs="Times New Roman"/>
          <w:b/>
          <w:i w:val="0"/>
          <w:color w:val="000000"/>
          <w:sz w:val="24"/>
          <w:rtl/>
          <w:szCs w:val="32"/>
        </w:rPr>
        <w:t>נֵ״ר</w:t>
      </w:r>
      <w:r>
        <w:rPr>
          <w:rFonts w:ascii="Georgia" w:hAnsi="Georgia"/>
          <w:b w:val="0"/>
          <w:i w:val="0"/>
          <w:color w:val="000000"/>
          <w:sz w:val="24"/>
        </w:rPr>
        <w:t xml:space="preserve"> = 250), и все они происходят в соударении ЗОН; а напротив них есть второй </w:t>
      </w:r>
      <w:r>
        <w:rPr>
          <w:rFonts w:ascii="Georgia" w:hAnsi="Georgia"/>
          <w:b w:val="0"/>
          <w:i/>
          <w:color w:val="000000"/>
          <w:sz w:val="24"/>
        </w:rPr>
        <w:t>нер</w:t>
      </w:r>
      <w:r>
        <w:rPr>
          <w:rFonts w:ascii="Georgia" w:hAnsi="Georgia"/>
          <w:b w:val="0"/>
          <w:i w:val="0"/>
          <w:color w:val="000000"/>
          <w:sz w:val="24"/>
        </w:rPr>
        <w:t xml:space="preserve"> наверху, точно так же в соударении Аба ве-Има. И в этом тайна обязанности человека зажигать в каждый канун Шаббата две свечи, намекающие на эти два соударения: соударение Абы с Имой и соударение ЗА с его Нуквой. И вот в точности напротив этих двух свечей святости есть две свечи в клипе, и потому существует обязанность зажигать эти две свечи в святости, чтобы угасли две свечи клипот, как упомянуто в книге «Зоар» в «Раайа Мехемна» относительно планеты Шабтай (Сатурн), властвующей в Шаббат.</w:t>
      </w:r>
    </w:p>
    <w:p>
      <w:pPr>
        <w:spacing w:before="40" w:after="120"/>
        <w:jc w:val="both"/>
      </w:pPr>
      <w:r>
        <w:rPr>
          <w:rFonts w:ascii="Georgia" w:hAnsi="Georgia"/>
          <w:b w:val="0"/>
          <w:i w:val="0"/>
          <w:color w:val="000000"/>
          <w:sz w:val="24"/>
        </w:rPr>
        <w:t xml:space="preserve">И вот дважды по числу </w:t>
      </w:r>
      <w:r>
        <w:rPr>
          <w:rFonts w:ascii="Georgia" w:hAnsi="Georgia"/>
          <w:b w:val="0"/>
          <w:i/>
          <w:color w:val="000000"/>
          <w:sz w:val="24"/>
        </w:rPr>
        <w:t>нер</w:t>
      </w:r>
      <w:r>
        <w:rPr>
          <w:rFonts w:ascii="Georgia" w:hAnsi="Georgia"/>
          <w:b w:val="0"/>
          <w:i w:val="0"/>
          <w:color w:val="000000"/>
          <w:sz w:val="24"/>
        </w:rPr>
        <w:t xml:space="preserve"> (</w:t>
      </w:r>
      <w:r>
        <w:rPr>
          <w:rFonts w:ascii="Georgia" w:hAnsi="Georgia" w:cs="Times New Roman"/>
          <w:b/>
          <w:i w:val="0"/>
          <w:color w:val="000000"/>
          <w:sz w:val="24"/>
          <w:rtl/>
          <w:szCs w:val="32"/>
        </w:rPr>
        <w:t>נֵ״ר</w:t>
      </w:r>
      <w:r>
        <w:rPr>
          <w:rFonts w:ascii="Georgia" w:hAnsi="Georgia"/>
          <w:b w:val="0"/>
          <w:i w:val="0"/>
          <w:color w:val="000000"/>
          <w:sz w:val="24"/>
        </w:rPr>
        <w:t xml:space="preserve"> = 250) составляют 500 (</w:t>
      </w:r>
      <w:r>
        <w:rPr>
          <w:rFonts w:ascii="Georgia" w:hAnsi="Georgia" w:cs="Times New Roman"/>
          <w:b/>
          <w:i w:val="0"/>
          <w:color w:val="000000"/>
          <w:sz w:val="24"/>
          <w:rtl/>
          <w:szCs w:val="32"/>
        </w:rPr>
        <w:t>ת״ק</w:t>
      </w:r>
      <w:r>
        <w:rPr>
          <w:rFonts w:ascii="Georgia" w:hAnsi="Georgia"/>
          <w:b w:val="0"/>
          <w:i w:val="0"/>
          <w:color w:val="000000"/>
          <w:sz w:val="24"/>
        </w:rPr>
        <w:t>); и необходимо убрать из них число десять, чтобы осталось только 490 (</w:t>
      </w:r>
      <w:r>
        <w:rPr>
          <w:rFonts w:ascii="Georgia" w:hAnsi="Georgia" w:cs="Times New Roman"/>
          <w:b/>
          <w:i w:val="0"/>
          <w:color w:val="000000"/>
          <w:sz w:val="24"/>
          <w:rtl/>
          <w:szCs w:val="32"/>
        </w:rPr>
        <w:t>ת״ץ</w:t>
      </w:r>
      <w:r>
        <w:rPr>
          <w:rFonts w:ascii="Georgia" w:hAnsi="Georgia"/>
          <w:b w:val="0"/>
          <w:i w:val="0"/>
          <w:color w:val="000000"/>
          <w:sz w:val="24"/>
        </w:rPr>
        <w:t>), и в этом тайна их сокрушения (</w:t>
      </w:r>
      <w:r>
        <w:rPr>
          <w:rFonts w:ascii="Georgia" w:hAnsi="Georgia"/>
          <w:b w:val="0"/>
          <w:i/>
          <w:color w:val="000000"/>
          <w:sz w:val="24"/>
        </w:rPr>
        <w:t>нетица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же в том, что число </w:t>
      </w:r>
      <w:r>
        <w:rPr>
          <w:rFonts w:ascii="Georgia" w:hAnsi="Georgia"/>
          <w:b w:val="0"/>
          <w:i/>
          <w:color w:val="000000"/>
          <w:sz w:val="24"/>
        </w:rPr>
        <w:t>нер</w:t>
      </w:r>
      <w:r>
        <w:rPr>
          <w:rFonts w:ascii="Georgia" w:hAnsi="Georgia"/>
          <w:b w:val="0"/>
          <w:i w:val="0"/>
          <w:color w:val="000000"/>
          <w:sz w:val="24"/>
        </w:rPr>
        <w:t xml:space="preserve"> (</w:t>
      </w:r>
      <w:r>
        <w:rPr>
          <w:rFonts w:ascii="Georgia" w:hAnsi="Georgia" w:cs="Times New Roman"/>
          <w:b/>
          <w:i w:val="0"/>
          <w:color w:val="000000"/>
          <w:sz w:val="24"/>
          <w:rtl/>
          <w:szCs w:val="32"/>
        </w:rPr>
        <w:t>נֵ״ר</w:t>
      </w:r>
      <w:r>
        <w:rPr>
          <w:rFonts w:ascii="Georgia" w:hAnsi="Georgia"/>
          <w:b w:val="0"/>
          <w:i w:val="0"/>
          <w:color w:val="000000"/>
          <w:sz w:val="24"/>
        </w:rPr>
        <w:t>) представляет собой тайну 248 органов (</w:t>
      </w:r>
      <w:r>
        <w:rPr>
          <w:rFonts w:ascii="Georgia" w:hAnsi="Georgia"/>
          <w:b w:val="0"/>
          <w:i/>
          <w:color w:val="000000"/>
          <w:sz w:val="24"/>
        </w:rPr>
        <w:t>рамах эйварим</w:t>
      </w:r>
      <w:r>
        <w:rPr>
          <w:rFonts w:ascii="Georgia" w:hAnsi="Georgia"/>
          <w:b w:val="0"/>
          <w:i w:val="0"/>
          <w:color w:val="000000"/>
          <w:sz w:val="24"/>
        </w:rPr>
        <w:t xml:space="preserve">), как упомянул рав Сафра в недельном разделе Трума; два же избыточных числа — это нефеш и руах этих 248 органов, начальные буквы которых образуют слово </w:t>
      </w:r>
      <w:r>
        <w:rPr>
          <w:rFonts w:ascii="Georgia" w:hAnsi="Georgia"/>
          <w:b w:val="0"/>
          <w:i/>
          <w:color w:val="000000"/>
          <w:sz w:val="24"/>
        </w:rPr>
        <w:t>нер</w:t>
      </w:r>
      <w:r>
        <w:rPr>
          <w:rFonts w:ascii="Georgia" w:hAnsi="Georgia"/>
          <w:b w:val="0"/>
          <w:i w:val="0"/>
          <w:color w:val="000000"/>
          <w:sz w:val="24"/>
        </w:rPr>
        <w:t xml:space="preserve"> (</w:t>
      </w:r>
      <w:r>
        <w:rPr>
          <w:rFonts w:ascii="Georgia" w:hAnsi="Georgia" w:cs="Times New Roman"/>
          <w:b/>
          <w:i w:val="0"/>
          <w:color w:val="000000"/>
          <w:sz w:val="24"/>
          <w:rtl/>
          <w:szCs w:val="32"/>
        </w:rPr>
        <w:t>נֵ״ר</w:t>
      </w:r>
      <w:r>
        <w:rPr>
          <w:rFonts w:ascii="Georgia" w:hAnsi="Georgia"/>
          <w:b w:val="0"/>
          <w:i w:val="0"/>
          <w:color w:val="000000"/>
          <w:sz w:val="24"/>
        </w:rPr>
        <w:t xml:space="preserve"> — нефеш, руах). Оказывается, что 248 органов вместе с нефеш и руах составляют 250 (</w:t>
      </w:r>
      <w:r>
        <w:rPr>
          <w:rFonts w:ascii="Georgia" w:hAnsi="Georgia"/>
          <w:b w:val="0"/>
          <w:i/>
          <w:color w:val="000000"/>
          <w:sz w:val="24"/>
        </w:rPr>
        <w:t>нер</w:t>
      </w:r>
      <w:r>
        <w:rPr>
          <w:rFonts w:ascii="Georgia" w:hAnsi="Georgia"/>
          <w:b w:val="0"/>
          <w:i w:val="0"/>
          <w:color w:val="000000"/>
          <w:sz w:val="24"/>
        </w:rPr>
        <w:t>); и мы уже объяснили, что это два светильника.</w:t>
      </w:r>
    </w:p>
    <w:p>
      <w:pPr>
        <w:spacing w:before="40" w:after="120"/>
        <w:jc w:val="both"/>
      </w:pPr>
      <w:r>
        <w:rPr>
          <w:rFonts w:ascii="Georgia" w:hAnsi="Georgia"/>
          <w:b w:val="0"/>
          <w:i w:val="0"/>
          <w:color w:val="000000"/>
          <w:sz w:val="24"/>
        </w:rPr>
        <w:t>И вот когда мы разделим 490 (</w:t>
      </w:r>
      <w:r>
        <w:rPr>
          <w:rFonts w:ascii="Georgia" w:hAnsi="Georgia" w:cs="Times New Roman"/>
          <w:b/>
          <w:i w:val="0"/>
          <w:color w:val="000000"/>
          <w:sz w:val="24"/>
          <w:rtl/>
          <w:szCs w:val="32"/>
        </w:rPr>
        <w:t>ת״ץ</w:t>
      </w:r>
      <w:r>
        <w:rPr>
          <w:rFonts w:ascii="Georgia" w:hAnsi="Georgia"/>
          <w:b w:val="0"/>
          <w:i w:val="0"/>
          <w:color w:val="000000"/>
          <w:sz w:val="24"/>
        </w:rPr>
        <w:t>) надвое, получится дважды по 245 (</w:t>
      </w:r>
      <w:r>
        <w:rPr>
          <w:rFonts w:ascii="Georgia" w:hAnsi="Georgia" w:cs="Times New Roman"/>
          <w:b/>
          <w:i w:val="0"/>
          <w:color w:val="000000"/>
          <w:sz w:val="24"/>
          <w:rtl/>
          <w:szCs w:val="32"/>
        </w:rPr>
        <w:t>רמ״ה רמ״ה</w:t>
      </w:r>
      <w:r>
        <w:rPr>
          <w:rFonts w:ascii="Georgia" w:hAnsi="Georgia"/>
          <w:b w:val="0"/>
          <w:i w:val="0"/>
          <w:color w:val="000000"/>
          <w:sz w:val="24"/>
        </w:rPr>
        <w:t>). И то, что вначале составляло дважды по 250 (</w:t>
      </w:r>
      <w:r>
        <w:rPr>
          <w:rFonts w:ascii="Georgia" w:hAnsi="Georgia"/>
          <w:b w:val="0"/>
          <w:i/>
          <w:color w:val="000000"/>
          <w:sz w:val="24"/>
        </w:rPr>
        <w:t>нер</w:t>
      </w:r>
      <w:r>
        <w:rPr>
          <w:rFonts w:ascii="Georgia" w:hAnsi="Georgia"/>
          <w:b w:val="0"/>
          <w:i w:val="0"/>
          <w:color w:val="000000"/>
          <w:sz w:val="24"/>
        </w:rPr>
        <w:t xml:space="preserve">, </w:t>
      </w:r>
      <w:r>
        <w:rPr>
          <w:rFonts w:ascii="Georgia" w:hAnsi="Georgia"/>
          <w:b w:val="0"/>
          <w:i/>
          <w:color w:val="000000"/>
          <w:sz w:val="24"/>
        </w:rPr>
        <w:t>нер</w:t>
      </w:r>
      <w:r>
        <w:rPr>
          <w:rFonts w:ascii="Georgia" w:hAnsi="Georgia"/>
          <w:b w:val="0"/>
          <w:i w:val="0"/>
          <w:color w:val="000000"/>
          <w:sz w:val="24"/>
        </w:rPr>
        <w:t>), станет теперь дважды по 245 (</w:t>
      </w:r>
      <w:r>
        <w:rPr>
          <w:rFonts w:ascii="Georgia" w:hAnsi="Georgia"/>
          <w:b w:val="0"/>
          <w:i/>
          <w:color w:val="000000"/>
          <w:sz w:val="24"/>
        </w:rPr>
        <w:t>рама</w:t>
      </w:r>
      <w:r>
        <w:rPr>
          <w:rFonts w:ascii="Georgia" w:hAnsi="Georgia"/>
          <w:b w:val="0"/>
          <w:i w:val="0"/>
          <w:color w:val="000000"/>
          <w:sz w:val="24"/>
        </w:rPr>
        <w:t xml:space="preserve">, </w:t>
      </w:r>
      <w:r>
        <w:rPr>
          <w:rFonts w:ascii="Georgia" w:hAnsi="Georgia"/>
          <w:b w:val="0"/>
          <w:i/>
          <w:color w:val="000000"/>
          <w:sz w:val="24"/>
        </w:rPr>
        <w:t>рама</w:t>
      </w:r>
      <w:r>
        <w:rPr>
          <w:rFonts w:ascii="Georgia" w:hAnsi="Georgia"/>
          <w:b w:val="0"/>
          <w:i w:val="0"/>
          <w:color w:val="000000"/>
          <w:sz w:val="24"/>
        </w:rPr>
        <w:t xml:space="preserve">). Пояснение: когда ты удалишь из слова </w:t>
      </w:r>
      <w:r>
        <w:rPr>
          <w:rFonts w:ascii="Georgia" w:hAnsi="Georgia"/>
          <w:b w:val="0"/>
          <w:i/>
          <w:color w:val="000000"/>
          <w:sz w:val="24"/>
        </w:rPr>
        <w:t>нер</w:t>
      </w:r>
      <w:r>
        <w:rPr>
          <w:rFonts w:ascii="Georgia" w:hAnsi="Georgia"/>
          <w:b w:val="0"/>
          <w:i w:val="0"/>
          <w:color w:val="000000"/>
          <w:sz w:val="24"/>
        </w:rPr>
        <w:t xml:space="preserve"> уровни нефеш и руах, останется 248 (</w:t>
      </w:r>
      <w:r>
        <w:rPr>
          <w:rFonts w:ascii="Georgia" w:hAnsi="Georgia"/>
          <w:b w:val="0"/>
          <w:i/>
          <w:color w:val="000000"/>
          <w:sz w:val="24"/>
        </w:rPr>
        <w:t>рамах</w:t>
      </w:r>
      <w:r>
        <w:rPr>
          <w:rFonts w:ascii="Georgia" w:hAnsi="Georgia"/>
          <w:b w:val="0"/>
          <w:i w:val="0"/>
          <w:color w:val="000000"/>
          <w:sz w:val="24"/>
        </w:rPr>
        <w:t>); затем ты удалишь три буквы алеф, являющиеся начальными буквами Имен ЭЙЕ, ЭЛОКИМ и АДОНАЙ, и останется ровно 245 (</w:t>
      </w:r>
      <w:r>
        <w:rPr>
          <w:rFonts w:ascii="Georgia" w:hAnsi="Georgia"/>
          <w:b w:val="0"/>
          <w:i/>
          <w:color w:val="000000"/>
          <w:sz w:val="24"/>
        </w:rPr>
        <w:t>рамах</w:t>
      </w:r>
      <w:r>
        <w:rPr>
          <w:rFonts w:ascii="Georgia" w:hAnsi="Georgia"/>
          <w:b w:val="0"/>
          <w:i w:val="0"/>
          <w:color w:val="000000"/>
          <w:sz w:val="24"/>
        </w:rPr>
        <w:t xml:space="preserve"> без трех). И в этом заключается сокрушение всех клипот, и тайна стиха: </w:t>
      </w:r>
      <w:r>
        <w:rPr>
          <w:rFonts w:ascii="Georgia" w:hAnsi="Georgia"/>
          <w:b w:val="0"/>
          <w:i/>
          <w:color w:val="000000"/>
          <w:sz w:val="24"/>
        </w:rPr>
        <w:t>«Г-споди! рука Твоя была высока, но они не видели»</w:t>
      </w:r>
      <w:r>
        <w:rPr>
          <w:rFonts w:ascii="Georgia" w:hAnsi="Georgia"/>
          <w:b w:val="0"/>
          <w:i w:val="0"/>
          <w:color w:val="000000"/>
          <w:sz w:val="24"/>
        </w:rPr>
        <w:t xml:space="preserve"> (Йешаяу 26:11). Ведь когда эти уровни удаляются из числа </w:t>
      </w:r>
      <w:r>
        <w:rPr>
          <w:rFonts w:ascii="Georgia" w:hAnsi="Georgia"/>
          <w:b w:val="0"/>
          <w:i/>
          <w:color w:val="000000"/>
          <w:sz w:val="24"/>
        </w:rPr>
        <w:t>нер</w:t>
      </w:r>
      <w:r>
        <w:rPr>
          <w:rFonts w:ascii="Georgia" w:hAnsi="Georgia"/>
          <w:b w:val="0"/>
          <w:i w:val="0"/>
          <w:color w:val="000000"/>
          <w:sz w:val="24"/>
        </w:rPr>
        <w:t xml:space="preserve"> и остается только 245 (</w:t>
      </w:r>
      <w:r>
        <w:rPr>
          <w:rFonts w:ascii="Georgia" w:hAnsi="Georgia"/>
          <w:b w:val="0"/>
          <w:i/>
          <w:color w:val="000000"/>
          <w:sz w:val="24"/>
        </w:rPr>
        <w:t>рама</w:t>
      </w:r>
      <w:r>
        <w:rPr>
          <w:rFonts w:ascii="Georgia" w:hAnsi="Georgia"/>
          <w:b w:val="0"/>
          <w:i w:val="0"/>
          <w:color w:val="000000"/>
          <w:sz w:val="24"/>
        </w:rPr>
        <w:t xml:space="preserve">, </w:t>
      </w:r>
      <w:r>
        <w:rPr>
          <w:rFonts w:ascii="Georgia" w:hAnsi="Georgia" w:cs="Times New Roman"/>
          <w:b/>
          <w:i w:val="0"/>
          <w:color w:val="000000"/>
          <w:sz w:val="24"/>
          <w:rtl/>
          <w:szCs w:val="32"/>
        </w:rPr>
        <w:t>רָמָה</w:t>
      </w:r>
      <w:r>
        <w:rPr>
          <w:rFonts w:ascii="Georgia" w:hAnsi="Georgia"/>
          <w:b w:val="0"/>
          <w:i w:val="0"/>
          <w:color w:val="000000"/>
          <w:sz w:val="24"/>
        </w:rPr>
        <w:t>), тогда клипот «не увидят» (</w:t>
      </w:r>
      <w:r>
        <w:rPr>
          <w:rFonts w:ascii="Georgia" w:hAnsi="Georgia"/>
          <w:b w:val="0"/>
          <w:i/>
          <w:color w:val="000000"/>
          <w:sz w:val="24"/>
        </w:rPr>
        <w:t>бал ехезаюн</w:t>
      </w:r>
      <w:r>
        <w:rPr>
          <w:rFonts w:ascii="Georgia" w:hAnsi="Georgia"/>
          <w:b w:val="0"/>
          <w:i w:val="0"/>
          <w:color w:val="000000"/>
          <w:sz w:val="24"/>
        </w:rPr>
        <w:t>) и упразднятся. В этом причина того, почему царь Шломо, мир ему, произносил этот стих, направляясь к Горам Тьмы, как упомянуто в «Сава де-Мишпатим».</w:t>
      </w:r>
    </w:p>
    <w:p>
      <w:pPr>
        <w:spacing w:before="40" w:after="120"/>
        <w:jc w:val="both"/>
      </w:pPr>
      <w:r>
        <w:rPr>
          <w:rFonts w:ascii="Georgia" w:hAnsi="Georgia"/>
          <w:b w:val="0"/>
          <w:i w:val="0"/>
          <w:color w:val="000000"/>
          <w:sz w:val="24"/>
        </w:rPr>
        <w:t xml:space="preserve">И поскольку три эти Имени все происходят со стороны Нуквы, как известно, а оттуда берет начало зацепка клипот, мы устраняем их начала («головы»), ибо благодаря этому сокрушается клипа и остается лишь число 245. Это ты и направляй в слове </w:t>
      </w:r>
      <w:r>
        <w:rPr>
          <w:rFonts w:ascii="Georgia" w:hAnsi="Georgia"/>
          <w:b w:val="0"/>
          <w:i/>
          <w:color w:val="000000"/>
          <w:sz w:val="24"/>
        </w:rPr>
        <w:t>Тац</w:t>
      </w:r>
      <w:r>
        <w:rPr>
          <w:rFonts w:ascii="Georgia" w:hAnsi="Georgia"/>
          <w:b w:val="0"/>
          <w:i w:val="0"/>
          <w:color w:val="000000"/>
          <w:sz w:val="24"/>
        </w:rPr>
        <w:t xml:space="preserve"> (</w:t>
      </w:r>
      <w:r>
        <w:rPr>
          <w:rFonts w:ascii="Georgia" w:hAnsi="Georgia" w:cs="Times New Roman"/>
          <w:b/>
          <w:i w:val="0"/>
          <w:color w:val="000000"/>
          <w:sz w:val="24"/>
          <w:rtl/>
          <w:szCs w:val="32"/>
        </w:rPr>
        <w:t>ת״ץ</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слове же </w:t>
      </w:r>
      <w:r>
        <w:rPr>
          <w:rFonts w:ascii="Georgia" w:hAnsi="Georgia"/>
          <w:b w:val="0"/>
          <w:i/>
          <w:color w:val="000000"/>
          <w:sz w:val="24"/>
        </w:rPr>
        <w:t>га</w:t>
      </w:r>
      <w:r>
        <w:rPr>
          <w:rFonts w:ascii="Georgia" w:hAnsi="Georgia"/>
          <w:b w:val="0"/>
          <w:i w:val="0"/>
          <w:color w:val="000000"/>
          <w:sz w:val="24"/>
        </w:rPr>
        <w:t xml:space="preserve"> (</w:t>
      </w:r>
      <w:r>
        <w:rPr>
          <w:rFonts w:ascii="Georgia" w:hAnsi="Georgia" w:cs="Times New Roman"/>
          <w:b/>
          <w:i w:val="0"/>
          <w:color w:val="000000"/>
          <w:sz w:val="24"/>
          <w:rtl/>
          <w:szCs w:val="32"/>
        </w:rPr>
        <w:t>גַּ״ע</w:t>
      </w:r>
      <w:r>
        <w:rPr>
          <w:rFonts w:ascii="Georgia" w:hAnsi="Georgia"/>
          <w:b w:val="0"/>
          <w:i w:val="0"/>
          <w:color w:val="000000"/>
          <w:sz w:val="24"/>
        </w:rPr>
        <w:t>) необходимо направить намерение на то, что это Имя САГ, пребывающее в семи нижних сфирот Бины, как упомянуто выше, а вместе с их десятью буквами получается 73 (</w:t>
      </w:r>
      <w:r>
        <w:rPr>
          <w:rFonts w:ascii="Georgia" w:hAnsi="Georgia" w:cs="Times New Roman"/>
          <w:b/>
          <w:i w:val="0"/>
          <w:color w:val="000000"/>
          <w:sz w:val="24"/>
          <w:rtl/>
          <w:szCs w:val="32"/>
        </w:rPr>
        <w:t>ע״ג</w:t>
      </w:r>
      <w:r>
        <w:rPr>
          <w:rFonts w:ascii="Georgia" w:hAnsi="Georgia"/>
          <w:b w:val="0"/>
          <w:i w:val="0"/>
          <w:color w:val="000000"/>
          <w:sz w:val="24"/>
        </w:rPr>
        <w:t xml:space="preserve">), как упомянуто в «Тиккуней Зоар» на стих: </w:t>
      </w:r>
      <w:r>
        <w:rPr>
          <w:rFonts w:ascii="Georgia" w:hAnsi="Georgia"/>
          <w:b w:val="0"/>
          <w:i/>
          <w:color w:val="000000"/>
          <w:sz w:val="24"/>
        </w:rPr>
        <w:t>«коснись гор, и задымятся»</w:t>
      </w:r>
      <w:r>
        <w:rPr>
          <w:rFonts w:ascii="Georgia" w:hAnsi="Georgia"/>
          <w:b w:val="0"/>
          <w:i w:val="0"/>
          <w:color w:val="000000"/>
          <w:sz w:val="24"/>
        </w:rPr>
        <w:t xml:space="preserve"> (Теилим 144:5). В этом же тайна стиха: </w:t>
      </w:r>
      <w:r>
        <w:rPr>
          <w:rFonts w:ascii="Georgia" w:hAnsi="Georgia"/>
          <w:b w:val="0"/>
          <w:i/>
          <w:color w:val="000000"/>
          <w:sz w:val="24"/>
        </w:rPr>
        <w:t>«но коснись всего, что у него»</w:t>
      </w:r>
      <w:r>
        <w:rPr>
          <w:rFonts w:ascii="Georgia" w:hAnsi="Georgia"/>
          <w:b w:val="0"/>
          <w:i w:val="0"/>
          <w:color w:val="000000"/>
          <w:sz w:val="24"/>
        </w:rPr>
        <w:t xml:space="preserve"> (Иов 1:11) [</w:t>
      </w:r>
      <w:r>
        <w:rPr>
          <w:rFonts w:ascii="Georgia" w:hAnsi="Georgia"/>
          <w:b w:val="0"/>
          <w:i/>
          <w:color w:val="000000"/>
          <w:sz w:val="24"/>
        </w:rPr>
        <w:t>ве-га бе-холь ашер ло</w:t>
      </w:r>
      <w:r>
        <w:rPr>
          <w:rFonts w:ascii="Georgia" w:hAnsi="Georgia"/>
          <w:b w:val="0"/>
          <w:i w:val="0"/>
          <w:color w:val="000000"/>
          <w:sz w:val="24"/>
        </w:rPr>
        <w:t xml:space="preserve">]. Пояснение: </w:t>
      </w:r>
      <w:r>
        <w:rPr>
          <w:rFonts w:ascii="Georgia" w:hAnsi="Georgia"/>
          <w:b w:val="0"/>
          <w:i/>
          <w:color w:val="000000"/>
          <w:sz w:val="24"/>
        </w:rPr>
        <w:t>«но простри руку Твою»</w:t>
      </w:r>
      <w:r>
        <w:rPr>
          <w:rFonts w:ascii="Georgia" w:hAnsi="Georgia"/>
          <w:b w:val="0"/>
          <w:i w:val="0"/>
          <w:color w:val="000000"/>
          <w:sz w:val="24"/>
        </w:rPr>
        <w:t xml:space="preserve"> указывает на букву йод, соответствующую десяти буквам Имени АВАЯ, и соедини ее с числом 63 (САГ) — тогда получится 73, и в этом тайна слов </w:t>
      </w:r>
      <w:r>
        <w:rPr>
          <w:rFonts w:ascii="Georgia" w:hAnsi="Georgia"/>
          <w:b w:val="0"/>
          <w:i/>
          <w:color w:val="000000"/>
          <w:sz w:val="24"/>
        </w:rPr>
        <w:t>«и коснись»</w:t>
      </w:r>
      <w:r>
        <w:rPr>
          <w:rFonts w:ascii="Georgia" w:hAnsi="Georgia"/>
          <w:b w:val="0"/>
          <w:i w:val="0"/>
          <w:color w:val="000000"/>
          <w:sz w:val="24"/>
        </w:rPr>
        <w:t xml:space="preserve"> [</w:t>
      </w:r>
      <w:r>
        <w:rPr>
          <w:rFonts w:ascii="Georgia" w:hAnsi="Georgia"/>
          <w:b w:val="0"/>
          <w:i/>
          <w:color w:val="000000"/>
          <w:sz w:val="24"/>
        </w:rPr>
        <w:t>ве-га</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этих [букв] гимель-айн (</w:t>
      </w:r>
      <w:r>
        <w:rPr>
          <w:rFonts w:ascii="Georgia" w:hAnsi="Georgia" w:cs="Times New Roman"/>
          <w:b/>
          <w:i w:val="0"/>
          <w:color w:val="000000"/>
          <w:sz w:val="24"/>
          <w:rtl/>
          <w:szCs w:val="32"/>
        </w:rPr>
        <w:t>גע</w:t>
      </w:r>
      <w:r>
        <w:rPr>
          <w:rFonts w:ascii="Georgia" w:hAnsi="Georgia"/>
          <w:b w:val="0"/>
          <w:i w:val="0"/>
          <w:color w:val="000000"/>
          <w:sz w:val="24"/>
        </w:rPr>
        <w:t xml:space="preserve">) — тайна Ога, мелеха Башана, и нужно разъяснить тебе его суть, чтобы ты должным образом сосредоточил в нем намерение. Знай: как мы уже объясняли, Зеир Анпин (ЗА) включает два парцуфа: один парцуф — от его головы до хазе, а второй парцуф — от хазе до его ног. Они называются Исраэль и Яаков, и оба вместе считаются одним парцуфом. Точно так же в Малхут, которая является Нуквой де-ЗА, есть один парцуф, включающий два парцуфа, стоящих позади ЗА, как известно: один парцуф расположен напротив [пространства] от рош де-ЗА до хазе, а второй — напротив [пространства] от его хазе до ног. Они называются Лея и Рахель. И в этом тайна стиха: </w:t>
      </w:r>
      <w:r>
        <w:rPr>
          <w:rFonts w:ascii="Georgia" w:hAnsi="Georgia"/>
          <w:b w:val="0"/>
          <w:i/>
          <w:color w:val="000000"/>
          <w:sz w:val="24"/>
        </w:rPr>
        <w:t>«И полюбил Яаков Рахель»</w:t>
      </w:r>
      <w:r>
        <w:rPr>
          <w:rFonts w:ascii="Georgia" w:hAnsi="Georgia"/>
          <w:b w:val="0"/>
          <w:i w:val="0"/>
          <w:color w:val="000000"/>
          <w:sz w:val="24"/>
        </w:rPr>
        <w:t xml:space="preserve"> (Берешит 29:18), ведь Яаков и Рахель полностью равны по уровню и стоят друг против друга. Известно, что сзади ЗА (в ахораим де-ЗА) удерживаются суды и гвурот. И там, позади него, напротив него находится некий аспект ЗА, который называется рабом первого ЗА; имя его — Ог, мелех Башана, и он же — Элиэзер, раб Авраама. Он также включает в себя два парцуфа, подобно первому ЗА со стороны лица (со стороны паним). Точно так же сзади Нуквы есть два других парцуфа, соответствующие Лее и Рахели, и они называются двумя служанками — это Зильпа и Билха. И подобно тому как Нуква со стороны лица зовется двояко — Лея и Рахель, так и служанок две: Зильпа и Билха. И как ЗА, хотя и состоит из двух [парцуфим], называется единым, так и упомянутый раб называется единым, несмотря на то что состоит из двух. И так же, как о ЗА, именуемом Яаковом, мы говорим, что у него четыре жены — две госпожи и две служанки: Лея, Рахель, Билха и Зильпа, точно так же у этого раба есть четыре жены: две госпожи и две служанки, потому что сила одних связана с силой других. И о них сказано: </w:t>
      </w:r>
      <w:r>
        <w:rPr>
          <w:rFonts w:ascii="Georgia" w:hAnsi="Georgia"/>
          <w:b w:val="0"/>
          <w:i/>
          <w:color w:val="000000"/>
          <w:sz w:val="24"/>
        </w:rPr>
        <w:t>«и все зады их [обращены] внутрь»</w:t>
      </w:r>
      <w:r>
        <w:rPr>
          <w:rFonts w:ascii="Georgia" w:hAnsi="Georgia"/>
          <w:b w:val="0"/>
          <w:i w:val="0"/>
          <w:color w:val="000000"/>
          <w:sz w:val="24"/>
        </w:rPr>
        <w:t xml:space="preserve"> (Мелахим I 7:25), потому что все это относится к святости.</w:t>
      </w:r>
    </w:p>
    <w:p>
      <w:pPr>
        <w:spacing w:before="40" w:after="120"/>
        <w:jc w:val="both"/>
      </w:pPr>
      <w:r>
        <w:rPr>
          <w:rFonts w:ascii="Georgia" w:hAnsi="Georgia"/>
          <w:b w:val="0"/>
          <w:i w:val="0"/>
          <w:color w:val="000000"/>
          <w:sz w:val="24"/>
        </w:rPr>
        <w:t xml:space="preserve">Поэтому этот раб не подобен остальным рабам — прочим ахораим, существующим во всей святости ниже этих ступеней, ведь все остальные ахораим — это клипот, проклятые рабы, по тайне стиха: </w:t>
      </w:r>
      <w:r>
        <w:rPr>
          <w:rFonts w:ascii="Georgia" w:hAnsi="Georgia"/>
          <w:b w:val="0"/>
          <w:i/>
          <w:color w:val="000000"/>
          <w:sz w:val="24"/>
        </w:rPr>
        <w:t>«Проклят Кнаан; рабом рабов будет он у братьев своих»</w:t>
      </w:r>
      <w:r>
        <w:rPr>
          <w:rFonts w:ascii="Georgia" w:hAnsi="Georgia"/>
          <w:b w:val="0"/>
          <w:i w:val="0"/>
          <w:color w:val="000000"/>
          <w:sz w:val="24"/>
        </w:rPr>
        <w:t xml:space="preserve"> (Берешит 9:25). Однако этот раб, являющийся ахораим де-ЗА, вышел из категории проклятых и вошел в категорию благословенных, как сказали наши мудрецы (ХАЗАЛЬ) о стихе: </w:t>
      </w:r>
      <w:r>
        <w:rPr>
          <w:rFonts w:ascii="Georgia" w:hAnsi="Georgia"/>
          <w:b w:val="0"/>
          <w:i/>
          <w:color w:val="000000"/>
          <w:sz w:val="24"/>
        </w:rPr>
        <w:t>«И сказал: войди, благословенный Г-сподом»</w:t>
      </w:r>
      <w:r>
        <w:rPr>
          <w:rFonts w:ascii="Georgia" w:hAnsi="Georgia"/>
          <w:b w:val="0"/>
          <w:i w:val="0"/>
          <w:color w:val="000000"/>
          <w:sz w:val="24"/>
        </w:rPr>
        <w:t xml:space="preserve"> (Берешит 24:31). И этот стих произнес Лаван, который олицетворяет тайну Леванона — Аба Илаа, отца четырех жен: Леи, Рахели, Зильпы и Билхи, которых он дал Яакову со стороны лица. Соответственно этому было дано и этому рабу с обратной стороны (со стороны ахор). И в этом тайна стиха: </w:t>
      </w:r>
      <w:r>
        <w:rPr>
          <w:rFonts w:ascii="Georgia" w:hAnsi="Georgia"/>
          <w:b w:val="0"/>
          <w:i/>
          <w:color w:val="000000"/>
          <w:sz w:val="24"/>
        </w:rPr>
        <w:t>«Ибо только Ог, мелех Башана... вот, одр его — одр железный»</w:t>
      </w:r>
      <w:r>
        <w:rPr>
          <w:rFonts w:ascii="Georgia" w:hAnsi="Georgia"/>
          <w:b w:val="0"/>
          <w:i w:val="0"/>
          <w:color w:val="000000"/>
          <w:sz w:val="24"/>
        </w:rPr>
        <w:t xml:space="preserve"> (Дварим 3:11). Ведь слово </w:t>
      </w:r>
      <w:r>
        <w:rPr>
          <w:rFonts w:ascii="Georgia" w:hAnsi="Georgia"/>
          <w:b w:val="0"/>
          <w:i/>
          <w:color w:val="000000"/>
          <w:sz w:val="24"/>
        </w:rPr>
        <w:t>барзель</w:t>
      </w:r>
      <w:r>
        <w:rPr>
          <w:rFonts w:ascii="Georgia" w:hAnsi="Georgia"/>
          <w:b w:val="0"/>
          <w:i w:val="0"/>
          <w:color w:val="000000"/>
          <w:sz w:val="24"/>
        </w:rPr>
        <w:t xml:space="preserve"> — «железо» (</w:t>
      </w:r>
      <w:r>
        <w:rPr>
          <w:rFonts w:ascii="Georgia" w:hAnsi="Georgia" w:cs="Times New Roman"/>
          <w:b/>
          <w:i w:val="0"/>
          <w:color w:val="000000"/>
          <w:sz w:val="24"/>
          <w:rtl/>
          <w:szCs w:val="32"/>
        </w:rPr>
        <w:t>בַּרְזֶל</w:t>
      </w:r>
      <w:r>
        <w:rPr>
          <w:rFonts w:ascii="Georgia" w:hAnsi="Georgia"/>
          <w:b w:val="0"/>
          <w:i w:val="0"/>
          <w:color w:val="000000"/>
          <w:sz w:val="24"/>
        </w:rPr>
        <w:t>) состоит из первых букв [имен] Билха, Рахель, Зильпа, Лея (</w:t>
      </w:r>
      <w:r>
        <w:rPr>
          <w:rFonts w:ascii="Georgia" w:hAnsi="Georgia" w:cs="Times New Roman"/>
          <w:b/>
          <w:i w:val="0"/>
          <w:color w:val="000000"/>
          <w:sz w:val="24"/>
          <w:rtl/>
          <w:szCs w:val="32"/>
        </w:rPr>
        <w:t>בלהה רחל זלפה לאה</w:t>
      </w:r>
      <w:r>
        <w:rPr>
          <w:rFonts w:ascii="Georgia" w:hAnsi="Georgia"/>
          <w:b w:val="0"/>
          <w:i w:val="0"/>
          <w:color w:val="000000"/>
          <w:sz w:val="24"/>
        </w:rPr>
        <w:t xml:space="preserve">), которые являются его женами и составляют его ложе и одр. И посмотри: в слове </w:t>
      </w:r>
      <w:r>
        <w:rPr>
          <w:rFonts w:ascii="Georgia" w:hAnsi="Georgia"/>
          <w:b w:val="0"/>
          <w:i/>
          <w:color w:val="000000"/>
          <w:sz w:val="24"/>
        </w:rPr>
        <w:t>барзель</w:t>
      </w:r>
      <w:r>
        <w:rPr>
          <w:rFonts w:ascii="Georgia" w:hAnsi="Georgia"/>
          <w:b w:val="0"/>
          <w:i w:val="0"/>
          <w:color w:val="000000"/>
          <w:sz w:val="24"/>
        </w:rPr>
        <w:t xml:space="preserve"> (</w:t>
      </w:r>
      <w:r>
        <w:rPr>
          <w:rFonts w:ascii="Georgia" w:hAnsi="Georgia" w:cs="Times New Roman"/>
          <w:b/>
          <w:i w:val="0"/>
          <w:color w:val="000000"/>
          <w:sz w:val="24"/>
          <w:rtl/>
          <w:szCs w:val="32"/>
        </w:rPr>
        <w:t>ברז״ל</w:t>
      </w:r>
      <w:r>
        <w:rPr>
          <w:rFonts w:ascii="Georgia" w:hAnsi="Georgia"/>
          <w:b w:val="0"/>
          <w:i w:val="0"/>
          <w:color w:val="000000"/>
          <w:sz w:val="24"/>
        </w:rPr>
        <w:t>) Билха упомянута вместе с Рахелью, а Зильпа — с Леей, так как таков порядок. При этом [стих] начал со служанок, поскольку к упомянутому рабу, то есть Огу, ближе всего именно служанки.</w:t>
      </w:r>
    </w:p>
    <w:p>
      <w:pPr>
        <w:spacing w:before="40" w:after="120"/>
        <w:jc w:val="both"/>
      </w:pPr>
      <w:r>
        <w:rPr>
          <w:rFonts w:ascii="Georgia" w:hAnsi="Georgia"/>
          <w:b w:val="0"/>
          <w:i w:val="0"/>
          <w:color w:val="000000"/>
          <w:sz w:val="24"/>
        </w:rPr>
        <w:t xml:space="preserve">Также он поставил вначале Рахель и ее служанку, поскольку именно там сосредоточены основа и сила ахораим. И в этом тайна сказанного: </w:t>
      </w:r>
      <w:r>
        <w:rPr>
          <w:rFonts w:ascii="Georgia" w:hAnsi="Georgia"/>
          <w:b w:val="0"/>
          <w:i/>
          <w:color w:val="000000"/>
          <w:sz w:val="24"/>
        </w:rPr>
        <w:t>«Вот, остался он из остатка рефаимов»</w:t>
      </w:r>
      <w:r>
        <w:rPr>
          <w:rFonts w:ascii="Georgia" w:hAnsi="Georgia"/>
          <w:b w:val="0"/>
          <w:i w:val="0"/>
          <w:color w:val="000000"/>
          <w:sz w:val="24"/>
        </w:rPr>
        <w:t xml:space="preserve"> (Дварим 3:11) — ведь он остался и вышел из числа прочих проклятых рабов, войдя в категорию благословенных. Все женские образы соответствуют Имени АВАЯ с наполнением хэйин: </w:t>
      </w:r>
      <w:r>
        <w:rPr>
          <w:rFonts w:ascii="Georgia" w:hAnsi="Georgia"/>
          <w:b w:val="0"/>
          <w:i/>
          <w:color w:val="000000"/>
          <w:sz w:val="24"/>
        </w:rPr>
        <w:t>«четыре локтя ширина его»</w:t>
      </w:r>
      <w:r>
        <w:rPr>
          <w:rFonts w:ascii="Georgia" w:hAnsi="Georgia"/>
          <w:b w:val="0"/>
          <w:i w:val="0"/>
          <w:color w:val="000000"/>
          <w:sz w:val="24"/>
        </w:rPr>
        <w:t xml:space="preserve"> (Дварим 3:11) — это четыре буквы АВАЯ, а </w:t>
      </w:r>
      <w:r>
        <w:rPr>
          <w:rFonts w:ascii="Georgia" w:hAnsi="Georgia"/>
          <w:b w:val="0"/>
          <w:i/>
          <w:color w:val="000000"/>
          <w:sz w:val="24"/>
        </w:rPr>
        <w:t>«девять локтей длина его»</w:t>
      </w:r>
      <w:r>
        <w:rPr>
          <w:rFonts w:ascii="Georgia" w:hAnsi="Georgia"/>
          <w:b w:val="0"/>
          <w:i w:val="0"/>
          <w:color w:val="000000"/>
          <w:sz w:val="24"/>
        </w:rPr>
        <w:t xml:space="preserve"> — девять букв наполнения хэйин. И сказано: </w:t>
      </w:r>
      <w:r>
        <w:rPr>
          <w:rFonts w:ascii="Georgia" w:hAnsi="Georgia"/>
          <w:b w:val="0"/>
          <w:i/>
          <w:color w:val="000000"/>
          <w:sz w:val="24"/>
        </w:rPr>
        <w:t>«Вот, она в Раббат-бней-Аммон»</w:t>
      </w:r>
      <w:r>
        <w:rPr>
          <w:rFonts w:ascii="Georgia" w:hAnsi="Georgia"/>
          <w:b w:val="0"/>
          <w:i w:val="0"/>
          <w:color w:val="000000"/>
          <w:sz w:val="24"/>
        </w:rPr>
        <w:t xml:space="preserve"> (Дварим 3:11). Смысл в том, что, как известно, НЕХИ де-Бина входят в ЗА в качестве мохин. И уже известно, что семь нижних [сфирот] Бины представляют собой Имя САГ (63) (</w:t>
      </w:r>
      <w:r>
        <w:rPr>
          <w:rFonts w:ascii="Georgia" w:hAnsi="Georgia" w:cs="Times New Roman"/>
          <w:b/>
          <w:i w:val="0"/>
          <w:color w:val="000000"/>
          <w:sz w:val="24"/>
          <w:rtl/>
          <w:szCs w:val="32"/>
        </w:rPr>
        <w:t>ס״ג</w:t>
      </w:r>
      <w:r>
        <w:rPr>
          <w:rFonts w:ascii="Georgia" w:hAnsi="Georgia"/>
          <w:b w:val="0"/>
          <w:i w:val="0"/>
          <w:color w:val="000000"/>
          <w:sz w:val="24"/>
        </w:rPr>
        <w:t>), тогда как две ее высшие [сфирот] — Хохма и Бина (ХУБ) в ней — это Имя ЭЙЕ с наполнением йодин. Когда Бина распространяется в ЗА, [туда входят] лишь три ее нижние [сфирот], где находится упомянутое Имя САГ; а вместе с десятью его буквами получается 73 (</w:t>
      </w:r>
      <w:r>
        <w:rPr>
          <w:rFonts w:ascii="Georgia" w:hAnsi="Georgia" w:cs="Times New Roman"/>
          <w:b/>
          <w:i w:val="0"/>
          <w:color w:val="000000"/>
          <w:sz w:val="24"/>
          <w:rtl/>
          <w:szCs w:val="32"/>
        </w:rPr>
        <w:t>ע״ג</w:t>
      </w:r>
      <w:r>
        <w:rPr>
          <w:rFonts w:ascii="Georgia" w:hAnsi="Georgia"/>
          <w:b w:val="0"/>
          <w:i w:val="0"/>
          <w:color w:val="000000"/>
          <w:sz w:val="24"/>
        </w:rPr>
        <w:t>). И подобно тому как из внутренней части Бины выделена внутренняя часть ЗА, так из ахораим упомянутого Имени САГ Бины, числовое значение которого составляет 73, выделены ахораим де-ЗА — то есть этот раб.</w:t>
      </w:r>
    </w:p>
    <w:p>
      <w:pPr>
        <w:spacing w:before="40" w:after="120"/>
        <w:jc w:val="both"/>
      </w:pPr>
      <w:r>
        <w:rPr>
          <w:rFonts w:ascii="Georgia" w:hAnsi="Georgia"/>
          <w:b w:val="0"/>
          <w:i w:val="0"/>
          <w:color w:val="000000"/>
          <w:sz w:val="24"/>
        </w:rPr>
        <w:t>Поэтому Ог, мелех Башана, пишется [в Писании] иногда без буквы вав (</w:t>
      </w:r>
      <w:r>
        <w:rPr>
          <w:rFonts w:ascii="Georgia" w:hAnsi="Georgia" w:cs="Times New Roman"/>
          <w:b/>
          <w:i w:val="0"/>
          <w:color w:val="000000"/>
          <w:sz w:val="24"/>
          <w:rtl/>
          <w:szCs w:val="32"/>
        </w:rPr>
        <w:t>עג</w:t>
      </w:r>
      <w:r>
        <w:rPr>
          <w:rFonts w:ascii="Georgia" w:hAnsi="Georgia"/>
          <w:b w:val="0"/>
          <w:i w:val="0"/>
          <w:color w:val="000000"/>
          <w:sz w:val="24"/>
        </w:rPr>
        <w:t>), а иногда — с буквой вав (</w:t>
      </w:r>
      <w:r>
        <w:rPr>
          <w:rFonts w:ascii="Georgia" w:hAnsi="Georgia" w:cs="Times New Roman"/>
          <w:b/>
          <w:i w:val="0"/>
          <w:color w:val="000000"/>
          <w:sz w:val="24"/>
          <w:rtl/>
          <w:szCs w:val="32"/>
        </w:rPr>
        <w:t>עוג</w:t>
      </w:r>
      <w:r>
        <w:rPr>
          <w:rFonts w:ascii="Georgia" w:hAnsi="Georgia"/>
          <w:b w:val="0"/>
          <w:i w:val="0"/>
          <w:color w:val="000000"/>
          <w:sz w:val="24"/>
        </w:rPr>
        <w:t>), чтобы указать, что он относится к свойству буквы вав (</w:t>
      </w:r>
      <w:r>
        <w:rPr>
          <w:rFonts w:ascii="Georgia" w:hAnsi="Georgia" w:cs="Times New Roman"/>
          <w:b/>
          <w:i w:val="0"/>
          <w:color w:val="000000"/>
          <w:sz w:val="24"/>
          <w:rtl/>
          <w:szCs w:val="32"/>
        </w:rPr>
        <w:t>ו</w:t>
      </w:r>
      <w:r>
        <w:rPr>
          <w:rFonts w:ascii="Georgia" w:hAnsi="Georgia"/>
          <w:b w:val="0"/>
          <w:i w:val="0"/>
          <w:color w:val="000000"/>
          <w:sz w:val="24"/>
        </w:rPr>
        <w:t xml:space="preserve">), ведь и сам ЗА, как известно, называется буквой вав. Из этого ты также поймешь, почему выше Ог, мелех Башана, был назван Элиэзером, рабом Авраама: потому что имя Элиэзер также происходит от Имени САГ, как я сообщил тебе в одном из ихудим, который объяснил мне мой учитель, благословенной памяти, о рабби Элиэзере бен Урканусе (см. там). И корень этого Имени САГ, называемого Огом, находится в Бине, чей корень — упомянутое Имя ЭЙЕ с наполнением йодин. Его гематрия равна слову </w:t>
      </w:r>
      <w:r>
        <w:rPr>
          <w:rFonts w:ascii="Georgia" w:hAnsi="Georgia"/>
          <w:b w:val="0"/>
          <w:i/>
          <w:color w:val="000000"/>
          <w:sz w:val="24"/>
        </w:rPr>
        <w:t>ноам</w:t>
      </w:r>
      <w:r>
        <w:rPr>
          <w:rFonts w:ascii="Georgia" w:hAnsi="Georgia"/>
          <w:b w:val="0"/>
          <w:i w:val="0"/>
          <w:color w:val="000000"/>
          <w:sz w:val="24"/>
        </w:rPr>
        <w:t xml:space="preserve"> — «благоволение» (</w:t>
      </w:r>
      <w:r>
        <w:rPr>
          <w:rFonts w:ascii="Georgia" w:hAnsi="Georgia" w:cs="Times New Roman"/>
          <w:b/>
          <w:i w:val="0"/>
          <w:color w:val="000000"/>
          <w:sz w:val="24"/>
          <w:rtl/>
          <w:szCs w:val="32"/>
        </w:rPr>
        <w:t>נֹעַם</w:t>
      </w:r>
      <w:r>
        <w:rPr>
          <w:rFonts w:ascii="Georgia" w:hAnsi="Georgia"/>
          <w:b w:val="0"/>
          <w:i w:val="0"/>
          <w:color w:val="000000"/>
          <w:sz w:val="24"/>
        </w:rPr>
        <w:t xml:space="preserve"> = 161), по тайне стиха: </w:t>
      </w:r>
      <w:r>
        <w:rPr>
          <w:rFonts w:ascii="Georgia" w:hAnsi="Georgia"/>
          <w:b w:val="0"/>
          <w:i/>
          <w:color w:val="000000"/>
          <w:sz w:val="24"/>
        </w:rPr>
        <w:t>«И да будет благоволение Г-спода, Б-га нашего, на нас»</w:t>
      </w:r>
      <w:r>
        <w:rPr>
          <w:rFonts w:ascii="Georgia" w:hAnsi="Georgia"/>
          <w:b w:val="0"/>
          <w:i w:val="0"/>
          <w:color w:val="000000"/>
          <w:sz w:val="24"/>
        </w:rPr>
        <w:t xml:space="preserve"> (Теилим 90:17), как разъяснено там. Напротив ахораим этого Имени, как мы объяснили, находится Раббат-бней-Аммон (</w:t>
      </w:r>
      <w:r>
        <w:rPr>
          <w:rFonts w:ascii="Georgia" w:hAnsi="Georgia" w:cs="Times New Roman"/>
          <w:b/>
          <w:i w:val="0"/>
          <w:color w:val="000000"/>
          <w:sz w:val="24"/>
          <w:rtl/>
          <w:szCs w:val="32"/>
        </w:rPr>
        <w:t>רַבַּת בְּנֵי עַמּוֹן</w:t>
      </w:r>
      <w:r>
        <w:rPr>
          <w:rFonts w:ascii="Georgia" w:hAnsi="Georgia"/>
          <w:b w:val="0"/>
          <w:i w:val="0"/>
          <w:color w:val="000000"/>
          <w:sz w:val="24"/>
        </w:rPr>
        <w:t xml:space="preserve">), что противоположно слову </w:t>
      </w:r>
      <w:r>
        <w:rPr>
          <w:rFonts w:ascii="Georgia" w:hAnsi="Georgia"/>
          <w:b w:val="0"/>
          <w:i/>
          <w:color w:val="000000"/>
          <w:sz w:val="24"/>
        </w:rPr>
        <w:t>ноам</w:t>
      </w:r>
      <w:r>
        <w:rPr>
          <w:rFonts w:ascii="Georgia" w:hAnsi="Georgia"/>
          <w:b w:val="0"/>
          <w:i w:val="0"/>
          <w:color w:val="000000"/>
          <w:sz w:val="24"/>
        </w:rPr>
        <w:t xml:space="preserve">, как разъяснено в книге «Зоар» в «Ситрей Тора» к главе Ваера: «Ибо Аммон — это сокрытая ступень...» и так далее. И подобно тому как ЗА питается от высшего Ноам, так этот раб питается от высшего Аммона. Об этом и сказано в Писании: </w:t>
      </w:r>
      <w:r>
        <w:rPr>
          <w:rFonts w:ascii="Georgia" w:hAnsi="Georgia"/>
          <w:b w:val="0"/>
          <w:i/>
          <w:color w:val="000000"/>
          <w:sz w:val="24"/>
        </w:rPr>
        <w:t>«Вот, она в Раббат-бней-Аммон»</w:t>
      </w:r>
      <w:r>
        <w:rPr>
          <w:rFonts w:ascii="Georgia" w:hAnsi="Georgia"/>
          <w:b w:val="0"/>
          <w:i w:val="0"/>
          <w:color w:val="000000"/>
          <w:sz w:val="24"/>
        </w:rPr>
        <w:t xml:space="preserve"> (Дварим 3:11). И по причине величия этого раба Моше, мир ему, боялся его, и сказал ему [Всевышний]: </w:t>
      </w:r>
      <w:r>
        <w:rPr>
          <w:rFonts w:ascii="Georgia" w:hAnsi="Georgia"/>
          <w:b w:val="0"/>
          <w:i/>
          <w:color w:val="000000"/>
          <w:sz w:val="24"/>
        </w:rPr>
        <w:t>«Не бойся его»</w:t>
      </w:r>
      <w:r>
        <w:rPr>
          <w:rFonts w:ascii="Georgia" w:hAnsi="Georgia"/>
          <w:b w:val="0"/>
          <w:i w:val="0"/>
          <w:color w:val="000000"/>
          <w:sz w:val="24"/>
        </w:rPr>
        <w:t xml:space="preserve"> (Бемидбар 21:34). Вернемся к нашему намерению: в буквах гимель-айн (</w:t>
      </w:r>
      <w:r>
        <w:rPr>
          <w:rFonts w:ascii="Georgia" w:hAnsi="Georgia" w:cs="Times New Roman"/>
          <w:b/>
          <w:i w:val="0"/>
          <w:color w:val="000000"/>
          <w:sz w:val="24"/>
          <w:rtl/>
          <w:szCs w:val="32"/>
        </w:rPr>
        <w:t>ג״ע</w:t>
      </w:r>
      <w:r>
        <w:rPr>
          <w:rFonts w:ascii="Georgia" w:hAnsi="Georgia"/>
          <w:b w:val="0"/>
          <w:i w:val="0"/>
          <w:color w:val="000000"/>
          <w:sz w:val="24"/>
        </w:rPr>
        <w:t xml:space="preserve">) нужно сосредоточить намерение на всем вышесказанном — на высших ахораим, от которых развернулись три упомянутых мира, названные в начале «Идра Раба» (глава Насо); и они представляют собой тайну [стиха]: </w:t>
      </w:r>
      <w:r>
        <w:rPr>
          <w:rFonts w:ascii="Georgia" w:hAnsi="Georgia"/>
          <w:b w:val="0"/>
          <w:i/>
          <w:color w:val="000000"/>
          <w:sz w:val="24"/>
        </w:rPr>
        <w:t>«Печь и очаг должны быть разрушены»</w:t>
      </w:r>
      <w:r>
        <w:rPr>
          <w:rFonts w:ascii="Georgia" w:hAnsi="Georgia"/>
          <w:b w:val="0"/>
          <w:i w:val="0"/>
          <w:color w:val="000000"/>
          <w:sz w:val="24"/>
        </w:rPr>
        <w:t xml:space="preserve"> (Ваикра 11:35) посредством букв тав-цади (</w:t>
      </w:r>
      <w:r>
        <w:rPr>
          <w:rFonts w:ascii="Georgia" w:hAnsi="Georgia" w:cs="Times New Roman"/>
          <w:b/>
          <w:i w:val="0"/>
          <w:color w:val="000000"/>
          <w:sz w:val="24"/>
          <w:rtl/>
          <w:szCs w:val="32"/>
        </w:rPr>
        <w:t>ת״ץ</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Также сосредоточь намерение на том, чтобы подчинить гвурот и суды этого Ога, усладить их и извлечь оттуда души 78 упомянутых искр (</w:t>
      </w:r>
      <w:r>
        <w:rPr>
          <w:rFonts w:ascii="Georgia" w:hAnsi="Georgia" w:cs="Times New Roman"/>
          <w:b/>
          <w:i w:val="0"/>
          <w:color w:val="000000"/>
          <w:sz w:val="24"/>
          <w:rtl/>
          <w:szCs w:val="32"/>
        </w:rPr>
        <w:t>ע״ח</w:t>
      </w:r>
      <w:r>
        <w:rPr>
          <w:rFonts w:ascii="Georgia" w:hAnsi="Georgia"/>
          <w:b w:val="0"/>
          <w:i w:val="0"/>
          <w:color w:val="000000"/>
          <w:sz w:val="24"/>
        </w:rPr>
        <w:t>) — то есть их нефеш и руах, по упомянутой тайне светильника (</w:t>
      </w:r>
      <w:r>
        <w:rPr>
          <w:rFonts w:ascii="Georgia" w:hAnsi="Georgia"/>
          <w:b w:val="0"/>
          <w:i/>
          <w:color w:val="000000"/>
          <w:sz w:val="24"/>
        </w:rPr>
        <w:t>нер</w:t>
      </w:r>
      <w:r>
        <w:rPr>
          <w:rFonts w:ascii="Georgia" w:hAnsi="Georgia"/>
          <w:b w:val="0"/>
          <w:i w:val="0"/>
          <w:color w:val="000000"/>
          <w:sz w:val="24"/>
        </w:rPr>
        <w:t xml:space="preserve">, </w:t>
      </w:r>
      <w:r>
        <w:rPr>
          <w:rFonts w:ascii="Georgia" w:hAnsi="Georgia" w:cs="Times New Roman"/>
          <w:b/>
          <w:i w:val="0"/>
          <w:color w:val="000000"/>
          <w:sz w:val="24"/>
          <w:rtl/>
          <w:szCs w:val="32"/>
        </w:rPr>
        <w:t>נֵר</w:t>
      </w:r>
      <w:r>
        <w:rPr>
          <w:rFonts w:ascii="Georgia" w:hAnsi="Georgia"/>
          <w:b w:val="0"/>
          <w:i w:val="0"/>
          <w:color w:val="000000"/>
          <w:sz w:val="24"/>
        </w:rPr>
        <w:t xml:space="preserve">), чьи буквы служат первыми буквами слов </w:t>
      </w:r>
      <w:r>
        <w:rPr>
          <w:rFonts w:ascii="Georgia" w:hAnsi="Georgia"/>
          <w:b w:val="0"/>
          <w:i/>
          <w:color w:val="000000"/>
          <w:sz w:val="24"/>
        </w:rPr>
        <w:t>нефеш</w:t>
      </w:r>
      <w:r>
        <w:rPr>
          <w:rFonts w:ascii="Georgia" w:hAnsi="Georgia"/>
          <w:b w:val="0"/>
          <w:i w:val="0"/>
          <w:color w:val="000000"/>
          <w:sz w:val="24"/>
        </w:rPr>
        <w:t xml:space="preserve"> и </w:t>
      </w:r>
      <w:r>
        <w:rPr>
          <w:rFonts w:ascii="Georgia" w:hAnsi="Georgia"/>
          <w:b w:val="0"/>
          <w:i/>
          <w:color w:val="000000"/>
          <w:sz w:val="24"/>
        </w:rPr>
        <w:t>руах</w:t>
      </w:r>
      <w:r>
        <w:rPr>
          <w:rFonts w:ascii="Georgia" w:hAnsi="Georgia"/>
          <w:b w:val="0"/>
          <w:i w:val="0"/>
          <w:color w:val="000000"/>
          <w:sz w:val="24"/>
        </w:rPr>
        <w:t xml:space="preserve"> (</w:t>
      </w:r>
      <w:r>
        <w:rPr>
          <w:rFonts w:ascii="Georgia" w:hAnsi="Georgia" w:cs="Times New Roman"/>
          <w:b/>
          <w:i w:val="0"/>
          <w:color w:val="000000"/>
          <w:sz w:val="24"/>
          <w:rtl/>
          <w:szCs w:val="32"/>
        </w:rPr>
        <w:t>נֶפֶשׁ רוּחַ</w:t>
      </w:r>
      <w:r>
        <w:rPr>
          <w:rFonts w:ascii="Georgia" w:hAnsi="Georgia"/>
          <w:b w:val="0"/>
          <w:i w:val="0"/>
          <w:color w:val="000000"/>
          <w:sz w:val="24"/>
        </w:rPr>
        <w:t xml:space="preserve">), как сказано выше. Затем, в следующую ночь, он сказал ему, чтобы перед сном он произнес стих: </w:t>
      </w:r>
      <w:r>
        <w:rPr>
          <w:rFonts w:ascii="Georgia" w:hAnsi="Georgia"/>
          <w:b w:val="0"/>
          <w:i/>
          <w:color w:val="000000"/>
          <w:sz w:val="24"/>
        </w:rPr>
        <w:t>«Клялся Г-сподь и не раскается: ты священник вовек [по чину Малки-Цедека]»</w:t>
      </w:r>
      <w:r>
        <w:rPr>
          <w:rFonts w:ascii="Georgia" w:hAnsi="Georgia"/>
          <w:b w:val="0"/>
          <w:i w:val="0"/>
          <w:color w:val="000000"/>
          <w:sz w:val="24"/>
        </w:rPr>
        <w:t xml:space="preserve"> (Теилим 110:4), и чтобы сосредоточил в нем намерение снизу вверх. И пусть начнет сосредотачивать намерение на конечных буквах слов </w:t>
      </w:r>
      <w:r>
        <w:rPr>
          <w:rFonts w:ascii="Georgia" w:hAnsi="Georgia"/>
          <w:b w:val="0"/>
          <w:i/>
          <w:color w:val="000000"/>
          <w:sz w:val="24"/>
        </w:rPr>
        <w:t>диврати Малки-Цедек</w:t>
      </w:r>
      <w:r>
        <w:rPr>
          <w:rFonts w:ascii="Georgia" w:hAnsi="Georgia"/>
          <w:b w:val="0"/>
          <w:i w:val="0"/>
          <w:color w:val="000000"/>
          <w:sz w:val="24"/>
        </w:rPr>
        <w:t xml:space="preserve"> (</w:t>
      </w:r>
      <w:r>
        <w:rPr>
          <w:rFonts w:ascii="Georgia" w:hAnsi="Georgia" w:cs="Times New Roman"/>
          <w:b/>
          <w:i w:val="0"/>
          <w:color w:val="000000"/>
          <w:sz w:val="24"/>
          <w:rtl/>
          <w:szCs w:val="32"/>
        </w:rPr>
        <w:t>דִּבְרָתִי מַלְכִּי צֶדֶק</w:t>
      </w:r>
      <w:r>
        <w:rPr>
          <w:rFonts w:ascii="Georgia" w:hAnsi="Georgia"/>
          <w:b w:val="0"/>
          <w:i w:val="0"/>
          <w:color w:val="000000"/>
          <w:sz w:val="24"/>
        </w:rPr>
        <w:t>): это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йод (</w:t>
      </w:r>
      <w:r>
        <w:rPr>
          <w:rFonts w:ascii="Georgia" w:hAnsi="Georgia" w:cs="Times New Roman"/>
          <w:b/>
          <w:i w:val="0"/>
          <w:color w:val="000000"/>
          <w:sz w:val="24"/>
          <w:rtl/>
          <w:szCs w:val="32"/>
        </w:rPr>
        <w:t>י</w:t>
      </w:r>
      <w:r>
        <w:rPr>
          <w:rFonts w:ascii="Georgia" w:hAnsi="Georgia"/>
          <w:b w:val="0"/>
          <w:i w:val="0"/>
          <w:color w:val="000000"/>
          <w:sz w:val="24"/>
        </w:rPr>
        <w:t xml:space="preserve"> = 10) и куф (</w:t>
      </w:r>
      <w:r>
        <w:rPr>
          <w:rFonts w:ascii="Georgia" w:hAnsi="Georgia" w:cs="Times New Roman"/>
          <w:b/>
          <w:i w:val="0"/>
          <w:color w:val="000000"/>
          <w:sz w:val="24"/>
          <w:rtl/>
          <w:szCs w:val="32"/>
        </w:rPr>
        <w:t>ק</w:t>
      </w:r>
      <w:r>
        <w:rPr>
          <w:rFonts w:ascii="Georgia" w:hAnsi="Georgia"/>
          <w:b w:val="0"/>
          <w:i w:val="0"/>
          <w:color w:val="000000"/>
          <w:sz w:val="24"/>
        </w:rPr>
        <w:t xml:space="preserve"> = 100), составляющие в сумме 120 (</w:t>
      </w:r>
      <w:r>
        <w:rPr>
          <w:rFonts w:ascii="Georgia" w:hAnsi="Georgia" w:cs="Times New Roman"/>
          <w:b/>
          <w:i w:val="0"/>
          <w:color w:val="000000"/>
          <w:sz w:val="24"/>
          <w:rtl/>
          <w:szCs w:val="32"/>
        </w:rPr>
        <w:t>ק״ך</w:t>
      </w:r>
      <w:r>
        <w:rPr>
          <w:rFonts w:ascii="Georgia" w:hAnsi="Georgia"/>
          <w:b w:val="0"/>
          <w:i w:val="0"/>
          <w:color w:val="000000"/>
          <w:sz w:val="24"/>
        </w:rPr>
        <w:t>) — по числу 120 сочетаний Имени ЭЛОКИМ, как известно.</w:t>
      </w:r>
    </w:p>
    <w:p>
      <w:pPr>
        <w:spacing w:before="40" w:after="120"/>
        <w:jc w:val="both"/>
      </w:pPr>
      <w:r>
        <w:rPr>
          <w:rFonts w:ascii="Georgia" w:hAnsi="Georgia"/>
          <w:b w:val="0"/>
          <w:i w:val="0"/>
          <w:color w:val="000000"/>
          <w:sz w:val="24"/>
        </w:rPr>
        <w:t>Затем соедини с этим букву ламэд (</w:t>
      </w:r>
      <w:r>
        <w:rPr>
          <w:rFonts w:ascii="Georgia" w:hAnsi="Georgia" w:cs="Times New Roman"/>
          <w:b/>
          <w:i w:val="0"/>
          <w:color w:val="000000"/>
          <w:sz w:val="24"/>
          <w:rtl/>
          <w:szCs w:val="32"/>
        </w:rPr>
        <w:t>ל</w:t>
      </w:r>
      <w:r>
        <w:rPr>
          <w:rFonts w:ascii="Georgia" w:hAnsi="Georgia"/>
          <w:b w:val="0"/>
          <w:i w:val="0"/>
          <w:color w:val="000000"/>
          <w:sz w:val="24"/>
        </w:rPr>
        <w:t xml:space="preserve"> = 30) слова </w:t>
      </w:r>
      <w:r>
        <w:rPr>
          <w:rFonts w:ascii="Georgia" w:hAnsi="Georgia"/>
          <w:b w:val="0"/>
          <w:i/>
          <w:color w:val="000000"/>
          <w:sz w:val="24"/>
        </w:rPr>
        <w:t>аль</w:t>
      </w:r>
      <w:r>
        <w:rPr>
          <w:rFonts w:ascii="Georgia" w:hAnsi="Georgia"/>
          <w:b w:val="0"/>
          <w:i w:val="0"/>
          <w:color w:val="000000"/>
          <w:sz w:val="24"/>
        </w:rPr>
        <w:t xml:space="preserve"> (</w:t>
      </w:r>
      <w:r>
        <w:rPr>
          <w:rFonts w:ascii="Georgia" w:hAnsi="Georgia" w:cs="Times New Roman"/>
          <w:b/>
          <w:i w:val="0"/>
          <w:color w:val="000000"/>
          <w:sz w:val="24"/>
          <w:rtl/>
          <w:szCs w:val="32"/>
        </w:rPr>
        <w:t>עַל</w:t>
      </w:r>
      <w:r>
        <w:rPr>
          <w:rFonts w:ascii="Georgia" w:hAnsi="Georgia"/>
          <w:b w:val="0"/>
          <w:i w:val="0"/>
          <w:color w:val="000000"/>
          <w:sz w:val="24"/>
        </w:rPr>
        <w:t>), и получится 150 (</w:t>
      </w:r>
      <w:r>
        <w:rPr>
          <w:rFonts w:ascii="Georgia" w:hAnsi="Georgia" w:cs="Times New Roman"/>
          <w:b/>
          <w:i w:val="0"/>
          <w:color w:val="000000"/>
          <w:sz w:val="24"/>
          <w:rtl/>
          <w:szCs w:val="32"/>
        </w:rPr>
        <w:t>ק״ן</w:t>
      </w:r>
      <w:r>
        <w:rPr>
          <w:rFonts w:ascii="Georgia" w:hAnsi="Georgia"/>
          <w:b w:val="0"/>
          <w:i w:val="0"/>
          <w:color w:val="000000"/>
          <w:sz w:val="24"/>
        </w:rPr>
        <w:t xml:space="preserve">); и пусть направит намерение на Имя ЭЙЕ с наполнением хэйин. Затем пусть сосредоточит намерение на конечных буквах слов </w:t>
      </w:r>
      <w:r>
        <w:rPr>
          <w:rFonts w:ascii="Georgia" w:hAnsi="Georgia"/>
          <w:b w:val="0"/>
          <w:i/>
          <w:color w:val="000000"/>
          <w:sz w:val="24"/>
        </w:rPr>
        <w:t>ата коэн ле-олам</w:t>
      </w:r>
      <w:r>
        <w:rPr>
          <w:rFonts w:ascii="Georgia" w:hAnsi="Georgia"/>
          <w:b w:val="0"/>
          <w:i w:val="0"/>
          <w:color w:val="000000"/>
          <w:sz w:val="24"/>
        </w:rPr>
        <w:t xml:space="preserve"> (</w:t>
      </w:r>
      <w:r>
        <w:rPr>
          <w:rFonts w:ascii="Georgia" w:hAnsi="Georgia" w:cs="Times New Roman"/>
          <w:b/>
          <w:i w:val="0"/>
          <w:color w:val="000000"/>
          <w:sz w:val="24"/>
          <w:rtl/>
          <w:szCs w:val="32"/>
        </w:rPr>
        <w:t>אַתָּה כֹהֵן לְעוֹלָם</w:t>
      </w:r>
      <w:r>
        <w:rPr>
          <w:rFonts w:ascii="Georgia" w:hAnsi="Georgia"/>
          <w:b w:val="0"/>
          <w:i w:val="0"/>
          <w:color w:val="000000"/>
          <w:sz w:val="24"/>
        </w:rPr>
        <w:t>) с их колелем: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нун софит (</w:t>
      </w:r>
      <w:r>
        <w:rPr>
          <w:rFonts w:ascii="Georgia" w:hAnsi="Georgia" w:cs="Times New Roman"/>
          <w:b/>
          <w:i w:val="0"/>
          <w:color w:val="000000"/>
          <w:sz w:val="24"/>
          <w:rtl/>
          <w:szCs w:val="32"/>
        </w:rPr>
        <w:t>ן</w:t>
      </w:r>
      <w:r>
        <w:rPr>
          <w:rFonts w:ascii="Georgia" w:hAnsi="Georgia"/>
          <w:b w:val="0"/>
          <w:i w:val="0"/>
          <w:color w:val="000000"/>
          <w:sz w:val="24"/>
        </w:rPr>
        <w:t xml:space="preserve"> = 50) и мэм софит (</w:t>
      </w:r>
      <w:r>
        <w:rPr>
          <w:rFonts w:ascii="Georgia" w:hAnsi="Georgia" w:cs="Times New Roman"/>
          <w:b/>
          <w:i w:val="0"/>
          <w:color w:val="000000"/>
          <w:sz w:val="24"/>
          <w:rtl/>
          <w:szCs w:val="32"/>
        </w:rPr>
        <w:t>ם</w:t>
      </w:r>
      <w:r>
        <w:rPr>
          <w:rFonts w:ascii="Georgia" w:hAnsi="Georgia"/>
          <w:b w:val="0"/>
          <w:i w:val="0"/>
          <w:color w:val="000000"/>
          <w:sz w:val="24"/>
        </w:rPr>
        <w:t xml:space="preserve"> = 40) вместе с колелем (1) дают 96 (</w:t>
      </w:r>
      <w:r>
        <w:rPr>
          <w:rFonts w:ascii="Georgia" w:hAnsi="Georgia" w:cs="Times New Roman"/>
          <w:b/>
          <w:i w:val="0"/>
          <w:color w:val="000000"/>
          <w:sz w:val="24"/>
          <w:rtl/>
          <w:szCs w:val="32"/>
        </w:rPr>
        <w:t>צ״ו</w:t>
      </w:r>
      <w:r>
        <w:rPr>
          <w:rFonts w:ascii="Georgia" w:hAnsi="Georgia"/>
          <w:b w:val="0"/>
          <w:i w:val="0"/>
          <w:color w:val="000000"/>
          <w:sz w:val="24"/>
        </w:rPr>
        <w:t>). Это третий мир из трех миров, упомянутых выше в предшествующем этому ихуде; и это также Имена ЭЛЬ и АДОНАЙ [31 + 65], сумма которых равна 96 (</w:t>
      </w:r>
      <w:r>
        <w:rPr>
          <w:rFonts w:ascii="Georgia" w:hAnsi="Georgia" w:cs="Times New Roman"/>
          <w:b/>
          <w:i w:val="0"/>
          <w:color w:val="000000"/>
          <w:sz w:val="24"/>
          <w:rtl/>
          <w:szCs w:val="32"/>
        </w:rPr>
        <w:t>צ״ו</w:t>
      </w:r>
      <w:r>
        <w:rPr>
          <w:rFonts w:ascii="Georgia" w:hAnsi="Georgia"/>
          <w:b w:val="0"/>
          <w:i w:val="0"/>
          <w:color w:val="000000"/>
          <w:sz w:val="24"/>
        </w:rPr>
        <w:t>). И вот, в этом стихе теперь намекнуты три Имени: ЭЙЕ, ЭЛОКИМ, АДОНАЙ, которые также были разъяснены выше в тайне светильника (</w:t>
      </w:r>
      <w:r>
        <w:rPr>
          <w:rFonts w:ascii="Georgia" w:hAnsi="Georgia"/>
          <w:b w:val="0"/>
          <w:i/>
          <w:color w:val="000000"/>
          <w:sz w:val="24"/>
        </w:rPr>
        <w:t>нер</w:t>
      </w:r>
      <w:r>
        <w:rPr>
          <w:rFonts w:ascii="Georgia" w:hAnsi="Georgia"/>
          <w:b w:val="0"/>
          <w:i w:val="0"/>
          <w:color w:val="000000"/>
          <w:sz w:val="24"/>
        </w:rPr>
        <w:t xml:space="preserve">, </w:t>
      </w:r>
      <w:r>
        <w:rPr>
          <w:rFonts w:ascii="Georgia" w:hAnsi="Georgia" w:cs="Times New Roman"/>
          <w:b/>
          <w:i w:val="0"/>
          <w:color w:val="000000"/>
          <w:sz w:val="24"/>
          <w:rtl/>
          <w:szCs w:val="32"/>
        </w:rPr>
        <w:t>נֵר</w:t>
      </w:r>
      <w:r>
        <w:rPr>
          <w:rFonts w:ascii="Georgia" w:hAnsi="Georgia"/>
          <w:b w:val="0"/>
          <w:i w:val="0"/>
          <w:color w:val="000000"/>
          <w:sz w:val="24"/>
        </w:rPr>
        <w:t xml:space="preserve">). И направь намерение на то, чтобы усладить их посредством Хеседа, на который указывает сказанное: </w:t>
      </w:r>
      <w:r>
        <w:rPr>
          <w:rFonts w:ascii="Georgia" w:hAnsi="Georgia"/>
          <w:b w:val="0"/>
          <w:i/>
          <w:color w:val="000000"/>
          <w:sz w:val="24"/>
        </w:rPr>
        <w:t>«Ты священник вовек»</w:t>
      </w:r>
      <w:r>
        <w:rPr>
          <w:rFonts w:ascii="Georgia" w:hAnsi="Georgia"/>
          <w:b w:val="0"/>
          <w:i w:val="0"/>
          <w:color w:val="000000"/>
          <w:sz w:val="24"/>
        </w:rPr>
        <w:t>, ведь именно Хесед называется коэном (священником).</w:t>
      </w:r>
    </w:p>
    <w:p>
      <w:pPr>
        <w:spacing w:before="40" w:after="120"/>
        <w:jc w:val="both"/>
      </w:pPr>
      <w:r>
        <w:rPr>
          <w:rFonts w:ascii="Georgia" w:hAnsi="Georgia"/>
          <w:b w:val="0"/>
          <w:i w:val="0"/>
          <w:color w:val="000000"/>
          <w:sz w:val="24"/>
        </w:rPr>
        <w:t xml:space="preserve">Затем сосредоточь намерение на конечных буквах слов </w:t>
      </w:r>
      <w:r>
        <w:rPr>
          <w:rFonts w:ascii="Georgia" w:hAnsi="Georgia"/>
          <w:b w:val="0"/>
          <w:i/>
          <w:color w:val="000000"/>
          <w:sz w:val="24"/>
        </w:rPr>
        <w:t>нишба АВАЯ ве-ло йинахам</w:t>
      </w:r>
      <w:r>
        <w:rPr>
          <w:rFonts w:ascii="Georgia" w:hAnsi="Georgia"/>
          <w:b w:val="0"/>
          <w:i w:val="0"/>
          <w:color w:val="000000"/>
          <w:sz w:val="24"/>
        </w:rPr>
        <w:t xml:space="preserve">: это великое и святое Имя, и главное во всем намерении — сосредоточиться на этом Имени, которое пишется как </w:t>
      </w:r>
      <w:r>
        <w:rPr>
          <w:rFonts w:ascii="Georgia" w:hAnsi="Georgia" w:cs="Times New Roman"/>
          <w:b/>
          <w:i w:val="0"/>
          <w:color w:val="000000"/>
          <w:sz w:val="24"/>
          <w:rtl/>
          <w:szCs w:val="32"/>
        </w:rPr>
        <w:t>עִהְאְםִ</w:t>
      </w:r>
      <w:r>
        <w:rPr>
          <w:rFonts w:ascii="Georgia" w:hAnsi="Georgia"/>
          <w:b w:val="0"/>
          <w:i w:val="0"/>
          <w:color w:val="000000"/>
          <w:sz w:val="24"/>
        </w:rPr>
        <w:t xml:space="preserve">, а его огласовка берется из этого же стиха: </w:t>
      </w:r>
      <w:r>
        <w:rPr>
          <w:rFonts w:ascii="Georgia" w:hAnsi="Georgia"/>
          <w:b w:val="0"/>
          <w:i/>
          <w:color w:val="000000"/>
          <w:sz w:val="24"/>
        </w:rPr>
        <w:t>«Клялся Г-сподь и не раскается»</w:t>
      </w:r>
      <w:r>
        <w:rPr>
          <w:rFonts w:ascii="Georgia" w:hAnsi="Georgia"/>
          <w:b w:val="0"/>
          <w:i w:val="0"/>
          <w:color w:val="000000"/>
          <w:sz w:val="24"/>
        </w:rPr>
        <w:t xml:space="preserve"> (</w:t>
      </w:r>
      <w:r>
        <w:rPr>
          <w:rFonts w:ascii="Georgia" w:hAnsi="Georgia" w:cs="Times New Roman"/>
          <w:b/>
          <w:i w:val="0"/>
          <w:color w:val="000000"/>
          <w:sz w:val="24"/>
          <w:rtl/>
          <w:szCs w:val="32"/>
        </w:rPr>
        <w:t>נִשְׁבַּע יְהוָה וְלֹא יִנָּחֵם</w:t>
      </w:r>
      <w:r>
        <w:rPr>
          <w:rFonts w:ascii="Georgia" w:hAnsi="Georgia"/>
          <w:b w:val="0"/>
          <w:i w:val="0"/>
          <w:color w:val="000000"/>
          <w:sz w:val="24"/>
        </w:rPr>
        <w:t>). Числовое значение этого Имени равно 116 (</w:t>
      </w:r>
      <w:r>
        <w:rPr>
          <w:rFonts w:ascii="Georgia" w:hAnsi="Georgia" w:cs="Times New Roman"/>
          <w:b/>
          <w:i w:val="0"/>
          <w:color w:val="000000"/>
          <w:sz w:val="24"/>
          <w:rtl/>
          <w:szCs w:val="32"/>
        </w:rPr>
        <w:t>קי״ו</w:t>
      </w:r>
      <w:r>
        <w:rPr>
          <w:rFonts w:ascii="Georgia" w:hAnsi="Georgia"/>
          <w:b w:val="0"/>
          <w:i w:val="0"/>
          <w:color w:val="000000"/>
          <w:sz w:val="24"/>
        </w:rPr>
        <w:t xml:space="preserve">). И направь намерение на то, что это тайна стиха главы Ноах, где имя Ноах упомянуто дважды: </w:t>
      </w:r>
      <w:r>
        <w:rPr>
          <w:rFonts w:ascii="Georgia" w:hAnsi="Georgia"/>
          <w:b w:val="0"/>
          <w:i/>
          <w:color w:val="000000"/>
          <w:sz w:val="24"/>
        </w:rPr>
        <w:t>«Вот родословие Ноаха: Ноах...»</w:t>
      </w:r>
      <w:r>
        <w:rPr>
          <w:rFonts w:ascii="Georgia" w:hAnsi="Georgia"/>
          <w:b w:val="0"/>
          <w:i w:val="0"/>
          <w:color w:val="000000"/>
          <w:sz w:val="24"/>
        </w:rPr>
        <w:t xml:space="preserve"> (Берешит 6:9) и так далее; и они же — тайна слов: </w:t>
      </w:r>
      <w:r>
        <w:rPr>
          <w:rFonts w:ascii="Georgia" w:hAnsi="Georgia"/>
          <w:b w:val="0"/>
          <w:i/>
          <w:color w:val="000000"/>
          <w:sz w:val="24"/>
        </w:rPr>
        <w:t>«Ноах же обрел благоволение»</w:t>
      </w:r>
      <w:r>
        <w:rPr>
          <w:rFonts w:ascii="Georgia" w:hAnsi="Georgia"/>
          <w:b w:val="0"/>
          <w:i w:val="0"/>
          <w:color w:val="000000"/>
          <w:sz w:val="24"/>
        </w:rPr>
        <w:t xml:space="preserve"> (Берешит 6:8). Они соответствуют двум Именам АВАЯ в таком наполнении: </w:t>
      </w:r>
      <w:r>
        <w:rPr>
          <w:rFonts w:ascii="Georgia" w:hAnsi="Georgia" w:cs="Times New Roman"/>
          <w:b/>
          <w:i w:val="0"/>
          <w:color w:val="000000"/>
          <w:sz w:val="24"/>
          <w:rtl/>
          <w:szCs w:val="32"/>
        </w:rPr>
        <w:t>יוד הי ואו הה</w:t>
      </w:r>
      <w:r>
        <w:rPr>
          <w:rFonts w:ascii="Georgia" w:hAnsi="Georgia"/>
          <w:b w:val="0"/>
          <w:i w:val="0"/>
          <w:color w:val="000000"/>
          <w:sz w:val="24"/>
        </w:rPr>
        <w:t xml:space="preserve">, гематрия которого равна слову </w:t>
      </w:r>
      <w:r>
        <w:rPr>
          <w:rFonts w:ascii="Georgia" w:hAnsi="Georgia"/>
          <w:b w:val="0"/>
          <w:i/>
          <w:color w:val="000000"/>
          <w:sz w:val="24"/>
        </w:rPr>
        <w:t>Ноах</w:t>
      </w:r>
      <w:r>
        <w:rPr>
          <w:rFonts w:ascii="Georgia" w:hAnsi="Georgia"/>
          <w:b w:val="0"/>
          <w:i w:val="0"/>
          <w:color w:val="000000"/>
          <w:sz w:val="24"/>
        </w:rPr>
        <w:t xml:space="preserve"> (</w:t>
      </w:r>
      <w:r>
        <w:rPr>
          <w:rFonts w:ascii="Georgia" w:hAnsi="Georgia" w:cs="Times New Roman"/>
          <w:b/>
          <w:i w:val="0"/>
          <w:color w:val="000000"/>
          <w:sz w:val="24"/>
          <w:rtl/>
          <w:szCs w:val="32"/>
        </w:rPr>
        <w:t>נֹחַ</w:t>
      </w:r>
      <w:r>
        <w:rPr>
          <w:rFonts w:ascii="Georgia" w:hAnsi="Georgia"/>
          <w:b w:val="0"/>
          <w:i w:val="0"/>
          <w:color w:val="000000"/>
          <w:sz w:val="24"/>
        </w:rPr>
        <w:t xml:space="preserve"> = 58). И направь намерение на то, чтобы извлечь нешаму 78 искр с помощью буквы йод (</w:t>
      </w:r>
      <w:r>
        <w:rPr>
          <w:rFonts w:ascii="Georgia" w:hAnsi="Georgia" w:cs="Times New Roman"/>
          <w:b/>
          <w:i w:val="0"/>
          <w:color w:val="000000"/>
          <w:sz w:val="24"/>
          <w:rtl/>
          <w:szCs w:val="32"/>
        </w:rPr>
        <w:t>י</w:t>
      </w:r>
      <w:r>
        <w:rPr>
          <w:rFonts w:ascii="Georgia" w:hAnsi="Georgia"/>
          <w:b w:val="0"/>
          <w:i w:val="0"/>
          <w:color w:val="000000"/>
          <w:sz w:val="24"/>
        </w:rPr>
        <w:t>), находящейся в наполнении первой буквы хэй (</w:t>
      </w:r>
      <w:r>
        <w:rPr>
          <w:rFonts w:ascii="Georgia" w:hAnsi="Georgia" w:cs="Times New Roman"/>
          <w:b/>
          <w:i w:val="0"/>
          <w:color w:val="000000"/>
          <w:sz w:val="24"/>
          <w:rtl/>
          <w:szCs w:val="32"/>
        </w:rPr>
        <w:t>הי</w:t>
      </w:r>
      <w:r>
        <w:rPr>
          <w:rFonts w:ascii="Georgia" w:hAnsi="Georgia"/>
          <w:b w:val="0"/>
          <w:i w:val="0"/>
          <w:color w:val="000000"/>
          <w:sz w:val="24"/>
        </w:rPr>
        <w:t>); с помощью буквы алеф (</w:t>
      </w:r>
      <w:r>
        <w:rPr>
          <w:rFonts w:ascii="Georgia" w:hAnsi="Georgia" w:cs="Times New Roman"/>
          <w:b/>
          <w:i w:val="0"/>
          <w:color w:val="000000"/>
          <w:sz w:val="24"/>
          <w:rtl/>
          <w:szCs w:val="32"/>
        </w:rPr>
        <w:t>א</w:t>
      </w:r>
      <w:r>
        <w:rPr>
          <w:rFonts w:ascii="Georgia" w:hAnsi="Georgia"/>
          <w:b w:val="0"/>
          <w:i w:val="0"/>
          <w:color w:val="000000"/>
          <w:sz w:val="24"/>
        </w:rPr>
        <w:t>), находящейся в наполнении буквы вав (</w:t>
      </w:r>
      <w:r>
        <w:rPr>
          <w:rFonts w:ascii="Georgia" w:hAnsi="Georgia" w:cs="Times New Roman"/>
          <w:b/>
          <w:i w:val="0"/>
          <w:color w:val="000000"/>
          <w:sz w:val="24"/>
          <w:rtl/>
          <w:szCs w:val="32"/>
        </w:rPr>
        <w:t>ואו</w:t>
      </w:r>
      <w:r>
        <w:rPr>
          <w:rFonts w:ascii="Georgia" w:hAnsi="Georgia"/>
          <w:b w:val="0"/>
          <w:i w:val="0"/>
          <w:color w:val="000000"/>
          <w:sz w:val="24"/>
        </w:rPr>
        <w:t>), извлечь руах; а с помощью буквы хэй (</w:t>
      </w:r>
      <w:r>
        <w:rPr>
          <w:rFonts w:ascii="Georgia" w:hAnsi="Georgia" w:cs="Times New Roman"/>
          <w:b/>
          <w:i w:val="0"/>
          <w:color w:val="000000"/>
          <w:sz w:val="24"/>
          <w:rtl/>
          <w:szCs w:val="32"/>
        </w:rPr>
        <w:t>ה</w:t>
      </w:r>
      <w:r>
        <w:rPr>
          <w:rFonts w:ascii="Georgia" w:hAnsi="Georgia"/>
          <w:b w:val="0"/>
          <w:i w:val="0"/>
          <w:color w:val="000000"/>
          <w:sz w:val="24"/>
        </w:rPr>
        <w:t>), находящейся в наполнении второй буквы хэй (</w:t>
      </w:r>
      <w:r>
        <w:rPr>
          <w:rFonts w:ascii="Georgia" w:hAnsi="Georgia" w:cs="Times New Roman"/>
          <w:b/>
          <w:i w:val="0"/>
          <w:color w:val="000000"/>
          <w:sz w:val="24"/>
          <w:rtl/>
          <w:szCs w:val="32"/>
        </w:rPr>
        <w:t>הה</w:t>
      </w:r>
      <w:r>
        <w:rPr>
          <w:rFonts w:ascii="Georgia" w:hAnsi="Georgia"/>
          <w:b w:val="0"/>
          <w:i w:val="0"/>
          <w:color w:val="000000"/>
          <w:sz w:val="24"/>
        </w:rPr>
        <w:t>), извлечь нефеш.</w:t>
      </w:r>
    </w:p>
    <w:p>
      <w:pPr>
        <w:spacing w:before="40" w:after="120"/>
        <w:jc w:val="both"/>
      </w:pPr>
      <w:r>
        <w:rPr>
          <w:rFonts w:ascii="Georgia" w:hAnsi="Georgia"/>
          <w:b w:val="0"/>
          <w:i w:val="0"/>
          <w:color w:val="000000"/>
          <w:sz w:val="24"/>
        </w:rPr>
        <w:t>Затем замени это Имя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и получится </w:t>
      </w:r>
      <w:r>
        <w:rPr>
          <w:rFonts w:ascii="Georgia" w:hAnsi="Georgia" w:cs="Times New Roman"/>
          <w:b/>
          <w:i w:val="0"/>
          <w:color w:val="000000"/>
          <w:sz w:val="24"/>
          <w:rtl/>
          <w:szCs w:val="32"/>
        </w:rPr>
        <w:t>זצתי</w:t>
      </w:r>
      <w:r>
        <w:rPr>
          <w:rFonts w:ascii="Georgia" w:hAnsi="Georgia"/>
          <w:b w:val="0"/>
          <w:i w:val="0"/>
          <w:color w:val="000000"/>
          <w:sz w:val="24"/>
        </w:rPr>
        <w:t xml:space="preserve">; его гематрия равна числу Имени </w:t>
      </w:r>
      <w:r>
        <w:rPr>
          <w:rFonts w:ascii="Georgia" w:hAnsi="Georgia" w:cs="Times New Roman"/>
          <w:b/>
          <w:i w:val="0"/>
          <w:color w:val="000000"/>
          <w:sz w:val="24"/>
          <w:rtl/>
          <w:szCs w:val="32"/>
        </w:rPr>
        <w:t>אבגית״ץ</w:t>
      </w:r>
      <w:r>
        <w:rPr>
          <w:rFonts w:ascii="Georgia" w:hAnsi="Georgia"/>
          <w:b w:val="0"/>
          <w:i w:val="0"/>
          <w:color w:val="000000"/>
          <w:sz w:val="24"/>
        </w:rPr>
        <w:t xml:space="preserve"> с колелем. И направь намерение на то, что посредством Имени </w:t>
      </w:r>
      <w:r>
        <w:rPr>
          <w:rFonts w:ascii="Georgia" w:hAnsi="Georgia" w:cs="Times New Roman"/>
          <w:b/>
          <w:i w:val="0"/>
          <w:color w:val="000000"/>
          <w:sz w:val="24"/>
          <w:rtl/>
          <w:szCs w:val="32"/>
        </w:rPr>
        <w:t>אבגית״ץ</w:t>
      </w:r>
      <w:r>
        <w:rPr>
          <w:rFonts w:ascii="Georgia" w:hAnsi="Georgia"/>
          <w:b w:val="0"/>
          <w:i w:val="0"/>
          <w:color w:val="000000"/>
          <w:sz w:val="24"/>
        </w:rPr>
        <w:t>, числовое значение которого равно 506 (</w:t>
      </w:r>
      <w:r>
        <w:rPr>
          <w:rFonts w:ascii="Georgia" w:hAnsi="Georgia" w:cs="Times New Roman"/>
          <w:b/>
          <w:i w:val="0"/>
          <w:color w:val="000000"/>
          <w:sz w:val="24"/>
          <w:rtl/>
          <w:szCs w:val="32"/>
        </w:rPr>
        <w:t>תק״ו</w:t>
      </w:r>
      <w:r>
        <w:rPr>
          <w:rFonts w:ascii="Georgia" w:hAnsi="Georgia"/>
          <w:b w:val="0"/>
          <w:i w:val="0"/>
          <w:color w:val="000000"/>
          <w:sz w:val="24"/>
        </w:rPr>
        <w:t xml:space="preserve">), сокрушаются и разрушаются суды, как мы объяснили выше в предыдущем ихуде о тайне стиха: </w:t>
      </w:r>
      <w:r>
        <w:rPr>
          <w:rFonts w:ascii="Georgia" w:hAnsi="Georgia"/>
          <w:b w:val="0"/>
          <w:i/>
          <w:color w:val="000000"/>
          <w:sz w:val="24"/>
        </w:rPr>
        <w:t>«Печь и очаг должны быть разрушены»</w:t>
      </w:r>
      <w:r>
        <w:rPr>
          <w:rFonts w:ascii="Georgia" w:hAnsi="Georgia"/>
          <w:b w:val="0"/>
          <w:i w:val="0"/>
          <w:color w:val="000000"/>
          <w:sz w:val="24"/>
        </w:rPr>
        <w:t xml:space="preserve"> (Ваикра 11:35). Затем сосредоточь намерение на первых буквах слов </w:t>
      </w:r>
      <w:r>
        <w:rPr>
          <w:rFonts w:ascii="Georgia" w:hAnsi="Georgia"/>
          <w:b w:val="0"/>
          <w:i/>
          <w:color w:val="000000"/>
          <w:sz w:val="24"/>
        </w:rPr>
        <w:t>нишба АВАЯ ве-ло йинахам</w:t>
      </w:r>
      <w:r>
        <w:rPr>
          <w:rFonts w:ascii="Georgia" w:hAnsi="Georgia"/>
          <w:b w:val="0"/>
          <w:i w:val="0"/>
          <w:color w:val="000000"/>
          <w:sz w:val="24"/>
        </w:rPr>
        <w:t>, сумма которых равна 76 (</w:t>
      </w:r>
      <w:r>
        <w:rPr>
          <w:rFonts w:ascii="Georgia" w:hAnsi="Georgia" w:cs="Times New Roman"/>
          <w:b/>
          <w:i w:val="0"/>
          <w:color w:val="000000"/>
          <w:sz w:val="24"/>
          <w:rtl/>
          <w:szCs w:val="32"/>
        </w:rPr>
        <w:t>ע״ו</w:t>
      </w:r>
      <w:r>
        <w:rPr>
          <w:rFonts w:ascii="Georgia" w:hAnsi="Georgia"/>
          <w:b w:val="0"/>
          <w:i w:val="0"/>
          <w:color w:val="000000"/>
          <w:sz w:val="24"/>
        </w:rPr>
        <w:t>): это Имя АБ (72) с наполнением йодин вместе с четырьмя его буквами, что и составляет 76.</w:t>
      </w:r>
    </w:p>
    <w:p>
      <w:pPr>
        <w:spacing w:before="40" w:after="120"/>
        <w:jc w:val="both"/>
      </w:pPr>
      <w:r>
        <w:rPr>
          <w:rFonts w:ascii="Georgia" w:hAnsi="Georgia"/>
          <w:b w:val="0"/>
          <w:i w:val="0"/>
          <w:color w:val="000000"/>
          <w:sz w:val="24"/>
        </w:rPr>
        <w:t xml:space="preserve">Затем, в другую ночь, он сказал ему, чтобы перед сном он произнес стих: </w:t>
      </w:r>
      <w:r>
        <w:rPr>
          <w:rFonts w:ascii="Georgia" w:hAnsi="Georgia"/>
          <w:b w:val="0"/>
          <w:i/>
          <w:color w:val="000000"/>
          <w:sz w:val="24"/>
        </w:rPr>
        <w:t>«Позволь нам пройти по земле твоей...»</w:t>
      </w:r>
      <w:r>
        <w:rPr>
          <w:rFonts w:ascii="Georgia" w:hAnsi="Georgia"/>
          <w:b w:val="0"/>
          <w:i w:val="0"/>
          <w:color w:val="000000"/>
          <w:sz w:val="24"/>
        </w:rPr>
        <w:t xml:space="preserve"> (Бемидбар 20:17), сказанный мелеху Эдома в недельной главе Хукат, и чтобы сосредоточил намерение на том, что первые буквы слов </w:t>
      </w:r>
      <w:r>
        <w:rPr>
          <w:rFonts w:ascii="Georgia" w:hAnsi="Georgia"/>
          <w:b w:val="0"/>
          <w:i/>
          <w:color w:val="000000"/>
          <w:sz w:val="24"/>
        </w:rPr>
        <w:t>наавра на бе-арцеха</w:t>
      </w:r>
      <w:r>
        <w:rPr>
          <w:rFonts w:ascii="Georgia" w:hAnsi="Georgia"/>
          <w:b w:val="0"/>
          <w:i w:val="0"/>
          <w:color w:val="000000"/>
          <w:sz w:val="24"/>
        </w:rPr>
        <w:t xml:space="preserve"> составляют 102 (</w:t>
      </w:r>
      <w:r>
        <w:rPr>
          <w:rFonts w:ascii="Georgia" w:hAnsi="Georgia" w:cs="Times New Roman"/>
          <w:b/>
          <w:i w:val="0"/>
          <w:color w:val="000000"/>
          <w:sz w:val="24"/>
          <w:rtl/>
          <w:szCs w:val="32"/>
        </w:rPr>
        <w:t>ק״ב</w:t>
      </w:r>
      <w:r>
        <w:rPr>
          <w:rFonts w:ascii="Georgia" w:hAnsi="Georgia"/>
          <w:b w:val="0"/>
          <w:i w:val="0"/>
          <w:color w:val="000000"/>
          <w:sz w:val="24"/>
        </w:rPr>
        <w:t xml:space="preserve">), что равно сумме трех наполнений [Имен] АБ, САГ, МА. Первые буквы слов </w:t>
      </w:r>
      <w:r>
        <w:rPr>
          <w:rFonts w:ascii="Georgia" w:hAnsi="Georgia"/>
          <w:b w:val="0"/>
          <w:i/>
          <w:color w:val="000000"/>
          <w:sz w:val="24"/>
        </w:rPr>
        <w:t>ло наавор бе-саде</w:t>
      </w:r>
      <w:r>
        <w:rPr>
          <w:rFonts w:ascii="Georgia" w:hAnsi="Georgia"/>
          <w:b w:val="0"/>
          <w:i w:val="0"/>
          <w:color w:val="000000"/>
          <w:sz w:val="24"/>
        </w:rPr>
        <w:t xml:space="preserve"> составляют 82 (</w:t>
      </w:r>
      <w:r>
        <w:rPr>
          <w:rFonts w:ascii="Georgia" w:hAnsi="Georgia" w:cs="Times New Roman"/>
          <w:b/>
          <w:i w:val="0"/>
          <w:color w:val="000000"/>
          <w:sz w:val="24"/>
          <w:rtl/>
          <w:szCs w:val="32"/>
        </w:rPr>
        <w:t>פ״ב</w:t>
      </w:r>
      <w:r>
        <w:rPr>
          <w:rFonts w:ascii="Georgia" w:hAnsi="Georgia"/>
          <w:b w:val="0"/>
          <w:i w:val="0"/>
          <w:color w:val="000000"/>
          <w:sz w:val="24"/>
        </w:rPr>
        <w:t xml:space="preserve">), что соответствует числу Имени АБ (72) вместе с десятью его буквами. Первые буквы слов </w:t>
      </w:r>
      <w:r>
        <w:rPr>
          <w:rFonts w:ascii="Georgia" w:hAnsi="Georgia"/>
          <w:b w:val="0"/>
          <w:i/>
          <w:color w:val="000000"/>
          <w:sz w:val="24"/>
        </w:rPr>
        <w:t>ло наавор бе-саде у-ве-херем</w:t>
      </w:r>
      <w:r>
        <w:rPr>
          <w:rFonts w:ascii="Georgia" w:hAnsi="Georgia"/>
          <w:b w:val="0"/>
          <w:i w:val="0"/>
          <w:color w:val="000000"/>
          <w:sz w:val="24"/>
        </w:rPr>
        <w:t xml:space="preserve"> составляют 88 (</w:t>
      </w:r>
      <w:r>
        <w:rPr>
          <w:rFonts w:ascii="Georgia" w:hAnsi="Georgia" w:cs="Times New Roman"/>
          <w:b/>
          <w:i w:val="0"/>
          <w:color w:val="000000"/>
          <w:sz w:val="24"/>
          <w:rtl/>
          <w:szCs w:val="32"/>
        </w:rPr>
        <w:t>פ״ח</w:t>
      </w:r>
      <w:r>
        <w:rPr>
          <w:rFonts w:ascii="Georgia" w:hAnsi="Georgia"/>
          <w:b w:val="0"/>
          <w:i w:val="0"/>
          <w:color w:val="000000"/>
          <w:sz w:val="24"/>
        </w:rPr>
        <w:t>), что соответствует Имени МА с наполнением алефин. И направь намерение на букву алеф (</w:t>
      </w:r>
      <w:r>
        <w:rPr>
          <w:rFonts w:ascii="Georgia" w:hAnsi="Georgia" w:cs="Times New Roman"/>
          <w:b/>
          <w:i w:val="0"/>
          <w:color w:val="000000"/>
          <w:sz w:val="24"/>
          <w:rtl/>
          <w:szCs w:val="32"/>
        </w:rPr>
        <w:t>א</w:t>
      </w:r>
      <w:r>
        <w:rPr>
          <w:rFonts w:ascii="Georgia" w:hAnsi="Georgia"/>
          <w:b w:val="0"/>
          <w:i w:val="0"/>
          <w:color w:val="000000"/>
          <w:sz w:val="24"/>
        </w:rPr>
        <w:t>), находящуюся внутри буквы вав (</w:t>
      </w:r>
      <w:r>
        <w:rPr>
          <w:rFonts w:ascii="Georgia" w:hAnsi="Georgia" w:cs="Times New Roman"/>
          <w:b/>
          <w:i w:val="0"/>
          <w:color w:val="000000"/>
          <w:sz w:val="24"/>
          <w:rtl/>
          <w:szCs w:val="32"/>
        </w:rPr>
        <w:t>ואו</w:t>
      </w:r>
      <w:r>
        <w:rPr>
          <w:rFonts w:ascii="Georgia" w:hAnsi="Georgia"/>
          <w:b w:val="0"/>
          <w:i w:val="0"/>
          <w:color w:val="000000"/>
          <w:sz w:val="24"/>
        </w:rPr>
        <w:t>): она указывает на Имя ЭЙЕ в квадрате, числовое значение которого равно 44 (</w:t>
      </w:r>
      <w:r>
        <w:rPr>
          <w:rFonts w:ascii="Georgia" w:hAnsi="Georgia" w:cs="Times New Roman"/>
          <w:b/>
          <w:i w:val="0"/>
          <w:color w:val="000000"/>
          <w:sz w:val="24"/>
          <w:rtl/>
          <w:szCs w:val="32"/>
        </w:rPr>
        <w:t>מ״ד</w:t>
      </w:r>
      <w:r>
        <w:rPr>
          <w:rFonts w:ascii="Georgia" w:hAnsi="Georgia"/>
          <w:b w:val="0"/>
          <w:i w:val="0"/>
          <w:color w:val="000000"/>
          <w:sz w:val="24"/>
        </w:rPr>
        <w:t>); также и от самого Имени МА (45), если убрать из него букву алеф (</w:t>
      </w:r>
      <w:r>
        <w:rPr>
          <w:rFonts w:ascii="Georgia" w:hAnsi="Georgia" w:cs="Times New Roman"/>
          <w:b/>
          <w:i w:val="0"/>
          <w:color w:val="000000"/>
          <w:sz w:val="24"/>
          <w:rtl/>
          <w:szCs w:val="32"/>
        </w:rPr>
        <w:t>א</w:t>
      </w:r>
      <w:r>
        <w:rPr>
          <w:rFonts w:ascii="Georgia" w:hAnsi="Georgia"/>
          <w:b w:val="0"/>
          <w:i w:val="0"/>
          <w:color w:val="000000"/>
          <w:sz w:val="24"/>
        </w:rPr>
        <w:t xml:space="preserve"> = 1), останется 44; итого дважды по 44 дает 88 (</w:t>
      </w:r>
      <w:r>
        <w:rPr>
          <w:rFonts w:ascii="Georgia" w:hAnsi="Georgia" w:cs="Times New Roman"/>
          <w:b/>
          <w:i w:val="0"/>
          <w:color w:val="000000"/>
          <w:sz w:val="24"/>
          <w:rtl/>
          <w:szCs w:val="32"/>
        </w:rPr>
        <w:t>פ״ח</w:t>
      </w:r>
      <w:r>
        <w:rPr>
          <w:rFonts w:ascii="Georgia" w:hAnsi="Georgia"/>
          <w:b w:val="0"/>
          <w:i w:val="0"/>
          <w:color w:val="000000"/>
          <w:sz w:val="24"/>
        </w:rPr>
        <w:t xml:space="preserve">). И направь намерение на то, что число 44 от Имени ЭЙЕ — это жизненная сила (хиют) числа 44 от Имени с наполнением алефин. Первые буквы слов </w:t>
      </w:r>
      <w:r>
        <w:rPr>
          <w:rFonts w:ascii="Georgia" w:hAnsi="Georgia"/>
          <w:b w:val="0"/>
          <w:i/>
          <w:color w:val="000000"/>
          <w:sz w:val="24"/>
        </w:rPr>
        <w:t>ве-ло ниште мей беэр</w:t>
      </w:r>
      <w:r>
        <w:rPr>
          <w:rFonts w:ascii="Georgia" w:hAnsi="Georgia"/>
          <w:b w:val="0"/>
          <w:i w:val="0"/>
          <w:color w:val="000000"/>
          <w:sz w:val="24"/>
        </w:rPr>
        <w:t xml:space="preserve"> составляют 98 (</w:t>
      </w:r>
      <w:r>
        <w:rPr>
          <w:rFonts w:ascii="Georgia" w:hAnsi="Georgia" w:cs="Times New Roman"/>
          <w:b/>
          <w:i w:val="0"/>
          <w:color w:val="000000"/>
          <w:sz w:val="24"/>
          <w:rtl/>
          <w:szCs w:val="32"/>
        </w:rPr>
        <w:t>צ״ח</w:t>
      </w:r>
      <w:r>
        <w:rPr>
          <w:rFonts w:ascii="Georgia" w:hAnsi="Georgia"/>
          <w:b w:val="0"/>
          <w:i w:val="0"/>
          <w:color w:val="000000"/>
          <w:sz w:val="24"/>
        </w:rPr>
        <w:t>): это сумма наполнения Имени АБ с наполнением йодин, равного 46 (</w:t>
      </w:r>
      <w:r>
        <w:rPr>
          <w:rFonts w:ascii="Georgia" w:hAnsi="Georgia" w:cs="Times New Roman"/>
          <w:b/>
          <w:i w:val="0"/>
          <w:color w:val="000000"/>
          <w:sz w:val="24"/>
          <w:rtl/>
          <w:szCs w:val="32"/>
        </w:rPr>
        <w:t>מ״ו</w:t>
      </w:r>
      <w:r>
        <w:rPr>
          <w:rFonts w:ascii="Georgia" w:hAnsi="Georgia"/>
          <w:b w:val="0"/>
          <w:i w:val="0"/>
          <w:color w:val="000000"/>
          <w:sz w:val="24"/>
        </w:rPr>
        <w:t xml:space="preserve">), и Имени БОН (52), которые представляют собой тайну мужских вод (МАД) и женских вод (МАН). Первые буквы слов </w:t>
      </w:r>
      <w:r>
        <w:rPr>
          <w:rFonts w:ascii="Georgia" w:hAnsi="Georgia"/>
          <w:b w:val="0"/>
          <w:i/>
          <w:color w:val="000000"/>
          <w:sz w:val="24"/>
        </w:rPr>
        <w:t>дерех а-мелех нелех ло ните ямин у-смоль</w:t>
      </w:r>
      <w:r>
        <w:rPr>
          <w:rFonts w:ascii="Georgia" w:hAnsi="Georgia"/>
          <w:b w:val="0"/>
          <w:i w:val="0"/>
          <w:color w:val="000000"/>
          <w:sz w:val="24"/>
        </w:rPr>
        <w:t xml:space="preserve"> составляют 155 (</w:t>
      </w:r>
      <w:r>
        <w:rPr>
          <w:rFonts w:ascii="Georgia" w:hAnsi="Georgia" w:cs="Times New Roman"/>
          <w:b/>
          <w:i w:val="0"/>
          <w:color w:val="000000"/>
          <w:sz w:val="24"/>
          <w:rtl/>
          <w:szCs w:val="32"/>
        </w:rPr>
        <w:t>קנ״ה</w:t>
      </w:r>
      <w:r>
        <w:rPr>
          <w:rFonts w:ascii="Georgia" w:hAnsi="Georgia"/>
          <w:b w:val="0"/>
          <w:i w:val="0"/>
          <w:color w:val="000000"/>
          <w:sz w:val="24"/>
        </w:rPr>
        <w:t>), а вместе с общностью (колелем) — 156 (</w:t>
      </w:r>
      <w:r>
        <w:rPr>
          <w:rFonts w:ascii="Georgia" w:hAnsi="Georgia" w:cs="Times New Roman"/>
          <w:b/>
          <w:i w:val="0"/>
          <w:color w:val="000000"/>
          <w:sz w:val="24"/>
          <w:rtl/>
          <w:szCs w:val="32"/>
        </w:rPr>
        <w:t>קנ״ו</w:t>
      </w:r>
      <w:r>
        <w:rPr>
          <w:rFonts w:ascii="Georgia" w:hAnsi="Georgia"/>
          <w:b w:val="0"/>
          <w:i w:val="0"/>
          <w:color w:val="000000"/>
          <w:sz w:val="24"/>
        </w:rPr>
        <w:t>), что равно числу имени Йосеф (</w:t>
      </w:r>
      <w:r>
        <w:rPr>
          <w:rFonts w:ascii="Georgia" w:hAnsi="Georgia" w:cs="Times New Roman"/>
          <w:b/>
          <w:i w:val="0"/>
          <w:color w:val="000000"/>
          <w:sz w:val="24"/>
          <w:rtl/>
          <w:szCs w:val="32"/>
        </w:rPr>
        <w:t>יוסף</w:t>
      </w:r>
      <w:r>
        <w:rPr>
          <w:rFonts w:ascii="Georgia" w:hAnsi="Georgia"/>
          <w:b w:val="0"/>
          <w:i w:val="0"/>
          <w:color w:val="000000"/>
          <w:sz w:val="24"/>
        </w:rPr>
        <w:t xml:space="preserve"> = 156). И намерение состоит в том, что существуют две внутренние точки: одна — в мужском начале, а другая — в женском. Йосеф — это Есод в мужском начале, и сам по себе он составляет лишь 155 (</w:t>
      </w:r>
      <w:r>
        <w:rPr>
          <w:rFonts w:ascii="Georgia" w:hAnsi="Georgia" w:cs="Times New Roman"/>
          <w:b/>
          <w:i w:val="0"/>
          <w:color w:val="000000"/>
          <w:sz w:val="24"/>
          <w:rtl/>
          <w:szCs w:val="32"/>
        </w:rPr>
        <w:t>קנ״ה</w:t>
      </w:r>
      <w:r>
        <w:rPr>
          <w:rFonts w:ascii="Georgia" w:hAnsi="Georgia"/>
          <w:b w:val="0"/>
          <w:i w:val="0"/>
          <w:color w:val="000000"/>
          <w:sz w:val="24"/>
        </w:rPr>
        <w:t xml:space="preserve">), поскольку внутренняя точка скрыта. Точно так же есть другая точка в Есоде женского начала, и на нее указывают первые буквы слов </w:t>
      </w:r>
      <w:r>
        <w:rPr>
          <w:rFonts w:ascii="Georgia" w:hAnsi="Georgia"/>
          <w:b w:val="0"/>
          <w:i/>
          <w:color w:val="000000"/>
          <w:sz w:val="24"/>
        </w:rPr>
        <w:t>ад ашер наавор гвулеха</w:t>
      </w:r>
      <w:r>
        <w:rPr>
          <w:rFonts w:ascii="Georgia" w:hAnsi="Georgia"/>
          <w:b w:val="0"/>
          <w:i w:val="0"/>
          <w:color w:val="000000"/>
          <w:sz w:val="24"/>
        </w:rPr>
        <w:t>, составляющие 124 (</w:t>
      </w:r>
      <w:r>
        <w:rPr>
          <w:rFonts w:ascii="Georgia" w:hAnsi="Georgia" w:cs="Times New Roman"/>
          <w:b/>
          <w:i w:val="0"/>
          <w:color w:val="000000"/>
          <w:sz w:val="24"/>
          <w:rtl/>
          <w:szCs w:val="32"/>
        </w:rPr>
        <w:t>קכ״ד</w:t>
      </w:r>
      <w:r>
        <w:rPr>
          <w:rFonts w:ascii="Georgia" w:hAnsi="Georgia"/>
          <w:b w:val="0"/>
          <w:i w:val="0"/>
          <w:color w:val="000000"/>
          <w:sz w:val="24"/>
        </w:rPr>
        <w:t>), а с колелем — 125 (</w:t>
      </w:r>
      <w:r>
        <w:rPr>
          <w:rFonts w:ascii="Georgia" w:hAnsi="Georgia" w:cs="Times New Roman"/>
          <w:b/>
          <w:i w:val="0"/>
          <w:color w:val="000000"/>
          <w:sz w:val="24"/>
          <w:rtl/>
          <w:szCs w:val="32"/>
        </w:rPr>
        <w:t>קכ״ה</w:t>
      </w:r>
      <w:r>
        <w:rPr>
          <w:rFonts w:ascii="Georgia" w:hAnsi="Georgia"/>
          <w:b w:val="0"/>
          <w:i w:val="0"/>
          <w:color w:val="000000"/>
          <w:sz w:val="24"/>
        </w:rPr>
        <w:t>). Это пять гвурот в Есоде женского начала, представляющие собой пять раз по 25 (</w:t>
      </w:r>
      <w:r>
        <w:rPr>
          <w:rFonts w:ascii="Georgia" w:hAnsi="Georgia" w:cs="Times New Roman"/>
          <w:b/>
          <w:i w:val="0"/>
          <w:color w:val="000000"/>
          <w:sz w:val="24"/>
          <w:rtl/>
          <w:szCs w:val="32"/>
        </w:rPr>
        <w:t>כ״ה</w:t>
      </w:r>
      <w:r>
        <w:rPr>
          <w:rFonts w:ascii="Georgia" w:hAnsi="Georgia"/>
          <w:b w:val="0"/>
          <w:i w:val="0"/>
          <w:color w:val="000000"/>
          <w:sz w:val="24"/>
        </w:rPr>
        <w:t>); и здесь все еще недостает ее скрытой внутренней точки, вместе с которой сумма составит 126 (</w:t>
      </w:r>
      <w:r>
        <w:rPr>
          <w:rFonts w:ascii="Georgia" w:hAnsi="Georgia" w:cs="Times New Roman"/>
          <w:b/>
          <w:i w:val="0"/>
          <w:color w:val="000000"/>
          <w:sz w:val="24"/>
          <w:rtl/>
          <w:szCs w:val="32"/>
        </w:rPr>
        <w:t>קכ״ו</w:t>
      </w:r>
      <w:r>
        <w:rPr>
          <w:rFonts w:ascii="Georgia" w:hAnsi="Georgia"/>
          <w:b w:val="0"/>
          <w:i w:val="0"/>
          <w:color w:val="000000"/>
          <w:sz w:val="24"/>
        </w:rPr>
        <w:t xml:space="preserve">) — как Имя АДОНАЙ в квадрате: </w:t>
      </w:r>
      <w:r>
        <w:rPr>
          <w:rFonts w:ascii="Georgia" w:hAnsi="Georgia" w:cs="Times New Roman"/>
          <w:b/>
          <w:i w:val="0"/>
          <w:color w:val="000000"/>
          <w:sz w:val="24"/>
          <w:rtl/>
          <w:szCs w:val="32"/>
        </w:rPr>
        <w:t>א׳ א״ד אד״נ אדנ״י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Затем сосредоточь намерение на этих четырех словах: </w:t>
      </w:r>
      <w:r>
        <w:rPr>
          <w:rFonts w:ascii="Georgia" w:hAnsi="Georgia"/>
          <w:b w:val="0"/>
          <w:i/>
          <w:color w:val="000000"/>
          <w:sz w:val="24"/>
        </w:rPr>
        <w:t>мей беэр дерех мелех</w:t>
      </w:r>
      <w:r>
        <w:rPr>
          <w:rFonts w:ascii="Georgia" w:hAnsi="Georgia"/>
          <w:b w:val="0"/>
          <w:i w:val="0"/>
          <w:color w:val="000000"/>
          <w:sz w:val="24"/>
        </w:rPr>
        <w:t xml:space="preserve"> («воды колодца, путь мелеха»), и здесь должно быть главное твое намерение. Направь намерение на то, что первые буквы слов </w:t>
      </w:r>
      <w:r>
        <w:rPr>
          <w:rFonts w:ascii="Georgia" w:hAnsi="Georgia"/>
          <w:b w:val="0"/>
          <w:i/>
          <w:color w:val="000000"/>
          <w:sz w:val="24"/>
        </w:rPr>
        <w:t>мей беэр дерех</w:t>
      </w:r>
      <w:r>
        <w:rPr>
          <w:rFonts w:ascii="Georgia" w:hAnsi="Georgia"/>
          <w:b w:val="0"/>
          <w:i w:val="0"/>
          <w:color w:val="000000"/>
          <w:sz w:val="24"/>
        </w:rPr>
        <w:t xml:space="preserve"> образуют сочетание </w:t>
      </w:r>
      <w:r>
        <w:rPr>
          <w:rFonts w:ascii="Georgia" w:hAnsi="Georgia" w:cs="Times New Roman"/>
          <w:b/>
          <w:i w:val="0"/>
          <w:color w:val="000000"/>
          <w:sz w:val="24"/>
          <w:rtl/>
          <w:szCs w:val="32"/>
        </w:rPr>
        <w:t>מֵבְ״דֶ</w:t>
      </w:r>
      <w:r>
        <w:rPr>
          <w:rFonts w:ascii="Georgia" w:hAnsi="Georgia"/>
          <w:b w:val="0"/>
          <w:i w:val="0"/>
          <w:color w:val="000000"/>
          <w:sz w:val="24"/>
        </w:rPr>
        <w:t>: это святое Имя, его огласовка совпадает с огласовками самих этих букв, а по гематрии оно равно 46 (</w:t>
      </w:r>
      <w:r>
        <w:rPr>
          <w:rFonts w:ascii="Georgia" w:hAnsi="Georgia" w:cs="Times New Roman"/>
          <w:b/>
          <w:i w:val="0"/>
          <w:color w:val="000000"/>
          <w:sz w:val="24"/>
          <w:rtl/>
          <w:szCs w:val="32"/>
        </w:rPr>
        <w:t>מ״ו</w:t>
      </w:r>
      <w:r>
        <w:rPr>
          <w:rFonts w:ascii="Georgia" w:hAnsi="Georgia"/>
          <w:b w:val="0"/>
          <w:i w:val="0"/>
          <w:color w:val="000000"/>
          <w:sz w:val="24"/>
        </w:rPr>
        <w:t xml:space="preserve">), как и наполнение Имени АБ с наполнением йодин. Затем направь намерение на еще одно святое Имя — </w:t>
      </w:r>
      <w:r>
        <w:rPr>
          <w:rFonts w:ascii="Georgia" w:hAnsi="Georgia" w:cs="Times New Roman"/>
          <w:b/>
          <w:i w:val="0"/>
          <w:color w:val="000000"/>
          <w:sz w:val="24"/>
          <w:rtl/>
          <w:szCs w:val="32"/>
        </w:rPr>
        <w:t>בִמֵיאְרֶ</w:t>
      </w:r>
      <w:r>
        <w:rPr>
          <w:rFonts w:ascii="Georgia" w:hAnsi="Georgia"/>
          <w:b w:val="0"/>
          <w:i w:val="0"/>
          <w:color w:val="000000"/>
          <w:sz w:val="24"/>
        </w:rPr>
        <w:t xml:space="preserve">, огласовка которого берется из первых букв слов </w:t>
      </w:r>
      <w:r>
        <w:rPr>
          <w:rFonts w:ascii="Georgia" w:hAnsi="Georgia"/>
          <w:b w:val="0"/>
          <w:i/>
          <w:color w:val="000000"/>
          <w:sz w:val="24"/>
        </w:rPr>
        <w:t>ниште мей беэр дерех</w:t>
      </w:r>
      <w:r>
        <w:rPr>
          <w:rFonts w:ascii="Georgia" w:hAnsi="Georgia"/>
          <w:b w:val="0"/>
          <w:i w:val="0"/>
          <w:color w:val="000000"/>
          <w:sz w:val="24"/>
        </w:rPr>
        <w:t xml:space="preserve">; и направь намерение разделить его так: </w:t>
      </w:r>
      <w:r>
        <w:rPr>
          <w:rFonts w:ascii="Georgia" w:hAnsi="Georgia" w:cs="Times New Roman"/>
          <w:b/>
          <w:i w:val="0"/>
          <w:color w:val="000000"/>
          <w:sz w:val="24"/>
          <w:rtl/>
          <w:szCs w:val="32"/>
        </w:rPr>
        <w:t>בם יאר</w:t>
      </w:r>
      <w:r>
        <w:rPr>
          <w:rFonts w:ascii="Georgia" w:hAnsi="Georgia"/>
          <w:b w:val="0"/>
          <w:i w:val="0"/>
          <w:color w:val="000000"/>
          <w:sz w:val="24"/>
        </w:rPr>
        <w:t>. Буквы бэт-мэм (</w:t>
      </w:r>
      <w:r>
        <w:rPr>
          <w:rFonts w:ascii="Georgia" w:hAnsi="Georgia" w:cs="Times New Roman"/>
          <w:b/>
          <w:i w:val="0"/>
          <w:color w:val="000000"/>
          <w:sz w:val="24"/>
          <w:rtl/>
          <w:szCs w:val="32"/>
        </w:rPr>
        <w:t>ב״מ</w:t>
      </w:r>
      <w:r>
        <w:rPr>
          <w:rFonts w:ascii="Georgia" w:hAnsi="Georgia"/>
          <w:b w:val="0"/>
          <w:i w:val="0"/>
          <w:color w:val="000000"/>
          <w:sz w:val="24"/>
        </w:rPr>
        <w:t xml:space="preserve">) указывают на 42-буквенное Имя; а слово </w:t>
      </w:r>
      <w:r>
        <w:rPr>
          <w:rFonts w:ascii="Georgia" w:hAnsi="Georgia"/>
          <w:b w:val="0"/>
          <w:i/>
          <w:color w:val="000000"/>
          <w:sz w:val="24"/>
        </w:rPr>
        <w:t>яэр</w:t>
      </w:r>
      <w:r>
        <w:rPr>
          <w:rFonts w:ascii="Georgia" w:hAnsi="Georgia"/>
          <w:b w:val="0"/>
          <w:i w:val="0"/>
          <w:color w:val="000000"/>
          <w:sz w:val="24"/>
        </w:rPr>
        <w:t xml:space="preserve"> (</w:t>
      </w:r>
      <w:r>
        <w:rPr>
          <w:rFonts w:ascii="Georgia" w:hAnsi="Georgia" w:cs="Times New Roman"/>
          <w:b/>
          <w:i w:val="0"/>
          <w:color w:val="000000"/>
          <w:sz w:val="24"/>
          <w:rtl/>
          <w:szCs w:val="32"/>
        </w:rPr>
        <w:t>יא״ר</w:t>
      </w:r>
      <w:r>
        <w:rPr>
          <w:rFonts w:ascii="Georgia" w:hAnsi="Georgia"/>
          <w:b w:val="0"/>
          <w:i w:val="0"/>
          <w:color w:val="000000"/>
          <w:sz w:val="24"/>
        </w:rPr>
        <w:t xml:space="preserve">) вместе с его общностью составляет тайну чисел 72 и 130 с десятью буквами Имени АВАЯ с наполнением алефин, что дает 212 [в тексте: </w:t>
      </w:r>
      <w:r>
        <w:rPr>
          <w:rFonts w:ascii="Georgia" w:hAnsi="Georgia" w:cs="Times New Roman"/>
          <w:b/>
          <w:i w:val="0"/>
          <w:color w:val="000000"/>
          <w:sz w:val="24"/>
          <w:rtl/>
          <w:szCs w:val="32"/>
        </w:rPr>
        <w:t>רב״י</w:t>
      </w:r>
      <w:r>
        <w:rPr>
          <w:rFonts w:ascii="Georgia" w:hAnsi="Georgia"/>
          <w:b w:val="0"/>
          <w:i w:val="0"/>
          <w:color w:val="000000"/>
          <w:sz w:val="24"/>
        </w:rPr>
        <w:t>; говорит Шмуэль: с колелем].</w:t>
      </w:r>
    </w:p>
    <w:p>
      <w:pPr>
        <w:spacing w:before="40" w:after="120"/>
        <w:jc w:val="both"/>
      </w:pPr>
      <w:r>
        <w:rPr>
          <w:rFonts w:ascii="Georgia" w:hAnsi="Georgia"/>
          <w:b w:val="0"/>
          <w:i w:val="0"/>
          <w:color w:val="000000"/>
          <w:sz w:val="24"/>
        </w:rPr>
        <w:t xml:space="preserve">Затем сосредоточь намерение на слове </w:t>
      </w:r>
      <w:r>
        <w:rPr>
          <w:rFonts w:ascii="Georgia" w:hAnsi="Georgia"/>
          <w:b w:val="0"/>
          <w:i/>
          <w:color w:val="000000"/>
          <w:sz w:val="24"/>
        </w:rPr>
        <w:t>беэр</w:t>
      </w:r>
      <w:r>
        <w:rPr>
          <w:rFonts w:ascii="Georgia" w:hAnsi="Georgia"/>
          <w:b w:val="0"/>
          <w:i w:val="0"/>
          <w:color w:val="000000"/>
          <w:sz w:val="24"/>
        </w:rPr>
        <w:t xml:space="preserve"> («колодец», </w:t>
      </w:r>
      <w:r>
        <w:rPr>
          <w:rFonts w:ascii="Georgia" w:hAnsi="Georgia" w:cs="Times New Roman"/>
          <w:b/>
          <w:i w:val="0"/>
          <w:color w:val="000000"/>
          <w:sz w:val="24"/>
          <w:rtl/>
          <w:szCs w:val="32"/>
        </w:rPr>
        <w:t>בְּאֵר</w:t>
      </w:r>
      <w:r>
        <w:rPr>
          <w:rFonts w:ascii="Georgia" w:hAnsi="Georgia"/>
          <w:b w:val="0"/>
          <w:i w:val="0"/>
          <w:color w:val="000000"/>
          <w:sz w:val="24"/>
        </w:rPr>
        <w:t xml:space="preserve">): это два известных единения — АВАЯ-ЭЛОКИМ и АВАЯ-АДОНАЙ. А слово </w:t>
      </w:r>
      <w:r>
        <w:rPr>
          <w:rFonts w:ascii="Georgia" w:hAnsi="Georgia"/>
          <w:b w:val="0"/>
          <w:i/>
          <w:color w:val="000000"/>
          <w:sz w:val="24"/>
        </w:rPr>
        <w:t>дерех</w:t>
      </w:r>
      <w:r>
        <w:rPr>
          <w:rFonts w:ascii="Georgia" w:hAnsi="Georgia"/>
          <w:b w:val="0"/>
          <w:i w:val="0"/>
          <w:color w:val="000000"/>
          <w:sz w:val="24"/>
        </w:rPr>
        <w:t xml:space="preserve"> («путь», </w:t>
      </w:r>
      <w:r>
        <w:rPr>
          <w:rFonts w:ascii="Georgia" w:hAnsi="Georgia" w:cs="Times New Roman"/>
          <w:b/>
          <w:i w:val="0"/>
          <w:color w:val="000000"/>
          <w:sz w:val="24"/>
          <w:rtl/>
          <w:szCs w:val="32"/>
        </w:rPr>
        <w:t>דֶּרֶךְ</w:t>
      </w:r>
      <w:r>
        <w:rPr>
          <w:rFonts w:ascii="Georgia" w:hAnsi="Georgia"/>
          <w:b w:val="0"/>
          <w:i w:val="0"/>
          <w:color w:val="000000"/>
          <w:sz w:val="24"/>
        </w:rPr>
        <w:t>) указывает на повторенное дважды упомянутое единение АВАЯ-ЭЛОКИМ, что составляет дважды по 112 (</w:t>
      </w:r>
      <w:r>
        <w:rPr>
          <w:rFonts w:ascii="Georgia" w:hAnsi="Georgia" w:cs="Times New Roman"/>
          <w:b/>
          <w:i w:val="0"/>
          <w:color w:val="000000"/>
          <w:sz w:val="24"/>
          <w:rtl/>
          <w:szCs w:val="32"/>
        </w:rPr>
        <w:t>יב״ק</w:t>
      </w:r>
      <w:r>
        <w:rPr>
          <w:rFonts w:ascii="Georgia" w:hAnsi="Georgia"/>
          <w:b w:val="0"/>
          <w:i w:val="0"/>
          <w:color w:val="000000"/>
          <w:sz w:val="24"/>
        </w:rPr>
        <w:t xml:space="preserve"> = 112, а дважды по 112 равно 224 — гематрии слова </w:t>
      </w:r>
      <w:r>
        <w:rPr>
          <w:rFonts w:ascii="Georgia" w:hAnsi="Georgia"/>
          <w:b w:val="0"/>
          <w:i/>
          <w:color w:val="000000"/>
          <w:sz w:val="24"/>
        </w:rPr>
        <w:t>дерех</w:t>
      </w:r>
      <w:r>
        <w:rPr>
          <w:rFonts w:ascii="Georgia" w:hAnsi="Georgia"/>
          <w:b w:val="0"/>
          <w:i w:val="0"/>
          <w:color w:val="000000"/>
          <w:sz w:val="24"/>
        </w:rPr>
        <w:t xml:space="preserve">). Затем сосредоточь намерение на словах </w:t>
      </w:r>
      <w:r>
        <w:rPr>
          <w:rFonts w:ascii="Georgia" w:hAnsi="Georgia"/>
          <w:b w:val="0"/>
          <w:i/>
          <w:color w:val="000000"/>
          <w:sz w:val="24"/>
        </w:rPr>
        <w:t>мей беэр</w:t>
      </w:r>
      <w:r>
        <w:rPr>
          <w:rFonts w:ascii="Georgia" w:hAnsi="Georgia"/>
          <w:b w:val="0"/>
          <w:i w:val="0"/>
          <w:color w:val="000000"/>
          <w:sz w:val="24"/>
        </w:rPr>
        <w:t xml:space="preserve"> («воды колодца», </w:t>
      </w:r>
      <w:r>
        <w:rPr>
          <w:rFonts w:ascii="Georgia" w:hAnsi="Georgia" w:cs="Times New Roman"/>
          <w:b/>
          <w:i w:val="0"/>
          <w:color w:val="000000"/>
          <w:sz w:val="24"/>
          <w:rtl/>
          <w:szCs w:val="32"/>
        </w:rPr>
        <w:t>מֵי בְּאֵר</w:t>
      </w:r>
      <w:r>
        <w:rPr>
          <w:rFonts w:ascii="Georgia" w:hAnsi="Georgia"/>
          <w:b w:val="0"/>
          <w:i w:val="0"/>
          <w:color w:val="000000"/>
          <w:sz w:val="24"/>
        </w:rPr>
        <w:t>), чья гематрия равна числу имени Авраам (</w:t>
      </w:r>
      <w:r>
        <w:rPr>
          <w:rFonts w:ascii="Georgia" w:hAnsi="Georgia" w:cs="Times New Roman"/>
          <w:b/>
          <w:i w:val="0"/>
          <w:color w:val="000000"/>
          <w:sz w:val="24"/>
          <w:rtl/>
          <w:szCs w:val="32"/>
        </w:rPr>
        <w:t>אַבְרָהָם</w:t>
      </w:r>
      <w:r>
        <w:rPr>
          <w:rFonts w:ascii="Georgia" w:hAnsi="Georgia"/>
          <w:b w:val="0"/>
          <w:i w:val="0"/>
          <w:color w:val="000000"/>
          <w:sz w:val="24"/>
        </w:rPr>
        <w:t xml:space="preserve"> = 248) плюс 5 (</w:t>
      </w:r>
      <w:r>
        <w:rPr>
          <w:rFonts w:ascii="Georgia" w:hAnsi="Georgia" w:cs="Times New Roman"/>
          <w:b/>
          <w:i w:val="0"/>
          <w:color w:val="000000"/>
          <w:sz w:val="24"/>
          <w:rtl/>
          <w:szCs w:val="32"/>
        </w:rPr>
        <w:t>ה</w:t>
      </w:r>
      <w:r>
        <w:rPr>
          <w:rFonts w:ascii="Georgia" w:hAnsi="Georgia"/>
          <w:b w:val="0"/>
          <w:i w:val="0"/>
          <w:color w:val="000000"/>
          <w:sz w:val="24"/>
        </w:rPr>
        <w:t xml:space="preserve"> = 5). Смысл в том, что в имени Авраам содержатся буквы слова </w:t>
      </w:r>
      <w:r>
        <w:rPr>
          <w:rFonts w:ascii="Georgia" w:hAnsi="Georgia"/>
          <w:b w:val="0"/>
          <w:i/>
          <w:color w:val="000000"/>
          <w:sz w:val="24"/>
        </w:rPr>
        <w:t>рэхем</w:t>
      </w:r>
      <w:r>
        <w:rPr>
          <w:rFonts w:ascii="Georgia" w:hAnsi="Georgia"/>
          <w:b w:val="0"/>
          <w:i w:val="0"/>
          <w:color w:val="000000"/>
          <w:sz w:val="24"/>
        </w:rPr>
        <w:t xml:space="preserve"> («лоно», </w:t>
      </w:r>
      <w:r>
        <w:rPr>
          <w:rFonts w:ascii="Georgia" w:hAnsi="Georgia" w:cs="Times New Roman"/>
          <w:b/>
          <w:i w:val="0"/>
          <w:color w:val="000000"/>
          <w:sz w:val="24"/>
          <w:rtl/>
          <w:szCs w:val="32"/>
        </w:rPr>
        <w:t>רֶחֶם</w:t>
      </w:r>
      <w:r>
        <w:rPr>
          <w:rFonts w:ascii="Georgia" w:hAnsi="Georgia"/>
          <w:b w:val="0"/>
          <w:i w:val="0"/>
          <w:color w:val="000000"/>
          <w:sz w:val="24"/>
        </w:rPr>
        <w:t xml:space="preserve"> = 248) женщины, и в нем пребывают пять гвурот, называемые собственно «водами колодца», где пролегает «путь мелеха» — то есть ЗА, по тайне стиха: </w:t>
      </w:r>
      <w:r>
        <w:rPr>
          <w:rFonts w:ascii="Georgia" w:hAnsi="Georgia"/>
          <w:b w:val="0"/>
          <w:i/>
          <w:color w:val="000000"/>
          <w:sz w:val="24"/>
        </w:rPr>
        <w:t>«Путь мужчины к девице»</w:t>
      </w:r>
      <w:r>
        <w:rPr>
          <w:rFonts w:ascii="Georgia" w:hAnsi="Georgia"/>
          <w:b w:val="0"/>
          <w:i w:val="0"/>
          <w:color w:val="000000"/>
          <w:sz w:val="24"/>
        </w:rPr>
        <w:t xml:space="preserve"> (Мишлей 30:19), что и означает «путь мелеха». Затем сосредоточь намерение на конечных буквах слов </w:t>
      </w:r>
      <w:r>
        <w:rPr>
          <w:rFonts w:ascii="Georgia" w:hAnsi="Georgia"/>
          <w:b w:val="0"/>
          <w:i/>
          <w:color w:val="000000"/>
          <w:sz w:val="24"/>
        </w:rPr>
        <w:t>мей беэр дерех</w:t>
      </w:r>
      <w:r>
        <w:rPr>
          <w:rFonts w:ascii="Georgia" w:hAnsi="Georgia"/>
          <w:b w:val="0"/>
          <w:i w:val="0"/>
          <w:color w:val="000000"/>
          <w:sz w:val="24"/>
        </w:rPr>
        <w:t xml:space="preserve">, образующих слово </w:t>
      </w:r>
      <w:r>
        <w:rPr>
          <w:rFonts w:ascii="Georgia" w:hAnsi="Georgia"/>
          <w:b w:val="0"/>
          <w:i/>
          <w:color w:val="000000"/>
          <w:sz w:val="24"/>
        </w:rPr>
        <w:t>ярех</w:t>
      </w:r>
      <w:r>
        <w:rPr>
          <w:rFonts w:ascii="Georgia" w:hAnsi="Georgia"/>
          <w:b w:val="0"/>
          <w:i w:val="0"/>
          <w:color w:val="000000"/>
          <w:sz w:val="24"/>
        </w:rPr>
        <w:t xml:space="preserve"> («бедро», </w:t>
      </w:r>
      <w:r>
        <w:rPr>
          <w:rFonts w:ascii="Georgia" w:hAnsi="Georgia" w:cs="Times New Roman"/>
          <w:b/>
          <w:i w:val="0"/>
          <w:color w:val="000000"/>
          <w:sz w:val="24"/>
          <w:rtl/>
          <w:szCs w:val="32"/>
        </w:rPr>
        <w:t>יָרֵךְ</w:t>
      </w:r>
      <w:r>
        <w:rPr>
          <w:rFonts w:ascii="Georgia" w:hAnsi="Georgia"/>
          <w:b w:val="0"/>
          <w:i w:val="0"/>
          <w:color w:val="000000"/>
          <w:sz w:val="24"/>
        </w:rPr>
        <w:t xml:space="preserve"> = 230). И направь намерение на то, что есть пять хасадим и пять гвурот — это десять Имен АВАЯ, числовое значение которых составляет 130 и 130 (</w:t>
      </w:r>
      <w:r>
        <w:rPr>
          <w:rFonts w:ascii="Georgia" w:hAnsi="Georgia" w:cs="Times New Roman"/>
          <w:b/>
          <w:i w:val="0"/>
          <w:color w:val="000000"/>
          <w:sz w:val="24"/>
          <w:rtl/>
          <w:szCs w:val="32"/>
        </w:rPr>
        <w:t>קלק״ל</w:t>
      </w:r>
      <w:r>
        <w:rPr>
          <w:rFonts w:ascii="Georgia" w:hAnsi="Georgia"/>
          <w:b w:val="0"/>
          <w:i w:val="0"/>
          <w:color w:val="000000"/>
          <w:sz w:val="24"/>
        </w:rPr>
        <w:t xml:space="preserve"> = 260). Они находятся в Даат мужского начала.</w:t>
      </w:r>
    </w:p>
    <w:p>
      <w:pPr>
        <w:spacing w:before="40" w:after="120"/>
        <w:jc w:val="both"/>
      </w:pPr>
      <w:r>
        <w:rPr>
          <w:rFonts w:ascii="Georgia" w:hAnsi="Georgia"/>
          <w:b w:val="0"/>
          <w:i w:val="0"/>
          <w:color w:val="000000"/>
          <w:sz w:val="24"/>
        </w:rPr>
        <w:t>Однако в Даат женского начала есть только пять гвурот, составляющих 150 (</w:t>
      </w:r>
      <w:r>
        <w:rPr>
          <w:rFonts w:ascii="Georgia" w:hAnsi="Georgia" w:cs="Times New Roman"/>
          <w:b/>
          <w:i w:val="0"/>
          <w:color w:val="000000"/>
          <w:sz w:val="24"/>
          <w:rtl/>
          <w:szCs w:val="32"/>
        </w:rPr>
        <w:t>ק״ן</w:t>
      </w:r>
      <w:r>
        <w:rPr>
          <w:rFonts w:ascii="Georgia" w:hAnsi="Georgia"/>
          <w:b w:val="0"/>
          <w:i w:val="0"/>
          <w:color w:val="000000"/>
          <w:sz w:val="24"/>
        </w:rPr>
        <w:t>). Посредством зивуга мужское начало передает ей пять хасадим, вместе с которыми получается 280 (</w:t>
      </w:r>
      <w:r>
        <w:rPr>
          <w:rFonts w:ascii="Georgia" w:hAnsi="Georgia" w:cs="Times New Roman"/>
          <w:b/>
          <w:i w:val="0"/>
          <w:color w:val="000000"/>
          <w:sz w:val="24"/>
          <w:rtl/>
          <w:szCs w:val="32"/>
        </w:rPr>
        <w:t>ס״ר</w:t>
      </w:r>
      <w:r>
        <w:rPr>
          <w:rFonts w:ascii="Georgia" w:hAnsi="Georgia"/>
          <w:b w:val="0"/>
          <w:i w:val="0"/>
          <w:color w:val="000000"/>
          <w:sz w:val="24"/>
        </w:rPr>
        <w:t xml:space="preserve">). И в этом тайна стиха: </w:t>
      </w:r>
      <w:r>
        <w:rPr>
          <w:rFonts w:ascii="Georgia" w:hAnsi="Georgia"/>
          <w:b w:val="0"/>
          <w:i/>
          <w:color w:val="000000"/>
          <w:sz w:val="24"/>
        </w:rPr>
        <w:t>«И увидел Г-сподь, что он подошел осмотреть»</w:t>
      </w:r>
      <w:r>
        <w:rPr>
          <w:rFonts w:ascii="Georgia" w:hAnsi="Georgia"/>
          <w:b w:val="0"/>
          <w:i w:val="0"/>
          <w:color w:val="000000"/>
          <w:sz w:val="24"/>
        </w:rPr>
        <w:t xml:space="preserve"> (Шмот 3:4). Ведь глаза находятся прямо напротив Даат, где пребывает зрение; и там находится число 280 (</w:t>
      </w:r>
      <w:r>
        <w:rPr>
          <w:rFonts w:ascii="Georgia" w:hAnsi="Georgia" w:cs="Times New Roman"/>
          <w:b/>
          <w:i w:val="0"/>
          <w:color w:val="000000"/>
          <w:sz w:val="24"/>
          <w:rtl/>
          <w:szCs w:val="32"/>
        </w:rPr>
        <w:t>ס״ר</w:t>
      </w:r>
      <w:r>
        <w:rPr>
          <w:rFonts w:ascii="Georgia" w:hAnsi="Georgia"/>
          <w:b w:val="0"/>
          <w:i w:val="0"/>
          <w:color w:val="000000"/>
          <w:sz w:val="24"/>
        </w:rPr>
        <w:t>), складывающееся из 130 и 150 (</w:t>
      </w:r>
      <w:r>
        <w:rPr>
          <w:rFonts w:ascii="Georgia" w:hAnsi="Georgia" w:cs="Times New Roman"/>
          <w:b/>
          <w:i w:val="0"/>
          <w:color w:val="000000"/>
          <w:sz w:val="24"/>
          <w:rtl/>
          <w:szCs w:val="32"/>
        </w:rPr>
        <w:t>קלק״נ</w:t>
      </w:r>
      <w:r>
        <w:rPr>
          <w:rFonts w:ascii="Georgia" w:hAnsi="Georgia"/>
          <w:b w:val="0"/>
          <w:i w:val="0"/>
          <w:color w:val="000000"/>
          <w:sz w:val="24"/>
        </w:rPr>
        <w:t xml:space="preserve">), так как там происходило видение и созерцание (истаклют) Моше по тайне стиха: </w:t>
      </w:r>
      <w:r>
        <w:rPr>
          <w:rFonts w:ascii="Georgia" w:hAnsi="Georgia"/>
          <w:b w:val="0"/>
          <w:i/>
          <w:color w:val="000000"/>
          <w:sz w:val="24"/>
        </w:rPr>
        <w:t>«И увидишь ты Меня сзади»</w:t>
      </w:r>
      <w:r>
        <w:rPr>
          <w:rFonts w:ascii="Georgia" w:hAnsi="Georgia"/>
          <w:b w:val="0"/>
          <w:i w:val="0"/>
          <w:color w:val="000000"/>
          <w:sz w:val="24"/>
        </w:rPr>
        <w:t xml:space="preserve"> (Шмот 33:23). И вот, когда число 150 (</w:t>
      </w:r>
      <w:r>
        <w:rPr>
          <w:rFonts w:ascii="Georgia" w:hAnsi="Georgia" w:cs="Times New Roman"/>
          <w:b/>
          <w:i w:val="0"/>
          <w:color w:val="000000"/>
          <w:sz w:val="24"/>
          <w:rtl/>
          <w:szCs w:val="32"/>
        </w:rPr>
        <w:t>ק״ן</w:t>
      </w:r>
      <w:r>
        <w:rPr>
          <w:rFonts w:ascii="Georgia" w:hAnsi="Georgia"/>
          <w:b w:val="0"/>
          <w:i w:val="0"/>
          <w:color w:val="000000"/>
          <w:sz w:val="24"/>
        </w:rPr>
        <w:t>) гвурот ее головы опускается вниз, в ее Есод, находящийся ниже уровня бедра (</w:t>
      </w:r>
      <w:r>
        <w:rPr>
          <w:rFonts w:ascii="Georgia" w:hAnsi="Georgia"/>
          <w:b w:val="0"/>
          <w:i/>
          <w:color w:val="000000"/>
          <w:sz w:val="24"/>
        </w:rPr>
        <w:t>ярех</w:t>
      </w:r>
      <w:r>
        <w:rPr>
          <w:rFonts w:ascii="Georgia" w:hAnsi="Georgia"/>
          <w:b w:val="0"/>
          <w:i w:val="0"/>
          <w:color w:val="000000"/>
          <w:sz w:val="24"/>
        </w:rPr>
        <w:t>), опускаются только 100 (</w:t>
      </w:r>
      <w:r>
        <w:rPr>
          <w:rFonts w:ascii="Georgia" w:hAnsi="Georgia" w:cs="Times New Roman"/>
          <w:b/>
          <w:i w:val="0"/>
          <w:color w:val="000000"/>
          <w:sz w:val="24"/>
          <w:rtl/>
          <w:szCs w:val="32"/>
        </w:rPr>
        <w:t>ק</w:t>
      </w:r>
      <w:r>
        <w:rPr>
          <w:rFonts w:ascii="Georgia" w:hAnsi="Georgia"/>
          <w:b w:val="0"/>
          <w:i w:val="0"/>
          <w:color w:val="000000"/>
          <w:sz w:val="24"/>
        </w:rPr>
        <w:t>). Они соединяются с пятью хасадим, переданными ей мужским началом, число которых равно 130 (</w:t>
      </w:r>
      <w:r>
        <w:rPr>
          <w:rFonts w:ascii="Georgia" w:hAnsi="Georgia" w:cs="Times New Roman"/>
          <w:b/>
          <w:i w:val="0"/>
          <w:color w:val="000000"/>
          <w:sz w:val="24"/>
          <w:rtl/>
          <w:szCs w:val="32"/>
        </w:rPr>
        <w:t>ק״ל</w:t>
      </w:r>
      <w:r>
        <w:rPr>
          <w:rFonts w:ascii="Georgia" w:hAnsi="Georgia"/>
          <w:b w:val="0"/>
          <w:i w:val="0"/>
          <w:color w:val="000000"/>
          <w:sz w:val="24"/>
        </w:rPr>
        <w:t>), образуя в сумме 230 (</w:t>
      </w:r>
      <w:r>
        <w:rPr>
          <w:rFonts w:ascii="Georgia" w:hAnsi="Georgia" w:cs="Times New Roman"/>
          <w:b/>
          <w:i w:val="0"/>
          <w:color w:val="000000"/>
          <w:sz w:val="24"/>
          <w:rtl/>
          <w:szCs w:val="32"/>
        </w:rPr>
        <w:t>ר״ל</w:t>
      </w:r>
      <w:r>
        <w:rPr>
          <w:rFonts w:ascii="Georgia" w:hAnsi="Georgia"/>
          <w:b w:val="0"/>
          <w:i w:val="0"/>
          <w:color w:val="000000"/>
          <w:sz w:val="24"/>
        </w:rPr>
        <w:t>), что соответствует числу слова ярех (</w:t>
      </w:r>
      <w:r>
        <w:rPr>
          <w:rFonts w:ascii="Georgia" w:hAnsi="Georgia" w:cs="Times New Roman"/>
          <w:b/>
          <w:i w:val="0"/>
          <w:color w:val="000000"/>
          <w:sz w:val="24"/>
          <w:rtl/>
          <w:szCs w:val="32"/>
        </w:rPr>
        <w:t>יָרֵךְ</w:t>
      </w:r>
      <w:r>
        <w:rPr>
          <w:rFonts w:ascii="Georgia" w:hAnsi="Georgia"/>
          <w:b w:val="0"/>
          <w:i w:val="0"/>
          <w:color w:val="000000"/>
          <w:sz w:val="24"/>
        </w:rPr>
        <w:t xml:space="preserve"> = 230); а недостает ей пяти [букв вав].</w:t>
      </w:r>
    </w:p>
    <w:p>
      <w:pPr>
        <w:spacing w:before="40" w:after="120"/>
        <w:jc w:val="both"/>
      </w:pPr>
      <w:r>
        <w:rPr>
          <w:rFonts w:ascii="Georgia" w:hAnsi="Georgia"/>
          <w:b w:val="0"/>
          <w:i w:val="0"/>
          <w:color w:val="000000"/>
          <w:sz w:val="24"/>
        </w:rPr>
        <w:t>Смысл в том, что пять букв вав остаются в пяти ее краях, составляя число 50 (</w:t>
      </w:r>
      <w:r>
        <w:rPr>
          <w:rFonts w:ascii="Georgia" w:hAnsi="Georgia" w:cs="Times New Roman"/>
          <w:b/>
          <w:i w:val="0"/>
          <w:color w:val="000000"/>
          <w:sz w:val="24"/>
          <w:rtl/>
          <w:szCs w:val="32"/>
        </w:rPr>
        <w:t>נ</w:t>
      </w:r>
      <w:r>
        <w:rPr>
          <w:rFonts w:ascii="Georgia" w:hAnsi="Georgia"/>
          <w:b w:val="0"/>
          <w:i w:val="0"/>
          <w:color w:val="000000"/>
          <w:sz w:val="24"/>
        </w:rPr>
        <w:t>), а сотня из них опускается в ее Есод. И эти 50, оставшиеся наверху в пяти ее краях, называются в словах наших мудрецов (ХАЗАЛЬ) «башней, парящей в воздухе» (</w:t>
      </w:r>
      <w:r>
        <w:rPr>
          <w:rFonts w:ascii="Georgia" w:hAnsi="Georgia"/>
          <w:b w:val="0"/>
          <w:i/>
          <w:color w:val="000000"/>
          <w:sz w:val="24"/>
        </w:rPr>
        <w:t>мигдаль а-пореах ба-авир</w:t>
      </w:r>
      <w:r>
        <w:rPr>
          <w:rFonts w:ascii="Georgia" w:hAnsi="Georgia"/>
          <w:b w:val="0"/>
          <w:i w:val="0"/>
          <w:color w:val="000000"/>
          <w:sz w:val="24"/>
        </w:rPr>
        <w:t>). Затем сосредоточь намерение на букве рэйш (</w:t>
      </w:r>
      <w:r>
        <w:rPr>
          <w:rFonts w:ascii="Georgia" w:hAnsi="Georgia" w:cs="Times New Roman"/>
          <w:b/>
          <w:i w:val="0"/>
          <w:color w:val="000000"/>
          <w:sz w:val="24"/>
          <w:rtl/>
          <w:szCs w:val="32"/>
        </w:rPr>
        <w:t>ר</w:t>
      </w:r>
      <w:r>
        <w:rPr>
          <w:rFonts w:ascii="Georgia" w:hAnsi="Georgia"/>
          <w:b w:val="0"/>
          <w:i w:val="0"/>
          <w:color w:val="000000"/>
          <w:sz w:val="24"/>
        </w:rPr>
        <w:t xml:space="preserve"> = 200) слова </w:t>
      </w:r>
      <w:r>
        <w:rPr>
          <w:rFonts w:ascii="Georgia" w:hAnsi="Georgia"/>
          <w:b w:val="0"/>
          <w:i/>
          <w:color w:val="000000"/>
          <w:sz w:val="24"/>
        </w:rPr>
        <w:t>дерех</w:t>
      </w:r>
      <w:r>
        <w:rPr>
          <w:rFonts w:ascii="Georgia" w:hAnsi="Georgia"/>
          <w:b w:val="0"/>
          <w:i w:val="0"/>
          <w:color w:val="000000"/>
          <w:sz w:val="24"/>
        </w:rPr>
        <w:t xml:space="preserve"> (</w:t>
      </w:r>
      <w:r>
        <w:rPr>
          <w:rFonts w:ascii="Georgia" w:hAnsi="Georgia" w:cs="Times New Roman"/>
          <w:b/>
          <w:i w:val="0"/>
          <w:color w:val="000000"/>
          <w:sz w:val="24"/>
          <w:rtl/>
          <w:szCs w:val="32"/>
        </w:rPr>
        <w:t>דֶּרֶךְ</w:t>
      </w:r>
      <w:r>
        <w:rPr>
          <w:rFonts w:ascii="Georgia" w:hAnsi="Georgia"/>
          <w:b w:val="0"/>
          <w:i w:val="0"/>
          <w:color w:val="000000"/>
          <w:sz w:val="24"/>
        </w:rPr>
        <w:t xml:space="preserve">) и на первых буквах слов </w:t>
      </w:r>
      <w:r>
        <w:rPr>
          <w:rFonts w:ascii="Georgia" w:hAnsi="Georgia"/>
          <w:b w:val="0"/>
          <w:i/>
          <w:color w:val="000000"/>
          <w:sz w:val="24"/>
        </w:rPr>
        <w:t>мей беэр</w:t>
      </w:r>
      <w:r>
        <w:rPr>
          <w:rFonts w:ascii="Georgia" w:hAnsi="Georgia"/>
          <w:b w:val="0"/>
          <w:i w:val="0"/>
          <w:color w:val="000000"/>
          <w:sz w:val="24"/>
        </w:rPr>
        <w:t>, составляющих вместе 242 (</w:t>
      </w:r>
      <w:r>
        <w:rPr>
          <w:rFonts w:ascii="Georgia" w:hAnsi="Georgia" w:cs="Times New Roman"/>
          <w:b/>
          <w:i w:val="0"/>
          <w:color w:val="000000"/>
          <w:sz w:val="24"/>
          <w:rtl/>
          <w:szCs w:val="32"/>
        </w:rPr>
        <w:t>רמ״ב</w:t>
      </w:r>
      <w:r>
        <w:rPr>
          <w:rFonts w:ascii="Georgia" w:hAnsi="Georgia"/>
          <w:b w:val="0"/>
          <w:i w:val="0"/>
          <w:color w:val="000000"/>
          <w:sz w:val="24"/>
        </w:rPr>
        <w:t xml:space="preserve">). Затем соедини эту букву рэйш с одиннадцатью [буквами] слов </w:t>
      </w:r>
      <w:r>
        <w:rPr>
          <w:rFonts w:ascii="Georgia" w:hAnsi="Georgia"/>
          <w:b w:val="0"/>
          <w:i/>
          <w:color w:val="000000"/>
          <w:sz w:val="24"/>
        </w:rPr>
        <w:t>мей беэр</w:t>
      </w:r>
      <w:r>
        <w:rPr>
          <w:rFonts w:ascii="Georgia" w:hAnsi="Georgia"/>
          <w:b w:val="0"/>
          <w:i w:val="0"/>
          <w:color w:val="000000"/>
          <w:sz w:val="24"/>
        </w:rPr>
        <w:t>, и получится 211 (</w:t>
      </w:r>
      <w:r>
        <w:rPr>
          <w:rFonts w:ascii="Georgia" w:hAnsi="Georgia" w:cs="Times New Roman"/>
          <w:b/>
          <w:i w:val="0"/>
          <w:color w:val="000000"/>
          <w:sz w:val="24"/>
          <w:rtl/>
          <w:szCs w:val="32"/>
        </w:rPr>
        <w:t>רי״א</w:t>
      </w:r>
      <w:r>
        <w:rPr>
          <w:rFonts w:ascii="Georgia" w:hAnsi="Georgia"/>
          <w:b w:val="0"/>
          <w:i w:val="0"/>
          <w:color w:val="000000"/>
          <w:sz w:val="24"/>
        </w:rPr>
        <w:t>), что [с колелем] равно вышеупомянутому числу 212 (</w:t>
      </w:r>
      <w:r>
        <w:rPr>
          <w:rFonts w:ascii="Georgia" w:hAnsi="Georgia" w:cs="Times New Roman"/>
          <w:b/>
          <w:i w:val="0"/>
          <w:color w:val="000000"/>
          <w:sz w:val="24"/>
          <w:rtl/>
          <w:szCs w:val="32"/>
        </w:rPr>
        <w:t>רי״ב</w:t>
      </w:r>
      <w:r>
        <w:rPr>
          <w:rFonts w:ascii="Georgia" w:hAnsi="Georgia"/>
          <w:b w:val="0"/>
          <w:i w:val="0"/>
          <w:color w:val="000000"/>
          <w:sz w:val="24"/>
        </w:rPr>
        <w:t xml:space="preserve">), складывающемуся из 72, 130 и десяти букв Имени АВАЯ с наполнением алефин. Затем вернись к началу стиха: конечные буквы слов </w:t>
      </w:r>
      <w:r>
        <w:rPr>
          <w:rFonts w:ascii="Georgia" w:hAnsi="Georgia"/>
          <w:b w:val="0"/>
          <w:i/>
          <w:color w:val="000000"/>
          <w:sz w:val="24"/>
        </w:rPr>
        <w:t>наавра на бе-арцеха</w:t>
      </w:r>
      <w:r>
        <w:rPr>
          <w:rFonts w:ascii="Georgia" w:hAnsi="Georgia"/>
          <w:b w:val="0"/>
          <w:i w:val="0"/>
          <w:color w:val="000000"/>
          <w:sz w:val="24"/>
        </w:rPr>
        <w:t xml:space="preserve"> в сумме дают 26 (</w:t>
      </w:r>
      <w:r>
        <w:rPr>
          <w:rFonts w:ascii="Georgia" w:hAnsi="Georgia" w:cs="Times New Roman"/>
          <w:b/>
          <w:i w:val="0"/>
          <w:color w:val="000000"/>
          <w:sz w:val="24"/>
          <w:rtl/>
          <w:szCs w:val="32"/>
        </w:rPr>
        <w:t>כ״ו</w:t>
      </w:r>
      <w:r>
        <w:rPr>
          <w:rFonts w:ascii="Georgia" w:hAnsi="Georgia"/>
          <w:b w:val="0"/>
          <w:i w:val="0"/>
          <w:color w:val="000000"/>
          <w:sz w:val="24"/>
        </w:rPr>
        <w:t xml:space="preserve">), соответственно Имени АВАЯ; а вместе с конечной буквой слова </w:t>
      </w:r>
      <w:r>
        <w:rPr>
          <w:rFonts w:ascii="Georgia" w:hAnsi="Georgia"/>
          <w:b w:val="0"/>
          <w:i/>
          <w:color w:val="000000"/>
          <w:sz w:val="24"/>
        </w:rPr>
        <w:t>ло</w:t>
      </w:r>
      <w:r>
        <w:rPr>
          <w:rFonts w:ascii="Georgia" w:hAnsi="Georgia"/>
          <w:b w:val="0"/>
          <w:i w:val="0"/>
          <w:color w:val="000000"/>
          <w:sz w:val="24"/>
        </w:rPr>
        <w:t xml:space="preserve"> получается 27 (</w:t>
      </w:r>
      <w:r>
        <w:rPr>
          <w:rFonts w:ascii="Georgia" w:hAnsi="Georgia" w:cs="Times New Roman"/>
          <w:b/>
          <w:i w:val="0"/>
          <w:color w:val="000000"/>
          <w:sz w:val="24"/>
          <w:rtl/>
          <w:szCs w:val="32"/>
        </w:rPr>
        <w:t>כ״ז</w:t>
      </w:r>
      <w:r>
        <w:rPr>
          <w:rFonts w:ascii="Georgia" w:hAnsi="Georgia"/>
          <w:b w:val="0"/>
          <w:i w:val="0"/>
          <w:color w:val="000000"/>
          <w:sz w:val="24"/>
        </w:rPr>
        <w:t>), по числу букв Торы. И направь намерение на то, что сейчас пять букв-гвурот (</w:t>
      </w:r>
      <w:r>
        <w:rPr>
          <w:rFonts w:ascii="Georgia" w:hAnsi="Georgia" w:cs="Times New Roman"/>
          <w:b/>
          <w:i w:val="0"/>
          <w:color w:val="000000"/>
          <w:sz w:val="24"/>
          <w:rtl/>
          <w:szCs w:val="32"/>
        </w:rPr>
        <w:t>מנצפ״ך</w:t>
      </w:r>
      <w:r>
        <w:rPr>
          <w:rFonts w:ascii="Georgia" w:hAnsi="Georgia"/>
          <w:b w:val="0"/>
          <w:i w:val="0"/>
          <w:color w:val="000000"/>
          <w:sz w:val="24"/>
        </w:rPr>
        <w:t xml:space="preserve">) опускаются от мужского начала к женскому. И чтобы внешние силы не уцепились за ахораим букв </w:t>
      </w:r>
      <w:r>
        <w:rPr>
          <w:rFonts w:ascii="Georgia" w:hAnsi="Georgia"/>
          <w:b w:val="0"/>
          <w:i/>
          <w:color w:val="000000"/>
          <w:sz w:val="24"/>
        </w:rPr>
        <w:t>ану</w:t>
      </w:r>
      <w:r>
        <w:rPr>
          <w:rFonts w:ascii="Georgia" w:hAnsi="Georgia"/>
          <w:b w:val="0"/>
          <w:i w:val="0"/>
          <w:color w:val="000000"/>
          <w:sz w:val="24"/>
        </w:rPr>
        <w:t xml:space="preserve"> (</w:t>
      </w:r>
      <w:r>
        <w:rPr>
          <w:rFonts w:ascii="Georgia" w:hAnsi="Georgia" w:cs="Times New Roman"/>
          <w:b/>
          <w:i w:val="0"/>
          <w:color w:val="000000"/>
          <w:sz w:val="24"/>
          <w:rtl/>
          <w:szCs w:val="32"/>
        </w:rPr>
        <w:t>אנו</w:t>
      </w:r>
      <w:r>
        <w:rPr>
          <w:rFonts w:ascii="Georgia" w:hAnsi="Georgia"/>
          <w:b w:val="0"/>
          <w:i w:val="0"/>
          <w:color w:val="000000"/>
          <w:sz w:val="24"/>
        </w:rPr>
        <w:t>), мы соединяем с ними остальные двенадцать букв.</w:t>
      </w:r>
    </w:p>
    <w:p>
      <w:pPr>
        <w:spacing w:before="40" w:after="120"/>
        <w:jc w:val="both"/>
      </w:pPr>
      <w:r>
        <w:rPr>
          <w:rFonts w:ascii="Georgia" w:hAnsi="Georgia"/>
          <w:b w:val="0"/>
          <w:i w:val="0"/>
          <w:color w:val="000000"/>
          <w:sz w:val="24"/>
        </w:rPr>
        <w:t xml:space="preserve">Затем сосредоточь намерение на конечных буквах </w:t>
      </w:r>
      <w:r>
        <w:rPr>
          <w:rFonts w:ascii="Georgia" w:hAnsi="Georgia"/>
          <w:b w:val="0"/>
          <w:i/>
          <w:color w:val="000000"/>
          <w:sz w:val="24"/>
        </w:rPr>
        <w:t>ану</w:t>
      </w:r>
      <w:r>
        <w:rPr>
          <w:rFonts w:ascii="Georgia" w:hAnsi="Georgia"/>
          <w:b w:val="0"/>
          <w:i w:val="0"/>
          <w:color w:val="000000"/>
          <w:sz w:val="24"/>
        </w:rPr>
        <w:t xml:space="preserve"> (</w:t>
      </w:r>
      <w:r>
        <w:rPr>
          <w:rFonts w:ascii="Georgia" w:hAnsi="Georgia" w:cs="Times New Roman"/>
          <w:b/>
          <w:i w:val="0"/>
          <w:color w:val="000000"/>
          <w:sz w:val="24"/>
          <w:rtl/>
          <w:szCs w:val="32"/>
        </w:rPr>
        <w:t>אנו</w:t>
      </w:r>
      <w:r>
        <w:rPr>
          <w:rFonts w:ascii="Georgia" w:hAnsi="Georgia"/>
          <w:b w:val="0"/>
          <w:i w:val="0"/>
          <w:color w:val="000000"/>
          <w:sz w:val="24"/>
        </w:rPr>
        <w:t xml:space="preserve">) — то есть слов </w:t>
      </w:r>
      <w:r>
        <w:rPr>
          <w:rFonts w:ascii="Georgia" w:hAnsi="Georgia"/>
          <w:b w:val="0"/>
          <w:i/>
          <w:color w:val="000000"/>
          <w:sz w:val="24"/>
        </w:rPr>
        <w:t>наавра на бе-арцеха ло</w:t>
      </w:r>
      <w:r>
        <w:rPr>
          <w:rFonts w:ascii="Georgia" w:hAnsi="Georgia"/>
          <w:b w:val="0"/>
          <w:i w:val="0"/>
          <w:color w:val="000000"/>
          <w:sz w:val="24"/>
        </w:rPr>
        <w:t xml:space="preserve"> (</w:t>
      </w:r>
      <w:r>
        <w:rPr>
          <w:rFonts w:ascii="Georgia" w:hAnsi="Georgia" w:cs="Times New Roman"/>
          <w:b/>
          <w:i w:val="0"/>
          <w:color w:val="000000"/>
          <w:sz w:val="24"/>
          <w:rtl/>
          <w:szCs w:val="32"/>
        </w:rPr>
        <w:t>נעברה נא בארצך לא</w:t>
      </w:r>
      <w:r>
        <w:rPr>
          <w:rFonts w:ascii="Georgia" w:hAnsi="Georgia"/>
          <w:b w:val="0"/>
          <w:i w:val="0"/>
          <w:color w:val="000000"/>
          <w:sz w:val="24"/>
        </w:rPr>
        <w:t>), образующих одно святое Имя, которое относится к Абе; и большего из того, что он говорил об этом, я не помню. [Говорит Шмуэль: возможно, следует сказать, что и это Имя равно по гематрии 27 (</w:t>
      </w:r>
      <w:r>
        <w:rPr>
          <w:rFonts w:ascii="Georgia" w:hAnsi="Georgia" w:cs="Times New Roman"/>
          <w:b/>
          <w:i w:val="0"/>
          <w:color w:val="000000"/>
          <w:sz w:val="24"/>
          <w:rtl/>
          <w:szCs w:val="32"/>
        </w:rPr>
        <w:t>ז״ך</w:t>
      </w:r>
      <w:r>
        <w:rPr>
          <w:rFonts w:ascii="Georgia" w:hAnsi="Georgia"/>
          <w:b w:val="0"/>
          <w:i w:val="0"/>
          <w:color w:val="000000"/>
          <w:sz w:val="24"/>
        </w:rPr>
        <w:t xml:space="preserve">), по числу 27 букв Торы, как сказано выше.] Затем сосредоточь намерение на конечных буквах слов </w:t>
      </w:r>
      <w:r>
        <w:rPr>
          <w:rFonts w:ascii="Georgia" w:hAnsi="Georgia"/>
          <w:b w:val="0"/>
          <w:i/>
          <w:color w:val="000000"/>
          <w:sz w:val="24"/>
        </w:rPr>
        <w:t>ад ашер наавор гвулеха</w:t>
      </w:r>
      <w:r>
        <w:rPr>
          <w:rFonts w:ascii="Georgia" w:hAnsi="Georgia"/>
          <w:b w:val="0"/>
          <w:i w:val="0"/>
          <w:color w:val="000000"/>
          <w:sz w:val="24"/>
        </w:rPr>
        <w:t>, сумма которых равна 424 (</w:t>
      </w:r>
      <w:r>
        <w:rPr>
          <w:rFonts w:ascii="Georgia" w:hAnsi="Georgia" w:cs="Times New Roman"/>
          <w:b/>
          <w:i w:val="0"/>
          <w:color w:val="000000"/>
          <w:sz w:val="24"/>
          <w:rtl/>
          <w:szCs w:val="32"/>
        </w:rPr>
        <w:t>תכ״ד</w:t>
      </w:r>
      <w:r>
        <w:rPr>
          <w:rFonts w:ascii="Georgia" w:hAnsi="Georgia"/>
          <w:b w:val="0"/>
          <w:i w:val="0"/>
          <w:color w:val="000000"/>
          <w:sz w:val="24"/>
        </w:rPr>
        <w:t>): это дважды по 212 (</w:t>
      </w:r>
      <w:r>
        <w:rPr>
          <w:rFonts w:ascii="Georgia" w:hAnsi="Georgia" w:cs="Times New Roman"/>
          <w:b/>
          <w:i w:val="0"/>
          <w:color w:val="000000"/>
          <w:sz w:val="24"/>
          <w:rtl/>
          <w:szCs w:val="32"/>
        </w:rPr>
        <w:t>רי״ב</w:t>
      </w:r>
      <w:r>
        <w:rPr>
          <w:rFonts w:ascii="Georgia" w:hAnsi="Georgia"/>
          <w:b w:val="0"/>
          <w:i w:val="0"/>
          <w:color w:val="000000"/>
          <w:sz w:val="24"/>
        </w:rPr>
        <w:t xml:space="preserve">), чей смысл мы разъяснили выше (72, 130 и десять букв Имени АВАЯ с наполнением алефин). И то, что их два, означает: одно пребывает в мире Ецира, а другое — в мире Асия. Об этом сказано: </w:t>
      </w:r>
      <w:r>
        <w:rPr>
          <w:rFonts w:ascii="Georgia" w:hAnsi="Georgia"/>
          <w:b w:val="0"/>
          <w:i/>
          <w:color w:val="000000"/>
          <w:sz w:val="24"/>
        </w:rPr>
        <w:t>«...спорные дела во вратах твоих»</w:t>
      </w:r>
      <w:r>
        <w:rPr>
          <w:rFonts w:ascii="Georgia" w:hAnsi="Georgia"/>
          <w:b w:val="0"/>
          <w:i w:val="0"/>
          <w:color w:val="000000"/>
          <w:sz w:val="24"/>
        </w:rPr>
        <w:t xml:space="preserve"> (Дварим 17:8), ведь именно там удерживаются клипот. И это два спора (</w:t>
      </w:r>
      <w:r>
        <w:rPr>
          <w:rFonts w:ascii="Georgia" w:hAnsi="Georgia"/>
          <w:b w:val="0"/>
          <w:i/>
          <w:color w:val="000000"/>
          <w:sz w:val="24"/>
        </w:rPr>
        <w:t>трин ривот</w:t>
      </w:r>
      <w:r>
        <w:rPr>
          <w:rFonts w:ascii="Georgia" w:hAnsi="Georgia"/>
          <w:b w:val="0"/>
          <w:i w:val="0"/>
          <w:color w:val="000000"/>
          <w:sz w:val="24"/>
        </w:rPr>
        <w:t xml:space="preserve">), как сказано в «Тиккуней Зоар»: необходимо бороться с клипот, чтобы внешние силы не уцепились за эти двое врат, которыми являются Ецира и Асия — мужское и женское начала, по тайне стиха: </w:t>
      </w:r>
      <w:r>
        <w:rPr>
          <w:rFonts w:ascii="Georgia" w:hAnsi="Georgia"/>
          <w:b w:val="0"/>
          <w:i/>
          <w:color w:val="000000"/>
          <w:sz w:val="24"/>
        </w:rPr>
        <w:t>«Это врата Г-спода»</w:t>
      </w:r>
      <w:r>
        <w:rPr>
          <w:rFonts w:ascii="Georgia" w:hAnsi="Georgia"/>
          <w:b w:val="0"/>
          <w:i w:val="0"/>
          <w:color w:val="000000"/>
          <w:sz w:val="24"/>
        </w:rPr>
        <w:t xml:space="preserve"> (Теилим 118:20) и по тайне стиха: </w:t>
      </w:r>
      <w:r>
        <w:rPr>
          <w:rFonts w:ascii="Georgia" w:hAnsi="Georgia"/>
          <w:b w:val="0"/>
          <w:i/>
          <w:color w:val="000000"/>
          <w:sz w:val="24"/>
        </w:rPr>
        <w:t>«Отворите мне врата праведности»</w:t>
      </w:r>
      <w:r>
        <w:rPr>
          <w:rFonts w:ascii="Georgia" w:hAnsi="Georgia"/>
          <w:b w:val="0"/>
          <w:i w:val="0"/>
          <w:color w:val="000000"/>
          <w:sz w:val="24"/>
        </w:rPr>
        <w:t xml:space="preserve"> (Теилим 118:19). И после всего сосредоточь намерение на тайне слова </w:t>
      </w:r>
      <w:r>
        <w:rPr>
          <w:rFonts w:ascii="Georgia" w:hAnsi="Georgia"/>
          <w:b w:val="0"/>
          <w:i/>
          <w:color w:val="000000"/>
          <w:sz w:val="24"/>
        </w:rPr>
        <w:t>Захор</w:t>
      </w:r>
      <w:r>
        <w:rPr>
          <w:rFonts w:ascii="Georgia" w:hAnsi="Georgia"/>
          <w:b w:val="0"/>
          <w:i w:val="0"/>
          <w:color w:val="000000"/>
          <w:sz w:val="24"/>
        </w:rPr>
        <w:t xml:space="preserve"> («Помни», </w:t>
      </w:r>
      <w:r>
        <w:rPr>
          <w:rFonts w:ascii="Georgia" w:hAnsi="Georgia" w:cs="Times New Roman"/>
          <w:b/>
          <w:i w:val="0"/>
          <w:color w:val="000000"/>
          <w:sz w:val="24"/>
          <w:rtl/>
          <w:szCs w:val="32"/>
        </w:rPr>
        <w:t>זָכוֹר</w:t>
      </w:r>
      <w:r>
        <w:rPr>
          <w:rFonts w:ascii="Georgia" w:hAnsi="Georgia"/>
          <w:b w:val="0"/>
          <w:i w:val="0"/>
          <w:color w:val="000000"/>
          <w:sz w:val="24"/>
        </w:rPr>
        <w:t>): это соединение АВАЯ и ЭЙЕ в наполнении йодин — 72 (</w:t>
      </w:r>
      <w:r>
        <w:rPr>
          <w:rFonts w:ascii="Georgia" w:hAnsi="Georgia" w:cs="Times New Roman"/>
          <w:b/>
          <w:i w:val="0"/>
          <w:color w:val="000000"/>
          <w:sz w:val="24"/>
          <w:rtl/>
          <w:szCs w:val="32"/>
        </w:rPr>
        <w:t>ע״ב</w:t>
      </w:r>
      <w:r>
        <w:rPr>
          <w:rFonts w:ascii="Georgia" w:hAnsi="Georgia"/>
          <w:b w:val="0"/>
          <w:i w:val="0"/>
          <w:color w:val="000000"/>
          <w:sz w:val="24"/>
        </w:rPr>
        <w:t>) и 161 (</w:t>
      </w:r>
      <w:r>
        <w:rPr>
          <w:rFonts w:ascii="Georgia" w:hAnsi="Georgia" w:cs="Times New Roman"/>
          <w:b/>
          <w:i w:val="0"/>
          <w:color w:val="000000"/>
          <w:sz w:val="24"/>
          <w:rtl/>
          <w:szCs w:val="32"/>
        </w:rPr>
        <w:t>קס״א</w:t>
      </w:r>
      <w:r>
        <w:rPr>
          <w:rFonts w:ascii="Georgia" w:hAnsi="Georgia"/>
          <w:b w:val="0"/>
          <w:i w:val="0"/>
          <w:color w:val="000000"/>
          <w:sz w:val="24"/>
        </w:rPr>
        <w:t>), представляющих собой тайну лица (паним).</w:t>
      </w:r>
    </w:p>
    <w:p>
      <w:pPr>
        <w:spacing w:before="40" w:after="120"/>
        <w:jc w:val="both"/>
      </w:pPr>
      <w:r>
        <w:rPr>
          <w:rFonts w:ascii="Georgia" w:hAnsi="Georgia"/>
          <w:b w:val="0"/>
          <w:i w:val="0"/>
          <w:color w:val="000000"/>
          <w:sz w:val="24"/>
        </w:rPr>
        <w:t>Затем направь намерение на [слова] «не забывай» (</w:t>
      </w:r>
      <w:r>
        <w:rPr>
          <w:rFonts w:ascii="Georgia" w:hAnsi="Georgia"/>
          <w:b w:val="0"/>
          <w:i/>
          <w:color w:val="000000"/>
          <w:sz w:val="24"/>
        </w:rPr>
        <w:t>ло тишках</w:t>
      </w:r>
      <w:r>
        <w:rPr>
          <w:rFonts w:ascii="Georgia" w:hAnsi="Georgia"/>
          <w:b w:val="0"/>
          <w:i w:val="0"/>
          <w:color w:val="000000"/>
          <w:sz w:val="24"/>
        </w:rPr>
        <w:t>): это два их ахораим, сумма которых составляет 728 (</w:t>
      </w:r>
      <w:r>
        <w:rPr>
          <w:rFonts w:ascii="Georgia" w:hAnsi="Georgia" w:cs="Times New Roman"/>
          <w:b/>
          <w:i w:val="0"/>
          <w:color w:val="000000"/>
          <w:sz w:val="24"/>
          <w:rtl/>
          <w:szCs w:val="32"/>
        </w:rPr>
        <w:t>תשכ״ח</w:t>
      </w:r>
      <w:r>
        <w:rPr>
          <w:rFonts w:ascii="Georgia" w:hAnsi="Georgia"/>
          <w:b w:val="0"/>
          <w:i w:val="0"/>
          <w:color w:val="000000"/>
          <w:sz w:val="24"/>
        </w:rPr>
        <w:t>). Ведь забывчивость всегда исходит от ахораим, и потому [сказано]: «не забывай» (</w:t>
      </w:r>
      <w:r>
        <w:rPr>
          <w:rFonts w:ascii="Georgia" w:hAnsi="Georgia"/>
          <w:b w:val="0"/>
          <w:i/>
          <w:color w:val="000000"/>
          <w:sz w:val="24"/>
        </w:rPr>
        <w:t>аль тишках</w:t>
      </w:r>
      <w:r>
        <w:rPr>
          <w:rFonts w:ascii="Georgia" w:hAnsi="Georgia"/>
          <w:b w:val="0"/>
          <w:i w:val="0"/>
          <w:color w:val="000000"/>
          <w:sz w:val="24"/>
        </w:rPr>
        <w:t xml:space="preserve">). И они представляют собой квадраты [Имен] АВАЯ и ЭЙЕ с наполнением йодин, как известно: квадрат Имени АВАЯ с наполнением йодин относится к мужскому началу, и его гематрия равна слову </w:t>
      </w:r>
      <w:r>
        <w:rPr>
          <w:rFonts w:ascii="Georgia" w:hAnsi="Georgia"/>
          <w:b w:val="0"/>
          <w:i/>
          <w:color w:val="000000"/>
          <w:sz w:val="24"/>
        </w:rPr>
        <w:t>ми-кедем</w:t>
      </w:r>
      <w:r>
        <w:rPr>
          <w:rFonts w:ascii="Georgia" w:hAnsi="Georgia"/>
          <w:b w:val="0"/>
          <w:i w:val="0"/>
          <w:color w:val="000000"/>
          <w:sz w:val="24"/>
        </w:rPr>
        <w:t xml:space="preserve"> («спереди», </w:t>
      </w:r>
      <w:r>
        <w:rPr>
          <w:rFonts w:ascii="Georgia" w:hAnsi="Georgia" w:cs="Times New Roman"/>
          <w:b/>
          <w:i w:val="0"/>
          <w:color w:val="000000"/>
          <w:sz w:val="24"/>
          <w:rtl/>
          <w:szCs w:val="32"/>
        </w:rPr>
        <w:t>מִקֶּדֶם</w:t>
      </w:r>
      <w:r>
        <w:rPr>
          <w:rFonts w:ascii="Georgia" w:hAnsi="Georgia"/>
          <w:b w:val="0"/>
          <w:i w:val="0"/>
          <w:color w:val="000000"/>
          <w:sz w:val="24"/>
        </w:rPr>
        <w:t xml:space="preserve"> = 184); а квадрат Имени ЭЙЕ с наполнением йодин относится к женскому началу, и его гематрия равна слову </w:t>
      </w:r>
      <w:r>
        <w:rPr>
          <w:rFonts w:ascii="Georgia" w:hAnsi="Georgia"/>
          <w:b w:val="0"/>
          <w:i/>
          <w:color w:val="000000"/>
          <w:sz w:val="24"/>
        </w:rPr>
        <w:t>кадмат</w:t>
      </w:r>
      <w:r>
        <w:rPr>
          <w:rFonts w:ascii="Georgia" w:hAnsi="Georgia"/>
          <w:b w:val="0"/>
          <w:i w:val="0"/>
          <w:color w:val="000000"/>
          <w:sz w:val="24"/>
        </w:rPr>
        <w:t xml:space="preserve"> (</w:t>
      </w:r>
      <w:r>
        <w:rPr>
          <w:rFonts w:ascii="Georgia" w:hAnsi="Georgia" w:cs="Times New Roman"/>
          <w:b/>
          <w:i w:val="0"/>
          <w:color w:val="000000"/>
          <w:sz w:val="24"/>
          <w:rtl/>
          <w:szCs w:val="32"/>
        </w:rPr>
        <w:t>קַדְמַת</w:t>
      </w:r>
      <w:r>
        <w:rPr>
          <w:rFonts w:ascii="Georgia" w:hAnsi="Georgia"/>
          <w:b w:val="0"/>
          <w:i w:val="0"/>
          <w:color w:val="000000"/>
          <w:sz w:val="24"/>
        </w:rPr>
        <w:t xml:space="preserve"> = 544). И в этом тайна стиха: </w:t>
      </w:r>
      <w:r>
        <w:rPr>
          <w:rFonts w:ascii="Georgia" w:hAnsi="Georgia"/>
          <w:b w:val="0"/>
          <w:i/>
          <w:color w:val="000000"/>
          <w:sz w:val="24"/>
        </w:rPr>
        <w:t>«Сзади и спереди Ты объял меня»</w:t>
      </w:r>
      <w:r>
        <w:rPr>
          <w:rFonts w:ascii="Georgia" w:hAnsi="Georgia"/>
          <w:b w:val="0"/>
          <w:i w:val="0"/>
          <w:color w:val="000000"/>
          <w:sz w:val="24"/>
        </w:rPr>
        <w:t xml:space="preserve"> (Теилим 139:5) — ведь ахораим (задняя сторона) стали свойством кедем («передняя сторона») по тайне слов </w:t>
      </w:r>
      <w:r>
        <w:rPr>
          <w:rFonts w:ascii="Georgia" w:hAnsi="Georgia"/>
          <w:b w:val="0"/>
          <w:i/>
          <w:color w:val="000000"/>
          <w:sz w:val="24"/>
        </w:rPr>
        <w:t>ми-кедем</w:t>
      </w:r>
      <w:r>
        <w:rPr>
          <w:rFonts w:ascii="Georgia" w:hAnsi="Georgia"/>
          <w:b w:val="0"/>
          <w:i w:val="0"/>
          <w:color w:val="000000"/>
          <w:sz w:val="24"/>
        </w:rPr>
        <w:t xml:space="preserve"> (</w:t>
      </w:r>
      <w:r>
        <w:rPr>
          <w:rFonts w:ascii="Georgia" w:hAnsi="Georgia" w:cs="Times New Roman"/>
          <w:b/>
          <w:i w:val="0"/>
          <w:color w:val="000000"/>
          <w:sz w:val="24"/>
          <w:rtl/>
          <w:szCs w:val="32"/>
        </w:rPr>
        <w:t>מִקֶּדֶם</w:t>
      </w:r>
      <w:r>
        <w:rPr>
          <w:rFonts w:ascii="Georgia" w:hAnsi="Georgia"/>
          <w:b w:val="0"/>
          <w:i w:val="0"/>
          <w:color w:val="000000"/>
          <w:sz w:val="24"/>
        </w:rPr>
        <w:t xml:space="preserve">) и </w:t>
      </w:r>
      <w:r>
        <w:rPr>
          <w:rFonts w:ascii="Georgia" w:hAnsi="Georgia"/>
          <w:b w:val="0"/>
          <w:i/>
          <w:color w:val="000000"/>
          <w:sz w:val="24"/>
        </w:rPr>
        <w:t>кадмат</w:t>
      </w:r>
      <w:r>
        <w:rPr>
          <w:rFonts w:ascii="Georgia" w:hAnsi="Georgia"/>
          <w:b w:val="0"/>
          <w:i w:val="0"/>
          <w:color w:val="000000"/>
          <w:sz w:val="24"/>
        </w:rPr>
        <w:t xml:space="preserve"> (</w:t>
      </w:r>
      <w:r>
        <w:rPr>
          <w:rFonts w:ascii="Georgia" w:hAnsi="Georgia" w:cs="Times New Roman"/>
          <w:b/>
          <w:i w:val="0"/>
          <w:color w:val="000000"/>
          <w:sz w:val="24"/>
          <w:rtl/>
          <w:szCs w:val="32"/>
        </w:rPr>
        <w:t>קַדְמַת</w:t>
      </w:r>
      <w:r>
        <w:rPr>
          <w:rFonts w:ascii="Georgia" w:hAnsi="Georgia"/>
          <w:b w:val="0"/>
          <w:i w:val="0"/>
          <w:color w:val="000000"/>
          <w:sz w:val="24"/>
        </w:rPr>
        <w:t xml:space="preserve">), как сказано выше. Затем, в следующую ночь, он сказал ему, чтобы перед сном он сосредоточил намерение и произнес стих: </w:t>
      </w:r>
      <w:r>
        <w:rPr>
          <w:rFonts w:ascii="Georgia" w:hAnsi="Georgia"/>
          <w:b w:val="0"/>
          <w:i/>
          <w:color w:val="000000"/>
          <w:sz w:val="24"/>
        </w:rPr>
        <w:t>«Если скажу я: "пошатнулась нога моя", — милость Твоя, Г-споди, поддерживает меня»</w:t>
      </w:r>
      <w:r>
        <w:rPr>
          <w:rFonts w:ascii="Georgia" w:hAnsi="Georgia"/>
          <w:b w:val="0"/>
          <w:i w:val="0"/>
          <w:color w:val="000000"/>
          <w:sz w:val="24"/>
        </w:rPr>
        <w:t xml:space="preserve"> (Теилим 94:18). И пусть в слове </w:t>
      </w:r>
      <w:r>
        <w:rPr>
          <w:rFonts w:ascii="Georgia" w:hAnsi="Georgia"/>
          <w:b w:val="0"/>
          <w:i/>
          <w:color w:val="000000"/>
          <w:sz w:val="24"/>
        </w:rPr>
        <w:t>им</w:t>
      </w:r>
      <w:r>
        <w:rPr>
          <w:rFonts w:ascii="Georgia" w:hAnsi="Georgia"/>
          <w:b w:val="0"/>
          <w:i w:val="0"/>
          <w:color w:val="000000"/>
          <w:sz w:val="24"/>
        </w:rPr>
        <w:t xml:space="preserve"> («если», </w:t>
      </w:r>
      <w:r>
        <w:rPr>
          <w:rFonts w:ascii="Georgia" w:hAnsi="Georgia" w:cs="Times New Roman"/>
          <w:b/>
          <w:i w:val="0"/>
          <w:color w:val="000000"/>
          <w:sz w:val="24"/>
          <w:rtl/>
          <w:szCs w:val="32"/>
        </w:rPr>
        <w:t>אִם</w:t>
      </w:r>
      <w:r>
        <w:rPr>
          <w:rFonts w:ascii="Georgia" w:hAnsi="Georgia"/>
          <w:b w:val="0"/>
          <w:i w:val="0"/>
          <w:color w:val="000000"/>
          <w:sz w:val="24"/>
        </w:rPr>
        <w:t xml:space="preserve">) сосредоточит намерение на Имени ЭЙЕ с наполнением алефин в его простом виде, в наполнении и в двойном наполнении, число букв которых равно 61 [в тексте: </w:t>
      </w:r>
      <w:r>
        <w:rPr>
          <w:rFonts w:ascii="Georgia" w:hAnsi="Georgia" w:cs="Times New Roman"/>
          <w:b/>
          <w:i w:val="0"/>
          <w:color w:val="000000"/>
          <w:sz w:val="24"/>
          <w:rtl/>
          <w:szCs w:val="32"/>
        </w:rPr>
        <w:t>א״ס</w:t>
      </w:r>
      <w:r>
        <w:rPr>
          <w:rFonts w:ascii="Georgia" w:hAnsi="Georgia"/>
          <w:b w:val="0"/>
          <w:i w:val="0"/>
          <w:color w:val="000000"/>
          <w:sz w:val="24"/>
        </w:rPr>
        <w:t xml:space="preserve">]. Первые буквы слов </w:t>
      </w:r>
      <w:r>
        <w:rPr>
          <w:rFonts w:ascii="Georgia" w:hAnsi="Georgia"/>
          <w:b w:val="0"/>
          <w:i/>
          <w:color w:val="000000"/>
          <w:sz w:val="24"/>
        </w:rPr>
        <w:t>им амарти мата</w:t>
      </w:r>
      <w:r>
        <w:rPr>
          <w:rFonts w:ascii="Georgia" w:hAnsi="Georgia"/>
          <w:b w:val="0"/>
          <w:i w:val="0"/>
          <w:color w:val="000000"/>
          <w:sz w:val="24"/>
        </w:rPr>
        <w:t xml:space="preserve"> указывают на 42 буквы (</w:t>
      </w:r>
      <w:r>
        <w:rPr>
          <w:rFonts w:ascii="Georgia" w:hAnsi="Georgia" w:cs="Times New Roman"/>
          <w:b/>
          <w:i w:val="0"/>
          <w:color w:val="000000"/>
          <w:sz w:val="24"/>
          <w:rtl/>
          <w:szCs w:val="32"/>
        </w:rPr>
        <w:t>מ״ב</w:t>
      </w:r>
      <w:r>
        <w:rPr>
          <w:rFonts w:ascii="Georgia" w:hAnsi="Georgia"/>
          <w:b w:val="0"/>
          <w:i w:val="0"/>
          <w:color w:val="000000"/>
          <w:sz w:val="24"/>
        </w:rPr>
        <w:t xml:space="preserve">) Имени АВАЯ с наполнением алефин в его простом виде, наполнении и двойном наполнении. Первые буквы слов </w:t>
      </w:r>
      <w:r>
        <w:rPr>
          <w:rFonts w:ascii="Georgia" w:hAnsi="Georgia"/>
          <w:b w:val="0"/>
          <w:i/>
          <w:color w:val="000000"/>
          <w:sz w:val="24"/>
        </w:rPr>
        <w:t>им амарти мата рагли</w:t>
      </w:r>
      <w:r>
        <w:rPr>
          <w:rFonts w:ascii="Georgia" w:hAnsi="Georgia"/>
          <w:b w:val="0"/>
          <w:i w:val="0"/>
          <w:color w:val="000000"/>
          <w:sz w:val="24"/>
        </w:rPr>
        <w:t xml:space="preserve"> составляют 242 (</w:t>
      </w:r>
      <w:r>
        <w:rPr>
          <w:rFonts w:ascii="Georgia" w:hAnsi="Georgia" w:cs="Times New Roman"/>
          <w:b/>
          <w:i w:val="0"/>
          <w:color w:val="000000"/>
          <w:sz w:val="24"/>
          <w:rtl/>
          <w:szCs w:val="32"/>
        </w:rPr>
        <w:t>רמ״ב</w:t>
      </w:r>
      <w:r>
        <w:rPr>
          <w:rFonts w:ascii="Georgia" w:hAnsi="Georgia"/>
          <w:b w:val="0"/>
          <w:i w:val="0"/>
          <w:color w:val="000000"/>
          <w:sz w:val="24"/>
        </w:rPr>
        <w:t>), и они соответствуют четырем Именам ЭЛОКИМ [Говорит Шмуэль: так я нашел написанным, но мне кажется, что вкралась описка переписчика, и должно быть так: «они равны 242 (</w:t>
      </w:r>
      <w:r>
        <w:rPr>
          <w:rFonts w:ascii="Georgia" w:hAnsi="Georgia" w:cs="Times New Roman"/>
          <w:b/>
          <w:i w:val="0"/>
          <w:color w:val="000000"/>
          <w:sz w:val="24"/>
          <w:rtl/>
          <w:szCs w:val="32"/>
        </w:rPr>
        <w:t>רמ״ב</w:t>
      </w:r>
      <w:r>
        <w:rPr>
          <w:rFonts w:ascii="Georgia" w:hAnsi="Georgia"/>
          <w:b w:val="0"/>
          <w:i w:val="0"/>
          <w:color w:val="000000"/>
          <w:sz w:val="24"/>
        </w:rPr>
        <w:t>), и это три Имени ЭЛОКИМ с колелем, что дает 243 (</w:t>
      </w:r>
      <w:r>
        <w:rPr>
          <w:rFonts w:ascii="Georgia" w:hAnsi="Georgia" w:cs="Times New Roman"/>
          <w:b/>
          <w:i w:val="0"/>
          <w:color w:val="000000"/>
          <w:sz w:val="24"/>
          <w:rtl/>
          <w:szCs w:val="32"/>
        </w:rPr>
        <w:t>רמ״ג</w:t>
      </w:r>
      <w:r>
        <w:rPr>
          <w:rFonts w:ascii="Georgia" w:hAnsi="Georgia"/>
          <w:b w:val="0"/>
          <w:i w:val="0"/>
          <w:color w:val="000000"/>
          <w:sz w:val="24"/>
        </w:rPr>
        <w:t>) с колелем самого числа»]. И они соответствуют четырем буквам алеф (</w:t>
      </w:r>
      <w:r>
        <w:rPr>
          <w:rFonts w:ascii="Georgia" w:hAnsi="Georgia" w:cs="Times New Roman"/>
          <w:b/>
          <w:i w:val="0"/>
          <w:color w:val="000000"/>
          <w:sz w:val="24"/>
          <w:rtl/>
          <w:szCs w:val="32"/>
        </w:rPr>
        <w:t>א</w:t>
      </w:r>
      <w:r>
        <w:rPr>
          <w:rFonts w:ascii="Georgia" w:hAnsi="Georgia"/>
          <w:b w:val="0"/>
          <w:i w:val="0"/>
          <w:color w:val="000000"/>
          <w:sz w:val="24"/>
        </w:rPr>
        <w:t>), имеющимся в Именах АВАЯ САГ и МА; и они составляют два колеля, что вместе с 242 дает 244 (</w:t>
      </w:r>
      <w:r>
        <w:rPr>
          <w:rFonts w:ascii="Georgia" w:hAnsi="Georgia" w:cs="Times New Roman"/>
          <w:b/>
          <w:i w:val="0"/>
          <w:color w:val="000000"/>
          <w:sz w:val="24"/>
          <w:rtl/>
          <w:szCs w:val="32"/>
        </w:rPr>
        <w:t>רמ״ד</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первые буквы слов </w:t>
      </w:r>
      <w:r>
        <w:rPr>
          <w:rFonts w:ascii="Georgia" w:hAnsi="Georgia"/>
          <w:b w:val="0"/>
          <w:i/>
          <w:color w:val="000000"/>
          <w:sz w:val="24"/>
        </w:rPr>
        <w:t>хасдеха АВАЯ йисъадени</w:t>
      </w:r>
      <w:r>
        <w:rPr>
          <w:rFonts w:ascii="Georgia" w:hAnsi="Georgia"/>
          <w:b w:val="0"/>
          <w:i w:val="0"/>
          <w:color w:val="000000"/>
          <w:sz w:val="24"/>
        </w:rPr>
        <w:t xml:space="preserve"> равны 28 (</w:t>
      </w:r>
      <w:r>
        <w:rPr>
          <w:rFonts w:ascii="Georgia" w:hAnsi="Georgia" w:cs="Times New Roman"/>
          <w:b/>
          <w:i w:val="0"/>
          <w:color w:val="000000"/>
          <w:sz w:val="24"/>
          <w:rtl/>
          <w:szCs w:val="32"/>
        </w:rPr>
        <w:t>כ״ח</w:t>
      </w:r>
      <w:r>
        <w:rPr>
          <w:rFonts w:ascii="Georgia" w:hAnsi="Georgia"/>
          <w:b w:val="0"/>
          <w:i w:val="0"/>
          <w:color w:val="000000"/>
          <w:sz w:val="24"/>
        </w:rPr>
        <w:t xml:space="preserve">), соответственно 28 буквам двойного наполнения Имени АВАЯ МА с наполнением алефин. И главное намерение — в тех Именах, которые я запишу: конечные буквы слов </w:t>
      </w:r>
      <w:r>
        <w:rPr>
          <w:rFonts w:ascii="Georgia" w:hAnsi="Georgia"/>
          <w:b w:val="0"/>
          <w:i/>
          <w:color w:val="000000"/>
          <w:sz w:val="24"/>
        </w:rPr>
        <w:t>им амарти мата</w:t>
      </w:r>
      <w:r>
        <w:rPr>
          <w:rFonts w:ascii="Georgia" w:hAnsi="Georgia"/>
          <w:b w:val="0"/>
          <w:i w:val="0"/>
          <w:color w:val="000000"/>
          <w:sz w:val="24"/>
        </w:rPr>
        <w:t xml:space="preserve"> образуют Имя МА (</w:t>
      </w:r>
      <w:r>
        <w:rPr>
          <w:rFonts w:ascii="Georgia" w:hAnsi="Georgia" w:cs="Times New Roman"/>
          <w:b/>
          <w:i w:val="0"/>
          <w:color w:val="000000"/>
          <w:sz w:val="24"/>
          <w:rtl/>
          <w:szCs w:val="32"/>
        </w:rPr>
        <w:t>מ״ה</w:t>
      </w:r>
      <w:r>
        <w:rPr>
          <w:rFonts w:ascii="Georgia" w:hAnsi="Georgia"/>
          <w:b w:val="0"/>
          <w:i w:val="0"/>
          <w:color w:val="000000"/>
          <w:sz w:val="24"/>
        </w:rPr>
        <w:t>) по алфавиту «айе-бие-гие» (</w:t>
      </w:r>
      <w:r>
        <w:rPr>
          <w:rFonts w:ascii="Georgia" w:hAnsi="Georgia" w:cs="Times New Roman"/>
          <w:b/>
          <w:i w:val="0"/>
          <w:color w:val="000000"/>
          <w:sz w:val="24"/>
          <w:rtl/>
          <w:szCs w:val="32"/>
        </w:rPr>
        <w:t>אי״ה בי״ה גי״ה</w:t>
      </w:r>
      <w:r>
        <w:rPr>
          <w:rFonts w:ascii="Georgia" w:hAnsi="Georgia"/>
          <w:b w:val="0"/>
          <w:i w:val="0"/>
          <w:color w:val="000000"/>
          <w:sz w:val="24"/>
        </w:rPr>
        <w:t xml:space="preserve">), а огласовка его берется из первых букв слов </w:t>
      </w:r>
      <w:r>
        <w:rPr>
          <w:rFonts w:ascii="Georgia" w:hAnsi="Georgia"/>
          <w:b w:val="0"/>
          <w:i/>
          <w:color w:val="000000"/>
          <w:sz w:val="24"/>
        </w:rPr>
        <w:t>им амарти мата</w:t>
      </w:r>
      <w:r>
        <w:rPr>
          <w:rFonts w:ascii="Georgia" w:hAnsi="Georgia"/>
          <w:b w:val="0"/>
          <w:i w:val="0"/>
          <w:color w:val="000000"/>
          <w:sz w:val="24"/>
        </w:rPr>
        <w:t>. Затем замени это Имя по алфавиту «атбаш» (</w:t>
      </w:r>
      <w:r>
        <w:rPr>
          <w:rFonts w:ascii="Georgia" w:hAnsi="Georgia" w:cs="Times New Roman"/>
          <w:b/>
          <w:i w:val="0"/>
          <w:color w:val="000000"/>
          <w:sz w:val="24"/>
          <w:rtl/>
          <w:szCs w:val="32"/>
        </w:rPr>
        <w:t>א״ת ב״ש</w:t>
      </w:r>
      <w:r>
        <w:rPr>
          <w:rFonts w:ascii="Georgia" w:hAnsi="Georgia"/>
          <w:b w:val="0"/>
          <w:i w:val="0"/>
          <w:color w:val="000000"/>
          <w:sz w:val="24"/>
        </w:rPr>
        <w:t xml:space="preserve">), и получится </w:t>
      </w:r>
      <w:r>
        <w:rPr>
          <w:rFonts w:ascii="Georgia" w:hAnsi="Georgia" w:cs="Times New Roman"/>
          <w:b/>
          <w:i w:val="0"/>
          <w:color w:val="000000"/>
          <w:sz w:val="24"/>
          <w:rtl/>
          <w:szCs w:val="32"/>
        </w:rPr>
        <w:t>ימץ</w:t>
      </w:r>
      <w:r>
        <w:rPr>
          <w:rFonts w:ascii="Georgia" w:hAnsi="Georgia"/>
          <w:b w:val="0"/>
          <w:i w:val="0"/>
          <w:color w:val="000000"/>
          <w:sz w:val="24"/>
        </w:rPr>
        <w:t xml:space="preserve">; это также святое Имя, а огласовка его берется из первых букв слов </w:t>
      </w:r>
      <w:r>
        <w:rPr>
          <w:rFonts w:ascii="Georgia" w:hAnsi="Georgia"/>
          <w:b w:val="0"/>
          <w:i/>
          <w:color w:val="000000"/>
          <w:sz w:val="24"/>
        </w:rPr>
        <w:t>рагли хасдеха йисъадени</w:t>
      </w:r>
      <w:r>
        <w:rPr>
          <w:rFonts w:ascii="Georgia" w:hAnsi="Georgia"/>
          <w:b w:val="0"/>
          <w:i w:val="0"/>
          <w:color w:val="000000"/>
          <w:sz w:val="24"/>
        </w:rPr>
        <w:t>.</w:t>
      </w:r>
    </w:p>
    <w:p>
      <w:r>
        <w:br w:type="page"/>
      </w:r>
    </w:p>
    <w:p>
      <w:pPr>
        <w:keepNext/>
        <w:spacing w:before="360" w:after="160"/>
        <w:jc w:val="center"/>
      </w:pPr>
      <w:r>
        <w:rPr>
          <w:rFonts w:ascii="Georgia" w:hAnsi="Georgia"/>
          <w:b w:val="0"/>
          <w:i w:val="0"/>
          <w:color w:val="000000"/>
          <w:sz w:val="40"/>
        </w:rPr>
        <w:t>Вступления к ихудим</w:t>
      </w:r>
    </w:p>
    <w:p>
      <w:pPr>
        <w:keepNext/>
        <w:spacing w:before="320" w:after="120"/>
      </w:pPr>
      <w:r>
        <w:rPr>
          <w:rFonts w:ascii="Georgia" w:hAnsi="Georgia"/>
          <w:b w:val="0"/>
          <w:i w:val="0"/>
          <w:color w:val="000000"/>
          <w:sz w:val="32"/>
        </w:rPr>
        <w:t>Вступление 1</w:t>
      </w:r>
    </w:p>
    <w:p>
      <w:pPr>
        <w:spacing w:before="40" w:after="120"/>
        <w:jc w:val="both"/>
      </w:pPr>
      <w:r>
        <w:rPr>
          <w:rFonts w:ascii="Georgia" w:hAnsi="Georgia"/>
          <w:b w:val="0"/>
          <w:i w:val="0"/>
          <w:color w:val="000000"/>
          <w:sz w:val="24"/>
        </w:rPr>
        <w:t xml:space="preserve">Говорит Шмуэль: после того как я завершил [описание] всех исправлений, служащих для исправления всех прегрешений человека, теперь я начну разъяснять и описывать все ихудим (единения), которые человеку необходимо совершать, чтобы полностью исправить свою душу от того, в чем </w:t>
      </w:r>
      <w:r>
        <w:rPr>
          <w:rFonts w:ascii="Georgia" w:hAnsi="Georgia"/>
          <w:b w:val="0"/>
          <w:i/>
          <w:color w:val="000000"/>
          <w:sz w:val="24"/>
        </w:rPr>
        <w:t>«…согрешил против души…»</w:t>
      </w:r>
      <w:r>
        <w:rPr>
          <w:rFonts w:ascii="Georgia" w:hAnsi="Georgia"/>
          <w:b w:val="0"/>
          <w:i w:val="0"/>
          <w:color w:val="000000"/>
          <w:sz w:val="24"/>
        </w:rPr>
        <w:t xml:space="preserve"> (Бемидбар 6:11). А затем я опишу другие ихудим, вовсе не требующие какого-либо исправления, кроме того, чтобы связать свою душу с высшим Ацилутом, как </w:t>
      </w:r>
      <w:r>
        <w:rPr>
          <w:rFonts w:ascii="Georgia" w:hAnsi="Georgia"/>
          <w:b w:val="0"/>
          <w:i/>
          <w:color w:val="000000"/>
          <w:sz w:val="24"/>
        </w:rPr>
        <w:t>«…глаза твои увидят прямоту»</w:t>
      </w:r>
      <w:r>
        <w:rPr>
          <w:rFonts w:ascii="Georgia" w:hAnsi="Georgia"/>
          <w:b w:val="0"/>
          <w:i w:val="0"/>
          <w:color w:val="000000"/>
          <w:sz w:val="24"/>
        </w:rPr>
        <w:t xml:space="preserve"> (Теилим 17:2). Но прежде всего я изложу для тебя предисловия, необходимые для исправлений и ихудим. И это я начинаю с помощью моего Создателя, с Б-жьей помощью.</w:t>
      </w:r>
    </w:p>
    <w:p>
      <w:pPr>
        <w:spacing w:before="40" w:after="120"/>
        <w:jc w:val="both"/>
      </w:pPr>
      <w:r>
        <w:rPr>
          <w:rFonts w:ascii="Georgia" w:hAnsi="Georgia"/>
          <w:b w:val="0"/>
          <w:i w:val="0"/>
          <w:color w:val="000000"/>
          <w:sz w:val="24"/>
        </w:rPr>
        <w:t>Когда человек совершает высшее единение (</w:t>
      </w:r>
      <w:r>
        <w:rPr>
          <w:rFonts w:ascii="Georgia" w:hAnsi="Georgia"/>
          <w:b w:val="0"/>
          <w:i/>
          <w:color w:val="000000"/>
          <w:sz w:val="24"/>
        </w:rPr>
        <w:t>ихуд</w:t>
      </w:r>
      <w:r>
        <w:rPr>
          <w:rFonts w:ascii="Georgia" w:hAnsi="Georgia"/>
          <w:b w:val="0"/>
          <w:i w:val="0"/>
          <w:color w:val="000000"/>
          <w:sz w:val="24"/>
        </w:rPr>
        <w:t>), к нему прилепляются души праведников. Души праведников открываются человеку и прилепляются к нему либо по той причине, что они происходят из корня его души, либо из корня другого человека, либо же они входят в него в виде зачатия (ибура), чтобы помочь ему, поскольку он исполнил какую-то относящуюся к ним заповедь. И знай: Бнаяу, сын Йеояды, присутствует и открывается везде, где совершают какое-либо единение, вызывающее подъем МАН. Смысл же этого в том, что было много праведников, которые при жизни всегда совершали высшие ихудим: они умели направлять намерение (</w:t>
      </w:r>
      <w:r>
        <w:rPr>
          <w:rFonts w:ascii="Georgia" w:hAnsi="Georgia"/>
          <w:b w:val="0"/>
          <w:i/>
          <w:color w:val="000000"/>
          <w:sz w:val="24"/>
        </w:rPr>
        <w:t>кавана</w:t>
      </w:r>
      <w:r>
        <w:rPr>
          <w:rFonts w:ascii="Georgia" w:hAnsi="Georgia"/>
          <w:b w:val="0"/>
          <w:i w:val="0"/>
          <w:color w:val="000000"/>
          <w:sz w:val="24"/>
        </w:rPr>
        <w:t>) во время высшего благоволения и тогда совершали эти ихудим, извлекая из этого великую пользу. Причина же в том, что в другие часы, даже если человек совершает в них единение, он способен объединять лишь по мере корня собственной души.</w:t>
      </w:r>
    </w:p>
    <w:p>
      <w:pPr>
        <w:spacing w:before="40" w:after="120"/>
        <w:jc w:val="both"/>
      </w:pPr>
      <w:r>
        <w:rPr>
          <w:rFonts w:ascii="Georgia" w:hAnsi="Georgia"/>
          <w:b w:val="0"/>
          <w:i w:val="0"/>
          <w:color w:val="000000"/>
          <w:sz w:val="24"/>
        </w:rPr>
        <w:t xml:space="preserve">Но тот, кто совершает единение во время благоволения, приводит к объединению вообще всех высших корней, и это — чрезвычайно высокая ступень. Поэтому остальные праведники, покидая этот мир, способствуют тому, что тогда объединяются абсолютно все миры. Однако те праведники, которые совершают единение во время благоволения при жизни, совершают в своей жизни то же, что остальные праведники делают лишь в час своей кончины. И Бнаяу, сын Йеояды, был одним из них. Поэтому он назван </w:t>
      </w:r>
      <w:r>
        <w:rPr>
          <w:rFonts w:ascii="Georgia" w:hAnsi="Georgia"/>
          <w:b w:val="0"/>
          <w:i/>
          <w:color w:val="000000"/>
          <w:sz w:val="24"/>
        </w:rPr>
        <w:t>«…сыном мужа живого…»</w:t>
      </w:r>
      <w:r>
        <w:rPr>
          <w:rFonts w:ascii="Georgia" w:hAnsi="Georgia"/>
          <w:b w:val="0"/>
          <w:i w:val="0"/>
          <w:color w:val="000000"/>
          <w:sz w:val="24"/>
        </w:rPr>
        <w:t xml:space="preserve"> (</w:t>
      </w:r>
      <w:r>
        <w:rPr>
          <w:rFonts w:ascii="Georgia" w:hAnsi="Georgia"/>
          <w:b w:val="0"/>
          <w:i/>
          <w:color w:val="000000"/>
          <w:sz w:val="24"/>
        </w:rPr>
        <w:t>бен иш хай</w:t>
      </w:r>
      <w:r>
        <w:rPr>
          <w:rFonts w:ascii="Georgia" w:hAnsi="Georgia"/>
          <w:b w:val="0"/>
          <w:i w:val="0"/>
          <w:color w:val="000000"/>
          <w:sz w:val="24"/>
        </w:rPr>
        <w:t xml:space="preserve">, Шмуэль II 23:20) даже после своей смерти — чтобы указать на упомянутое: даже при жизни он объединял абсолютно все миры. И об этом сказано в Писании: </w:t>
      </w:r>
      <w:r>
        <w:rPr>
          <w:rFonts w:ascii="Georgia" w:hAnsi="Georgia"/>
          <w:b w:val="0"/>
          <w:i/>
          <w:color w:val="000000"/>
          <w:sz w:val="24"/>
        </w:rPr>
        <w:t>«…из Кавцеэля…»</w:t>
      </w:r>
      <w:r>
        <w:rPr>
          <w:rFonts w:ascii="Georgia" w:hAnsi="Georgia"/>
          <w:b w:val="0"/>
          <w:i w:val="0"/>
          <w:color w:val="000000"/>
          <w:sz w:val="24"/>
        </w:rPr>
        <w:t xml:space="preserve"> (Шмуэль II 23:20) — ведь он собирал (</w:t>
      </w:r>
      <w:r>
        <w:rPr>
          <w:rFonts w:ascii="Georgia" w:hAnsi="Georgia"/>
          <w:b w:val="0"/>
          <w:i/>
          <w:color w:val="000000"/>
          <w:sz w:val="24"/>
        </w:rPr>
        <w:t>мекабец</w:t>
      </w:r>
      <w:r>
        <w:rPr>
          <w:rFonts w:ascii="Georgia" w:hAnsi="Georgia"/>
          <w:b w:val="0"/>
          <w:i w:val="0"/>
          <w:color w:val="000000"/>
          <w:sz w:val="24"/>
        </w:rPr>
        <w:t xml:space="preserve">, </w:t>
      </w:r>
      <w:r>
        <w:rPr>
          <w:rFonts w:ascii="Georgia" w:hAnsi="Georgia" w:cs="Times New Roman"/>
          <w:b/>
          <w:i w:val="0"/>
          <w:color w:val="000000"/>
          <w:sz w:val="24"/>
          <w:rtl/>
          <w:szCs w:val="32"/>
        </w:rPr>
        <w:t>מְקַבֵּץ</w:t>
      </w:r>
      <w:r>
        <w:rPr>
          <w:rFonts w:ascii="Georgia" w:hAnsi="Georgia"/>
          <w:b w:val="0"/>
          <w:i w:val="0"/>
          <w:color w:val="000000"/>
          <w:sz w:val="24"/>
        </w:rPr>
        <w:t>) и объединял все миры без исключения. И назван он Бнаяу (</w:t>
      </w:r>
      <w:r>
        <w:rPr>
          <w:rFonts w:ascii="Georgia" w:hAnsi="Georgia" w:cs="Times New Roman"/>
          <w:b/>
          <w:i w:val="0"/>
          <w:color w:val="000000"/>
          <w:sz w:val="24"/>
          <w:rtl/>
          <w:szCs w:val="32"/>
        </w:rPr>
        <w:t>בְּנָיָהוּ</w:t>
      </w:r>
      <w:r>
        <w:rPr>
          <w:rFonts w:ascii="Georgia" w:hAnsi="Georgia"/>
          <w:b w:val="0"/>
          <w:i w:val="0"/>
          <w:color w:val="000000"/>
          <w:sz w:val="24"/>
        </w:rPr>
        <w:t>) по имени своего единения — ведь он соединял и поднимал МАН. В этом и заключается смысл имени Бнаяу: БОН (</w:t>
      </w:r>
      <w:r>
        <w:rPr>
          <w:rFonts w:ascii="Georgia" w:hAnsi="Georgia" w:cs="Times New Roman"/>
          <w:b/>
          <w:i w:val="0"/>
          <w:color w:val="000000"/>
          <w:sz w:val="24"/>
          <w:rtl/>
          <w:szCs w:val="32"/>
        </w:rPr>
        <w:t>ב״ן</w:t>
      </w:r>
      <w:r>
        <w:rPr>
          <w:rFonts w:ascii="Georgia" w:hAnsi="Georgia"/>
          <w:b w:val="0"/>
          <w:i w:val="0"/>
          <w:color w:val="000000"/>
          <w:sz w:val="24"/>
        </w:rPr>
        <w:t>) и буквы йод, хэй, вав (</w:t>
      </w:r>
      <w:r>
        <w:rPr>
          <w:rFonts w:ascii="Georgia" w:hAnsi="Georgia" w:cs="Times New Roman"/>
          <w:b/>
          <w:i w:val="0"/>
          <w:color w:val="000000"/>
          <w:sz w:val="24"/>
          <w:rtl/>
          <w:szCs w:val="32"/>
        </w:rPr>
        <w:t>יה״ו</w:t>
      </w:r>
      <w:r>
        <w:rPr>
          <w:rFonts w:ascii="Georgia" w:hAnsi="Georgia"/>
          <w:b w:val="0"/>
          <w:i w:val="0"/>
          <w:color w:val="000000"/>
          <w:sz w:val="24"/>
        </w:rPr>
        <w:t>). Ведь буквы йод, хэй, вав — это свойство Тиферет, дающего тот дух МАН, именуемый Именем БОН, женскому началу (Нукве). В этом смысл [сочетания] БОН и букв йод, хэй, вав, и в этом же смысл названия «сын живого мужа» (</w:t>
      </w:r>
      <w:r>
        <w:rPr>
          <w:rFonts w:ascii="Georgia" w:hAnsi="Georgia"/>
          <w:b w:val="0"/>
          <w:i/>
          <w:color w:val="000000"/>
          <w:sz w:val="24"/>
        </w:rPr>
        <w:t>бен иш хай</w:t>
      </w:r>
      <w:r>
        <w:rPr>
          <w:rFonts w:ascii="Georgia" w:hAnsi="Georgia"/>
          <w:b w:val="0"/>
          <w:i w:val="0"/>
          <w:color w:val="000000"/>
          <w:sz w:val="24"/>
        </w:rPr>
        <w:t>): ведь это Имя с наполнением буквами хэй, называемое БОН, исходит от Есода, именуемого «сыном живого мужа» (</w:t>
      </w:r>
      <w:r>
        <w:rPr>
          <w:rFonts w:ascii="Georgia" w:hAnsi="Georgia"/>
          <w:b w:val="0"/>
          <w:i/>
          <w:color w:val="000000"/>
          <w:sz w:val="24"/>
        </w:rPr>
        <w:t>бен иш хай</w:t>
      </w:r>
      <w:r>
        <w:rPr>
          <w:rFonts w:ascii="Georgia" w:hAnsi="Georgia"/>
          <w:b w:val="0"/>
          <w:i w:val="0"/>
          <w:color w:val="000000"/>
          <w:sz w:val="24"/>
        </w:rPr>
        <w:t>). Были и другие праведники, подобные ему в этом отношении, такие как учитель наш Моше, мир ему, рав Амнуна Саба, рав Йейва Саба, мир ему, и им подобные. И поскольку эти праведники удостоились такой ступени еще при жизни, то и после их кончины везде, где видят двух знатоков Торы, углубленных в Тору и совершающих высшее единение, они открываются и присутствуют там вместе с ними, либо же скрытно стоят там и непрестанно соединяются с ними, даже если те происходят не из их корня.</w:t>
      </w:r>
    </w:p>
    <w:p>
      <w:pPr>
        <w:spacing w:before="40" w:after="120"/>
        <w:jc w:val="both"/>
      </w:pPr>
      <w:r>
        <w:rPr>
          <w:rFonts w:ascii="Georgia" w:hAnsi="Georgia"/>
          <w:b w:val="0"/>
          <w:i w:val="0"/>
          <w:color w:val="000000"/>
          <w:sz w:val="24"/>
        </w:rPr>
        <w:t>Причина же в том, что [эти праведники] включают в себя вообще все миры, как сказано выше, и они открывают им тайны Торы. В этом и заключается суть того, как рав Амнуна Саба и Бнаяу, сын Йеояды, открывались рабби Элазару и рабби Абе, как упоминается в недельном разделе «Мишпатим», и вот его слова: «И во всяком месте, где я нахожу мудрецов, я несу поклажу вслед за ними». И знай: если души этих упомянутых праведников открываются человеку, происходящему из корня их души, его постижение возрастет поразительным образом. Ведь они открываются даже тому, кто не принадлежит к их корню, как было сказано, и тем более — тому, кто происходит из их корня, чье исправление [благодаря этому] совершается наилучшим образом, как известно. Знай также: если человек начал совершать эти известные ихудим, а затем воздержался от них, он причиняет себе великий вред. Если он оставит их на два дня — они оставят его, и это приведет к тому, что те души, которые желали соединиться с человеком, отделятся и удалятся от него. И не говори, что изучение Торы столь велико, что не подобает прерывать его [ради ихудим], ведь значение упомянутых ихудим выше обычного изучения Торы, поскольку совершающий их объединяет высшие миры. И это называется и изучением Торы, и единением, и всё это слито воедино. И пусть даже души не открываются ему явным образом, беспокоиться об этом не следует, и пусть он не прекращает совершать единение. При этом необходимо, чтобы его намерение было направлено не только на то, чтобы привлечь к себе эту душу, но [прежде всего] на то, чтобы исправлять высшие миры.</w:t>
      </w:r>
    </w:p>
    <w:p>
      <w:pPr>
        <w:keepNext/>
        <w:spacing w:before="320" w:after="120"/>
      </w:pPr>
      <w:r>
        <w:rPr>
          <w:rFonts w:ascii="Georgia" w:hAnsi="Georgia"/>
          <w:b w:val="0"/>
          <w:i w:val="0"/>
          <w:color w:val="000000"/>
          <w:sz w:val="32"/>
        </w:rPr>
        <w:t>Вступление 2</w:t>
      </w:r>
    </w:p>
    <w:p>
      <w:pPr>
        <w:spacing w:before="40" w:after="120"/>
        <w:jc w:val="both"/>
      </w:pPr>
      <w:r>
        <w:rPr>
          <w:rFonts w:ascii="Georgia" w:hAnsi="Georgia"/>
          <w:b w:val="0"/>
          <w:i w:val="0"/>
          <w:color w:val="000000"/>
          <w:sz w:val="24"/>
        </w:rPr>
        <w:t>Разъясним суть единений (</w:t>
      </w:r>
      <w:r>
        <w:rPr>
          <w:rFonts w:ascii="Georgia" w:hAnsi="Georgia"/>
          <w:b w:val="0"/>
          <w:i/>
          <w:color w:val="000000"/>
          <w:sz w:val="24"/>
        </w:rPr>
        <w:t>ихуд</w:t>
      </w:r>
      <w:r>
        <w:rPr>
          <w:rFonts w:ascii="Georgia" w:hAnsi="Georgia"/>
          <w:b w:val="0"/>
          <w:i w:val="0"/>
          <w:color w:val="000000"/>
          <w:sz w:val="24"/>
        </w:rPr>
        <w:t>) и начнем с их общего правила. Знай, что в любом из существующих ихудим, если ты совершаешь его, простираясь непосредственно на могиле праведника, нужно сосредоточить намерение (</w:t>
      </w:r>
      <w:r>
        <w:rPr>
          <w:rFonts w:ascii="Georgia" w:hAnsi="Georgia"/>
          <w:b w:val="0"/>
          <w:i/>
          <w:color w:val="000000"/>
          <w:sz w:val="24"/>
        </w:rPr>
        <w:t>кавана</w:t>
      </w:r>
      <w:r>
        <w:rPr>
          <w:rFonts w:ascii="Georgia" w:hAnsi="Georgia"/>
          <w:b w:val="0"/>
          <w:i w:val="0"/>
          <w:color w:val="000000"/>
          <w:sz w:val="24"/>
        </w:rPr>
        <w:t>) на том, что своим простиранием над ним ты побуждаешь нефеш этого праведника также распростереться и распространиться в его костях (</w:t>
      </w:r>
      <w:r>
        <w:rPr>
          <w:rFonts w:ascii="Georgia" w:hAnsi="Georgia"/>
          <w:b w:val="0"/>
          <w:i/>
          <w:color w:val="000000"/>
          <w:sz w:val="24"/>
        </w:rPr>
        <w:t>ацамот</w:t>
      </w:r>
      <w:r>
        <w:rPr>
          <w:rFonts w:ascii="Georgia" w:hAnsi="Georgia"/>
          <w:b w:val="0"/>
          <w:i w:val="0"/>
          <w:color w:val="000000"/>
          <w:sz w:val="24"/>
        </w:rPr>
        <w:t xml:space="preserve">), покоящихся там, в могиле. Тогда он вновь оживает, а его кости становятся подобием тела для нефеш, простирающейся и распространяющейся внутри них. Эта нефеш — именно та, что остается в могиле, как известно по смыслу стиха </w:t>
      </w:r>
      <w:r>
        <w:rPr>
          <w:rFonts w:ascii="Georgia" w:hAnsi="Georgia"/>
          <w:b w:val="0"/>
          <w:i/>
          <w:color w:val="000000"/>
          <w:sz w:val="24"/>
        </w:rPr>
        <w:t>«…и душа его о нем скорбит»</w:t>
      </w:r>
      <w:r>
        <w:rPr>
          <w:rFonts w:ascii="Georgia" w:hAnsi="Georgia"/>
          <w:b w:val="0"/>
          <w:i w:val="0"/>
          <w:color w:val="000000"/>
          <w:sz w:val="24"/>
        </w:rPr>
        <w:t xml:space="preserve"> (Иов 14:22). В этот момент праведник словно снова жив в теле и нефеш. Если же ты совершаешь ихудим у себя дома, без простирания [на могиле], в упомянутом намерении нет необходимости.</w:t>
      </w:r>
    </w:p>
    <w:p>
      <w:pPr>
        <w:spacing w:before="40" w:after="120"/>
        <w:jc w:val="both"/>
      </w:pPr>
      <w:r>
        <w:rPr>
          <w:rFonts w:ascii="Georgia" w:hAnsi="Georgia"/>
          <w:b w:val="0"/>
          <w:i w:val="0"/>
          <w:color w:val="000000"/>
          <w:sz w:val="24"/>
        </w:rPr>
        <w:t>Однако всегда — совершается ли [единение] через простирание [на могиле] или у тебя дома — во всех без исключения ихудим нужно иметь намерение вознести свою нефеш и нефеш этого праведника связанными воедино, так чтобы твоя нефеш была включена в его нефеш. При этом нужно направить намерение на тот корень в Адам а-Ришон, от которого зависят нефеш праведника и твоя нефеш, и сосредоточиться на пробуждении того места — органа в Адам а-Ришон, с которым связана нефеш этого праведника. И со стороны этого органа ты возносишь его нефеш в виде МАН. Поясним это на примере: Если нефеш этого праведника происходит из корня органа «правая рука» Адам а-Ришон, и ты тоже принадлежишь к этому его корню, то знай: этот праведник после кончины уже поднялся от соф (завершения) руки к ее рош (голове), тогда как твоя нефеш все еще находится в соф этой руки. Ведь известно, что каждый корень представляет собой полный парцуф. И если твоя нефеш происходит, к примеру, от пятки или от ноги того парцуфа твоего корня, направь намерение на то, чтобы поднять свою нефеш от пятки этого парцуфа к его рош.</w:t>
      </w:r>
    </w:p>
    <w:p>
      <w:pPr>
        <w:spacing w:before="40" w:after="120"/>
        <w:jc w:val="both"/>
      </w:pPr>
      <w:r>
        <w:rPr>
          <w:rFonts w:ascii="Georgia" w:hAnsi="Georgia"/>
          <w:b w:val="0"/>
          <w:i w:val="0"/>
          <w:color w:val="000000"/>
          <w:sz w:val="24"/>
        </w:rPr>
        <w:t>Тогда твоя нефеш соединится с нефеш этого праведника, и тогда ты пробудишь обе нефеш вместе и вознесешь их ввысь в виде МАН. Знай также: если тебе известно о себе, что у тебя есть нешама, пробуждай также свою нешаму вместе с нешамой этого праведника; если же у тебя есть лишь руах, пробуждай только свой руах; а если у тебя есть только нефеш, пробуждай только свою нефеш. То есть [это означает, что], пробуждая нешаму и руах праведника, ты пробуждаешь исключительно нешаму и руах самого праведника, а когда дойдешь до того, чтобы пробудить также нефеш праведника, направь намерение на нефеш праведника и направь намерение объединить с ним также свою нефеш. Главное же заключается в том, чтобы ты направлял намерение с великим, пылким стремлением, в радости и при полном совлечении материи с нефеш.</w:t>
      </w:r>
    </w:p>
    <w:p>
      <w:pPr>
        <w:keepNext/>
        <w:spacing w:before="320" w:after="120"/>
      </w:pPr>
      <w:r>
        <w:rPr>
          <w:rFonts w:ascii="Georgia" w:hAnsi="Georgia"/>
          <w:b w:val="0"/>
          <w:i w:val="0"/>
          <w:color w:val="000000"/>
          <w:sz w:val="32"/>
        </w:rPr>
        <w:t>Вступление 3</w:t>
      </w:r>
    </w:p>
    <w:p>
      <w:pPr>
        <w:spacing w:before="40" w:after="120"/>
        <w:jc w:val="both"/>
      </w:pPr>
      <w:r>
        <w:rPr>
          <w:rFonts w:ascii="Georgia" w:hAnsi="Georgia"/>
          <w:b w:val="0"/>
          <w:i w:val="0"/>
          <w:color w:val="000000"/>
          <w:sz w:val="24"/>
        </w:rPr>
        <w:t xml:space="preserve">Суть ихудим (единений). Здесь будет объяснено сказанное мудрецами (ХАЗАЛЬ) по поводу стиха </w:t>
      </w:r>
      <w:r>
        <w:rPr>
          <w:rFonts w:ascii="Georgia" w:hAnsi="Georgia"/>
          <w:b w:val="0"/>
          <w:i/>
          <w:color w:val="000000"/>
          <w:sz w:val="24"/>
        </w:rPr>
        <w:t>«…и не войду в город»</w:t>
      </w:r>
      <w:r>
        <w:rPr>
          <w:rFonts w:ascii="Georgia" w:hAnsi="Georgia"/>
          <w:b w:val="0"/>
          <w:i w:val="0"/>
          <w:color w:val="000000"/>
          <w:sz w:val="24"/>
        </w:rPr>
        <w:t xml:space="preserve"> (Ошеа 11:9): Святой, благословен Он, поклялся, что не войдет в Небесный Йерушалаим, и так далее. Знай, что все Имена Бины — без огласовок, а Имена в Хохме — с огласовками. Когда мы совершаем единение Аба ве-Има или производим их зивуг, не следует направлять намерение на Имена с огласовками, ведь поклялся Святой, благословен Он, что не войдет в Небесный Йерушалаим. Напротив, направлять намерение нужно на Имена без огласовок. Ведь тогда, хотя эти Имена и находятся в Абе, они происходят от Есода Бины, [находящегося] в нем, и в таком случае это называется зивугом Бины с Биной, а не зивугом Хохмы с Биной. Будь осторожен в этом и не нарушай клятву! Это уже объяснено в [разделе о] заповеди отсылания птицы от гнезда (</w:t>
      </w:r>
      <w:r>
        <w:rPr>
          <w:rFonts w:ascii="Georgia" w:hAnsi="Georgia"/>
          <w:b w:val="0"/>
          <w:i/>
          <w:color w:val="000000"/>
          <w:sz w:val="24"/>
        </w:rPr>
        <w:t>шилуах а-кен</w:t>
      </w:r>
      <w:r>
        <w:rPr>
          <w:rFonts w:ascii="Georgia" w:hAnsi="Georgia"/>
          <w:b w:val="0"/>
          <w:i w:val="0"/>
          <w:color w:val="000000"/>
          <w:sz w:val="24"/>
        </w:rPr>
        <w:t>), посмотри там.</w:t>
      </w:r>
    </w:p>
    <w:p>
      <w:pPr>
        <w:keepNext/>
        <w:spacing w:before="320" w:after="120"/>
      </w:pPr>
      <w:r>
        <w:rPr>
          <w:rFonts w:ascii="Georgia" w:hAnsi="Georgia"/>
          <w:b w:val="0"/>
          <w:i w:val="0"/>
          <w:color w:val="000000"/>
          <w:sz w:val="32"/>
        </w:rPr>
        <w:t>Вступление 4</w:t>
      </w:r>
    </w:p>
    <w:p>
      <w:pPr>
        <w:spacing w:before="40" w:after="120"/>
        <w:jc w:val="both"/>
      </w:pPr>
      <w:r>
        <w:rPr>
          <w:rFonts w:ascii="Georgia" w:hAnsi="Georgia"/>
          <w:b w:val="0"/>
          <w:i w:val="0"/>
          <w:color w:val="000000"/>
          <w:sz w:val="24"/>
        </w:rPr>
        <w:t>Хорошо приходить на могилы праведников и молиться там. Однако что касается праведников, чьи могилы скрыты от людей и известны лишь немногим — как те, о которых мы с помощью Всевышнего напишем в «Шаар а-Гильгулим», — молитвы, которые человек возносит у этих могил, принимаются Святым, благословен Он, охотнее и бывают услышаны лучше.</w:t>
      </w:r>
    </w:p>
    <w:p>
      <w:r>
        <w:br w:type="page"/>
      </w:r>
    </w:p>
    <w:p>
      <w:pPr>
        <w:keepNext/>
        <w:spacing w:before="360" w:after="160"/>
        <w:jc w:val="center"/>
      </w:pPr>
      <w:r>
        <w:rPr>
          <w:rFonts w:ascii="Georgia" w:hAnsi="Georgia"/>
          <w:b w:val="0"/>
          <w:i w:val="0"/>
          <w:color w:val="000000"/>
          <w:sz w:val="40"/>
        </w:rPr>
        <w:t>Ихудим для возвращения грешника к раскаянию</w:t>
      </w:r>
    </w:p>
    <w:p>
      <w:pPr>
        <w:keepNext/>
        <w:spacing w:before="320" w:after="120"/>
      </w:pPr>
      <w:r>
        <w:rPr>
          <w:rFonts w:ascii="Georgia" w:hAnsi="Georgia"/>
          <w:b w:val="0"/>
          <w:i w:val="0"/>
          <w:color w:val="000000"/>
          <w:sz w:val="32"/>
        </w:rPr>
        <w:t>Ихуд 1</w:t>
      </w:r>
    </w:p>
    <w:p>
      <w:pPr>
        <w:spacing w:before="40" w:after="120"/>
        <w:jc w:val="both"/>
      </w:pPr>
      <w:r>
        <w:rPr>
          <w:rFonts w:ascii="Georgia" w:hAnsi="Georgia"/>
          <w:b w:val="0"/>
          <w:i w:val="0"/>
          <w:color w:val="000000"/>
          <w:sz w:val="24"/>
        </w:rPr>
        <w:t>Возвращение грешника к раскаянию (тшуве). Оно [было дано] рабби Моше Альшиху, благословенной памяти, по поводу его сына, который стал вероотступником. Мой учитель, благословенной памяти, научил его направить намерение на это единение, чтобы вернуть [сына] к раскаянию, — и это помогло ему, и он вернулся к вере Исраэля.</w:t>
      </w:r>
    </w:p>
    <w:p>
      <w:pPr>
        <w:spacing w:before="40" w:after="120"/>
        <w:jc w:val="both"/>
      </w:pPr>
      <w:r>
        <w:rPr>
          <w:rFonts w:ascii="Georgia" w:hAnsi="Georgia"/>
          <w:b w:val="0"/>
          <w:i w:val="0"/>
          <w:color w:val="000000"/>
          <w:sz w:val="24"/>
        </w:rPr>
        <w:t xml:space="preserve">Ты уже знаешь, что благословение «Верни нас, Отец наш, к Торе Твоей» в молитве «Восемнадцать [благословений]» относится к Бине, называемой Тшувой. Поэтому, дойдя до этого благословения в своей молитве, произнеси перед заключением [благословения] эту молитву: «Да будет воля Твоя, Аба ве-Има, чтобы Ты пробил подкоп под Престолом Славы Твоей и принял в раскаянии такого-то, сына такого-то, ведь десница Твоя распростерта, чтобы принять возвращающихся», — [и затем заверши:] </w:t>
      </w:r>
      <w:r>
        <w:rPr>
          <w:rFonts w:ascii="Georgia" w:hAnsi="Georgia"/>
          <w:b w:val="0"/>
          <w:i/>
          <w:color w:val="000000"/>
          <w:sz w:val="24"/>
        </w:rPr>
        <w:t>«Благословен Ты, Г-сподь, Желающий раскаяния»</w:t>
      </w:r>
      <w:r>
        <w:rPr>
          <w:rFonts w:ascii="Georgia" w:hAnsi="Georgia"/>
          <w:b w:val="0"/>
          <w:i w:val="0"/>
          <w:color w:val="000000"/>
          <w:sz w:val="24"/>
        </w:rPr>
        <w:t>. На слове же «десница Твоя» направь намерение на сфиру Хесед, называемую десницей, и направь в ней намерение на то, что это — Имя АВАЯ, все четыре буквы которого огласованы огласовкой сеголь. Хесед связывается с Биной, и поэтому направь намерение связать и соединить Хесед с Биной, называемые [соответственно] «десница» и «Тшува». И направь намерение [на то], чтобы Он простер Свою десницу, называемую Хесед, чтобы принять его в раскаянии, называемом Биной, — [ведь они] соединены вместе. Отсюда и до единения 15 — [записи] нашего учителя, рабби Йосефа Арзина.</w:t>
      </w:r>
    </w:p>
    <w:p>
      <w:pPr>
        <w:keepNext/>
        <w:spacing w:before="320" w:after="120"/>
      </w:pPr>
      <w:r>
        <w:rPr>
          <w:rFonts w:ascii="Georgia" w:hAnsi="Georgia"/>
          <w:b w:val="0"/>
          <w:i w:val="0"/>
          <w:color w:val="000000"/>
          <w:sz w:val="32"/>
        </w:rPr>
        <w:t>Ихуд 2</w:t>
      </w:r>
    </w:p>
    <w:p>
      <w:pPr>
        <w:spacing w:before="40" w:after="120"/>
        <w:jc w:val="both"/>
      </w:pPr>
      <w:r>
        <w:rPr>
          <w:rFonts w:ascii="Georgia" w:hAnsi="Georgia"/>
          <w:b w:val="0"/>
          <w:i w:val="0"/>
          <w:color w:val="000000"/>
          <w:sz w:val="24"/>
        </w:rPr>
        <w:t xml:space="preserve">[Это единение] также [служит для того], чтобы вернуть грешника к раскаянию. И этот согрешивший должен направлять следующие каванот (намерения), которые мы изложим по порядку [слов стиха] (Шмот 30:34): </w:t>
      </w:r>
      <w:r>
        <w:rPr>
          <w:rFonts w:ascii="Georgia" w:hAnsi="Georgia"/>
          <w:b w:val="0"/>
          <w:i/>
          <w:color w:val="000000"/>
          <w:sz w:val="24"/>
        </w:rPr>
        <w:t>ках</w:t>
      </w:r>
      <w:r>
        <w:rPr>
          <w:rFonts w:ascii="Georgia" w:hAnsi="Georgia"/>
          <w:b w:val="0"/>
          <w:i w:val="0"/>
          <w:color w:val="000000"/>
          <w:sz w:val="24"/>
        </w:rPr>
        <w:t xml:space="preserve"> — «возьми» (</w:t>
      </w:r>
      <w:r>
        <w:rPr>
          <w:rFonts w:ascii="Georgia" w:hAnsi="Georgia" w:cs="Times New Roman"/>
          <w:b/>
          <w:i w:val="0"/>
          <w:color w:val="000000"/>
          <w:sz w:val="24"/>
          <w:rtl/>
          <w:szCs w:val="32"/>
        </w:rPr>
        <w:t>קַח</w:t>
      </w:r>
      <w:r>
        <w:rPr>
          <w:rFonts w:ascii="Georgia" w:hAnsi="Georgia"/>
          <w:b w:val="0"/>
          <w:i w:val="0"/>
          <w:color w:val="000000"/>
          <w:sz w:val="24"/>
        </w:rPr>
        <w:t xml:space="preserve">) — 1-й [день] (алеф); </w:t>
      </w:r>
      <w:r>
        <w:rPr>
          <w:rFonts w:ascii="Georgia" w:hAnsi="Georgia"/>
          <w:b w:val="0"/>
          <w:i/>
          <w:color w:val="000000"/>
          <w:sz w:val="24"/>
        </w:rPr>
        <w:t>леха</w:t>
      </w:r>
      <w:r>
        <w:rPr>
          <w:rFonts w:ascii="Georgia" w:hAnsi="Georgia"/>
          <w:b w:val="0"/>
          <w:i w:val="0"/>
          <w:color w:val="000000"/>
          <w:sz w:val="24"/>
        </w:rPr>
        <w:t xml:space="preserve"> — «себе» (</w:t>
      </w:r>
      <w:r>
        <w:rPr>
          <w:rFonts w:ascii="Georgia" w:hAnsi="Georgia" w:cs="Times New Roman"/>
          <w:b/>
          <w:i w:val="0"/>
          <w:color w:val="000000"/>
          <w:sz w:val="24"/>
          <w:rtl/>
          <w:szCs w:val="32"/>
        </w:rPr>
        <w:t>לְךָ</w:t>
      </w:r>
      <w:r>
        <w:rPr>
          <w:rFonts w:ascii="Georgia" w:hAnsi="Georgia"/>
          <w:b w:val="0"/>
          <w:i w:val="0"/>
          <w:color w:val="000000"/>
          <w:sz w:val="24"/>
        </w:rPr>
        <w:t xml:space="preserve">) — 2-й [день] (бэт); </w:t>
      </w:r>
      <w:r>
        <w:rPr>
          <w:rFonts w:ascii="Georgia" w:hAnsi="Georgia"/>
          <w:b w:val="0"/>
          <w:i/>
          <w:color w:val="000000"/>
          <w:sz w:val="24"/>
        </w:rPr>
        <w:t>самим</w:t>
      </w:r>
      <w:r>
        <w:rPr>
          <w:rFonts w:ascii="Georgia" w:hAnsi="Georgia"/>
          <w:b w:val="0"/>
          <w:i w:val="0"/>
          <w:color w:val="000000"/>
          <w:sz w:val="24"/>
        </w:rPr>
        <w:t xml:space="preserve"> — «благовоний» (</w:t>
      </w:r>
      <w:r>
        <w:rPr>
          <w:rFonts w:ascii="Georgia" w:hAnsi="Georgia" w:cs="Times New Roman"/>
          <w:b/>
          <w:i w:val="0"/>
          <w:color w:val="000000"/>
          <w:sz w:val="24"/>
          <w:rtl/>
          <w:szCs w:val="32"/>
        </w:rPr>
        <w:t>סַמִּים</w:t>
      </w:r>
      <w:r>
        <w:rPr>
          <w:rFonts w:ascii="Georgia" w:hAnsi="Georgia"/>
          <w:b w:val="0"/>
          <w:i w:val="0"/>
          <w:color w:val="000000"/>
          <w:sz w:val="24"/>
        </w:rPr>
        <w:t xml:space="preserve">) — 3-й [день] (гимель); </w:t>
      </w:r>
      <w:r>
        <w:rPr>
          <w:rFonts w:ascii="Georgia" w:hAnsi="Georgia"/>
          <w:b w:val="0"/>
          <w:i/>
          <w:color w:val="000000"/>
          <w:sz w:val="24"/>
        </w:rPr>
        <w:t>натаф</w:t>
      </w:r>
      <w:r>
        <w:rPr>
          <w:rFonts w:ascii="Georgia" w:hAnsi="Georgia"/>
          <w:b w:val="0"/>
          <w:i w:val="0"/>
          <w:color w:val="000000"/>
          <w:sz w:val="24"/>
        </w:rPr>
        <w:t xml:space="preserve"> — «натафа» (</w:t>
      </w:r>
      <w:r>
        <w:rPr>
          <w:rFonts w:ascii="Georgia" w:hAnsi="Georgia" w:cs="Times New Roman"/>
          <w:b/>
          <w:i w:val="0"/>
          <w:color w:val="000000"/>
          <w:sz w:val="24"/>
          <w:rtl/>
          <w:szCs w:val="32"/>
        </w:rPr>
        <w:t>נָטָף</w:t>
      </w:r>
      <w:r>
        <w:rPr>
          <w:rFonts w:ascii="Georgia" w:hAnsi="Georgia"/>
          <w:b w:val="0"/>
          <w:i w:val="0"/>
          <w:color w:val="000000"/>
          <w:sz w:val="24"/>
        </w:rPr>
        <w:t xml:space="preserve">) — 4-й [день] (далет); </w:t>
      </w:r>
      <w:r>
        <w:rPr>
          <w:rFonts w:ascii="Georgia" w:hAnsi="Georgia"/>
          <w:b w:val="0"/>
          <w:i/>
          <w:color w:val="000000"/>
          <w:sz w:val="24"/>
        </w:rPr>
        <w:t>у-шхелет</w:t>
      </w:r>
      <w:r>
        <w:rPr>
          <w:rFonts w:ascii="Georgia" w:hAnsi="Georgia"/>
          <w:b w:val="0"/>
          <w:i w:val="0"/>
          <w:color w:val="000000"/>
          <w:sz w:val="24"/>
        </w:rPr>
        <w:t xml:space="preserve"> — «и шхелет» (</w:t>
      </w:r>
      <w:r>
        <w:rPr>
          <w:rFonts w:ascii="Georgia" w:hAnsi="Georgia" w:cs="Times New Roman"/>
          <w:b/>
          <w:i w:val="0"/>
          <w:color w:val="000000"/>
          <w:sz w:val="24"/>
          <w:rtl/>
          <w:szCs w:val="32"/>
        </w:rPr>
        <w:t>וּשְׁחֵלֶת</w:t>
      </w:r>
      <w:r>
        <w:rPr>
          <w:rFonts w:ascii="Georgia" w:hAnsi="Georgia"/>
          <w:b w:val="0"/>
          <w:i w:val="0"/>
          <w:color w:val="000000"/>
          <w:sz w:val="24"/>
        </w:rPr>
        <w:t xml:space="preserve">) — 5-й [день] (хэй); </w:t>
      </w:r>
      <w:r>
        <w:rPr>
          <w:rFonts w:ascii="Georgia" w:hAnsi="Georgia"/>
          <w:b w:val="0"/>
          <w:i/>
          <w:color w:val="000000"/>
          <w:sz w:val="24"/>
        </w:rPr>
        <w:t>ве-хельбена</w:t>
      </w:r>
      <w:r>
        <w:rPr>
          <w:rFonts w:ascii="Georgia" w:hAnsi="Georgia"/>
          <w:b w:val="0"/>
          <w:i w:val="0"/>
          <w:color w:val="000000"/>
          <w:sz w:val="24"/>
        </w:rPr>
        <w:t xml:space="preserve"> — «и хельбены» (</w:t>
      </w:r>
      <w:r>
        <w:rPr>
          <w:rFonts w:ascii="Georgia" w:hAnsi="Georgia" w:cs="Times New Roman"/>
          <w:b/>
          <w:i w:val="0"/>
          <w:color w:val="000000"/>
          <w:sz w:val="24"/>
          <w:rtl/>
          <w:szCs w:val="32"/>
        </w:rPr>
        <w:t>וְחֶלְבְּנָה</w:t>
      </w:r>
      <w:r>
        <w:rPr>
          <w:rFonts w:ascii="Georgia" w:hAnsi="Georgia"/>
          <w:b w:val="0"/>
          <w:i w:val="0"/>
          <w:color w:val="000000"/>
          <w:sz w:val="24"/>
        </w:rPr>
        <w:t xml:space="preserve">) — 6-й [день] (вав); </w:t>
      </w:r>
      <w:r>
        <w:rPr>
          <w:rFonts w:ascii="Georgia" w:hAnsi="Georgia"/>
          <w:b w:val="0"/>
          <w:i/>
          <w:color w:val="000000"/>
          <w:sz w:val="24"/>
        </w:rPr>
        <w:t>самим</w:t>
      </w:r>
      <w:r>
        <w:rPr>
          <w:rFonts w:ascii="Georgia" w:hAnsi="Georgia"/>
          <w:b w:val="0"/>
          <w:i w:val="0"/>
          <w:color w:val="000000"/>
          <w:sz w:val="24"/>
        </w:rPr>
        <w:t xml:space="preserve"> (</w:t>
      </w:r>
      <w:r>
        <w:rPr>
          <w:rFonts w:ascii="Georgia" w:hAnsi="Georgia" w:cs="Times New Roman"/>
          <w:b/>
          <w:i w:val="0"/>
          <w:color w:val="000000"/>
          <w:sz w:val="24"/>
          <w:rtl/>
          <w:szCs w:val="32"/>
        </w:rPr>
        <w:t>סַמִּים</w:t>
      </w:r>
      <w:r>
        <w:rPr>
          <w:rFonts w:ascii="Georgia" w:hAnsi="Georgia"/>
          <w:b w:val="0"/>
          <w:i w:val="0"/>
          <w:color w:val="000000"/>
          <w:sz w:val="24"/>
        </w:rPr>
        <w:t xml:space="preserve">) — ночь Шаббата; </w:t>
      </w:r>
      <w:r>
        <w:rPr>
          <w:rFonts w:ascii="Georgia" w:hAnsi="Georgia"/>
          <w:b w:val="0"/>
          <w:i/>
          <w:color w:val="000000"/>
          <w:sz w:val="24"/>
        </w:rPr>
        <w:t>у-левона</w:t>
      </w:r>
      <w:r>
        <w:rPr>
          <w:rFonts w:ascii="Georgia" w:hAnsi="Georgia"/>
          <w:b w:val="0"/>
          <w:i w:val="0"/>
          <w:color w:val="000000"/>
          <w:sz w:val="24"/>
        </w:rPr>
        <w:t xml:space="preserve"> — «и левоны» (</w:t>
      </w:r>
      <w:r>
        <w:rPr>
          <w:rFonts w:ascii="Georgia" w:hAnsi="Georgia" w:cs="Times New Roman"/>
          <w:b/>
          <w:i w:val="0"/>
          <w:color w:val="000000"/>
          <w:sz w:val="24"/>
          <w:rtl/>
          <w:szCs w:val="32"/>
        </w:rPr>
        <w:t>וּלְבֹנָה</w:t>
      </w:r>
      <w:r>
        <w:rPr>
          <w:rFonts w:ascii="Georgia" w:hAnsi="Georgia"/>
          <w:b w:val="0"/>
          <w:i w:val="0"/>
          <w:color w:val="000000"/>
          <w:sz w:val="24"/>
        </w:rPr>
        <w:t xml:space="preserve">) — день Шаббата; </w:t>
      </w:r>
      <w:r>
        <w:rPr>
          <w:rFonts w:ascii="Georgia" w:hAnsi="Georgia"/>
          <w:b w:val="0"/>
          <w:i/>
          <w:color w:val="000000"/>
          <w:sz w:val="24"/>
        </w:rPr>
        <w:t>зака</w:t>
      </w:r>
      <w:r>
        <w:rPr>
          <w:rFonts w:ascii="Georgia" w:hAnsi="Georgia"/>
          <w:b w:val="0"/>
          <w:i w:val="0"/>
          <w:color w:val="000000"/>
          <w:sz w:val="24"/>
        </w:rPr>
        <w:t xml:space="preserve"> — «чистой» (</w:t>
      </w:r>
      <w:r>
        <w:rPr>
          <w:rFonts w:ascii="Georgia" w:hAnsi="Georgia" w:cs="Times New Roman"/>
          <w:b/>
          <w:i w:val="0"/>
          <w:color w:val="000000"/>
          <w:sz w:val="24"/>
          <w:rtl/>
          <w:szCs w:val="32"/>
        </w:rPr>
        <w:t>זַכָּה</w:t>
      </w:r>
      <w:r>
        <w:rPr>
          <w:rFonts w:ascii="Georgia" w:hAnsi="Georgia"/>
          <w:b w:val="0"/>
          <w:i w:val="0"/>
          <w:color w:val="000000"/>
          <w:sz w:val="24"/>
        </w:rPr>
        <w:t xml:space="preserve">) — Минха Шаббата. Смысл же этого таков: когда человек изучает Тору, пусть он всегда направляет намерение и мысленно представляет перед своими глазами Имя АВАЯ в [системе] атбаш, то есть </w:t>
      </w:r>
      <w:r>
        <w:rPr>
          <w:rFonts w:ascii="Georgia" w:hAnsi="Georgia" w:cs="Times New Roman"/>
          <w:b/>
          <w:i w:val="0"/>
          <w:color w:val="000000"/>
          <w:sz w:val="24"/>
          <w:rtl/>
          <w:szCs w:val="32"/>
        </w:rPr>
        <w:t>מַצַפַץַ</w:t>
      </w:r>
      <w:r>
        <w:rPr>
          <w:rFonts w:ascii="Georgia" w:hAnsi="Georgia"/>
          <w:b w:val="0"/>
          <w:i w:val="0"/>
          <w:color w:val="000000"/>
          <w:sz w:val="24"/>
        </w:rPr>
        <w:t xml:space="preserve">, полностью огласованным патахом по огласовке [слова] </w:t>
      </w:r>
      <w:r>
        <w:rPr>
          <w:rFonts w:ascii="Georgia" w:hAnsi="Georgia"/>
          <w:b w:val="0"/>
          <w:i/>
          <w:color w:val="000000"/>
          <w:sz w:val="24"/>
        </w:rPr>
        <w:t>ках</w:t>
      </w:r>
      <w:r>
        <w:rPr>
          <w:rFonts w:ascii="Georgia" w:hAnsi="Georgia"/>
          <w:b w:val="0"/>
          <w:i w:val="0"/>
          <w:color w:val="000000"/>
          <w:sz w:val="24"/>
        </w:rPr>
        <w:t xml:space="preserve"> (</w:t>
      </w:r>
      <w:r>
        <w:rPr>
          <w:rFonts w:ascii="Georgia" w:hAnsi="Georgia" w:cs="Times New Roman"/>
          <w:b/>
          <w:i w:val="0"/>
          <w:color w:val="000000"/>
          <w:sz w:val="24"/>
          <w:rtl/>
          <w:szCs w:val="32"/>
        </w:rPr>
        <w:t>קַח</w:t>
      </w:r>
      <w:r>
        <w:rPr>
          <w:rFonts w:ascii="Georgia" w:hAnsi="Georgia"/>
          <w:b w:val="0"/>
          <w:i w:val="0"/>
          <w:color w:val="000000"/>
          <w:sz w:val="24"/>
        </w:rPr>
        <w:t xml:space="preserve">). Во второй же день [пусть представляет его] с огласовкой [слова] </w:t>
      </w:r>
      <w:r>
        <w:rPr>
          <w:rFonts w:ascii="Georgia" w:hAnsi="Georgia"/>
          <w:b w:val="0"/>
          <w:i/>
          <w:color w:val="000000"/>
          <w:sz w:val="24"/>
        </w:rPr>
        <w:t>леха</w:t>
      </w:r>
      <w:r>
        <w:rPr>
          <w:rFonts w:ascii="Georgia" w:hAnsi="Georgia"/>
          <w:b w:val="0"/>
          <w:i w:val="0"/>
          <w:color w:val="000000"/>
          <w:sz w:val="24"/>
        </w:rPr>
        <w:t xml:space="preserve"> (</w:t>
      </w:r>
      <w:r>
        <w:rPr>
          <w:rFonts w:ascii="Georgia" w:hAnsi="Georgia" w:cs="Times New Roman"/>
          <w:b/>
          <w:i w:val="0"/>
          <w:color w:val="000000"/>
          <w:sz w:val="24"/>
          <w:rtl/>
          <w:szCs w:val="32"/>
        </w:rPr>
        <w:t>לְךָ</w:t>
      </w:r>
      <w:r>
        <w:rPr>
          <w:rFonts w:ascii="Georgia" w:hAnsi="Georgia"/>
          <w:b w:val="0"/>
          <w:i w:val="0"/>
          <w:color w:val="000000"/>
          <w:sz w:val="24"/>
        </w:rPr>
        <w:t xml:space="preserve">), то есть со шва и камацем; и так далее таким же образом, пока не окажется, что в шестой день он огласует его по огласовке [слова] </w:t>
      </w:r>
      <w:r>
        <w:rPr>
          <w:rFonts w:ascii="Georgia" w:hAnsi="Georgia"/>
          <w:b w:val="0"/>
          <w:i/>
          <w:color w:val="000000"/>
          <w:sz w:val="24"/>
        </w:rPr>
        <w:t>ве-хельбена</w:t>
      </w:r>
      <w:r>
        <w:rPr>
          <w:rFonts w:ascii="Georgia" w:hAnsi="Georgia"/>
          <w:b w:val="0"/>
          <w:i w:val="0"/>
          <w:color w:val="000000"/>
          <w:sz w:val="24"/>
        </w:rPr>
        <w:t xml:space="preserve"> (</w:t>
      </w:r>
      <w:r>
        <w:rPr>
          <w:rFonts w:ascii="Georgia" w:hAnsi="Georgia" w:cs="Times New Roman"/>
          <w:b/>
          <w:i w:val="0"/>
          <w:color w:val="000000"/>
          <w:sz w:val="24"/>
          <w:rtl/>
          <w:szCs w:val="32"/>
        </w:rPr>
        <w:t>וְחֶלְבְּנָה</w:t>
      </w:r>
      <w:r>
        <w:rPr>
          <w:rFonts w:ascii="Georgia" w:hAnsi="Georgia"/>
          <w:b w:val="0"/>
          <w:i w:val="0"/>
          <w:color w:val="000000"/>
          <w:sz w:val="24"/>
        </w:rPr>
        <w:t xml:space="preserve">), в ночь Шаббата — по огласовке [слова] </w:t>
      </w:r>
      <w:r>
        <w:rPr>
          <w:rFonts w:ascii="Georgia" w:hAnsi="Georgia"/>
          <w:b w:val="0"/>
          <w:i/>
          <w:color w:val="000000"/>
          <w:sz w:val="24"/>
        </w:rPr>
        <w:t>самим</w:t>
      </w:r>
      <w:r>
        <w:rPr>
          <w:rFonts w:ascii="Georgia" w:hAnsi="Georgia"/>
          <w:b w:val="0"/>
          <w:i w:val="0"/>
          <w:color w:val="000000"/>
          <w:sz w:val="24"/>
        </w:rPr>
        <w:t xml:space="preserve"> (</w:t>
      </w:r>
      <w:r>
        <w:rPr>
          <w:rFonts w:ascii="Georgia" w:hAnsi="Georgia" w:cs="Times New Roman"/>
          <w:b/>
          <w:i w:val="0"/>
          <w:color w:val="000000"/>
          <w:sz w:val="24"/>
          <w:rtl/>
          <w:szCs w:val="32"/>
        </w:rPr>
        <w:t>סַמִּים</w:t>
      </w:r>
      <w:r>
        <w:rPr>
          <w:rFonts w:ascii="Georgia" w:hAnsi="Georgia"/>
          <w:b w:val="0"/>
          <w:i w:val="0"/>
          <w:color w:val="000000"/>
          <w:sz w:val="24"/>
        </w:rPr>
        <w:t xml:space="preserve">), утром в день Шаббата — по огласовке [слова] </w:t>
      </w:r>
      <w:r>
        <w:rPr>
          <w:rFonts w:ascii="Georgia" w:hAnsi="Georgia"/>
          <w:b w:val="0"/>
          <w:i/>
          <w:color w:val="000000"/>
          <w:sz w:val="24"/>
        </w:rPr>
        <w:t>у-левона</w:t>
      </w:r>
      <w:r>
        <w:rPr>
          <w:rFonts w:ascii="Georgia" w:hAnsi="Georgia"/>
          <w:b w:val="0"/>
          <w:i w:val="0"/>
          <w:color w:val="000000"/>
          <w:sz w:val="24"/>
        </w:rPr>
        <w:t xml:space="preserve"> (</w:t>
      </w:r>
      <w:r>
        <w:rPr>
          <w:rFonts w:ascii="Georgia" w:hAnsi="Georgia" w:cs="Times New Roman"/>
          <w:b/>
          <w:i w:val="0"/>
          <w:color w:val="000000"/>
          <w:sz w:val="24"/>
          <w:rtl/>
          <w:szCs w:val="32"/>
        </w:rPr>
        <w:t>וּלְבֹנָה</w:t>
      </w:r>
      <w:r>
        <w:rPr>
          <w:rFonts w:ascii="Georgia" w:hAnsi="Georgia"/>
          <w:b w:val="0"/>
          <w:i w:val="0"/>
          <w:color w:val="000000"/>
          <w:sz w:val="24"/>
        </w:rPr>
        <w:t xml:space="preserve">), а в Минху Шаббата — по огласовке [слова] </w:t>
      </w:r>
      <w:r>
        <w:rPr>
          <w:rFonts w:ascii="Georgia" w:hAnsi="Georgia"/>
          <w:b w:val="0"/>
          <w:i/>
          <w:color w:val="000000"/>
          <w:sz w:val="24"/>
        </w:rPr>
        <w:t>зака</w:t>
      </w:r>
      <w:r>
        <w:rPr>
          <w:rFonts w:ascii="Georgia" w:hAnsi="Georgia"/>
          <w:b w:val="0"/>
          <w:i w:val="0"/>
          <w:color w:val="000000"/>
          <w:sz w:val="24"/>
        </w:rPr>
        <w:t xml:space="preserve"> (</w:t>
      </w:r>
      <w:r>
        <w:rPr>
          <w:rFonts w:ascii="Georgia" w:hAnsi="Georgia" w:cs="Times New Roman"/>
          <w:b/>
          <w:i w:val="0"/>
          <w:color w:val="000000"/>
          <w:sz w:val="24"/>
          <w:rtl/>
          <w:szCs w:val="32"/>
        </w:rPr>
        <w:t>זַכָּה</w:t>
      </w:r>
      <w:r>
        <w:rPr>
          <w:rFonts w:ascii="Georgia" w:hAnsi="Georgia"/>
          <w:b w:val="0"/>
          <w:i w:val="0"/>
          <w:color w:val="000000"/>
          <w:sz w:val="24"/>
        </w:rPr>
        <w:t>).</w:t>
      </w:r>
    </w:p>
    <w:p>
      <w:pPr>
        <w:keepNext/>
        <w:spacing w:before="320" w:after="120"/>
      </w:pPr>
      <w:r>
        <w:rPr>
          <w:rFonts w:ascii="Georgia" w:hAnsi="Georgia"/>
          <w:b w:val="0"/>
          <w:i w:val="0"/>
          <w:color w:val="000000"/>
          <w:sz w:val="32"/>
        </w:rPr>
        <w:t>Ихуд 3</w:t>
      </w:r>
    </w:p>
    <w:p>
      <w:pPr>
        <w:spacing w:before="40" w:after="120"/>
        <w:jc w:val="both"/>
      </w:pPr>
      <w:r>
        <w:rPr>
          <w:rFonts w:ascii="Georgia" w:hAnsi="Georgia"/>
          <w:b w:val="0"/>
          <w:i w:val="0"/>
          <w:color w:val="000000"/>
          <w:sz w:val="24"/>
        </w:rPr>
        <w:t xml:space="preserve">И это [единение] также относится к упомянутому [стиху]: </w:t>
      </w:r>
      <w:r>
        <w:rPr>
          <w:rFonts w:ascii="Georgia" w:hAnsi="Georgia"/>
          <w:b w:val="0"/>
          <w:i/>
          <w:color w:val="000000"/>
          <w:sz w:val="24"/>
        </w:rPr>
        <w:t>«Когда я взываю, ответь мне, Б-г справедливости моей! В тесноте Ты давал мне простор...»</w:t>
      </w:r>
      <w:r>
        <w:rPr>
          <w:rFonts w:ascii="Georgia" w:hAnsi="Georgia"/>
          <w:b w:val="0"/>
          <w:i w:val="0"/>
          <w:color w:val="000000"/>
          <w:sz w:val="24"/>
        </w:rPr>
        <w:t xml:space="preserve"> (Теилим 4:2; </w:t>
      </w:r>
      <w:r>
        <w:rPr>
          <w:rFonts w:ascii="Georgia" w:hAnsi="Georgia" w:cs="Times New Roman"/>
          <w:b/>
          <w:i w:val="0"/>
          <w:color w:val="000000"/>
          <w:sz w:val="24"/>
          <w:rtl/>
          <w:szCs w:val="32"/>
        </w:rPr>
        <w:t>בקראי ענני אלהי צדקי בצר הרחבת לי</w:t>
      </w:r>
      <w:r>
        <w:rPr>
          <w:rFonts w:ascii="Georgia" w:hAnsi="Georgia"/>
          <w:b w:val="0"/>
          <w:i w:val="0"/>
          <w:color w:val="000000"/>
          <w:sz w:val="24"/>
        </w:rPr>
        <w:t>). Начальные буквы (рашей тевот) этих [слов] составляют по гематрии 72 (АБ) с [наполнением] йод, а также 91 (ЦА) — то есть [сумму Имен] АВАЯ и АДОНАЙ. Также 37 (</w:t>
      </w:r>
      <w:r>
        <w:rPr>
          <w:rFonts w:ascii="Georgia" w:hAnsi="Georgia" w:cs="Times New Roman"/>
          <w:b/>
          <w:i w:val="0"/>
          <w:color w:val="000000"/>
          <w:sz w:val="24"/>
          <w:rtl/>
          <w:szCs w:val="32"/>
        </w:rPr>
        <w:t>ל״ז</w:t>
      </w:r>
      <w:r>
        <w:rPr>
          <w:rFonts w:ascii="Georgia" w:hAnsi="Georgia"/>
          <w:b w:val="0"/>
          <w:i w:val="0"/>
          <w:color w:val="000000"/>
          <w:sz w:val="24"/>
        </w:rPr>
        <w:t xml:space="preserve">) — это наполнение [имени] САГ, [предназначенное] для смягчения обратной стороны (ахораим) [Имени] ЭЛОКИМ. И пусть притянет на них [свет Имени] АВАЯ с [наполнением] йод, восходящего к [числовому значению слова] </w:t>
      </w:r>
      <w:r>
        <w:rPr>
          <w:rFonts w:ascii="Georgia" w:hAnsi="Georgia"/>
          <w:b w:val="0"/>
          <w:i/>
          <w:color w:val="000000"/>
          <w:sz w:val="24"/>
        </w:rPr>
        <w:t>кадош</w:t>
      </w:r>
      <w:r>
        <w:rPr>
          <w:rFonts w:ascii="Georgia" w:hAnsi="Georgia"/>
          <w:b w:val="0"/>
          <w:i w:val="0"/>
          <w:color w:val="000000"/>
          <w:sz w:val="24"/>
        </w:rPr>
        <w:t xml:space="preserve"> (</w:t>
      </w:r>
      <w:r>
        <w:rPr>
          <w:rFonts w:ascii="Georgia" w:hAnsi="Georgia" w:cs="Times New Roman"/>
          <w:b/>
          <w:i w:val="0"/>
          <w:color w:val="000000"/>
          <w:sz w:val="24"/>
          <w:rtl/>
          <w:szCs w:val="32"/>
        </w:rPr>
        <w:t>קָדוֹשׁ</w:t>
      </w:r>
      <w:r>
        <w:rPr>
          <w:rFonts w:ascii="Georgia" w:hAnsi="Georgia"/>
          <w:b w:val="0"/>
          <w:i w:val="0"/>
          <w:color w:val="000000"/>
          <w:sz w:val="24"/>
        </w:rPr>
        <w:t xml:space="preserve">), как известно, в 14 своих буквах (отиет) в простом и наполненном [виде]. И через 72 (АБ) и 91 (ЦА) мы притягиваем четыре буквы йод, [находящиеся] в первых конечных буквах (софей тевот), а через 37 — притягиваем число букв наполнения наполнения (милуй де-милуй), а через имя </w:t>
      </w:r>
      <w:r>
        <w:rPr>
          <w:rFonts w:ascii="Georgia" w:hAnsi="Georgia"/>
          <w:b w:val="0"/>
          <w:i/>
          <w:color w:val="000000"/>
          <w:sz w:val="24"/>
        </w:rPr>
        <w:t>кадош</w:t>
      </w:r>
      <w:r>
        <w:rPr>
          <w:rFonts w:ascii="Georgia" w:hAnsi="Georgia"/>
          <w:b w:val="0"/>
          <w:i w:val="0"/>
          <w:color w:val="000000"/>
          <w:sz w:val="24"/>
        </w:rPr>
        <w:t xml:space="preserve"> (</w:t>
      </w:r>
      <w:r>
        <w:rPr>
          <w:rFonts w:ascii="Georgia" w:hAnsi="Georgia" w:cs="Times New Roman"/>
          <w:b/>
          <w:i w:val="0"/>
          <w:color w:val="000000"/>
          <w:sz w:val="24"/>
          <w:rtl/>
          <w:szCs w:val="32"/>
        </w:rPr>
        <w:t>קָדוֹשׁ</w:t>
      </w:r>
      <w:r>
        <w:rPr>
          <w:rFonts w:ascii="Georgia" w:hAnsi="Georgia"/>
          <w:b w:val="0"/>
          <w:i w:val="0"/>
          <w:color w:val="000000"/>
          <w:sz w:val="24"/>
        </w:rPr>
        <w:t xml:space="preserve">) и четыре его буквы, как упомянуто, мы притягиваем девять букв йод. (Говорит Шмуэль: я не знаю, каким образом АВАЯ с [наполнением] йод составляет по гематрии </w:t>
      </w:r>
      <w:r>
        <w:rPr>
          <w:rFonts w:ascii="Georgia" w:hAnsi="Georgia"/>
          <w:b w:val="0"/>
          <w:i/>
          <w:color w:val="000000"/>
          <w:sz w:val="24"/>
        </w:rPr>
        <w:t>кадош</w:t>
      </w:r>
      <w:r>
        <w:rPr>
          <w:rFonts w:ascii="Georgia" w:hAnsi="Georgia"/>
          <w:b w:val="0"/>
          <w:i w:val="0"/>
          <w:color w:val="000000"/>
          <w:sz w:val="24"/>
        </w:rPr>
        <w:t xml:space="preserve"> (</w:t>
      </w:r>
      <w:r>
        <w:rPr>
          <w:rFonts w:ascii="Georgia" w:hAnsi="Georgia" w:cs="Times New Roman"/>
          <w:b/>
          <w:i w:val="0"/>
          <w:color w:val="000000"/>
          <w:sz w:val="24"/>
          <w:rtl/>
          <w:szCs w:val="32"/>
        </w:rPr>
        <w:t>קָדוֹשׁ</w:t>
      </w:r>
      <w:r>
        <w:rPr>
          <w:rFonts w:ascii="Georgia" w:hAnsi="Georgia"/>
          <w:b w:val="0"/>
          <w:i w:val="0"/>
          <w:color w:val="000000"/>
          <w:sz w:val="24"/>
        </w:rPr>
        <w:t xml:space="preserve">), разве что если мы берем четыре буквы йод из имени АБ и образуем из них 400 (букву тав, </w:t>
      </w:r>
      <w:r>
        <w:rPr>
          <w:rFonts w:ascii="Georgia" w:hAnsi="Georgia" w:cs="Times New Roman"/>
          <w:b/>
          <w:i w:val="0"/>
          <w:color w:val="000000"/>
          <w:sz w:val="24"/>
          <w:rtl/>
          <w:szCs w:val="32"/>
        </w:rPr>
        <w:t>ת</w:t>
      </w:r>
      <w:r>
        <w:rPr>
          <w:rFonts w:ascii="Georgia" w:hAnsi="Georgia"/>
          <w:b w:val="0"/>
          <w:i w:val="0"/>
          <w:color w:val="000000"/>
          <w:sz w:val="24"/>
        </w:rPr>
        <w:t xml:space="preserve"> = 400), а десять букв наполнения [дают еще 10, и получается] 410 (</w:t>
      </w:r>
      <w:r>
        <w:rPr>
          <w:rFonts w:ascii="Georgia" w:hAnsi="Georgia" w:cs="Times New Roman"/>
          <w:b/>
          <w:i w:val="0"/>
          <w:color w:val="000000"/>
          <w:sz w:val="24"/>
          <w:rtl/>
          <w:szCs w:val="32"/>
        </w:rPr>
        <w:t>ת״י</w:t>
      </w:r>
      <w:r>
        <w:rPr>
          <w:rFonts w:ascii="Georgia" w:hAnsi="Georgia"/>
          <w:b w:val="0"/>
          <w:i w:val="0"/>
          <w:color w:val="000000"/>
          <w:sz w:val="24"/>
        </w:rPr>
        <w:t xml:space="preserve"> = 410) — по числу [слова] </w:t>
      </w:r>
      <w:r>
        <w:rPr>
          <w:rFonts w:ascii="Georgia" w:hAnsi="Georgia"/>
          <w:b w:val="0"/>
          <w:i/>
          <w:color w:val="000000"/>
          <w:sz w:val="24"/>
        </w:rPr>
        <w:t>кадош</w:t>
      </w:r>
      <w:r>
        <w:rPr>
          <w:rFonts w:ascii="Georgia" w:hAnsi="Georgia"/>
          <w:b w:val="0"/>
          <w:i w:val="0"/>
          <w:color w:val="000000"/>
          <w:sz w:val="24"/>
        </w:rPr>
        <w:t xml:space="preserve"> (</w:t>
      </w:r>
      <w:r>
        <w:rPr>
          <w:rFonts w:ascii="Georgia" w:hAnsi="Georgia" w:cs="Times New Roman"/>
          <w:b/>
          <w:i w:val="0"/>
          <w:color w:val="000000"/>
          <w:sz w:val="24"/>
          <w:rtl/>
          <w:szCs w:val="32"/>
        </w:rPr>
        <w:t>קָדוֹשׁ</w:t>
      </w:r>
      <w:r>
        <w:rPr>
          <w:rFonts w:ascii="Georgia" w:hAnsi="Georgia"/>
          <w:b w:val="0"/>
          <w:i w:val="0"/>
          <w:color w:val="000000"/>
          <w:sz w:val="24"/>
        </w:rPr>
        <w:t xml:space="preserve">). Но мне трудно [согласовать это с тем], как сказано выше: «в 14 своих буквах в простом и наполненном [виде]». И, возможно, он считает также четыре буквы [самого слова] </w:t>
      </w:r>
      <w:r>
        <w:rPr>
          <w:rFonts w:ascii="Georgia" w:hAnsi="Georgia"/>
          <w:b w:val="0"/>
          <w:i/>
          <w:color w:val="000000"/>
          <w:sz w:val="24"/>
        </w:rPr>
        <w:t>кадош</w:t>
      </w:r>
      <w:r>
        <w:rPr>
          <w:rFonts w:ascii="Georgia" w:hAnsi="Georgia"/>
          <w:b w:val="0"/>
          <w:i w:val="0"/>
          <w:color w:val="000000"/>
          <w:sz w:val="24"/>
        </w:rPr>
        <w:t xml:space="preserve"> (</w:t>
      </w:r>
      <w:r>
        <w:rPr>
          <w:rFonts w:ascii="Georgia" w:hAnsi="Georgia" w:cs="Times New Roman"/>
          <w:b/>
          <w:i w:val="0"/>
          <w:color w:val="000000"/>
          <w:sz w:val="24"/>
          <w:rtl/>
          <w:szCs w:val="32"/>
        </w:rPr>
        <w:t>קָדוֹשׁ</w:t>
      </w:r>
      <w:r>
        <w:rPr>
          <w:rFonts w:ascii="Georgia" w:hAnsi="Georgia"/>
          <w:b w:val="0"/>
          <w:i w:val="0"/>
          <w:color w:val="000000"/>
          <w:sz w:val="24"/>
        </w:rPr>
        <w:t>).)</w:t>
      </w:r>
    </w:p>
    <w:p>
      <w:pPr>
        <w:keepNext/>
        <w:spacing w:before="320" w:after="120"/>
      </w:pPr>
      <w:r>
        <w:rPr>
          <w:rFonts w:ascii="Georgia" w:hAnsi="Georgia"/>
          <w:b w:val="0"/>
          <w:i w:val="0"/>
          <w:color w:val="000000"/>
          <w:sz w:val="32"/>
        </w:rPr>
        <w:t>Ихуд 4</w:t>
      </w:r>
    </w:p>
    <w:p>
      <w:pPr>
        <w:spacing w:before="40" w:after="120"/>
        <w:jc w:val="both"/>
      </w:pPr>
      <w:r>
        <w:rPr>
          <w:rFonts w:ascii="Georgia" w:hAnsi="Georgia"/>
          <w:b w:val="0"/>
          <w:i w:val="0"/>
          <w:color w:val="000000"/>
          <w:sz w:val="24"/>
        </w:rPr>
        <w:t>И это [единение] также относится к упомянутому выше. Имя АДОНАЙ в своем наполнении составляет по гематрии 671 (</w:t>
      </w:r>
      <w:r>
        <w:rPr>
          <w:rFonts w:ascii="Georgia" w:hAnsi="Georgia" w:cs="Times New Roman"/>
          <w:b/>
          <w:i w:val="0"/>
          <w:color w:val="000000"/>
          <w:sz w:val="24"/>
          <w:rtl/>
          <w:szCs w:val="32"/>
        </w:rPr>
        <w:t>תרע״א</w:t>
      </w:r>
      <w:r>
        <w:rPr>
          <w:rFonts w:ascii="Georgia" w:hAnsi="Georgia"/>
          <w:b w:val="0"/>
          <w:i w:val="0"/>
          <w:color w:val="000000"/>
          <w:sz w:val="24"/>
        </w:rPr>
        <w:t>). А если прибавить к нему 16 (</w:t>
      </w:r>
      <w:r>
        <w:rPr>
          <w:rFonts w:ascii="Georgia" w:hAnsi="Georgia" w:cs="Times New Roman"/>
          <w:b/>
          <w:i w:val="0"/>
          <w:color w:val="000000"/>
          <w:sz w:val="24"/>
          <w:rtl/>
          <w:szCs w:val="32"/>
        </w:rPr>
        <w:t>י״ו</w:t>
      </w:r>
      <w:r>
        <w:rPr>
          <w:rFonts w:ascii="Georgia" w:hAnsi="Georgia"/>
          <w:b w:val="0"/>
          <w:i w:val="0"/>
          <w:color w:val="000000"/>
          <w:sz w:val="24"/>
        </w:rPr>
        <w:t>) его букв вместе с наполнением (Говорит Шмуэль: мне представляется, что сказанное «16 его букв» — это четыре простые буквы и двенадцать букв наполнения), получается 687 (</w:t>
      </w:r>
      <w:r>
        <w:rPr>
          <w:rFonts w:ascii="Georgia" w:hAnsi="Georgia" w:cs="Times New Roman"/>
          <w:b/>
          <w:i w:val="0"/>
          <w:color w:val="000000"/>
          <w:sz w:val="24"/>
          <w:rtl/>
          <w:szCs w:val="32"/>
        </w:rPr>
        <w:t>תרפ״ז</w:t>
      </w:r>
      <w:r>
        <w:rPr>
          <w:rFonts w:ascii="Georgia" w:hAnsi="Georgia"/>
          <w:b w:val="0"/>
          <w:i w:val="0"/>
          <w:color w:val="000000"/>
          <w:sz w:val="24"/>
        </w:rPr>
        <w:t>), чтобы указать, что это Имя служит чертогом для четырех Имен АВАЯ: АБ, САГ, МА, БОН, а также для трех Имен ЭЙЕ — с наполнениями йод, алеф и хэй, ведь сумма всех семи этих Имен составляет 687. Если же прибавить к нему 35 (</w:t>
      </w:r>
      <w:r>
        <w:rPr>
          <w:rFonts w:ascii="Georgia" w:hAnsi="Georgia" w:cs="Times New Roman"/>
          <w:b/>
          <w:i w:val="0"/>
          <w:color w:val="000000"/>
          <w:sz w:val="24"/>
          <w:rtl/>
          <w:szCs w:val="32"/>
        </w:rPr>
        <w:t>ל״ה</w:t>
      </w:r>
      <w:r>
        <w:rPr>
          <w:rFonts w:ascii="Georgia" w:hAnsi="Georgia"/>
          <w:b w:val="0"/>
          <w:i w:val="0"/>
          <w:color w:val="000000"/>
          <w:sz w:val="24"/>
        </w:rPr>
        <w:t>) букв наполнения наполнения, [числовое значение] поднимется по гематрии до 722 (</w:t>
      </w:r>
      <w:r>
        <w:rPr>
          <w:rFonts w:ascii="Georgia" w:hAnsi="Georgia" w:cs="Times New Roman"/>
          <w:b/>
          <w:i w:val="0"/>
          <w:color w:val="000000"/>
          <w:sz w:val="24"/>
          <w:rtl/>
          <w:szCs w:val="32"/>
        </w:rPr>
        <w:t>תשכ״ב</w:t>
      </w:r>
      <w:r>
        <w:rPr>
          <w:rFonts w:ascii="Georgia" w:hAnsi="Georgia"/>
          <w:b w:val="0"/>
          <w:i w:val="0"/>
          <w:color w:val="000000"/>
          <w:sz w:val="24"/>
        </w:rPr>
        <w:t>) (Говорит Шмуэль: суть в том, что в Имени АДОНАЙ содержится 51 (</w:t>
      </w:r>
      <w:r>
        <w:rPr>
          <w:rFonts w:ascii="Georgia" w:hAnsi="Georgia" w:cs="Times New Roman"/>
          <w:b/>
          <w:i w:val="0"/>
          <w:color w:val="000000"/>
          <w:sz w:val="24"/>
          <w:rtl/>
          <w:szCs w:val="32"/>
        </w:rPr>
        <w:t>נ״א</w:t>
      </w:r>
      <w:r>
        <w:rPr>
          <w:rFonts w:ascii="Georgia" w:hAnsi="Georgia"/>
          <w:b w:val="0"/>
          <w:i w:val="0"/>
          <w:color w:val="000000"/>
          <w:sz w:val="24"/>
        </w:rPr>
        <w:t xml:space="preserve">) буква, и они объяснены в разделе [намерения на стих] </w:t>
      </w:r>
      <w:r>
        <w:rPr>
          <w:rFonts w:ascii="Georgia" w:hAnsi="Georgia"/>
          <w:b w:val="0"/>
          <w:i/>
          <w:color w:val="000000"/>
          <w:sz w:val="24"/>
        </w:rPr>
        <w:t>«И ныне да возвеличится сила Г-спода…»</w:t>
      </w:r>
      <w:r>
        <w:rPr>
          <w:rFonts w:ascii="Georgia" w:hAnsi="Georgia"/>
          <w:b w:val="0"/>
          <w:i w:val="0"/>
          <w:color w:val="000000"/>
          <w:sz w:val="24"/>
        </w:rPr>
        <w:t xml:space="preserve"> (Бемидбар 14:17); поэтому сначала он упомянул 16 букв — четыре простые и двенадцать букв наполнения, а затем 35 букв наполнения наполнения, сумма же всех их — 51). В этом смысл [стиха]: </w:t>
      </w:r>
      <w:r>
        <w:rPr>
          <w:rFonts w:ascii="Georgia" w:hAnsi="Georgia"/>
          <w:b w:val="0"/>
          <w:i/>
          <w:color w:val="000000"/>
          <w:sz w:val="24"/>
        </w:rPr>
        <w:t>«Когда ляжешь, не будешь бояться, и уснешь, и сладок будет сон твой»</w:t>
      </w:r>
      <w:r>
        <w:rPr>
          <w:rFonts w:ascii="Georgia" w:hAnsi="Georgia"/>
          <w:b w:val="0"/>
          <w:i w:val="0"/>
          <w:color w:val="000000"/>
          <w:sz w:val="24"/>
        </w:rPr>
        <w:t xml:space="preserve"> (Мишлей 3:24). И на это человеку следует направить намерение, когда он ложится ночью в постель, чтобы душа его не боялась вредителей; и, возможно, он также убережется от истечения семени (</w:t>
      </w:r>
      <w:r>
        <w:rPr>
          <w:rFonts w:ascii="Georgia" w:hAnsi="Georgia"/>
          <w:b w:val="0"/>
          <w:i/>
          <w:color w:val="000000"/>
          <w:sz w:val="24"/>
        </w:rPr>
        <w:t>кери</w:t>
      </w:r>
      <w:r>
        <w:rPr>
          <w:rFonts w:ascii="Georgia" w:hAnsi="Georgia"/>
          <w:b w:val="0"/>
          <w:i w:val="0"/>
          <w:color w:val="000000"/>
          <w:sz w:val="24"/>
        </w:rPr>
        <w:t>).</w:t>
      </w:r>
    </w:p>
    <w:p>
      <w:pPr>
        <w:spacing w:before="40" w:after="120"/>
        <w:jc w:val="both"/>
      </w:pPr>
      <w:r>
        <w:rPr>
          <w:rFonts w:ascii="Georgia" w:hAnsi="Georgia"/>
          <w:b w:val="0"/>
          <w:i w:val="0"/>
          <w:color w:val="000000"/>
          <w:sz w:val="24"/>
        </w:rPr>
        <w:t>Также и упомянутые семь Имен, составляющие 687: если прибавить к ним 28 (</w:t>
      </w:r>
      <w:r>
        <w:rPr>
          <w:rFonts w:ascii="Georgia" w:hAnsi="Georgia" w:cs="Times New Roman"/>
          <w:b/>
          <w:i w:val="0"/>
          <w:color w:val="000000"/>
          <w:sz w:val="24"/>
          <w:rtl/>
          <w:szCs w:val="32"/>
        </w:rPr>
        <w:t>כ״ח</w:t>
      </w:r>
      <w:r>
        <w:rPr>
          <w:rFonts w:ascii="Georgia" w:hAnsi="Georgia"/>
          <w:b w:val="0"/>
          <w:i w:val="0"/>
          <w:color w:val="000000"/>
          <w:sz w:val="24"/>
        </w:rPr>
        <w:t>) их простых букв, они составят по гематрии 722; таким образом, необходимо направить намерение на то, чтобы совершить единение этих семи упомянутых Имен с Именем АДОНАЙ согласно сказанному выше. Кроме того, если прибавить 65 (</w:t>
      </w:r>
      <w:r>
        <w:rPr>
          <w:rFonts w:ascii="Georgia" w:hAnsi="Georgia" w:cs="Times New Roman"/>
          <w:b/>
          <w:i w:val="0"/>
          <w:color w:val="000000"/>
          <w:sz w:val="24"/>
          <w:rtl/>
          <w:szCs w:val="32"/>
        </w:rPr>
        <w:t>ס״ה</w:t>
      </w:r>
      <w:r>
        <w:rPr>
          <w:rFonts w:ascii="Georgia" w:hAnsi="Georgia"/>
          <w:b w:val="0"/>
          <w:i w:val="0"/>
          <w:color w:val="000000"/>
          <w:sz w:val="24"/>
        </w:rPr>
        <w:t>) — число простого [Имени] АДОНАЙ — к упомянутым 722, всё вместе составит по гематрии 787 (</w:t>
      </w:r>
      <w:r>
        <w:rPr>
          <w:rFonts w:ascii="Georgia" w:hAnsi="Georgia" w:cs="Times New Roman"/>
          <w:b/>
          <w:i w:val="0"/>
          <w:color w:val="000000"/>
          <w:sz w:val="24"/>
          <w:rtl/>
          <w:szCs w:val="32"/>
        </w:rPr>
        <w:t>תשפ״ז</w:t>
      </w:r>
      <w:r>
        <w:rPr>
          <w:rFonts w:ascii="Georgia" w:hAnsi="Georgia"/>
          <w:b w:val="0"/>
          <w:i w:val="0"/>
          <w:color w:val="000000"/>
          <w:sz w:val="24"/>
        </w:rPr>
        <w:t xml:space="preserve">), что равно по гематрии слову </w:t>
      </w:r>
      <w:r>
        <w:rPr>
          <w:rFonts w:ascii="Georgia" w:hAnsi="Georgia"/>
          <w:b w:val="0"/>
          <w:i/>
          <w:color w:val="000000"/>
          <w:sz w:val="24"/>
        </w:rPr>
        <w:t>хиштапа</w:t>
      </w:r>
      <w:r>
        <w:rPr>
          <w:rFonts w:ascii="Georgia" w:hAnsi="Georgia"/>
          <w:b w:val="0"/>
          <w:i w:val="0"/>
          <w:color w:val="000000"/>
          <w:sz w:val="24"/>
        </w:rPr>
        <w:t xml:space="preserve"> (</w:t>
      </w:r>
      <w:r>
        <w:rPr>
          <w:rFonts w:ascii="Georgia" w:hAnsi="Georgia" w:cs="Times New Roman"/>
          <w:b/>
          <w:i w:val="0"/>
          <w:color w:val="000000"/>
          <w:sz w:val="24"/>
          <w:rtl/>
          <w:szCs w:val="32"/>
        </w:rPr>
        <w:t>הִשְׁתַּפָּא</w:t>
      </w:r>
      <w:r>
        <w:rPr>
          <w:rFonts w:ascii="Georgia" w:hAnsi="Georgia"/>
          <w:b w:val="0"/>
          <w:i w:val="0"/>
          <w:color w:val="000000"/>
          <w:sz w:val="24"/>
        </w:rPr>
        <w:t xml:space="preserve">) с колелем; и это замена [Имени] ЦВАОТ по [системе] </w:t>
      </w:r>
      <w:r>
        <w:rPr>
          <w:rFonts w:ascii="Georgia" w:hAnsi="Georgia"/>
          <w:b w:val="0"/>
          <w:i/>
          <w:color w:val="000000"/>
          <w:sz w:val="24"/>
        </w:rPr>
        <w:t>ат-баш</w:t>
      </w:r>
      <w:r>
        <w:rPr>
          <w:rFonts w:ascii="Georgia" w:hAnsi="Georgia"/>
          <w:b w:val="0"/>
          <w:i w:val="0"/>
          <w:color w:val="000000"/>
          <w:sz w:val="24"/>
        </w:rPr>
        <w:t xml:space="preserve"> (</w:t>
      </w:r>
      <w:r>
        <w:rPr>
          <w:rFonts w:ascii="Georgia" w:hAnsi="Georgia" w:cs="Times New Roman"/>
          <w:b/>
          <w:i w:val="0"/>
          <w:color w:val="000000"/>
          <w:sz w:val="24"/>
          <w:rtl/>
          <w:szCs w:val="32"/>
        </w:rPr>
        <w:t>א״ת ב״ש</w:t>
      </w:r>
      <w:r>
        <w:rPr>
          <w:rFonts w:ascii="Georgia" w:hAnsi="Georgia"/>
          <w:b w:val="0"/>
          <w:i w:val="0"/>
          <w:color w:val="000000"/>
          <w:sz w:val="24"/>
        </w:rPr>
        <w:t>). Говорит пишущий, Хаим: мне представляется, что это не от моего учителя, благословенна его память для жизни будущего мира. Также [Имя] АВАЯ, целиком с огласовкой холам (</w:t>
      </w:r>
      <w:r>
        <w:rPr>
          <w:rFonts w:ascii="Georgia" w:hAnsi="Georgia" w:cs="Times New Roman"/>
          <w:b/>
          <w:i w:val="0"/>
          <w:color w:val="000000"/>
          <w:sz w:val="24"/>
          <w:rtl/>
          <w:szCs w:val="32"/>
        </w:rPr>
        <w:t>יֹהֹוֹהֹ</w:t>
      </w:r>
      <w:r>
        <w:rPr>
          <w:rFonts w:ascii="Georgia" w:hAnsi="Georgia"/>
          <w:b w:val="0"/>
          <w:i w:val="0"/>
          <w:color w:val="000000"/>
          <w:sz w:val="24"/>
        </w:rPr>
        <w:t>), составляет по гематрии [Имя] АДОНАЙ с колелем, чтобы указать, что оно смягчает его (Говорит Шмуэль: вот объяснение этого: простое Имя АВАЯ равно 26 (</w:t>
      </w:r>
      <w:r>
        <w:rPr>
          <w:rFonts w:ascii="Georgia" w:hAnsi="Georgia" w:cs="Times New Roman"/>
          <w:b/>
          <w:i w:val="0"/>
          <w:color w:val="000000"/>
          <w:sz w:val="24"/>
          <w:rtl/>
          <w:szCs w:val="32"/>
        </w:rPr>
        <w:t>כ״ו</w:t>
      </w:r>
      <w:r>
        <w:rPr>
          <w:rFonts w:ascii="Georgia" w:hAnsi="Georgia"/>
          <w:b w:val="0"/>
          <w:i w:val="0"/>
          <w:color w:val="000000"/>
          <w:sz w:val="24"/>
        </w:rPr>
        <w:t>), а четыре точки четырех [огласовок] холам — это четыре [буквы] йод, которые по гематрии составляют 40, и вот, 40 и 26 составляют 66, по числу [Имени] АДОНАЙ с колелем) Также [Имя] АДОНАЙ, целиком с огласовкой холам (</w:t>
      </w:r>
      <w:r>
        <w:rPr>
          <w:rFonts w:ascii="Georgia" w:hAnsi="Georgia" w:cs="Times New Roman"/>
          <w:b/>
          <w:i w:val="0"/>
          <w:color w:val="000000"/>
          <w:sz w:val="24"/>
          <w:rtl/>
          <w:szCs w:val="32"/>
        </w:rPr>
        <w:t>אֹדֹנֹיֹ</w:t>
      </w:r>
      <w:r>
        <w:rPr>
          <w:rFonts w:ascii="Georgia" w:hAnsi="Georgia"/>
          <w:b w:val="0"/>
          <w:i w:val="0"/>
          <w:color w:val="000000"/>
          <w:sz w:val="24"/>
        </w:rPr>
        <w:t>), составляет по гематрии Имя АВАЯ де-САГ вместе с 42 (</w:t>
      </w:r>
      <w:r>
        <w:rPr>
          <w:rFonts w:ascii="Georgia" w:hAnsi="Georgia" w:cs="Times New Roman"/>
          <w:b/>
          <w:i w:val="0"/>
          <w:color w:val="000000"/>
          <w:sz w:val="24"/>
          <w:rtl/>
          <w:szCs w:val="32"/>
        </w:rPr>
        <w:t>מ״ב</w:t>
      </w:r>
      <w:r>
        <w:rPr>
          <w:rFonts w:ascii="Georgia" w:hAnsi="Georgia"/>
          <w:b w:val="0"/>
          <w:i w:val="0"/>
          <w:color w:val="000000"/>
          <w:sz w:val="24"/>
        </w:rPr>
        <w:t>) его буквами — простыми, наполнения и наполнения наполнения, чтобы указать, что оттуда исходит его смягчение (Говорит Шмуэль: и этот счет подобен предыдущему).</w:t>
      </w:r>
    </w:p>
    <w:p>
      <w:pPr>
        <w:spacing w:before="40" w:after="120"/>
        <w:jc w:val="both"/>
      </w:pPr>
      <w:r>
        <w:rPr>
          <w:rFonts w:ascii="Georgia" w:hAnsi="Georgia"/>
          <w:b w:val="0"/>
          <w:i w:val="0"/>
          <w:color w:val="000000"/>
          <w:sz w:val="24"/>
        </w:rPr>
        <w:t>Также [Имя] ЭЙЕ, целиком с огласовкой холам (</w:t>
      </w:r>
      <w:r>
        <w:rPr>
          <w:rFonts w:ascii="Georgia" w:hAnsi="Georgia" w:cs="Times New Roman"/>
          <w:b/>
          <w:i w:val="0"/>
          <w:color w:val="000000"/>
          <w:sz w:val="24"/>
          <w:rtl/>
          <w:szCs w:val="32"/>
        </w:rPr>
        <w:t>אֹהֹיֹהֹ</w:t>
      </w:r>
      <w:r>
        <w:rPr>
          <w:rFonts w:ascii="Georgia" w:hAnsi="Georgia"/>
          <w:b w:val="0"/>
          <w:i w:val="0"/>
          <w:color w:val="000000"/>
          <w:sz w:val="24"/>
        </w:rPr>
        <w:t xml:space="preserve">), по гематрии равно слову </w:t>
      </w:r>
      <w:r>
        <w:rPr>
          <w:rFonts w:ascii="Georgia" w:hAnsi="Georgia"/>
          <w:b w:val="0"/>
          <w:i/>
          <w:color w:val="000000"/>
          <w:sz w:val="24"/>
        </w:rPr>
        <w:t>Аин</w:t>
      </w:r>
      <w:r>
        <w:rPr>
          <w:rFonts w:ascii="Georgia" w:hAnsi="Georgia"/>
          <w:b w:val="0"/>
          <w:i w:val="0"/>
          <w:color w:val="000000"/>
          <w:sz w:val="24"/>
        </w:rPr>
        <w:t xml:space="preserve"> (</w:t>
      </w:r>
      <w:r>
        <w:rPr>
          <w:rFonts w:ascii="Georgia" w:hAnsi="Georgia" w:cs="Times New Roman"/>
          <w:b/>
          <w:i w:val="0"/>
          <w:color w:val="000000"/>
          <w:sz w:val="24"/>
          <w:rtl/>
          <w:szCs w:val="32"/>
        </w:rPr>
        <w:t>אַיִן</w:t>
      </w:r>
      <w:r>
        <w:rPr>
          <w:rFonts w:ascii="Georgia" w:hAnsi="Georgia"/>
          <w:b w:val="0"/>
          <w:i w:val="0"/>
          <w:color w:val="000000"/>
          <w:sz w:val="24"/>
        </w:rPr>
        <w:t>), и потому тайна Имени ЭЙЕ — в Кетере, который именуется Аин. Если же сложить вместе все три вышеупомянутых расчета, они составят по гематрии 232 (</w:t>
      </w:r>
      <w:r>
        <w:rPr>
          <w:rFonts w:ascii="Georgia" w:hAnsi="Georgia" w:cs="Times New Roman"/>
          <w:b/>
          <w:i w:val="0"/>
          <w:color w:val="000000"/>
          <w:sz w:val="24"/>
          <w:rtl/>
          <w:szCs w:val="32"/>
        </w:rPr>
        <w:t>רל״ב</w:t>
      </w:r>
      <w:r>
        <w:rPr>
          <w:rFonts w:ascii="Georgia" w:hAnsi="Georgia"/>
          <w:b w:val="0"/>
          <w:i w:val="0"/>
          <w:color w:val="000000"/>
          <w:sz w:val="24"/>
        </w:rPr>
        <w:t>) с колелем — по числу четырех [наполнений Имени] АВАЯ: АБ, САГ, МА, БОН, поскольку от них нисходит изобилие (</w:t>
      </w:r>
      <w:r>
        <w:rPr>
          <w:rFonts w:ascii="Georgia" w:hAnsi="Georgia"/>
          <w:b w:val="0"/>
          <w:i/>
          <w:color w:val="000000"/>
          <w:sz w:val="24"/>
        </w:rPr>
        <w:t>шефа</w:t>
      </w:r>
      <w:r>
        <w:rPr>
          <w:rFonts w:ascii="Georgia" w:hAnsi="Georgia"/>
          <w:b w:val="0"/>
          <w:i w:val="0"/>
          <w:color w:val="000000"/>
          <w:sz w:val="24"/>
        </w:rPr>
        <w:t>) к этим трем Именам, включающим все десять сфирот от рош до соф. И хорошо человеку направить намерение на эти Имена с упомянутыми огласовками, когда он ложится в постель. Говорит Хаим: и это также, как мне представляется, не от моего учителя, благословенной памяти.</w:t>
      </w:r>
    </w:p>
    <w:p>
      <w:pPr>
        <w:keepNext/>
        <w:spacing w:before="320" w:after="120"/>
      </w:pPr>
      <w:r>
        <w:rPr>
          <w:rFonts w:ascii="Georgia" w:hAnsi="Georgia"/>
          <w:b w:val="0"/>
          <w:i w:val="0"/>
          <w:color w:val="000000"/>
          <w:sz w:val="32"/>
        </w:rPr>
        <w:t>Ихуд 5</w:t>
      </w:r>
    </w:p>
    <w:p>
      <w:pPr>
        <w:spacing w:before="40" w:after="120"/>
        <w:jc w:val="both"/>
      </w:pPr>
      <w:r>
        <w:rPr>
          <w:rFonts w:ascii="Georgia" w:hAnsi="Georgia"/>
          <w:b w:val="0"/>
          <w:i w:val="0"/>
          <w:color w:val="000000"/>
          <w:sz w:val="24"/>
        </w:rPr>
        <w:t xml:space="preserve">И это [единение] также относится к упомянутому выше [стиху]: </w:t>
      </w:r>
      <w:r>
        <w:rPr>
          <w:rFonts w:ascii="Georgia" w:hAnsi="Georgia"/>
          <w:b w:val="0"/>
          <w:i/>
          <w:color w:val="000000"/>
          <w:sz w:val="24"/>
        </w:rPr>
        <w:t>«Едва я отошла от них…»</w:t>
      </w:r>
      <w:r>
        <w:rPr>
          <w:rFonts w:ascii="Georgia" w:hAnsi="Georgia"/>
          <w:b w:val="0"/>
          <w:i w:val="0"/>
          <w:color w:val="000000"/>
          <w:sz w:val="24"/>
        </w:rPr>
        <w:t xml:space="preserve"> (Шир а-Ширим 3:4). Слово </w:t>
      </w:r>
      <w:r>
        <w:rPr>
          <w:rFonts w:ascii="Georgia" w:hAnsi="Georgia"/>
          <w:b w:val="0"/>
          <w:i/>
          <w:color w:val="000000"/>
          <w:sz w:val="24"/>
        </w:rPr>
        <w:t>кимат</w:t>
      </w:r>
      <w:r>
        <w:rPr>
          <w:rFonts w:ascii="Georgia" w:hAnsi="Georgia"/>
          <w:b w:val="0"/>
          <w:i w:val="0"/>
          <w:color w:val="000000"/>
          <w:sz w:val="24"/>
        </w:rPr>
        <w:t xml:space="preserve"> (</w:t>
      </w:r>
      <w:r>
        <w:rPr>
          <w:rFonts w:ascii="Georgia" w:hAnsi="Georgia" w:cs="Times New Roman"/>
          <w:b/>
          <w:i w:val="0"/>
          <w:color w:val="000000"/>
          <w:sz w:val="24"/>
          <w:rtl/>
          <w:szCs w:val="32"/>
        </w:rPr>
        <w:t>כִּמְעַט</w:t>
      </w:r>
      <w:r>
        <w:rPr>
          <w:rFonts w:ascii="Georgia" w:hAnsi="Georgia"/>
          <w:b w:val="0"/>
          <w:i w:val="0"/>
          <w:color w:val="000000"/>
          <w:sz w:val="24"/>
        </w:rPr>
        <w:t>) по гематрии равно 140 (</w:t>
      </w:r>
      <w:r>
        <w:rPr>
          <w:rFonts w:ascii="Georgia" w:hAnsi="Georgia" w:cs="Times New Roman"/>
          <w:b/>
          <w:i w:val="0"/>
          <w:color w:val="000000"/>
          <w:sz w:val="24"/>
          <w:rtl/>
          <w:szCs w:val="32"/>
        </w:rPr>
        <w:t>ק״מ</w:t>
      </w:r>
      <w:r>
        <w:rPr>
          <w:rFonts w:ascii="Georgia" w:hAnsi="Georgia"/>
          <w:b w:val="0"/>
          <w:i w:val="0"/>
          <w:color w:val="000000"/>
          <w:sz w:val="24"/>
        </w:rPr>
        <w:t xml:space="preserve">) (Говорит Шмуэль: с колелем). Слово </w:t>
      </w:r>
      <w:r>
        <w:rPr>
          <w:rFonts w:ascii="Georgia" w:hAnsi="Georgia"/>
          <w:b w:val="0"/>
          <w:i/>
          <w:color w:val="000000"/>
          <w:sz w:val="24"/>
        </w:rPr>
        <w:t>ме-хем</w:t>
      </w:r>
      <w:r>
        <w:rPr>
          <w:rFonts w:ascii="Georgia" w:hAnsi="Georgia"/>
          <w:b w:val="0"/>
          <w:i w:val="0"/>
          <w:color w:val="000000"/>
          <w:sz w:val="24"/>
        </w:rPr>
        <w:t xml:space="preserve"> (</w:t>
      </w:r>
      <w:r>
        <w:rPr>
          <w:rFonts w:ascii="Georgia" w:hAnsi="Georgia" w:cs="Times New Roman"/>
          <w:b/>
          <w:i w:val="0"/>
          <w:color w:val="000000"/>
          <w:sz w:val="24"/>
          <w:rtl/>
          <w:szCs w:val="32"/>
        </w:rPr>
        <w:t>מֵהֶם</w:t>
      </w:r>
      <w:r>
        <w:rPr>
          <w:rFonts w:ascii="Georgia" w:hAnsi="Georgia"/>
          <w:b w:val="0"/>
          <w:i w:val="0"/>
          <w:color w:val="000000"/>
          <w:sz w:val="24"/>
        </w:rPr>
        <w:t xml:space="preserve">) по гематрии равно [Имени] ЭЛОКИМ с колелем. Также начальные буквы слов </w:t>
      </w:r>
      <w:r>
        <w:rPr>
          <w:rFonts w:ascii="Georgia" w:hAnsi="Georgia"/>
          <w:b w:val="0"/>
          <w:i/>
          <w:color w:val="000000"/>
          <w:sz w:val="24"/>
        </w:rPr>
        <w:t>кимат ше-аварти ме-хем</w:t>
      </w:r>
      <w:r>
        <w:rPr>
          <w:rFonts w:ascii="Georgia" w:hAnsi="Georgia"/>
          <w:b w:val="0"/>
          <w:i w:val="0"/>
          <w:color w:val="000000"/>
          <w:sz w:val="24"/>
        </w:rPr>
        <w:t xml:space="preserve"> (</w:t>
      </w:r>
      <w:r>
        <w:rPr>
          <w:rFonts w:ascii="Georgia" w:hAnsi="Georgia" w:cs="Times New Roman"/>
          <w:b/>
          <w:i w:val="0"/>
          <w:color w:val="000000"/>
          <w:sz w:val="24"/>
          <w:rtl/>
          <w:szCs w:val="32"/>
        </w:rPr>
        <w:t>כִּמְעַט שֶׁעָבַרְתִּי מֵהֶם</w:t>
      </w:r>
      <w:r>
        <w:rPr>
          <w:rFonts w:ascii="Georgia" w:hAnsi="Georgia"/>
          <w:b w:val="0"/>
          <w:i w:val="0"/>
          <w:color w:val="000000"/>
          <w:sz w:val="24"/>
        </w:rPr>
        <w:t xml:space="preserve">) составляют [слово] </w:t>
      </w:r>
      <w:r>
        <w:rPr>
          <w:rFonts w:ascii="Georgia" w:hAnsi="Georgia"/>
          <w:b w:val="0"/>
          <w:i/>
          <w:color w:val="000000"/>
          <w:sz w:val="24"/>
        </w:rPr>
        <w:t>Шхем</w:t>
      </w:r>
      <w:r>
        <w:rPr>
          <w:rFonts w:ascii="Georgia" w:hAnsi="Georgia"/>
          <w:b w:val="0"/>
          <w:i w:val="0"/>
          <w:color w:val="000000"/>
          <w:sz w:val="24"/>
        </w:rPr>
        <w:t xml:space="preserve"> (</w:t>
      </w:r>
      <w:r>
        <w:rPr>
          <w:rFonts w:ascii="Georgia" w:hAnsi="Georgia" w:cs="Times New Roman"/>
          <w:b/>
          <w:i w:val="0"/>
          <w:color w:val="000000"/>
          <w:sz w:val="24"/>
          <w:rtl/>
          <w:szCs w:val="32"/>
        </w:rPr>
        <w:t>שְׁכֶם</w:t>
      </w:r>
      <w:r>
        <w:rPr>
          <w:rFonts w:ascii="Georgia" w:hAnsi="Georgia"/>
          <w:b w:val="0"/>
          <w:i w:val="0"/>
          <w:color w:val="000000"/>
          <w:sz w:val="24"/>
        </w:rPr>
        <w:t xml:space="preserve">), и оно же образует начальные буквы [слов] </w:t>
      </w:r>
      <w:r>
        <w:rPr>
          <w:rFonts w:ascii="Georgia" w:hAnsi="Georgia"/>
          <w:b w:val="0"/>
          <w:i/>
          <w:color w:val="000000"/>
          <w:sz w:val="24"/>
        </w:rPr>
        <w:t>Шем квод малхуто</w:t>
      </w:r>
      <w:r>
        <w:rPr>
          <w:rFonts w:ascii="Georgia" w:hAnsi="Georgia"/>
          <w:b w:val="0"/>
          <w:i w:val="0"/>
          <w:color w:val="000000"/>
          <w:sz w:val="24"/>
        </w:rPr>
        <w:t xml:space="preserve"> — «Имя славы царства Его» (</w:t>
      </w:r>
      <w:r>
        <w:rPr>
          <w:rFonts w:ascii="Georgia" w:hAnsi="Georgia" w:cs="Times New Roman"/>
          <w:b/>
          <w:i w:val="0"/>
          <w:color w:val="000000"/>
          <w:sz w:val="24"/>
          <w:rtl/>
          <w:szCs w:val="32"/>
        </w:rPr>
        <w:t>שֵׁם כְּבוֹד מַלְכוּתוֹ</w:t>
      </w:r>
      <w:r>
        <w:rPr>
          <w:rFonts w:ascii="Georgia" w:hAnsi="Georgia"/>
          <w:b w:val="0"/>
          <w:i w:val="0"/>
          <w:color w:val="000000"/>
          <w:sz w:val="24"/>
        </w:rPr>
        <w:t xml:space="preserve">). Слово </w:t>
      </w:r>
      <w:r>
        <w:rPr>
          <w:rFonts w:ascii="Georgia" w:hAnsi="Georgia"/>
          <w:b w:val="0"/>
          <w:i/>
          <w:color w:val="000000"/>
          <w:sz w:val="24"/>
        </w:rPr>
        <w:t>ле-олам</w:t>
      </w:r>
      <w:r>
        <w:rPr>
          <w:rFonts w:ascii="Georgia" w:hAnsi="Georgia"/>
          <w:b w:val="0"/>
          <w:i w:val="0"/>
          <w:color w:val="000000"/>
          <w:sz w:val="24"/>
        </w:rPr>
        <w:t xml:space="preserve"> — «вовек» (</w:t>
      </w:r>
      <w:r>
        <w:rPr>
          <w:rFonts w:ascii="Georgia" w:hAnsi="Georgia" w:cs="Times New Roman"/>
          <w:b/>
          <w:i w:val="0"/>
          <w:color w:val="000000"/>
          <w:sz w:val="24"/>
          <w:rtl/>
          <w:szCs w:val="32"/>
        </w:rPr>
        <w:t>לְעוֹלָם</w:t>
      </w:r>
      <w:r>
        <w:rPr>
          <w:rFonts w:ascii="Georgia" w:hAnsi="Georgia"/>
          <w:b w:val="0"/>
          <w:i w:val="0"/>
          <w:color w:val="000000"/>
          <w:sz w:val="24"/>
        </w:rPr>
        <w:t>) по гематрии равно 176 (</w:t>
      </w:r>
      <w:r>
        <w:rPr>
          <w:rFonts w:ascii="Georgia" w:hAnsi="Georgia" w:cs="Times New Roman"/>
          <w:b/>
          <w:i w:val="0"/>
          <w:color w:val="000000"/>
          <w:sz w:val="24"/>
          <w:rtl/>
          <w:szCs w:val="32"/>
        </w:rPr>
        <w:t>קע״ו</w:t>
      </w:r>
      <w:r>
        <w:rPr>
          <w:rFonts w:ascii="Georgia" w:hAnsi="Georgia"/>
          <w:b w:val="0"/>
          <w:i w:val="0"/>
          <w:color w:val="000000"/>
          <w:sz w:val="24"/>
        </w:rPr>
        <w:t xml:space="preserve">). А слова </w:t>
      </w:r>
      <w:r>
        <w:rPr>
          <w:rFonts w:ascii="Georgia" w:hAnsi="Georgia"/>
          <w:b w:val="0"/>
          <w:i/>
          <w:color w:val="000000"/>
          <w:sz w:val="24"/>
        </w:rPr>
        <w:t>Барух</w:t>
      </w:r>
      <w:r>
        <w:rPr>
          <w:rFonts w:ascii="Georgia" w:hAnsi="Georgia"/>
          <w:b w:val="0"/>
          <w:i w:val="0"/>
          <w:color w:val="000000"/>
          <w:sz w:val="24"/>
        </w:rPr>
        <w:t xml:space="preserve"> и </w:t>
      </w:r>
      <w:r>
        <w:rPr>
          <w:rFonts w:ascii="Georgia" w:hAnsi="Georgia"/>
          <w:b w:val="0"/>
          <w:i/>
          <w:color w:val="000000"/>
          <w:sz w:val="24"/>
        </w:rPr>
        <w:t>ва-эд</w:t>
      </w:r>
      <w:r>
        <w:rPr>
          <w:rFonts w:ascii="Georgia" w:hAnsi="Georgia"/>
          <w:b w:val="0"/>
          <w:i w:val="0"/>
          <w:color w:val="000000"/>
          <w:sz w:val="24"/>
        </w:rPr>
        <w:t xml:space="preserve"> (</w:t>
      </w:r>
      <w:r>
        <w:rPr>
          <w:rFonts w:ascii="Georgia" w:hAnsi="Georgia" w:cs="Times New Roman"/>
          <w:b/>
          <w:i w:val="0"/>
          <w:color w:val="000000"/>
          <w:sz w:val="24"/>
          <w:rtl/>
          <w:szCs w:val="32"/>
        </w:rPr>
        <w:t>בָּרוּךְ וָעֶד</w:t>
      </w:r>
      <w:r>
        <w:rPr>
          <w:rFonts w:ascii="Georgia" w:hAnsi="Georgia"/>
          <w:b w:val="0"/>
          <w:i w:val="0"/>
          <w:color w:val="000000"/>
          <w:sz w:val="24"/>
        </w:rPr>
        <w:t xml:space="preserve">) по гематрии равны [слову] </w:t>
      </w:r>
      <w:r>
        <w:rPr>
          <w:rFonts w:ascii="Georgia" w:hAnsi="Georgia"/>
          <w:b w:val="0"/>
          <w:i/>
          <w:color w:val="000000"/>
          <w:sz w:val="24"/>
        </w:rPr>
        <w:t>Дагеш</w:t>
      </w:r>
      <w:r>
        <w:rPr>
          <w:rFonts w:ascii="Georgia" w:hAnsi="Georgia"/>
          <w:b w:val="0"/>
          <w:i w:val="0"/>
          <w:color w:val="000000"/>
          <w:sz w:val="24"/>
        </w:rPr>
        <w:t xml:space="preserve"> (</w:t>
      </w:r>
      <w:r>
        <w:rPr>
          <w:rFonts w:ascii="Georgia" w:hAnsi="Georgia" w:cs="Times New Roman"/>
          <w:b/>
          <w:i w:val="0"/>
          <w:color w:val="000000"/>
          <w:sz w:val="24"/>
          <w:rtl/>
          <w:szCs w:val="32"/>
        </w:rPr>
        <w:t>דְגְש</w:t>
      </w:r>
      <w:r>
        <w:rPr>
          <w:rFonts w:ascii="Georgia" w:hAnsi="Georgia"/>
          <w:b w:val="0"/>
          <w:i w:val="0"/>
          <w:color w:val="000000"/>
          <w:sz w:val="24"/>
        </w:rPr>
        <w:t xml:space="preserve">), что равно [слову] </w:t>
      </w:r>
      <w:r>
        <w:rPr>
          <w:rFonts w:ascii="Georgia" w:hAnsi="Georgia"/>
          <w:b w:val="0"/>
          <w:i/>
          <w:color w:val="000000"/>
          <w:sz w:val="24"/>
        </w:rPr>
        <w:t>ве-шав</w:t>
      </w:r>
      <w:r>
        <w:rPr>
          <w:rFonts w:ascii="Georgia" w:hAnsi="Georgia"/>
          <w:b w:val="0"/>
          <w:i w:val="0"/>
          <w:color w:val="000000"/>
          <w:sz w:val="24"/>
        </w:rPr>
        <w:t xml:space="preserve"> (</w:t>
      </w:r>
      <w:r>
        <w:rPr>
          <w:rFonts w:ascii="Georgia" w:hAnsi="Georgia" w:cs="Times New Roman"/>
          <w:b/>
          <w:i w:val="0"/>
          <w:color w:val="000000"/>
          <w:sz w:val="24"/>
          <w:rtl/>
          <w:szCs w:val="32"/>
        </w:rPr>
        <w:t>וְשָׁב</w:t>
      </w:r>
      <w:r>
        <w:rPr>
          <w:rFonts w:ascii="Georgia" w:hAnsi="Georgia"/>
          <w:b w:val="0"/>
          <w:i w:val="0"/>
          <w:color w:val="000000"/>
          <w:sz w:val="24"/>
        </w:rPr>
        <w:t xml:space="preserve">) с огласовкой из [слов стиха]: </w:t>
      </w:r>
      <w:r>
        <w:rPr>
          <w:rFonts w:ascii="Georgia" w:hAnsi="Georgia"/>
          <w:b w:val="0"/>
          <w:i/>
          <w:color w:val="000000"/>
          <w:sz w:val="24"/>
        </w:rPr>
        <w:t>«...и обратится, и будет исцелен»</w:t>
      </w:r>
      <w:r>
        <w:rPr>
          <w:rFonts w:ascii="Georgia" w:hAnsi="Georgia"/>
          <w:b w:val="0"/>
          <w:i w:val="0"/>
          <w:color w:val="000000"/>
          <w:sz w:val="24"/>
        </w:rPr>
        <w:t xml:space="preserve"> (Йешаяу 6:10), и это же — [слово] </w:t>
      </w:r>
      <w:r>
        <w:rPr>
          <w:rFonts w:ascii="Georgia" w:hAnsi="Georgia"/>
          <w:b w:val="0"/>
          <w:i/>
          <w:color w:val="000000"/>
          <w:sz w:val="24"/>
        </w:rPr>
        <w:t>ше-ахав</w:t>
      </w:r>
      <w:r>
        <w:rPr>
          <w:rFonts w:ascii="Georgia" w:hAnsi="Georgia"/>
          <w:b w:val="0"/>
          <w:i w:val="0"/>
          <w:color w:val="000000"/>
          <w:sz w:val="24"/>
        </w:rPr>
        <w:t xml:space="preserve"> (</w:t>
      </w:r>
      <w:r>
        <w:rPr>
          <w:rFonts w:ascii="Georgia" w:hAnsi="Georgia" w:cs="Times New Roman"/>
          <w:b/>
          <w:i w:val="0"/>
          <w:color w:val="000000"/>
          <w:sz w:val="24"/>
          <w:rtl/>
          <w:szCs w:val="32"/>
        </w:rPr>
        <w:t>שֶׁאָהַב</w:t>
      </w:r>
      <w:r>
        <w:rPr>
          <w:rFonts w:ascii="Georgia" w:hAnsi="Georgia"/>
          <w:b w:val="0"/>
          <w:i w:val="0"/>
          <w:color w:val="000000"/>
          <w:sz w:val="24"/>
        </w:rPr>
        <w:t xml:space="preserve">). (Говорит Шмуэль: мне представляется, что слово </w:t>
      </w:r>
      <w:r>
        <w:rPr>
          <w:rFonts w:ascii="Georgia" w:hAnsi="Georgia"/>
          <w:b w:val="0"/>
          <w:i/>
          <w:color w:val="000000"/>
          <w:sz w:val="24"/>
        </w:rPr>
        <w:t>Барух</w:t>
      </w:r>
      <w:r>
        <w:rPr>
          <w:rFonts w:ascii="Georgia" w:hAnsi="Georgia"/>
          <w:b w:val="0"/>
          <w:i w:val="0"/>
          <w:color w:val="000000"/>
          <w:sz w:val="24"/>
        </w:rPr>
        <w:t xml:space="preserve"> по гематрии равно 228 (</w:t>
      </w:r>
      <w:r>
        <w:rPr>
          <w:rFonts w:ascii="Georgia" w:hAnsi="Georgia" w:cs="Times New Roman"/>
          <w:b/>
          <w:i w:val="0"/>
          <w:color w:val="000000"/>
          <w:sz w:val="24"/>
          <w:rtl/>
          <w:szCs w:val="32"/>
        </w:rPr>
        <w:t>רכ״ח</w:t>
      </w:r>
      <w:r>
        <w:rPr>
          <w:rFonts w:ascii="Georgia" w:hAnsi="Georgia"/>
          <w:b w:val="0"/>
          <w:i w:val="0"/>
          <w:color w:val="000000"/>
          <w:sz w:val="24"/>
        </w:rPr>
        <w:t xml:space="preserve">), а слово </w:t>
      </w:r>
      <w:r>
        <w:rPr>
          <w:rFonts w:ascii="Georgia" w:hAnsi="Georgia"/>
          <w:b w:val="0"/>
          <w:i/>
          <w:color w:val="000000"/>
          <w:sz w:val="24"/>
        </w:rPr>
        <w:t>ва-эд</w:t>
      </w:r>
      <w:r>
        <w:rPr>
          <w:rFonts w:ascii="Georgia" w:hAnsi="Georgia"/>
          <w:b w:val="0"/>
          <w:i w:val="0"/>
          <w:color w:val="000000"/>
          <w:sz w:val="24"/>
        </w:rPr>
        <w:t xml:space="preserve"> по гематрии равно 80, и оба они вместе составляют 308 (</w:t>
      </w:r>
      <w:r>
        <w:rPr>
          <w:rFonts w:ascii="Georgia" w:hAnsi="Georgia" w:cs="Times New Roman"/>
          <w:b/>
          <w:i w:val="0"/>
          <w:color w:val="000000"/>
          <w:sz w:val="24"/>
          <w:rtl/>
          <w:szCs w:val="32"/>
        </w:rPr>
        <w:t>ש״ח</w:t>
      </w:r>
      <w:r>
        <w:rPr>
          <w:rFonts w:ascii="Georgia" w:hAnsi="Georgia"/>
          <w:b w:val="0"/>
          <w:i w:val="0"/>
          <w:color w:val="000000"/>
          <w:sz w:val="24"/>
        </w:rPr>
        <w:t xml:space="preserve">), что равно числу имени </w:t>
      </w:r>
      <w:r>
        <w:rPr>
          <w:rFonts w:ascii="Georgia" w:hAnsi="Georgia"/>
          <w:b w:val="0"/>
          <w:i/>
          <w:color w:val="000000"/>
          <w:sz w:val="24"/>
        </w:rPr>
        <w:t>Дагеш</w:t>
      </w:r>
      <w:r>
        <w:rPr>
          <w:rFonts w:ascii="Georgia" w:hAnsi="Georgia"/>
          <w:b w:val="0"/>
          <w:i w:val="0"/>
          <w:color w:val="000000"/>
          <w:sz w:val="24"/>
        </w:rPr>
        <w:t xml:space="preserve"> с колелем. А его огласовка — это два шва от [начальных] букв слов </w:t>
      </w:r>
      <w:r>
        <w:rPr>
          <w:rFonts w:ascii="Georgia" w:hAnsi="Georgia"/>
          <w:b w:val="0"/>
          <w:i/>
          <w:color w:val="000000"/>
          <w:sz w:val="24"/>
        </w:rPr>
        <w:t>ве-шав</w:t>
      </w:r>
      <w:r>
        <w:rPr>
          <w:rFonts w:ascii="Georgia" w:hAnsi="Georgia"/>
          <w:b w:val="0"/>
          <w:i w:val="0"/>
          <w:color w:val="000000"/>
          <w:sz w:val="24"/>
        </w:rPr>
        <w:t xml:space="preserve"> (</w:t>
      </w:r>
      <w:r>
        <w:rPr>
          <w:rFonts w:ascii="Georgia" w:hAnsi="Georgia" w:cs="Times New Roman"/>
          <w:b/>
          <w:i w:val="0"/>
          <w:color w:val="000000"/>
          <w:sz w:val="24"/>
          <w:rtl/>
          <w:szCs w:val="32"/>
        </w:rPr>
        <w:t>וְשָׁב</w:t>
      </w:r>
      <w:r>
        <w:rPr>
          <w:rFonts w:ascii="Georgia" w:hAnsi="Georgia"/>
          <w:b w:val="0"/>
          <w:i w:val="0"/>
          <w:color w:val="000000"/>
          <w:sz w:val="24"/>
        </w:rPr>
        <w:t xml:space="preserve">) и </w:t>
      </w:r>
      <w:r>
        <w:rPr>
          <w:rFonts w:ascii="Georgia" w:hAnsi="Georgia"/>
          <w:b w:val="0"/>
          <w:i/>
          <w:color w:val="000000"/>
          <w:sz w:val="24"/>
        </w:rPr>
        <w:t>ве-рафа</w:t>
      </w:r>
      <w:r>
        <w:rPr>
          <w:rFonts w:ascii="Georgia" w:hAnsi="Georgia"/>
          <w:b w:val="0"/>
          <w:i w:val="0"/>
          <w:color w:val="000000"/>
          <w:sz w:val="24"/>
        </w:rPr>
        <w:t xml:space="preserve"> (</w:t>
      </w:r>
      <w:r>
        <w:rPr>
          <w:rFonts w:ascii="Georgia" w:hAnsi="Georgia" w:cs="Times New Roman"/>
          <w:b/>
          <w:i w:val="0"/>
          <w:color w:val="000000"/>
          <w:sz w:val="24"/>
          <w:rtl/>
          <w:szCs w:val="32"/>
        </w:rPr>
        <w:t>וְרָפָא</w:t>
      </w:r>
      <w:r>
        <w:rPr>
          <w:rFonts w:ascii="Georgia" w:hAnsi="Georgia"/>
          <w:b w:val="0"/>
          <w:i w:val="0"/>
          <w:color w:val="000000"/>
          <w:sz w:val="24"/>
        </w:rPr>
        <w:t xml:space="preserve">) и холам от слова </w:t>
      </w:r>
      <w:r>
        <w:rPr>
          <w:rFonts w:ascii="Georgia" w:hAnsi="Georgia"/>
          <w:b w:val="0"/>
          <w:i/>
          <w:color w:val="000000"/>
          <w:sz w:val="24"/>
        </w:rPr>
        <w:t>ло</w:t>
      </w:r>
      <w:r>
        <w:rPr>
          <w:rFonts w:ascii="Georgia" w:hAnsi="Georgia"/>
          <w:b w:val="0"/>
          <w:i w:val="0"/>
          <w:color w:val="000000"/>
          <w:sz w:val="24"/>
        </w:rPr>
        <w:t xml:space="preserve"> (</w:t>
      </w:r>
      <w:r>
        <w:rPr>
          <w:rFonts w:ascii="Georgia" w:hAnsi="Georgia" w:cs="Times New Roman"/>
          <w:b/>
          <w:i w:val="0"/>
          <w:color w:val="000000"/>
          <w:sz w:val="24"/>
          <w:rtl/>
          <w:szCs w:val="32"/>
        </w:rPr>
        <w:t>לוֹ</w:t>
      </w:r>
      <w:r>
        <w:rPr>
          <w:rFonts w:ascii="Georgia" w:hAnsi="Georgia"/>
          <w:b w:val="0"/>
          <w:i w:val="0"/>
          <w:color w:val="000000"/>
          <w:sz w:val="24"/>
        </w:rPr>
        <w:t xml:space="preserve">). Однако здесь есть затруднение: ведь слово </w:t>
      </w:r>
      <w:r>
        <w:rPr>
          <w:rFonts w:ascii="Georgia" w:hAnsi="Georgia"/>
          <w:b w:val="0"/>
          <w:i/>
          <w:color w:val="000000"/>
          <w:sz w:val="24"/>
        </w:rPr>
        <w:t>ва-шав</w:t>
      </w:r>
      <w:r>
        <w:rPr>
          <w:rFonts w:ascii="Georgia" w:hAnsi="Georgia"/>
          <w:b w:val="0"/>
          <w:i w:val="0"/>
          <w:color w:val="000000"/>
          <w:sz w:val="24"/>
        </w:rPr>
        <w:t xml:space="preserve"> (</w:t>
      </w:r>
      <w:r>
        <w:rPr>
          <w:rFonts w:ascii="Georgia" w:hAnsi="Georgia" w:cs="Times New Roman"/>
          <w:b/>
          <w:i w:val="0"/>
          <w:color w:val="000000"/>
          <w:sz w:val="24"/>
          <w:rtl/>
          <w:szCs w:val="32"/>
        </w:rPr>
        <w:t>וָשָׁב</w:t>
      </w:r>
      <w:r>
        <w:rPr>
          <w:rFonts w:ascii="Georgia" w:hAnsi="Georgia"/>
          <w:b w:val="0"/>
          <w:i w:val="0"/>
          <w:color w:val="000000"/>
          <w:sz w:val="24"/>
        </w:rPr>
        <w:t>) [в Писании] огласовано камацем, и это требует изучения).</w:t>
      </w:r>
    </w:p>
    <w:p>
      <w:pPr>
        <w:spacing w:before="40" w:after="120"/>
        <w:jc w:val="both"/>
      </w:pPr>
      <w:r>
        <w:rPr>
          <w:rFonts w:ascii="Georgia" w:hAnsi="Georgia"/>
          <w:b w:val="0"/>
          <w:i/>
          <w:color w:val="000000"/>
          <w:sz w:val="24"/>
        </w:rPr>
        <w:t>«...Пока не нашла...»</w:t>
      </w:r>
      <w:r>
        <w:rPr>
          <w:rFonts w:ascii="Georgia" w:hAnsi="Georgia"/>
          <w:b w:val="0"/>
          <w:i w:val="0"/>
          <w:color w:val="000000"/>
          <w:sz w:val="24"/>
        </w:rPr>
        <w:t xml:space="preserve"> (Шир а-Ширим 3:4) — [это] 370 светов (</w:t>
      </w:r>
      <w:r>
        <w:rPr>
          <w:rFonts w:ascii="Georgia" w:hAnsi="Georgia"/>
          <w:b w:val="0"/>
          <w:i/>
          <w:color w:val="000000"/>
          <w:sz w:val="24"/>
        </w:rPr>
        <w:t>ша‘а неорин</w:t>
      </w:r>
      <w:r>
        <w:rPr>
          <w:rFonts w:ascii="Georgia" w:hAnsi="Georgia"/>
          <w:b w:val="0"/>
          <w:i w:val="0"/>
          <w:color w:val="000000"/>
          <w:sz w:val="24"/>
        </w:rPr>
        <w:t xml:space="preserve">). (Говорит Шмуэль: смысл здесь в том, что начальные буквы слов </w:t>
      </w:r>
      <w:r>
        <w:rPr>
          <w:rFonts w:ascii="Georgia" w:hAnsi="Georgia"/>
          <w:b w:val="0"/>
          <w:i/>
          <w:color w:val="000000"/>
          <w:sz w:val="24"/>
        </w:rPr>
        <w:t>ад ше-мацати</w:t>
      </w:r>
      <w:r>
        <w:rPr>
          <w:rFonts w:ascii="Georgia" w:hAnsi="Georgia"/>
          <w:b w:val="0"/>
          <w:i w:val="0"/>
          <w:color w:val="000000"/>
          <w:sz w:val="24"/>
        </w:rPr>
        <w:t xml:space="preserve"> — «пока не нашла» (</w:t>
      </w:r>
      <w:r>
        <w:rPr>
          <w:rFonts w:ascii="Georgia" w:hAnsi="Georgia" w:cs="Times New Roman"/>
          <w:b/>
          <w:i w:val="0"/>
          <w:color w:val="000000"/>
          <w:sz w:val="24"/>
          <w:rtl/>
          <w:szCs w:val="32"/>
        </w:rPr>
        <w:t>עַד שֶׁמָּצָאתִי</w:t>
      </w:r>
      <w:r>
        <w:rPr>
          <w:rFonts w:ascii="Georgia" w:hAnsi="Georgia"/>
          <w:b w:val="0"/>
          <w:i w:val="0"/>
          <w:color w:val="000000"/>
          <w:sz w:val="24"/>
        </w:rPr>
        <w:t>) — составляют 370 (</w:t>
      </w:r>
      <w:r>
        <w:rPr>
          <w:rFonts w:ascii="Georgia" w:hAnsi="Georgia" w:cs="Times New Roman"/>
          <w:b/>
          <w:i w:val="0"/>
          <w:color w:val="000000"/>
          <w:sz w:val="24"/>
          <w:rtl/>
          <w:szCs w:val="32"/>
        </w:rPr>
        <w:t>ש״ע</w:t>
      </w:r>
      <w:r>
        <w:rPr>
          <w:rFonts w:ascii="Georgia" w:hAnsi="Georgia"/>
          <w:b w:val="0"/>
          <w:i w:val="0"/>
          <w:color w:val="000000"/>
          <w:sz w:val="24"/>
        </w:rPr>
        <w:t xml:space="preserve">)). Это дважды [Имя] ЭЛЬ в их наполнениях: </w:t>
      </w:r>
      <w:r>
        <w:rPr>
          <w:rFonts w:ascii="Georgia" w:hAnsi="Georgia"/>
          <w:b w:val="0"/>
          <w:i/>
          <w:color w:val="000000"/>
          <w:sz w:val="24"/>
        </w:rPr>
        <w:t>алеф-ламэд, алеф-ламэд</w:t>
      </w:r>
      <w:r>
        <w:rPr>
          <w:rFonts w:ascii="Georgia" w:hAnsi="Georgia"/>
          <w:b w:val="0"/>
          <w:i w:val="0"/>
          <w:color w:val="000000"/>
          <w:sz w:val="24"/>
        </w:rPr>
        <w:t xml:space="preserve"> (</w:t>
      </w:r>
      <w:r>
        <w:rPr>
          <w:rFonts w:ascii="Georgia" w:hAnsi="Georgia" w:cs="Times New Roman"/>
          <w:b/>
          <w:i w:val="0"/>
          <w:color w:val="000000"/>
          <w:sz w:val="24"/>
          <w:rtl/>
          <w:szCs w:val="32"/>
        </w:rPr>
        <w:t>אַלֶף לָמֶד אַלֶף לָמֶד</w:t>
      </w:r>
      <w:r>
        <w:rPr>
          <w:rFonts w:ascii="Georgia" w:hAnsi="Georgia"/>
          <w:b w:val="0"/>
          <w:i w:val="0"/>
          <w:color w:val="000000"/>
          <w:sz w:val="24"/>
        </w:rPr>
        <w:t xml:space="preserve">). [Слово] </w:t>
      </w:r>
      <w:r>
        <w:rPr>
          <w:rFonts w:ascii="Georgia" w:hAnsi="Georgia"/>
          <w:b w:val="0"/>
          <w:i/>
          <w:color w:val="000000"/>
          <w:sz w:val="24"/>
        </w:rPr>
        <w:t>ше-аварти</w:t>
      </w:r>
      <w:r>
        <w:rPr>
          <w:rFonts w:ascii="Georgia" w:hAnsi="Georgia"/>
          <w:b w:val="0"/>
          <w:i w:val="0"/>
          <w:color w:val="000000"/>
          <w:sz w:val="24"/>
        </w:rPr>
        <w:t xml:space="preserve"> (</w:t>
      </w:r>
      <w:r>
        <w:rPr>
          <w:rFonts w:ascii="Georgia" w:hAnsi="Georgia" w:cs="Times New Roman"/>
          <w:b/>
          <w:i w:val="0"/>
          <w:color w:val="000000"/>
          <w:sz w:val="24"/>
          <w:rtl/>
          <w:szCs w:val="32"/>
        </w:rPr>
        <w:t>שֶׁעָבַרְתִּי</w:t>
      </w:r>
      <w:r>
        <w:rPr>
          <w:rFonts w:ascii="Georgia" w:hAnsi="Georgia"/>
          <w:b w:val="0"/>
          <w:i w:val="0"/>
          <w:color w:val="000000"/>
          <w:sz w:val="24"/>
        </w:rPr>
        <w:t>) по гематрии равно [четырем Именам]: ЭЛОКИМ с [наполнением] йодин — 300; ЭЛОКИМ в ахораим — 200; [еще одно] ЭЛОКИМ [в ахораим] — 200; [и еще одно] ЭЛОКИМ [с наполнением йодин] — 300; а недостающие восемнадцать (</w:t>
      </w:r>
      <w:r>
        <w:rPr>
          <w:rFonts w:ascii="Georgia" w:hAnsi="Georgia" w:cs="Times New Roman"/>
          <w:b/>
          <w:i w:val="0"/>
          <w:color w:val="000000"/>
          <w:sz w:val="24"/>
          <w:rtl/>
          <w:szCs w:val="32"/>
        </w:rPr>
        <w:t>ח״י</w:t>
      </w:r>
      <w:r>
        <w:rPr>
          <w:rFonts w:ascii="Georgia" w:hAnsi="Georgia"/>
          <w:b w:val="0"/>
          <w:i w:val="0"/>
          <w:color w:val="000000"/>
          <w:sz w:val="24"/>
        </w:rPr>
        <w:t xml:space="preserve">) — это его простое написание и его наполнение, [всего] 18 букв. (Говорит Шмуэль: смысл здесь таков: четыре раза [берется Имя] ЭЛОКИМ. Два из них — с [наполнением] йодин, что составляет 600, и два из них — в ахораим, что составляет 400; и все четыре вместе составляют 1000. А слово </w:t>
      </w:r>
      <w:r>
        <w:rPr>
          <w:rFonts w:ascii="Georgia" w:hAnsi="Georgia"/>
          <w:b w:val="0"/>
          <w:i/>
          <w:color w:val="000000"/>
          <w:sz w:val="24"/>
        </w:rPr>
        <w:t>ше-аварти</w:t>
      </w:r>
      <w:r>
        <w:rPr>
          <w:rFonts w:ascii="Georgia" w:hAnsi="Georgia"/>
          <w:b w:val="0"/>
          <w:i w:val="0"/>
          <w:color w:val="000000"/>
          <w:sz w:val="24"/>
        </w:rPr>
        <w:t xml:space="preserve"> по гематрии равно тысяче без восемнадцати. И объяснение в том, что эти восемнадцать — его простое написание из пяти букв и его наполнение из тринадцати букв, что вместе составляет 18 букв). Начальные буквы слов </w:t>
      </w:r>
      <w:r>
        <w:rPr>
          <w:rFonts w:ascii="Georgia" w:hAnsi="Georgia"/>
          <w:b w:val="0"/>
          <w:i/>
          <w:color w:val="000000"/>
          <w:sz w:val="24"/>
        </w:rPr>
        <w:t>эт ше-ахава нафши</w:t>
      </w:r>
      <w:r>
        <w:rPr>
          <w:rFonts w:ascii="Georgia" w:hAnsi="Georgia"/>
          <w:b w:val="0"/>
          <w:i w:val="0"/>
          <w:color w:val="000000"/>
          <w:sz w:val="24"/>
        </w:rPr>
        <w:t xml:space="preserve"> — </w:t>
      </w:r>
      <w:r>
        <w:rPr>
          <w:rFonts w:ascii="Georgia" w:hAnsi="Georgia"/>
          <w:b w:val="0"/>
          <w:i/>
          <w:color w:val="000000"/>
          <w:sz w:val="24"/>
        </w:rPr>
        <w:t>«...того, кого полюбила душа моя»</w:t>
      </w:r>
      <w:r>
        <w:rPr>
          <w:rFonts w:ascii="Georgia" w:hAnsi="Georgia"/>
          <w:b w:val="0"/>
          <w:i w:val="0"/>
          <w:color w:val="000000"/>
          <w:sz w:val="24"/>
        </w:rPr>
        <w:t xml:space="preserve"> (Шир а-Ширим 3:4) — составляют [число] 351 (</w:t>
      </w:r>
      <w:r>
        <w:rPr>
          <w:rFonts w:ascii="Georgia" w:hAnsi="Georgia" w:cs="Times New Roman"/>
          <w:b/>
          <w:i w:val="0"/>
          <w:color w:val="000000"/>
          <w:sz w:val="24"/>
          <w:rtl/>
          <w:szCs w:val="32"/>
        </w:rPr>
        <w:t>שנ״א</w:t>
      </w:r>
      <w:r>
        <w:rPr>
          <w:rFonts w:ascii="Georgia" w:hAnsi="Georgia"/>
          <w:b w:val="0"/>
          <w:i w:val="0"/>
          <w:color w:val="000000"/>
          <w:sz w:val="24"/>
        </w:rPr>
        <w:t>), и это 176 (</w:t>
      </w:r>
      <w:r>
        <w:rPr>
          <w:rFonts w:ascii="Georgia" w:hAnsi="Georgia" w:cs="Times New Roman"/>
          <w:b/>
          <w:i w:val="0"/>
          <w:color w:val="000000"/>
          <w:sz w:val="24"/>
          <w:rtl/>
          <w:szCs w:val="32"/>
        </w:rPr>
        <w:t>קע״ו</w:t>
      </w:r>
      <w:r>
        <w:rPr>
          <w:rFonts w:ascii="Georgia" w:hAnsi="Georgia"/>
          <w:b w:val="0"/>
          <w:i w:val="0"/>
          <w:color w:val="000000"/>
          <w:sz w:val="24"/>
        </w:rPr>
        <w:t>) и 175 (</w:t>
      </w:r>
      <w:r>
        <w:rPr>
          <w:rFonts w:ascii="Georgia" w:hAnsi="Georgia" w:cs="Times New Roman"/>
          <w:b/>
          <w:i w:val="0"/>
          <w:color w:val="000000"/>
          <w:sz w:val="24"/>
          <w:rtl/>
          <w:szCs w:val="32"/>
        </w:rPr>
        <w:t>קע״ה</w:t>
      </w:r>
      <w:r>
        <w:rPr>
          <w:rFonts w:ascii="Georgia" w:hAnsi="Georgia"/>
          <w:b w:val="0"/>
          <w:i w:val="0"/>
          <w:color w:val="000000"/>
          <w:sz w:val="24"/>
        </w:rPr>
        <w:t>). 176 — это ахораим де-САГ: [само наполнение в ахораим равно] 166 (</w:t>
      </w:r>
      <w:r>
        <w:rPr>
          <w:rFonts w:ascii="Georgia" w:hAnsi="Georgia" w:cs="Times New Roman"/>
          <w:b/>
          <w:i w:val="0"/>
          <w:color w:val="000000"/>
          <w:sz w:val="24"/>
          <w:rtl/>
          <w:szCs w:val="32"/>
        </w:rPr>
        <w:t>קס״ו</w:t>
      </w:r>
      <w:r>
        <w:rPr>
          <w:rFonts w:ascii="Georgia" w:hAnsi="Georgia"/>
          <w:b w:val="0"/>
          <w:i w:val="0"/>
          <w:color w:val="000000"/>
          <w:sz w:val="24"/>
        </w:rPr>
        <w:t xml:space="preserve">), а вместе с его десятью буквами получается 176. 175 — это корень Хеседа и девять свойств: </w:t>
      </w:r>
      <w:r>
        <w:rPr>
          <w:rFonts w:ascii="Georgia" w:hAnsi="Georgia"/>
          <w:b w:val="0"/>
          <w:i/>
          <w:color w:val="000000"/>
          <w:sz w:val="24"/>
        </w:rPr>
        <w:t>носэ</w:t>
      </w:r>
      <w:r>
        <w:rPr>
          <w:rFonts w:ascii="Georgia" w:hAnsi="Georgia"/>
          <w:b w:val="0"/>
          <w:i w:val="0"/>
          <w:color w:val="000000"/>
          <w:sz w:val="24"/>
        </w:rPr>
        <w:t xml:space="preserve">, </w:t>
      </w:r>
      <w:r>
        <w:rPr>
          <w:rFonts w:ascii="Georgia" w:hAnsi="Georgia"/>
          <w:b w:val="0"/>
          <w:i/>
          <w:color w:val="000000"/>
          <w:sz w:val="24"/>
        </w:rPr>
        <w:t>ле-шах</w:t>
      </w:r>
      <w:r>
        <w:rPr>
          <w:rFonts w:ascii="Georgia" w:hAnsi="Georgia"/>
          <w:b w:val="0"/>
          <w:i w:val="0"/>
          <w:color w:val="000000"/>
          <w:sz w:val="24"/>
        </w:rPr>
        <w:t xml:space="preserve">, </w:t>
      </w:r>
      <w:r>
        <w:rPr>
          <w:rFonts w:ascii="Georgia" w:hAnsi="Georgia"/>
          <w:b w:val="0"/>
          <w:i/>
          <w:color w:val="000000"/>
          <w:sz w:val="24"/>
        </w:rPr>
        <w:t>маавир</w:t>
      </w:r>
      <w:r>
        <w:rPr>
          <w:rFonts w:ascii="Georgia" w:hAnsi="Georgia"/>
          <w:b w:val="0"/>
          <w:i w:val="0"/>
          <w:color w:val="000000"/>
          <w:sz w:val="24"/>
        </w:rPr>
        <w:t xml:space="preserve"> (</w:t>
      </w:r>
      <w:r>
        <w:rPr>
          <w:rFonts w:ascii="Georgia" w:hAnsi="Georgia" w:cs="Times New Roman"/>
          <w:b/>
          <w:i w:val="0"/>
          <w:color w:val="000000"/>
          <w:sz w:val="24"/>
          <w:rtl/>
          <w:szCs w:val="32"/>
        </w:rPr>
        <w:t>נֹשֵׂא לְשָׁךְ מַעֲבִיר</w:t>
      </w:r>
      <w:r>
        <w:rPr>
          <w:rFonts w:ascii="Georgia" w:hAnsi="Georgia"/>
          <w:b w:val="0"/>
          <w:i w:val="0"/>
          <w:color w:val="000000"/>
          <w:sz w:val="24"/>
        </w:rPr>
        <w:t>). (Говорит Шмуэль: я не понял [этого места]. Возможно, [автор] хочет привлечь сюда также ахораим де-АБ, которые служат корнем Хеседа и равны 184 (</w:t>
      </w:r>
      <w:r>
        <w:rPr>
          <w:rFonts w:ascii="Georgia" w:hAnsi="Georgia" w:cs="Times New Roman"/>
          <w:b/>
          <w:i w:val="0"/>
          <w:color w:val="000000"/>
          <w:sz w:val="24"/>
          <w:rtl/>
          <w:szCs w:val="32"/>
        </w:rPr>
        <w:t>קפ״ד</w:t>
      </w:r>
      <w:r>
        <w:rPr>
          <w:rFonts w:ascii="Georgia" w:hAnsi="Georgia"/>
          <w:b w:val="0"/>
          <w:i w:val="0"/>
          <w:color w:val="000000"/>
          <w:sz w:val="24"/>
        </w:rPr>
        <w:t>): вычти оттуда девять свойств — девять исправлений (тиккуним) Великого Коэна (</w:t>
      </w:r>
      <w:r>
        <w:rPr>
          <w:rFonts w:ascii="Georgia" w:hAnsi="Georgia"/>
          <w:b w:val="0"/>
          <w:i/>
          <w:color w:val="000000"/>
          <w:sz w:val="24"/>
        </w:rPr>
        <w:t>Кахана Раба</w:t>
      </w:r>
      <w:r>
        <w:rPr>
          <w:rFonts w:ascii="Georgia" w:hAnsi="Georgia"/>
          <w:b w:val="0"/>
          <w:i w:val="0"/>
          <w:color w:val="000000"/>
          <w:sz w:val="24"/>
        </w:rPr>
        <w:t xml:space="preserve">), — и останется 175; а остального я не понял). Средние буквы [слов стиха]: </w:t>
      </w:r>
      <w:r>
        <w:rPr>
          <w:rFonts w:ascii="Georgia" w:hAnsi="Georgia"/>
          <w:b w:val="0"/>
          <w:i/>
          <w:color w:val="000000"/>
          <w:sz w:val="24"/>
        </w:rPr>
        <w:t>айн-мэм, айн-бэт-рэйш-хэй, мэм-цади-алеф, алеф-хэй-бэт, пэй-шин</w:t>
      </w:r>
      <w:r>
        <w:rPr>
          <w:rFonts w:ascii="Georgia" w:hAnsi="Georgia"/>
          <w:b w:val="0"/>
          <w:i w:val="0"/>
          <w:color w:val="000000"/>
          <w:sz w:val="24"/>
        </w:rPr>
        <w:t xml:space="preserve"> (</w:t>
      </w:r>
      <w:r>
        <w:rPr>
          <w:rFonts w:ascii="Georgia" w:hAnsi="Georgia" w:cs="Times New Roman"/>
          <w:b/>
          <w:i w:val="0"/>
          <w:color w:val="000000"/>
          <w:sz w:val="24"/>
          <w:rtl/>
          <w:szCs w:val="32"/>
        </w:rPr>
        <w:t>עם עברה מצא אהב פש</w:t>
      </w:r>
      <w:r>
        <w:rPr>
          <w:rFonts w:ascii="Georgia" w:hAnsi="Georgia"/>
          <w:b w:val="0"/>
          <w:i w:val="0"/>
          <w:color w:val="000000"/>
          <w:sz w:val="24"/>
        </w:rPr>
        <w:t xml:space="preserve">). (Говорит Шмуэль: мне представляется, что смысл здесь — [взять] средние буквы всего упомянутого стиха: </w:t>
      </w:r>
      <w:r>
        <w:rPr>
          <w:rFonts w:ascii="Georgia" w:hAnsi="Georgia"/>
          <w:b w:val="0"/>
          <w:i/>
          <w:color w:val="000000"/>
          <w:sz w:val="24"/>
        </w:rPr>
        <w:t>«Едва я отошла от них, как нашла того, кого полюбила душа моя…»</w:t>
      </w:r>
      <w:r>
        <w:rPr>
          <w:rFonts w:ascii="Georgia" w:hAnsi="Georgia"/>
          <w:b w:val="0"/>
          <w:i w:val="0"/>
          <w:color w:val="000000"/>
          <w:sz w:val="24"/>
        </w:rPr>
        <w:t xml:space="preserve"> (Шир а-Ширим 3:4); если убрать их начальные буквы (</w:t>
      </w:r>
      <w:r>
        <w:rPr>
          <w:rFonts w:ascii="Georgia" w:hAnsi="Georgia"/>
          <w:b w:val="0"/>
          <w:i/>
          <w:color w:val="000000"/>
          <w:sz w:val="24"/>
        </w:rPr>
        <w:t>рашей тевот</w:t>
      </w:r>
      <w:r>
        <w:rPr>
          <w:rFonts w:ascii="Georgia" w:hAnsi="Georgia"/>
          <w:b w:val="0"/>
          <w:i w:val="0"/>
          <w:color w:val="000000"/>
          <w:sz w:val="24"/>
        </w:rPr>
        <w:t>), как мы писали до сих пор, то останутся средние буквы, за исключением конечных букв (</w:t>
      </w:r>
      <w:r>
        <w:rPr>
          <w:rFonts w:ascii="Georgia" w:hAnsi="Georgia"/>
          <w:b w:val="0"/>
          <w:i/>
          <w:color w:val="000000"/>
          <w:sz w:val="24"/>
        </w:rPr>
        <w:t>софей тевот</w:t>
      </w:r>
      <w:r>
        <w:rPr>
          <w:rFonts w:ascii="Georgia" w:hAnsi="Georgia"/>
          <w:b w:val="0"/>
          <w:i w:val="0"/>
          <w:color w:val="000000"/>
          <w:sz w:val="24"/>
        </w:rPr>
        <w:t>) названных слов). И из них образуются эти сочетания (</w:t>
      </w:r>
      <w:r>
        <w:rPr>
          <w:rFonts w:ascii="Georgia" w:hAnsi="Georgia"/>
          <w:b w:val="0"/>
          <w:i/>
          <w:color w:val="000000"/>
          <w:sz w:val="24"/>
        </w:rPr>
        <w:t>церуфим</w:t>
      </w:r>
      <w:r>
        <w:rPr>
          <w:rFonts w:ascii="Georgia" w:hAnsi="Georgia"/>
          <w:b w:val="0"/>
          <w:i w:val="0"/>
          <w:color w:val="000000"/>
          <w:sz w:val="24"/>
        </w:rPr>
        <w:t xml:space="preserve">), которые я начертаю пред тобой с Б-жьей помощью, и вот эти буквы: </w:t>
      </w:r>
      <w:r>
        <w:rPr>
          <w:rFonts w:ascii="Georgia" w:hAnsi="Georgia" w:cs="Times New Roman"/>
          <w:b/>
          <w:i w:val="0"/>
          <w:color w:val="000000"/>
          <w:sz w:val="24"/>
          <w:rtl/>
          <w:szCs w:val="32"/>
        </w:rPr>
        <w:t>עָמָעַ בֵרָהַ מֹצָאַ אָהבַ פש אלף הי יוד הי יוד הי ויו הי יוד הי ואו הי</w:t>
      </w:r>
      <w:r>
        <w:rPr>
          <w:rFonts w:ascii="Georgia" w:hAnsi="Georgia"/>
          <w:b w:val="0"/>
          <w:i w:val="0"/>
          <w:color w:val="000000"/>
          <w:sz w:val="24"/>
        </w:rPr>
        <w:t>.</w:t>
      </w:r>
    </w:p>
    <w:p>
      <w:pPr>
        <w:keepNext/>
        <w:spacing w:before="320" w:after="120"/>
      </w:pPr>
      <w:r>
        <w:rPr>
          <w:rFonts w:ascii="Georgia" w:hAnsi="Georgia"/>
          <w:b w:val="0"/>
          <w:i w:val="0"/>
          <w:color w:val="000000"/>
          <w:sz w:val="32"/>
        </w:rPr>
        <w:t>Ихуд 6</w:t>
      </w:r>
    </w:p>
    <w:p>
      <w:pPr>
        <w:spacing w:before="40" w:after="120"/>
        <w:jc w:val="both"/>
      </w:pPr>
      <w:r>
        <w:rPr>
          <w:rFonts w:ascii="Georgia" w:hAnsi="Georgia"/>
          <w:b w:val="0"/>
          <w:i w:val="0"/>
          <w:color w:val="000000"/>
          <w:sz w:val="24"/>
        </w:rPr>
        <w:t>Этот [ихуд] также [направлен] к вышеупомянутому. Хашмаль, 370 светов. [Имена] АВАЯ, АВАЯ к [Имени] ЭЛЬ — 370. АВАЯ, АВАЯ — три буквы, 42 соударения (зивуга). Буквы алеф, хэт, хэй, айн (</w:t>
      </w:r>
      <w:r>
        <w:rPr>
          <w:rFonts w:ascii="Georgia" w:hAnsi="Georgia" w:cs="Times New Roman"/>
          <w:b/>
          <w:i w:val="0"/>
          <w:color w:val="000000"/>
          <w:sz w:val="24"/>
          <w:rtl/>
          <w:szCs w:val="32"/>
        </w:rPr>
        <w:t>אחה״ע</w:t>
      </w:r>
      <w:r>
        <w:rPr>
          <w:rFonts w:ascii="Georgia" w:hAnsi="Georgia"/>
          <w:b w:val="0"/>
          <w:i w:val="0"/>
          <w:color w:val="000000"/>
          <w:sz w:val="24"/>
        </w:rPr>
        <w:t>) [и]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Алеф (</w:t>
      </w:r>
      <w:r>
        <w:rPr>
          <w:rFonts w:ascii="Georgia" w:hAnsi="Georgia" w:cs="Times New Roman"/>
          <w:b/>
          <w:i w:val="0"/>
          <w:color w:val="000000"/>
          <w:sz w:val="24"/>
          <w:rtl/>
          <w:szCs w:val="32"/>
        </w:rPr>
        <w:t>אלף</w:t>
      </w:r>
      <w:r>
        <w:rPr>
          <w:rFonts w:ascii="Georgia" w:hAnsi="Georgia"/>
          <w:b w:val="0"/>
          <w:i w:val="0"/>
          <w:color w:val="000000"/>
          <w:sz w:val="24"/>
        </w:rPr>
        <w:t>); алеф, хэй (</w:t>
      </w:r>
      <w:r>
        <w:rPr>
          <w:rFonts w:ascii="Georgia" w:hAnsi="Georgia" w:cs="Times New Roman"/>
          <w:b/>
          <w:i w:val="0"/>
          <w:color w:val="000000"/>
          <w:sz w:val="24"/>
          <w:rtl/>
          <w:szCs w:val="32"/>
        </w:rPr>
        <w:t>אל״ף ה״י</w:t>
      </w:r>
      <w:r>
        <w:rPr>
          <w:rFonts w:ascii="Georgia" w:hAnsi="Georgia"/>
          <w:b w:val="0"/>
          <w:i w:val="0"/>
          <w:color w:val="000000"/>
          <w:sz w:val="24"/>
        </w:rPr>
        <w:t>); алеф, хэй, йод (</w:t>
      </w:r>
      <w:r>
        <w:rPr>
          <w:rFonts w:ascii="Georgia" w:hAnsi="Georgia" w:cs="Times New Roman"/>
          <w:b/>
          <w:i w:val="0"/>
          <w:color w:val="000000"/>
          <w:sz w:val="24"/>
          <w:rtl/>
          <w:szCs w:val="32"/>
        </w:rPr>
        <w:t>אל״ף ה״י יו״ד</w:t>
      </w:r>
      <w:r>
        <w:rPr>
          <w:rFonts w:ascii="Georgia" w:hAnsi="Georgia"/>
          <w:b w:val="0"/>
          <w:i w:val="0"/>
          <w:color w:val="000000"/>
          <w:sz w:val="24"/>
        </w:rPr>
        <w:t>); алеф, хэй, йод, хэй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АВАЯ [и] ЭЛОКИМ к [Имени] ЭЛЬ — 378. Три буквы; [Имена] ЭЛЬ, АДОНАЙ, ЭЛЬ, ЭЛЬ; 22 буквы, и три места произношения, и пять мест произношения; ЭЛОКИМ, ЭЛОКИМ, </w:t>
      </w:r>
      <w:r>
        <w:rPr>
          <w:rFonts w:ascii="Georgia" w:hAnsi="Georgia"/>
          <w:b w:val="0"/>
          <w:i/>
          <w:color w:val="000000"/>
          <w:sz w:val="24"/>
        </w:rPr>
        <w:t>Цафахеза</w:t>
      </w:r>
      <w:r>
        <w:rPr>
          <w:rFonts w:ascii="Georgia" w:hAnsi="Georgia"/>
          <w:b w:val="0"/>
          <w:i w:val="0"/>
          <w:color w:val="000000"/>
          <w:sz w:val="24"/>
        </w:rPr>
        <w:t xml:space="preserve"> (</w:t>
      </w:r>
      <w:r>
        <w:rPr>
          <w:rFonts w:ascii="Georgia" w:hAnsi="Georgia" w:cs="Times New Roman"/>
          <w:b/>
          <w:i w:val="0"/>
          <w:color w:val="000000"/>
          <w:sz w:val="24"/>
          <w:rtl/>
          <w:szCs w:val="32"/>
        </w:rPr>
        <w:t>צַפַכֱזָ</w:t>
      </w:r>
      <w:r>
        <w:rPr>
          <w:rFonts w:ascii="Georgia" w:hAnsi="Georgia"/>
          <w:b w:val="0"/>
          <w:i w:val="0"/>
          <w:color w:val="000000"/>
          <w:sz w:val="24"/>
        </w:rPr>
        <w:t>). 26 АБ, 26 САГ, 26 МА, 24 БОН. 26, 26, 26, 370, буквы хэй, вав (</w:t>
      </w:r>
      <w:r>
        <w:rPr>
          <w:rFonts w:ascii="Georgia" w:hAnsi="Georgia" w:cs="Times New Roman"/>
          <w:b/>
          <w:i w:val="0"/>
          <w:color w:val="000000"/>
          <w:sz w:val="24"/>
          <w:rtl/>
          <w:szCs w:val="32"/>
        </w:rPr>
        <w:t>ה״ו</w:t>
      </w:r>
      <w:r>
        <w:rPr>
          <w:rFonts w:ascii="Georgia" w:hAnsi="Georgia"/>
          <w:b w:val="0"/>
          <w:i w:val="0"/>
          <w:color w:val="000000"/>
          <w:sz w:val="24"/>
        </w:rPr>
        <w:t>). Алеф, алеф, алеф, алеф; ЭЛЬ, ЭЛЬ; АВАЯ, АВАЯ, АВАЯ — они [составляют] лик.</w:t>
      </w:r>
    </w:p>
    <w:p>
      <w:pPr>
        <w:keepNext/>
        <w:spacing w:before="320" w:after="120"/>
      </w:pPr>
      <w:r>
        <w:rPr>
          <w:rFonts w:ascii="Georgia" w:hAnsi="Georgia"/>
          <w:b w:val="0"/>
          <w:i w:val="0"/>
          <w:color w:val="000000"/>
          <w:sz w:val="32"/>
        </w:rPr>
        <w:t>Ихуд 7</w:t>
      </w:r>
    </w:p>
    <w:p>
      <w:pPr>
        <w:spacing w:before="40" w:after="120"/>
        <w:jc w:val="both"/>
      </w:pPr>
      <w:r>
        <w:rPr>
          <w:rFonts w:ascii="Georgia" w:hAnsi="Georgia"/>
          <w:b w:val="0"/>
          <w:i w:val="0"/>
          <w:color w:val="000000"/>
          <w:sz w:val="24"/>
        </w:rPr>
        <w:t xml:space="preserve">Оно также относится к упомянутому [выше]: </w:t>
      </w:r>
      <w:r>
        <w:rPr>
          <w:rFonts w:ascii="Georgia" w:hAnsi="Georgia" w:cs="Times New Roman"/>
          <w:b/>
          <w:i w:val="0"/>
          <w:color w:val="000000"/>
          <w:sz w:val="24"/>
          <w:rtl/>
          <w:szCs w:val="32"/>
        </w:rPr>
        <w:t>אל יִוֹד יִוֹד יוִֹד אֶלֲףֳ אֵל אהיה אהיה אהיה אהיה אהיה אהיה אהיה אהיה אהיה אהיה אהיה אהיה אהיה יהוה יההו יוהה הוהי הויה ההוי והיה וההי ויהה היהו היוה ההיו יה יהוה אהיה אלף הי יוד הי אלף למד פא הי יוד יוד ויו דלת הי יוד אהיה אלף הי יוד הי</w:t>
      </w:r>
      <w:r>
        <w:rPr>
          <w:rFonts w:ascii="Georgia" w:hAnsi="Georgia"/>
          <w:b w:val="0"/>
          <w:i w:val="0"/>
          <w:color w:val="000000"/>
          <w:sz w:val="24"/>
        </w:rPr>
        <w:t xml:space="preserve">. Сплети это в прямом порядке, а это — в обратном, вот так: </w:t>
      </w:r>
      <w:r>
        <w:rPr>
          <w:rFonts w:ascii="Georgia" w:hAnsi="Georgia" w:cs="Times New Roman"/>
          <w:b/>
          <w:i w:val="0"/>
          <w:color w:val="000000"/>
          <w:sz w:val="24"/>
          <w:rtl/>
          <w:szCs w:val="32"/>
        </w:rPr>
        <w:t>אאהלדפוהייאיהופדלהאי אאלהפדהויייאוהדפהליא</w:t>
      </w:r>
      <w:r>
        <w:rPr>
          <w:rFonts w:ascii="Georgia" w:hAnsi="Georgia"/>
          <w:b w:val="0"/>
          <w:i w:val="0"/>
          <w:color w:val="000000"/>
          <w:sz w:val="24"/>
        </w:rPr>
        <w:t xml:space="preserve">. Это я нашел отдельно, совсем рядом с упомянутым [выше], и не знаю, единое ли это целое или две [разные] темы: </w:t>
      </w:r>
      <w:r>
        <w:rPr>
          <w:rFonts w:ascii="Georgia" w:hAnsi="Georgia" w:cs="Times New Roman"/>
          <w:b/>
          <w:i w:val="0"/>
          <w:color w:val="000000"/>
          <w:sz w:val="24"/>
          <w:rtl/>
          <w:szCs w:val="32"/>
        </w:rPr>
        <w:t>מצפץ יהמץ והפץ</w:t>
      </w:r>
      <w:r>
        <w:rPr>
          <w:rFonts w:ascii="Georgia" w:hAnsi="Georgia"/>
          <w:b w:val="0"/>
          <w:i w:val="0"/>
          <w:color w:val="000000"/>
          <w:sz w:val="24"/>
        </w:rPr>
        <w:t xml:space="preserve">, и сплетение: </w:t>
      </w:r>
      <w:r>
        <w:rPr>
          <w:rFonts w:ascii="Georgia" w:hAnsi="Georgia" w:cs="Times New Roman"/>
          <w:b/>
          <w:i w:val="0"/>
          <w:color w:val="000000"/>
          <w:sz w:val="24"/>
          <w:rtl/>
          <w:szCs w:val="32"/>
        </w:rPr>
        <w:t>מיוצההפמפצצץ</w:t>
      </w:r>
      <w:r>
        <w:rPr>
          <w:rFonts w:ascii="Georgia" w:hAnsi="Georgia"/>
          <w:b w:val="0"/>
          <w:i w:val="0"/>
          <w:color w:val="000000"/>
          <w:sz w:val="24"/>
        </w:rPr>
        <w:t xml:space="preserve">, </w:t>
      </w:r>
      <w:r>
        <w:rPr>
          <w:rFonts w:ascii="Georgia" w:hAnsi="Georgia" w:cs="Times New Roman"/>
          <w:b/>
          <w:i w:val="0"/>
          <w:color w:val="000000"/>
          <w:sz w:val="24"/>
          <w:rtl/>
          <w:szCs w:val="32"/>
        </w:rPr>
        <w:t>תצמץ אהתץ יהמץ</w:t>
      </w:r>
      <w:r>
        <w:rPr>
          <w:rFonts w:ascii="Georgia" w:hAnsi="Georgia"/>
          <w:b w:val="0"/>
          <w:i w:val="0"/>
          <w:color w:val="000000"/>
          <w:sz w:val="24"/>
        </w:rPr>
        <w:t xml:space="preserve">, и сплетение — вот так: </w:t>
      </w:r>
      <w:r>
        <w:rPr>
          <w:rFonts w:ascii="Georgia" w:hAnsi="Georgia" w:cs="Times New Roman"/>
          <w:b/>
          <w:i w:val="0"/>
          <w:color w:val="000000"/>
          <w:sz w:val="24"/>
          <w:rtl/>
          <w:szCs w:val="32"/>
        </w:rPr>
        <w:t>תאיצההמתמצצץ</w:t>
      </w:r>
      <w:r>
        <w:rPr>
          <w:rFonts w:ascii="Georgia" w:hAnsi="Georgia"/>
          <w:b w:val="0"/>
          <w:i w:val="0"/>
          <w:color w:val="000000"/>
          <w:sz w:val="24"/>
        </w:rPr>
        <w:t>.</w:t>
      </w:r>
    </w:p>
    <w:p>
      <w:pPr>
        <w:keepNext/>
        <w:spacing w:before="320" w:after="120"/>
      </w:pPr>
      <w:r>
        <w:rPr>
          <w:rFonts w:ascii="Georgia" w:hAnsi="Georgia"/>
          <w:b w:val="0"/>
          <w:i w:val="0"/>
          <w:color w:val="000000"/>
          <w:sz w:val="32"/>
        </w:rPr>
        <w:t>Ихуд 8</w:t>
      </w:r>
    </w:p>
    <w:p>
      <w:pPr>
        <w:spacing w:before="40" w:after="120"/>
        <w:jc w:val="both"/>
      </w:pPr>
      <w:r>
        <w:rPr>
          <w:rFonts w:ascii="Georgia" w:hAnsi="Georgia"/>
          <w:b w:val="0"/>
          <w:i w:val="0"/>
          <w:color w:val="000000"/>
          <w:sz w:val="24"/>
        </w:rPr>
        <w:t>Это [единение] также обращено к вышеупомянутому Имени — ЭЛЬ ШАДАЙ (</w:t>
      </w:r>
      <w:r>
        <w:rPr>
          <w:rFonts w:ascii="Georgia" w:hAnsi="Georgia" w:cs="Times New Roman"/>
          <w:b/>
          <w:i w:val="0"/>
          <w:color w:val="000000"/>
          <w:sz w:val="24"/>
          <w:rtl/>
          <w:szCs w:val="32"/>
        </w:rPr>
        <w:t>אֵל שֱדֱיֱ</w:t>
      </w:r>
      <w:r>
        <w:rPr>
          <w:rFonts w:ascii="Georgia" w:hAnsi="Georgia"/>
          <w:b w:val="0"/>
          <w:i w:val="0"/>
          <w:color w:val="000000"/>
          <w:sz w:val="24"/>
        </w:rPr>
        <w:t>). [Примечание издателя: установлено; мне кажется, должно быть [знак] рафе над каждой буквой из [Имени] ШАДАЙ, и число огласовок с таамим составляет 198, а вместе с их общностью — 9, что дает число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xml:space="preserve"> = 207). До сих пор.] В ХАГАТ огласовки и таамим выражают суть света [в начертании] </w:t>
      </w:r>
      <w:r>
        <w:rPr>
          <w:rFonts w:ascii="Georgia" w:hAnsi="Georgia" w:cs="Times New Roman"/>
          <w:b/>
          <w:i w:val="0"/>
          <w:color w:val="000000"/>
          <w:sz w:val="24"/>
          <w:rtl/>
          <w:szCs w:val="32"/>
        </w:rPr>
        <w:t>שֱדֱ֒יֵֹ</w:t>
      </w:r>
      <w:r>
        <w:rPr>
          <w:rFonts w:ascii="Georgia" w:hAnsi="Georgia"/>
          <w:b w:val="0"/>
          <w:i w:val="0"/>
          <w:color w:val="000000"/>
          <w:sz w:val="24"/>
        </w:rPr>
        <w:t>. В НЕХИ огласовки составляют число 130 (</w:t>
      </w:r>
      <w:r>
        <w:rPr>
          <w:rFonts w:ascii="Georgia" w:hAnsi="Georgia" w:cs="Times New Roman"/>
          <w:b/>
          <w:i w:val="0"/>
          <w:color w:val="000000"/>
          <w:sz w:val="24"/>
          <w:rtl/>
          <w:szCs w:val="32"/>
        </w:rPr>
        <w:t>ק״ל</w:t>
      </w:r>
      <w:r>
        <w:rPr>
          <w:rFonts w:ascii="Georgia" w:hAnsi="Georgia"/>
          <w:b w:val="0"/>
          <w:i w:val="0"/>
          <w:color w:val="000000"/>
          <w:sz w:val="24"/>
        </w:rPr>
        <w:t>). Груди находятся на месте Бины и образуются из наполнений [Имени] ЭЙЕ, как мы напишем ниже. Наполнения алеф-хэй-йод-хэй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 161) и алеф-хэй-йод-хэй [через алеф] (</w:t>
      </w:r>
      <w:r>
        <w:rPr>
          <w:rFonts w:ascii="Georgia" w:hAnsi="Georgia" w:cs="Times New Roman"/>
          <w:b/>
          <w:i w:val="0"/>
          <w:color w:val="000000"/>
          <w:sz w:val="24"/>
          <w:rtl/>
          <w:szCs w:val="32"/>
        </w:rPr>
        <w:t>אלף הא יוד הא</w:t>
      </w:r>
      <w:r>
        <w:rPr>
          <w:rFonts w:ascii="Georgia" w:hAnsi="Georgia"/>
          <w:b w:val="0"/>
          <w:i w:val="0"/>
          <w:color w:val="000000"/>
          <w:sz w:val="24"/>
        </w:rPr>
        <w:t xml:space="preserve"> = 143) составляют суть тучной груди (</w:t>
      </w:r>
      <w:r>
        <w:rPr>
          <w:rFonts w:ascii="Georgia" w:hAnsi="Georgia"/>
          <w:b w:val="0"/>
          <w:i/>
          <w:color w:val="000000"/>
          <w:sz w:val="24"/>
        </w:rPr>
        <w:t>шад а-шамен</w:t>
      </w:r>
      <w:r>
        <w:rPr>
          <w:rFonts w:ascii="Georgia" w:hAnsi="Georgia"/>
          <w:b w:val="0"/>
          <w:i w:val="0"/>
          <w:color w:val="000000"/>
          <w:sz w:val="24"/>
        </w:rPr>
        <w:t xml:space="preserve">, </w:t>
      </w:r>
      <w:r>
        <w:rPr>
          <w:rFonts w:ascii="Georgia" w:hAnsi="Georgia" w:cs="Times New Roman"/>
          <w:b/>
          <w:i w:val="0"/>
          <w:color w:val="000000"/>
          <w:sz w:val="24"/>
          <w:rtl/>
          <w:szCs w:val="32"/>
        </w:rPr>
        <w:t>שַׁד הַשָּׁמֵן</w:t>
      </w:r>
      <w:r>
        <w:rPr>
          <w:rFonts w:ascii="Georgia" w:hAnsi="Georgia"/>
          <w:b w:val="0"/>
          <w:i w:val="0"/>
          <w:color w:val="000000"/>
          <w:sz w:val="24"/>
        </w:rPr>
        <w:t xml:space="preserve"> = 304). Наполнения алеф-хэй-йод-хэй (161) и алеф-хэй-йод-хэй [через хэй] (</w:t>
      </w:r>
      <w:r>
        <w:rPr>
          <w:rFonts w:ascii="Georgia" w:hAnsi="Georgia" w:cs="Times New Roman"/>
          <w:b/>
          <w:i w:val="0"/>
          <w:color w:val="000000"/>
          <w:sz w:val="24"/>
          <w:rtl/>
          <w:szCs w:val="32"/>
        </w:rPr>
        <w:t>אלף הה יוד הה</w:t>
      </w:r>
      <w:r>
        <w:rPr>
          <w:rFonts w:ascii="Georgia" w:hAnsi="Georgia"/>
          <w:b w:val="0"/>
          <w:i w:val="0"/>
          <w:color w:val="000000"/>
          <w:sz w:val="24"/>
        </w:rPr>
        <w:t xml:space="preserve"> = 151) вместе с двумя самими Именами [161 + 151 + 2] дают число ШАДАЙ (</w:t>
      </w:r>
      <w:r>
        <w:rPr>
          <w:rFonts w:ascii="Georgia" w:hAnsi="Georgia" w:cs="Times New Roman"/>
          <w:b/>
          <w:i w:val="0"/>
          <w:color w:val="000000"/>
          <w:sz w:val="24"/>
          <w:rtl/>
          <w:szCs w:val="32"/>
        </w:rPr>
        <w:t>שַׁדַּי</w:t>
      </w:r>
      <w:r>
        <w:rPr>
          <w:rFonts w:ascii="Georgia" w:hAnsi="Georgia"/>
          <w:b w:val="0"/>
          <w:i w:val="0"/>
          <w:color w:val="000000"/>
          <w:sz w:val="24"/>
        </w:rPr>
        <w:t xml:space="preserve"> = 314). И в этом суть стиха: </w:t>
      </w:r>
      <w:r>
        <w:rPr>
          <w:rFonts w:ascii="Georgia" w:hAnsi="Georgia"/>
          <w:b w:val="0"/>
          <w:i/>
          <w:color w:val="000000"/>
          <w:sz w:val="24"/>
        </w:rPr>
        <w:t>«...между грудей моих переночует»</w:t>
      </w:r>
      <w:r>
        <w:rPr>
          <w:rFonts w:ascii="Georgia" w:hAnsi="Georgia"/>
          <w:b w:val="0"/>
          <w:i w:val="0"/>
          <w:color w:val="000000"/>
          <w:sz w:val="24"/>
        </w:rPr>
        <w:t xml:space="preserve"> (Шир а-Ширим 1:13): начальные буквы слов </w:t>
      </w:r>
      <w:r>
        <w:rPr>
          <w:rFonts w:ascii="Georgia" w:hAnsi="Georgia"/>
          <w:b w:val="0"/>
          <w:i/>
          <w:color w:val="000000"/>
          <w:sz w:val="24"/>
        </w:rPr>
        <w:t>бейн ШАДАЙ ялин</w:t>
      </w:r>
      <w:r>
        <w:rPr>
          <w:rFonts w:ascii="Georgia" w:hAnsi="Georgia"/>
          <w:b w:val="0"/>
          <w:i w:val="0"/>
          <w:color w:val="000000"/>
          <w:sz w:val="24"/>
        </w:rPr>
        <w:t xml:space="preserve"> — «между грудей моих переночует» (</w:t>
      </w:r>
      <w:r>
        <w:rPr>
          <w:rFonts w:ascii="Georgia" w:hAnsi="Georgia" w:cs="Times New Roman"/>
          <w:b/>
          <w:i w:val="0"/>
          <w:color w:val="000000"/>
          <w:sz w:val="24"/>
          <w:rtl/>
          <w:szCs w:val="32"/>
        </w:rPr>
        <w:t>בֵּין שָׁדַי יָלִין</w:t>
      </w:r>
      <w:r>
        <w:rPr>
          <w:rFonts w:ascii="Georgia" w:hAnsi="Georgia"/>
          <w:b w:val="0"/>
          <w:i w:val="0"/>
          <w:color w:val="000000"/>
          <w:sz w:val="24"/>
        </w:rPr>
        <w:t>) образуют слово ШАБИ (</w:t>
      </w:r>
      <w:r>
        <w:rPr>
          <w:rFonts w:ascii="Georgia" w:hAnsi="Georgia" w:cs="Times New Roman"/>
          <w:b/>
          <w:i w:val="0"/>
          <w:color w:val="000000"/>
          <w:sz w:val="24"/>
          <w:rtl/>
          <w:szCs w:val="32"/>
        </w:rPr>
        <w:t>שב״י</w:t>
      </w:r>
      <w:r>
        <w:rPr>
          <w:rFonts w:ascii="Georgia" w:hAnsi="Georgia"/>
          <w:b w:val="0"/>
          <w:i w:val="0"/>
          <w:color w:val="000000"/>
          <w:sz w:val="24"/>
        </w:rPr>
        <w:t xml:space="preserve"> = 312), а вместе с двумя Именами получается число ШАДАЙ (314). «Свет» и «свет» (</w:t>
      </w:r>
      <w:r>
        <w:rPr>
          <w:rFonts w:ascii="Georgia" w:hAnsi="Georgia"/>
          <w:b w:val="0"/>
          <w:i/>
          <w:color w:val="000000"/>
          <w:sz w:val="24"/>
        </w:rPr>
        <w:t>ор</w:t>
      </w:r>
      <w:r>
        <w:rPr>
          <w:rFonts w:ascii="Georgia" w:hAnsi="Georgia"/>
          <w:b w:val="0"/>
          <w:i w:val="0"/>
          <w:color w:val="000000"/>
          <w:sz w:val="24"/>
        </w:rPr>
        <w:t>, 207 + 207) в гематрии составляют ДАТИ (</w:t>
      </w:r>
      <w:r>
        <w:rPr>
          <w:rFonts w:ascii="Georgia" w:hAnsi="Georgia" w:cs="Times New Roman"/>
          <w:b/>
          <w:i w:val="0"/>
          <w:color w:val="000000"/>
          <w:sz w:val="24"/>
          <w:rtl/>
          <w:szCs w:val="32"/>
        </w:rPr>
        <w:t>דת״י</w:t>
      </w:r>
      <w:r>
        <w:rPr>
          <w:rFonts w:ascii="Georgia" w:hAnsi="Georgia"/>
          <w:b w:val="0"/>
          <w:i w:val="0"/>
          <w:color w:val="000000"/>
          <w:sz w:val="24"/>
        </w:rPr>
        <w:t xml:space="preserve"> = 414). АБ (72) и 216 (</w:t>
      </w:r>
      <w:r>
        <w:rPr>
          <w:rFonts w:ascii="Georgia" w:hAnsi="Georgia" w:cs="Times New Roman"/>
          <w:b/>
          <w:i w:val="0"/>
          <w:color w:val="000000"/>
          <w:sz w:val="24"/>
          <w:rtl/>
          <w:szCs w:val="32"/>
        </w:rPr>
        <w:t>רי״ו</w:t>
      </w:r>
      <w:r>
        <w:rPr>
          <w:rFonts w:ascii="Georgia" w:hAnsi="Georgia"/>
          <w:b w:val="0"/>
          <w:i w:val="0"/>
          <w:color w:val="000000"/>
          <w:sz w:val="24"/>
        </w:rPr>
        <w:t>) в гематрии составляют РАПАХ (</w:t>
      </w:r>
      <w:r>
        <w:rPr>
          <w:rFonts w:ascii="Georgia" w:hAnsi="Georgia" w:cs="Times New Roman"/>
          <w:b/>
          <w:i w:val="0"/>
          <w:color w:val="000000"/>
          <w:sz w:val="24"/>
          <w:rtl/>
          <w:szCs w:val="32"/>
        </w:rPr>
        <w:t>רפ״ח</w:t>
      </w:r>
      <w:r>
        <w:rPr>
          <w:rFonts w:ascii="Georgia" w:hAnsi="Georgia"/>
          <w:b w:val="0"/>
          <w:i w:val="0"/>
          <w:color w:val="000000"/>
          <w:sz w:val="24"/>
        </w:rPr>
        <w:t xml:space="preserve"> = 288), а вместе с АВАЯ (</w:t>
      </w:r>
      <w:r>
        <w:rPr>
          <w:rFonts w:ascii="Georgia" w:hAnsi="Georgia" w:cs="Times New Roman"/>
          <w:b/>
          <w:i w:val="0"/>
          <w:color w:val="000000"/>
          <w:sz w:val="24"/>
          <w:rtl/>
          <w:szCs w:val="32"/>
        </w:rPr>
        <w:t>יהוה</w:t>
      </w:r>
      <w:r>
        <w:rPr>
          <w:rFonts w:ascii="Georgia" w:hAnsi="Georgia"/>
          <w:b w:val="0"/>
          <w:i w:val="0"/>
          <w:color w:val="000000"/>
          <w:sz w:val="24"/>
        </w:rPr>
        <w:t xml:space="preserve"> = 26) составляют число ШАДАЙ (314). Это Имя становится Кетером для Имени АДОНАЙ посредством трех [сочетаний по] 42, выходящих из АБ, САГ и МА [3 × 42 = 126], из которых строится такое сочетание: </w:t>
      </w:r>
      <w:r>
        <w:rPr>
          <w:rFonts w:ascii="Georgia" w:hAnsi="Georgia" w:cs="Times New Roman"/>
          <w:b/>
          <w:i w:val="0"/>
          <w:color w:val="000000"/>
          <w:sz w:val="24"/>
          <w:rtl/>
          <w:szCs w:val="32"/>
        </w:rPr>
        <w:t>אאד אדנ אדני</w:t>
      </w:r>
      <w:r>
        <w:rPr>
          <w:rFonts w:ascii="Georgia" w:hAnsi="Georgia"/>
          <w:b w:val="0"/>
          <w:i w:val="0"/>
          <w:color w:val="000000"/>
          <w:sz w:val="24"/>
        </w:rPr>
        <w:t>. И это сочетание [126] вместе с РАПАХ (288) составляет ДАТИ [126 + 288 = 414] (</w:t>
      </w:r>
      <w:r>
        <w:rPr>
          <w:rFonts w:ascii="Georgia" w:hAnsi="Georgia" w:cs="Times New Roman"/>
          <w:b/>
          <w:i w:val="0"/>
          <w:color w:val="000000"/>
          <w:sz w:val="24"/>
          <w:rtl/>
          <w:szCs w:val="32"/>
        </w:rPr>
        <w:t>דת״י</w:t>
      </w:r>
      <w:r>
        <w:rPr>
          <w:rFonts w:ascii="Georgia" w:hAnsi="Georgia"/>
          <w:b w:val="0"/>
          <w:i w:val="0"/>
          <w:color w:val="000000"/>
          <w:sz w:val="24"/>
        </w:rPr>
        <w:t>), и это [происходит] в праотцах — ХАГАТ — и в НЕХИ. Имя АДОНАЙ достигает значения 130 (</w:t>
      </w:r>
      <w:r>
        <w:rPr>
          <w:rFonts w:ascii="Georgia" w:hAnsi="Georgia" w:cs="Times New Roman"/>
          <w:b/>
          <w:i w:val="0"/>
          <w:color w:val="000000"/>
          <w:sz w:val="24"/>
          <w:rtl/>
          <w:szCs w:val="32"/>
        </w:rPr>
        <w:t>ק״ל</w:t>
      </w:r>
      <w:r>
        <w:rPr>
          <w:rFonts w:ascii="Georgia" w:hAnsi="Georgia"/>
          <w:b w:val="0"/>
          <w:i w:val="0"/>
          <w:color w:val="000000"/>
          <w:sz w:val="24"/>
        </w:rPr>
        <w:t>) через две створки дверей (</w:t>
      </w:r>
      <w:r>
        <w:rPr>
          <w:rFonts w:ascii="Georgia" w:hAnsi="Georgia"/>
          <w:b w:val="0"/>
          <w:i/>
          <w:color w:val="000000"/>
          <w:sz w:val="24"/>
        </w:rPr>
        <w:t>длатин</w:t>
      </w:r>
      <w:r>
        <w:rPr>
          <w:rFonts w:ascii="Georgia" w:hAnsi="Georgia"/>
          <w:b w:val="0"/>
          <w:i w:val="0"/>
          <w:color w:val="000000"/>
          <w:sz w:val="24"/>
        </w:rPr>
        <w:t>) и петли (</w:t>
      </w:r>
      <w:r>
        <w:rPr>
          <w:rFonts w:ascii="Georgia" w:hAnsi="Georgia"/>
          <w:b w:val="0"/>
          <w:i/>
          <w:color w:val="000000"/>
          <w:sz w:val="24"/>
        </w:rPr>
        <w:t>цирин</w:t>
      </w:r>
      <w:r>
        <w:rPr>
          <w:rFonts w:ascii="Georgia" w:hAnsi="Georgia"/>
          <w:b w:val="0"/>
          <w:i w:val="0"/>
          <w:color w:val="000000"/>
          <w:sz w:val="24"/>
        </w:rPr>
        <w:t xml:space="preserve">), которые служили перегородками, преграждавшими [путь] высшему свету. И каждая петля со створкой двери образует число 320 (ШАХ, </w:t>
      </w:r>
      <w:r>
        <w:rPr>
          <w:rFonts w:ascii="Georgia" w:hAnsi="Georgia" w:cs="Times New Roman"/>
          <w:b/>
          <w:i w:val="0"/>
          <w:color w:val="000000"/>
          <w:sz w:val="24"/>
          <w:rtl/>
          <w:szCs w:val="32"/>
        </w:rPr>
        <w:t>שַׁ״ךְ</w:t>
      </w:r>
      <w:r>
        <w:rPr>
          <w:rFonts w:ascii="Georgia" w:hAnsi="Georgia"/>
          <w:b w:val="0"/>
          <w:i w:val="0"/>
          <w:color w:val="000000"/>
          <w:sz w:val="24"/>
        </w:rPr>
        <w:t>), что дает [число] двух грудей. А по мере того как Даат распространялся в них, он умножался и возрастал, пока не открыл эти двери и не протянулся до самого низа; и так из 126 (</w:t>
      </w:r>
      <w:r>
        <w:rPr>
          <w:rFonts w:ascii="Georgia" w:hAnsi="Georgia" w:cs="Times New Roman"/>
          <w:b/>
          <w:i w:val="0"/>
          <w:color w:val="000000"/>
          <w:sz w:val="24"/>
          <w:rtl/>
          <w:szCs w:val="32"/>
        </w:rPr>
        <w:t>קכ״ו</w:t>
      </w:r>
      <w:r>
        <w:rPr>
          <w:rFonts w:ascii="Georgia" w:hAnsi="Georgia"/>
          <w:b w:val="0"/>
          <w:i w:val="0"/>
          <w:color w:val="000000"/>
          <w:sz w:val="24"/>
        </w:rPr>
        <w:t>) образовалось 130 (</w:t>
      </w:r>
      <w:r>
        <w:rPr>
          <w:rFonts w:ascii="Georgia" w:hAnsi="Georgia" w:cs="Times New Roman"/>
          <w:b/>
          <w:i w:val="0"/>
          <w:color w:val="000000"/>
          <w:sz w:val="24"/>
          <w:rtl/>
          <w:szCs w:val="32"/>
        </w:rPr>
        <w:t>ק״ל</w:t>
      </w:r>
      <w:r>
        <w:rPr>
          <w:rFonts w:ascii="Georgia" w:hAnsi="Georgia"/>
          <w:b w:val="0"/>
          <w:i w:val="0"/>
          <w:color w:val="000000"/>
          <w:sz w:val="24"/>
        </w:rPr>
        <w:t>). Если так, то «свет» и «свет» (</w:t>
      </w:r>
      <w:r>
        <w:rPr>
          <w:rFonts w:ascii="Georgia" w:hAnsi="Georgia"/>
          <w:b w:val="0"/>
          <w:i/>
          <w:color w:val="000000"/>
          <w:sz w:val="24"/>
        </w:rPr>
        <w:t>ор</w:t>
      </w:r>
      <w:r>
        <w:rPr>
          <w:rFonts w:ascii="Georgia" w:hAnsi="Georgia"/>
          <w:b w:val="0"/>
          <w:i w:val="0"/>
          <w:color w:val="000000"/>
          <w:sz w:val="24"/>
        </w:rPr>
        <w:t xml:space="preserve">, 207 + 207), две створки дверей и дважды петля составляют [слова стиха]: </w:t>
      </w:r>
      <w:r>
        <w:rPr>
          <w:rFonts w:ascii="Georgia" w:hAnsi="Georgia"/>
          <w:b w:val="0"/>
          <w:i/>
          <w:color w:val="000000"/>
          <w:sz w:val="24"/>
        </w:rPr>
        <w:t>«...Да живет душа моя...»</w:t>
      </w:r>
      <w:r>
        <w:rPr>
          <w:rFonts w:ascii="Georgia" w:hAnsi="Georgia"/>
          <w:b w:val="0"/>
          <w:i w:val="0"/>
          <w:color w:val="000000"/>
          <w:sz w:val="24"/>
        </w:rPr>
        <w:t xml:space="preserve"> (Теилим 119:175; </w:t>
      </w:r>
      <w:r>
        <w:rPr>
          <w:rFonts w:ascii="Georgia" w:hAnsi="Georgia" w:cs="Times New Roman"/>
          <w:b/>
          <w:i w:val="0"/>
          <w:color w:val="000000"/>
          <w:sz w:val="24"/>
          <w:rtl/>
          <w:szCs w:val="32"/>
        </w:rPr>
        <w:t>תְּחִי נַפְשִׁי</w:t>
      </w:r>
      <w:r>
        <w:rPr>
          <w:rFonts w:ascii="Georgia" w:hAnsi="Georgia"/>
          <w:b w:val="0"/>
          <w:i w:val="0"/>
          <w:color w:val="000000"/>
          <w:sz w:val="24"/>
        </w:rPr>
        <w:t xml:space="preserve"> = 858). Все это складывается из: АБ (72) и 130 [72 + 130 = 202] и АБ (72) и слово «кедем» (</w:t>
      </w:r>
      <w:r>
        <w:rPr>
          <w:rFonts w:ascii="Georgia" w:hAnsi="Georgia"/>
          <w:b w:val="0"/>
          <w:i/>
          <w:color w:val="000000"/>
          <w:sz w:val="24"/>
        </w:rPr>
        <w:t>кедем</w:t>
      </w:r>
      <w:r>
        <w:rPr>
          <w:rFonts w:ascii="Georgia" w:hAnsi="Georgia"/>
          <w:b w:val="0"/>
          <w:i w:val="0"/>
          <w:color w:val="000000"/>
          <w:sz w:val="24"/>
        </w:rPr>
        <w:t xml:space="preserve">, </w:t>
      </w:r>
      <w:r>
        <w:rPr>
          <w:rFonts w:ascii="Georgia" w:hAnsi="Georgia" w:cs="Times New Roman"/>
          <w:b/>
          <w:i w:val="0"/>
          <w:color w:val="000000"/>
          <w:sz w:val="24"/>
          <w:rtl/>
          <w:szCs w:val="32"/>
        </w:rPr>
        <w:t>קֶדֶם</w:t>
      </w:r>
      <w:r>
        <w:rPr>
          <w:rFonts w:ascii="Georgia" w:hAnsi="Georgia"/>
          <w:b w:val="0"/>
          <w:i w:val="0"/>
          <w:color w:val="000000"/>
          <w:sz w:val="24"/>
        </w:rPr>
        <w:t xml:space="preserve"> = 144) [72 + 144 = 216], [что вместе дает 418 — </w:t>
      </w:r>
      <w:r>
        <w:rPr>
          <w:rFonts w:ascii="Georgia" w:hAnsi="Georgia"/>
          <w:b w:val="0"/>
          <w:i/>
          <w:color w:val="000000"/>
          <w:sz w:val="24"/>
        </w:rPr>
        <w:t>тхи</w:t>
      </w:r>
      <w:r>
        <w:rPr>
          <w:rFonts w:ascii="Georgia" w:hAnsi="Georgia"/>
          <w:b w:val="0"/>
          <w:i w:val="0"/>
          <w:color w:val="000000"/>
          <w:sz w:val="24"/>
        </w:rPr>
        <w:t xml:space="preserve"> (</w:t>
      </w:r>
      <w:r>
        <w:rPr>
          <w:rFonts w:ascii="Georgia" w:hAnsi="Georgia" w:cs="Times New Roman"/>
          <w:b/>
          <w:i w:val="0"/>
          <w:color w:val="000000"/>
          <w:sz w:val="24"/>
          <w:rtl/>
          <w:szCs w:val="32"/>
        </w:rPr>
        <w:t>תְּחִי</w:t>
      </w:r>
      <w:r>
        <w:rPr>
          <w:rFonts w:ascii="Georgia" w:hAnsi="Georgia"/>
          <w:b w:val="0"/>
          <w:i w:val="0"/>
          <w:color w:val="000000"/>
          <w:sz w:val="24"/>
        </w:rPr>
        <w:t>)]; а вместе с АВАЯ де-БОН (52) это составляет ЭТ [418 + 52 = 470] (</w:t>
      </w:r>
      <w:r>
        <w:rPr>
          <w:rFonts w:ascii="Georgia" w:hAnsi="Georgia" w:cs="Times New Roman"/>
          <w:b/>
          <w:i w:val="0"/>
          <w:color w:val="000000"/>
          <w:sz w:val="24"/>
          <w:rtl/>
          <w:szCs w:val="32"/>
        </w:rPr>
        <w:t>ע״ת</w:t>
      </w:r>
      <w:r>
        <w:rPr>
          <w:rFonts w:ascii="Georgia" w:hAnsi="Georgia"/>
          <w:b w:val="0"/>
          <w:i w:val="0"/>
          <w:color w:val="000000"/>
          <w:sz w:val="24"/>
        </w:rPr>
        <w:t>); и с четырьмя буквами [Имени] АВАЯ получается Даат [470 + 4 = 474] (</w:t>
      </w:r>
      <w:r>
        <w:rPr>
          <w:rFonts w:ascii="Georgia" w:hAnsi="Georgia" w:cs="Times New Roman"/>
          <w:b/>
          <w:i w:val="0"/>
          <w:color w:val="000000"/>
          <w:sz w:val="24"/>
          <w:rtl/>
          <w:szCs w:val="32"/>
        </w:rPr>
        <w:t>דַּעַת</w:t>
      </w:r>
      <w:r>
        <w:rPr>
          <w:rFonts w:ascii="Georgia" w:hAnsi="Georgia"/>
          <w:b w:val="0"/>
          <w:i w:val="0"/>
          <w:color w:val="000000"/>
          <w:sz w:val="24"/>
        </w:rPr>
        <w:t>). АВАЯ (</w:t>
      </w:r>
      <w:r>
        <w:rPr>
          <w:rFonts w:ascii="Georgia" w:hAnsi="Georgia" w:cs="Times New Roman"/>
          <w:b/>
          <w:i w:val="0"/>
          <w:color w:val="000000"/>
          <w:sz w:val="24"/>
          <w:rtl/>
          <w:szCs w:val="32"/>
        </w:rPr>
        <w:t>יהוה</w:t>
      </w:r>
      <w:r>
        <w:rPr>
          <w:rFonts w:ascii="Georgia" w:hAnsi="Georgia"/>
          <w:b w:val="0"/>
          <w:i w:val="0"/>
          <w:color w:val="000000"/>
          <w:sz w:val="24"/>
        </w:rPr>
        <w:t>), а также буквенные сочетания йод-рэйш-вав (</w:t>
      </w:r>
      <w:r>
        <w:rPr>
          <w:rFonts w:ascii="Georgia" w:hAnsi="Georgia" w:cs="Times New Roman"/>
          <w:b/>
          <w:i w:val="0"/>
          <w:color w:val="000000"/>
          <w:sz w:val="24"/>
          <w:rtl/>
          <w:szCs w:val="32"/>
        </w:rPr>
        <w:t>יר״ו</w:t>
      </w:r>
      <w:r>
        <w:rPr>
          <w:rFonts w:ascii="Georgia" w:hAnsi="Georgia"/>
          <w:b w:val="0"/>
          <w:i w:val="0"/>
          <w:color w:val="000000"/>
          <w:sz w:val="24"/>
        </w:rPr>
        <w:t>) и вав-рэйш-йод (</w:t>
      </w:r>
      <w:r>
        <w:rPr>
          <w:rFonts w:ascii="Georgia" w:hAnsi="Georgia" w:cs="Times New Roman"/>
          <w:b/>
          <w:i w:val="0"/>
          <w:color w:val="000000"/>
          <w:sz w:val="24"/>
          <w:rtl/>
          <w:szCs w:val="32"/>
        </w:rPr>
        <w:t>ור״י</w:t>
      </w:r>
      <w:r>
        <w:rPr>
          <w:rFonts w:ascii="Georgia" w:hAnsi="Georgia"/>
          <w:b w:val="0"/>
          <w:i w:val="0"/>
          <w:color w:val="000000"/>
          <w:sz w:val="24"/>
        </w:rPr>
        <w:t>).</w:t>
      </w:r>
    </w:p>
    <w:p>
      <w:pPr>
        <w:keepNext/>
        <w:spacing w:before="320" w:after="120"/>
      </w:pPr>
      <w:r>
        <w:rPr>
          <w:rFonts w:ascii="Georgia" w:hAnsi="Georgia"/>
          <w:b w:val="0"/>
          <w:i w:val="0"/>
          <w:color w:val="000000"/>
          <w:sz w:val="32"/>
        </w:rPr>
        <w:t>Ихуд 9</w:t>
      </w:r>
    </w:p>
    <w:p>
      <w:pPr>
        <w:spacing w:before="40" w:after="120"/>
        <w:jc w:val="both"/>
      </w:pPr>
      <w:r>
        <w:rPr>
          <w:rFonts w:ascii="Georgia" w:hAnsi="Georgia"/>
          <w:b w:val="0"/>
          <w:i w:val="0"/>
          <w:color w:val="000000"/>
          <w:sz w:val="24"/>
        </w:rPr>
        <w:t>И это единение (</w:t>
      </w:r>
      <w:r>
        <w:rPr>
          <w:rFonts w:ascii="Georgia" w:hAnsi="Georgia"/>
          <w:b w:val="0"/>
          <w:i/>
          <w:color w:val="000000"/>
          <w:sz w:val="24"/>
        </w:rPr>
        <w:t>ихуд</w:t>
      </w:r>
      <w:r>
        <w:rPr>
          <w:rFonts w:ascii="Georgia" w:hAnsi="Georgia"/>
          <w:b w:val="0"/>
          <w:i w:val="0"/>
          <w:color w:val="000000"/>
          <w:sz w:val="24"/>
        </w:rPr>
        <w:t xml:space="preserve">) тоже относится к упомянутому [Имени]: </w:t>
      </w:r>
      <w:r>
        <w:rPr>
          <w:rFonts w:ascii="Georgia" w:hAnsi="Georgia" w:cs="Times New Roman"/>
          <w:b/>
          <w:i w:val="0"/>
          <w:color w:val="000000"/>
          <w:sz w:val="24"/>
          <w:rtl/>
          <w:szCs w:val="32"/>
        </w:rPr>
        <w:t>יִוֵאָחֹצִצִבְיִרַוְןָ</w:t>
      </w:r>
      <w:r>
        <w:rPr>
          <w:rFonts w:ascii="Georgia" w:hAnsi="Georgia"/>
          <w:b w:val="0"/>
          <w:i w:val="0"/>
          <w:color w:val="000000"/>
          <w:sz w:val="24"/>
        </w:rPr>
        <w:t>, [буквы] йод-вав (</w:t>
      </w:r>
      <w:r>
        <w:rPr>
          <w:rFonts w:ascii="Georgia" w:hAnsi="Georgia" w:cs="Times New Roman"/>
          <w:b/>
          <w:i w:val="0"/>
          <w:color w:val="000000"/>
          <w:sz w:val="24"/>
          <w:rtl/>
          <w:szCs w:val="32"/>
        </w:rPr>
        <w:t>יו</w:t>
      </w:r>
      <w:r>
        <w:rPr>
          <w:rFonts w:ascii="Georgia" w:hAnsi="Georgia"/>
          <w:b w:val="0"/>
          <w:i w:val="0"/>
          <w:color w:val="000000"/>
          <w:sz w:val="24"/>
        </w:rPr>
        <w:t>). [Примечание издателя: рав Йосеф Садбон, благословенной памяти: «Мне кажется, должно быть: [буквы] йод-вав (</w:t>
      </w:r>
      <w:r>
        <w:rPr>
          <w:rFonts w:ascii="Georgia" w:hAnsi="Georgia" w:cs="Times New Roman"/>
          <w:b/>
          <w:i w:val="0"/>
          <w:color w:val="000000"/>
          <w:sz w:val="24"/>
          <w:rtl/>
          <w:szCs w:val="32"/>
        </w:rPr>
        <w:t>יו</w:t>
      </w:r>
      <w:r>
        <w:rPr>
          <w:rFonts w:ascii="Georgia" w:hAnsi="Georgia"/>
          <w:b w:val="0"/>
          <w:i w:val="0"/>
          <w:color w:val="000000"/>
          <w:sz w:val="24"/>
        </w:rPr>
        <w:t>), алеф-хэт (</w:t>
      </w:r>
      <w:r>
        <w:rPr>
          <w:rFonts w:ascii="Georgia" w:hAnsi="Georgia" w:cs="Times New Roman"/>
          <w:b/>
          <w:i w:val="0"/>
          <w:color w:val="000000"/>
          <w:sz w:val="24"/>
          <w:rtl/>
          <w:szCs w:val="32"/>
        </w:rPr>
        <w:t>אח</w:t>
      </w:r>
      <w:r>
        <w:rPr>
          <w:rFonts w:ascii="Georgia" w:hAnsi="Georgia"/>
          <w:b w:val="0"/>
          <w:i w:val="0"/>
          <w:color w:val="000000"/>
          <w:sz w:val="24"/>
        </w:rPr>
        <w:t>), 25 (</w:t>
      </w:r>
      <w:r>
        <w:rPr>
          <w:rFonts w:ascii="Georgia" w:hAnsi="Georgia" w:cs="Times New Roman"/>
          <w:b/>
          <w:i w:val="0"/>
          <w:color w:val="000000"/>
          <w:sz w:val="24"/>
          <w:rtl/>
          <w:szCs w:val="32"/>
        </w:rPr>
        <w:t>כה</w:t>
      </w:r>
      <w:r>
        <w:rPr>
          <w:rFonts w:ascii="Georgia" w:hAnsi="Georgia"/>
          <w:b w:val="0"/>
          <w:i w:val="0"/>
          <w:color w:val="000000"/>
          <w:sz w:val="24"/>
        </w:rPr>
        <w:t>), — то есть единение стиха «Шма Исраэль», в котором 25 [букв], а остальное — ошибка переписчика. А то, что сказано: «цади-цади (</w:t>
      </w:r>
      <w:r>
        <w:rPr>
          <w:rFonts w:ascii="Georgia" w:hAnsi="Georgia" w:cs="Times New Roman"/>
          <w:b/>
          <w:i w:val="0"/>
          <w:color w:val="000000"/>
          <w:sz w:val="24"/>
          <w:rtl/>
          <w:szCs w:val="32"/>
        </w:rPr>
        <w:t>צ״צ</w:t>
      </w:r>
      <w:r>
        <w:rPr>
          <w:rFonts w:ascii="Georgia" w:hAnsi="Georgia"/>
          <w:b w:val="0"/>
          <w:i w:val="0"/>
          <w:color w:val="000000"/>
          <w:sz w:val="24"/>
        </w:rPr>
        <w:t>) — три Имени», это АБ, САГ, МА (</w:t>
      </w:r>
      <w:r>
        <w:rPr>
          <w:rFonts w:ascii="Georgia" w:hAnsi="Georgia" w:cs="Times New Roman"/>
          <w:b/>
          <w:i w:val="0"/>
          <w:color w:val="000000"/>
          <w:sz w:val="24"/>
          <w:rtl/>
          <w:szCs w:val="32"/>
        </w:rPr>
        <w:t>עס״מ</w:t>
      </w:r>
      <w:r>
        <w:rPr>
          <w:rFonts w:ascii="Georgia" w:hAnsi="Georgia"/>
          <w:b w:val="0"/>
          <w:i w:val="0"/>
          <w:color w:val="000000"/>
          <w:sz w:val="24"/>
        </w:rPr>
        <w:t>), чья гематрия 180 (</w:t>
      </w:r>
      <w:r>
        <w:rPr>
          <w:rFonts w:ascii="Georgia" w:hAnsi="Georgia" w:cs="Times New Roman"/>
          <w:b/>
          <w:i w:val="0"/>
          <w:color w:val="000000"/>
          <w:sz w:val="24"/>
          <w:rtl/>
          <w:szCs w:val="32"/>
        </w:rPr>
        <w:t>ק״פ</w:t>
      </w:r>
      <w:r>
        <w:rPr>
          <w:rFonts w:ascii="Georgia" w:hAnsi="Georgia"/>
          <w:b w:val="0"/>
          <w:i w:val="0"/>
          <w:color w:val="000000"/>
          <w:sz w:val="24"/>
        </w:rPr>
        <w:t>). И то, что сказано: «в [буквах] бэт-йод (</w:t>
      </w:r>
      <w:r>
        <w:rPr>
          <w:rFonts w:ascii="Georgia" w:hAnsi="Georgia" w:cs="Times New Roman"/>
          <w:b/>
          <w:i w:val="0"/>
          <w:color w:val="000000"/>
          <w:sz w:val="24"/>
          <w:rtl/>
          <w:szCs w:val="32"/>
        </w:rPr>
        <w:t>בי</w:t>
      </w:r>
      <w:r>
        <w:rPr>
          <w:rFonts w:ascii="Georgia" w:hAnsi="Georgia"/>
          <w:b w:val="0"/>
          <w:i w:val="0"/>
          <w:color w:val="000000"/>
          <w:sz w:val="24"/>
        </w:rPr>
        <w:t>) — буквы трех Имен», [автор] далее разъясняет как завершение [толкования] Имени; и [буквы] бэт-йод — это 12 простых букв в АБ, САГ, МА. А число 256 (</w:t>
      </w:r>
      <w:r>
        <w:rPr>
          <w:rFonts w:ascii="Georgia" w:hAnsi="Georgia"/>
          <w:b w:val="0"/>
          <w:i/>
          <w:color w:val="000000"/>
          <w:sz w:val="24"/>
        </w:rPr>
        <w:t>рон</w:t>
      </w:r>
      <w:r>
        <w:rPr>
          <w:rFonts w:ascii="Georgia" w:hAnsi="Georgia"/>
          <w:b w:val="0"/>
          <w:i w:val="0"/>
          <w:color w:val="000000"/>
          <w:sz w:val="24"/>
        </w:rPr>
        <w:t xml:space="preserve">, </w:t>
      </w:r>
      <w:r>
        <w:rPr>
          <w:rFonts w:ascii="Georgia" w:hAnsi="Georgia" w:cs="Times New Roman"/>
          <w:b/>
          <w:i w:val="0"/>
          <w:color w:val="000000"/>
          <w:sz w:val="24"/>
          <w:rtl/>
          <w:szCs w:val="32"/>
        </w:rPr>
        <w:t>רו״ן</w:t>
      </w:r>
      <w:r>
        <w:rPr>
          <w:rFonts w:ascii="Georgia" w:hAnsi="Georgia"/>
          <w:b w:val="0"/>
          <w:i w:val="0"/>
          <w:color w:val="000000"/>
          <w:sz w:val="24"/>
        </w:rPr>
        <w:t>) — это 232 (</w:t>
      </w:r>
      <w:r>
        <w:rPr>
          <w:rFonts w:ascii="Georgia" w:hAnsi="Georgia" w:cs="Times New Roman"/>
          <w:b/>
          <w:i w:val="0"/>
          <w:color w:val="000000"/>
          <w:sz w:val="24"/>
          <w:rtl/>
          <w:szCs w:val="32"/>
        </w:rPr>
        <w:t>רל״ב</w:t>
      </w:r>
      <w:r>
        <w:rPr>
          <w:rFonts w:ascii="Georgia" w:hAnsi="Georgia"/>
          <w:b w:val="0"/>
          <w:i w:val="0"/>
          <w:color w:val="000000"/>
          <w:sz w:val="24"/>
        </w:rPr>
        <w:t>), [к которым прибавляются] 24 [буквы], что с колелем (</w:t>
      </w:r>
      <w:r>
        <w:rPr>
          <w:rFonts w:ascii="Georgia" w:hAnsi="Georgia" w:cs="Times New Roman"/>
          <w:b/>
          <w:i w:val="0"/>
          <w:color w:val="000000"/>
          <w:sz w:val="24"/>
          <w:rtl/>
          <w:szCs w:val="32"/>
        </w:rPr>
        <w:t>ע״ה</w:t>
      </w:r>
      <w:r>
        <w:rPr>
          <w:rFonts w:ascii="Georgia" w:hAnsi="Georgia"/>
          <w:b w:val="0"/>
          <w:i w:val="0"/>
          <w:color w:val="000000"/>
          <w:sz w:val="24"/>
        </w:rPr>
        <w:t xml:space="preserve">, </w:t>
      </w:r>
      <w:r>
        <w:rPr>
          <w:rFonts w:ascii="Georgia" w:hAnsi="Georgia"/>
          <w:b w:val="0"/>
          <w:i/>
          <w:color w:val="000000"/>
          <w:sz w:val="24"/>
        </w:rPr>
        <w:t>им а-колель</w:t>
      </w:r>
      <w:r>
        <w:rPr>
          <w:rFonts w:ascii="Georgia" w:hAnsi="Georgia"/>
          <w:b w:val="0"/>
          <w:i w:val="0"/>
          <w:color w:val="000000"/>
          <w:sz w:val="24"/>
        </w:rPr>
        <w:t xml:space="preserve">) дает 25 [букв стиха] </w:t>
      </w:r>
      <w:r>
        <w:rPr>
          <w:rFonts w:ascii="Georgia" w:hAnsi="Georgia"/>
          <w:b w:val="0"/>
          <w:i/>
          <w:color w:val="000000"/>
          <w:sz w:val="24"/>
        </w:rPr>
        <w:t>«Слушай...»</w:t>
      </w:r>
      <w:r>
        <w:rPr>
          <w:rFonts w:ascii="Georgia" w:hAnsi="Georgia"/>
          <w:b w:val="0"/>
          <w:i w:val="0"/>
          <w:color w:val="000000"/>
          <w:sz w:val="24"/>
        </w:rPr>
        <w:t xml:space="preserve"> и т.д. А [слова] </w:t>
      </w:r>
      <w:r>
        <w:rPr>
          <w:rFonts w:ascii="Georgia" w:hAnsi="Georgia"/>
          <w:b w:val="0"/>
          <w:i/>
          <w:color w:val="000000"/>
          <w:sz w:val="24"/>
        </w:rPr>
        <w:t>«Г-сподь один»</w:t>
      </w:r>
      <w:r>
        <w:rPr>
          <w:rFonts w:ascii="Georgia" w:hAnsi="Georgia"/>
          <w:b w:val="0"/>
          <w:i w:val="0"/>
          <w:color w:val="000000"/>
          <w:sz w:val="24"/>
        </w:rPr>
        <w:t xml:space="preserve"> намекают на [буквы] йод-вав и алеф-хэт: [буквы] йод и вав — от АВАЯ (</w:t>
      </w:r>
      <w:r>
        <w:rPr>
          <w:rFonts w:ascii="Georgia" w:hAnsi="Georgia" w:cs="Times New Roman"/>
          <w:b/>
          <w:i w:val="0"/>
          <w:color w:val="000000"/>
          <w:sz w:val="24"/>
          <w:rtl/>
          <w:szCs w:val="32"/>
        </w:rPr>
        <w:t>יהוה</w:t>
      </w:r>
      <w:r>
        <w:rPr>
          <w:rFonts w:ascii="Georgia" w:hAnsi="Georgia"/>
          <w:b w:val="0"/>
          <w:i w:val="0"/>
          <w:color w:val="000000"/>
          <w:sz w:val="24"/>
        </w:rPr>
        <w:t>), а алеф и хэт — от «один» (</w:t>
      </w:r>
      <w:r>
        <w:rPr>
          <w:rFonts w:ascii="Georgia" w:hAnsi="Georgia"/>
          <w:b w:val="0"/>
          <w:i/>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Затем [автор] вернулся, чтобы истолковать единение упомянутого Имени другим способом, и там есть ошибка переписчика; а затем вернулся еще одним способом, и он понятен. До сих пор его слова»]. 25 (</w:t>
      </w:r>
      <w:r>
        <w:rPr>
          <w:rFonts w:ascii="Georgia" w:hAnsi="Georgia" w:cs="Times New Roman"/>
          <w:b/>
          <w:i w:val="0"/>
          <w:color w:val="000000"/>
          <w:sz w:val="24"/>
          <w:rtl/>
          <w:szCs w:val="32"/>
        </w:rPr>
        <w:t>כה</w:t>
      </w:r>
      <w:r>
        <w:rPr>
          <w:rFonts w:ascii="Georgia" w:hAnsi="Georgia"/>
          <w:b w:val="0"/>
          <w:i w:val="0"/>
          <w:color w:val="000000"/>
          <w:sz w:val="24"/>
        </w:rPr>
        <w:t>): [буквы] алеф-хэт (</w:t>
      </w:r>
      <w:r>
        <w:rPr>
          <w:rFonts w:ascii="Georgia" w:hAnsi="Georgia" w:cs="Times New Roman"/>
          <w:b/>
          <w:i w:val="0"/>
          <w:color w:val="000000"/>
          <w:sz w:val="24"/>
          <w:rtl/>
          <w:szCs w:val="32"/>
        </w:rPr>
        <w:t>אח</w:t>
      </w:r>
      <w:r>
        <w:rPr>
          <w:rFonts w:ascii="Georgia" w:hAnsi="Georgia"/>
          <w:b w:val="0"/>
          <w:i w:val="0"/>
          <w:color w:val="000000"/>
          <w:sz w:val="24"/>
        </w:rPr>
        <w:t>), вав-йод (</w:t>
      </w:r>
      <w:r>
        <w:rPr>
          <w:rFonts w:ascii="Georgia" w:hAnsi="Georgia" w:cs="Times New Roman"/>
          <w:b/>
          <w:i w:val="0"/>
          <w:color w:val="000000"/>
          <w:sz w:val="24"/>
          <w:rtl/>
          <w:szCs w:val="32"/>
        </w:rPr>
        <w:t>וי</w:t>
      </w:r>
      <w:r>
        <w:rPr>
          <w:rFonts w:ascii="Georgia" w:hAnsi="Georgia"/>
          <w:b w:val="0"/>
          <w:i w:val="0"/>
          <w:color w:val="000000"/>
          <w:sz w:val="24"/>
        </w:rPr>
        <w:t>), целая [буква] алеф (</w:t>
      </w:r>
      <w:r>
        <w:rPr>
          <w:rFonts w:ascii="Georgia" w:hAnsi="Georgia" w:cs="Times New Roman"/>
          <w:b/>
          <w:i w:val="0"/>
          <w:color w:val="000000"/>
          <w:sz w:val="24"/>
          <w:rtl/>
          <w:szCs w:val="32"/>
        </w:rPr>
        <w:t>א</w:t>
      </w:r>
      <w:r>
        <w:rPr>
          <w:rFonts w:ascii="Georgia" w:hAnsi="Georgia"/>
          <w:b w:val="0"/>
          <w:i w:val="0"/>
          <w:color w:val="000000"/>
          <w:sz w:val="24"/>
        </w:rPr>
        <w:t>); цади, цади (</w:t>
      </w:r>
      <w:r>
        <w:rPr>
          <w:rFonts w:ascii="Georgia" w:hAnsi="Georgia" w:cs="Times New Roman"/>
          <w:b/>
          <w:i w:val="0"/>
          <w:color w:val="000000"/>
          <w:sz w:val="24"/>
          <w:rtl/>
          <w:szCs w:val="32"/>
        </w:rPr>
        <w:t>צ צ</w:t>
      </w:r>
      <w:r>
        <w:rPr>
          <w:rFonts w:ascii="Georgia" w:hAnsi="Georgia"/>
          <w:b w:val="0"/>
          <w:i w:val="0"/>
          <w:color w:val="000000"/>
          <w:sz w:val="24"/>
        </w:rPr>
        <w:t>) — три Имени; буквы бэт-йод (</w:t>
      </w:r>
      <w:r>
        <w:rPr>
          <w:rFonts w:ascii="Georgia" w:hAnsi="Georgia" w:cs="Times New Roman"/>
          <w:b/>
          <w:i w:val="0"/>
          <w:color w:val="000000"/>
          <w:sz w:val="24"/>
          <w:rtl/>
          <w:szCs w:val="32"/>
        </w:rPr>
        <w:t>בי</w:t>
      </w:r>
      <w:r>
        <w:rPr>
          <w:rFonts w:ascii="Georgia" w:hAnsi="Georgia"/>
          <w:b w:val="0"/>
          <w:i w:val="0"/>
          <w:color w:val="000000"/>
          <w:sz w:val="24"/>
        </w:rPr>
        <w:t xml:space="preserve">) [12] — буквы этих трех Имен; </w:t>
      </w:r>
      <w:r>
        <w:rPr>
          <w:rFonts w:ascii="Georgia" w:hAnsi="Georgia"/>
          <w:b w:val="0"/>
          <w:i/>
          <w:color w:val="000000"/>
          <w:sz w:val="24"/>
        </w:rPr>
        <w:t>рон</w:t>
      </w:r>
      <w:r>
        <w:rPr>
          <w:rFonts w:ascii="Georgia" w:hAnsi="Georgia"/>
          <w:b w:val="0"/>
          <w:i w:val="0"/>
          <w:color w:val="000000"/>
          <w:sz w:val="24"/>
        </w:rPr>
        <w:t xml:space="preserve"> (</w:t>
      </w:r>
      <w:r>
        <w:rPr>
          <w:rFonts w:ascii="Georgia" w:hAnsi="Georgia" w:cs="Times New Roman"/>
          <w:b/>
          <w:i w:val="0"/>
          <w:color w:val="000000"/>
          <w:sz w:val="24"/>
          <w:rtl/>
          <w:szCs w:val="32"/>
        </w:rPr>
        <w:t>רו״ן</w:t>
      </w:r>
      <w:r>
        <w:rPr>
          <w:rFonts w:ascii="Georgia" w:hAnsi="Georgia"/>
          <w:b w:val="0"/>
          <w:i w:val="0"/>
          <w:color w:val="000000"/>
          <w:sz w:val="24"/>
        </w:rPr>
        <w:t xml:space="preserve">) — 232 и 24 [буквы]. </w:t>
      </w:r>
      <w:r>
        <w:rPr>
          <w:rFonts w:ascii="Georgia" w:hAnsi="Georgia"/>
          <w:b w:val="0"/>
          <w:i/>
          <w:color w:val="000000"/>
          <w:sz w:val="24"/>
        </w:rPr>
        <w:t>«Слушай, Исраэль: Г-сподь — Б-г наш...»</w:t>
      </w:r>
      <w:r>
        <w:rPr>
          <w:rFonts w:ascii="Georgia" w:hAnsi="Georgia"/>
          <w:b w:val="0"/>
          <w:i w:val="0"/>
          <w:color w:val="000000"/>
          <w:sz w:val="24"/>
        </w:rPr>
        <w:t xml:space="preserve"> (</w:t>
      </w:r>
      <w:r>
        <w:rPr>
          <w:rFonts w:ascii="Georgia" w:hAnsi="Georgia" w:cs="Times New Roman"/>
          <w:b/>
          <w:i w:val="0"/>
          <w:color w:val="000000"/>
          <w:sz w:val="24"/>
          <w:rtl/>
          <w:szCs w:val="32"/>
        </w:rPr>
        <w:t>שְמע יְשראל יְהוה אֱלהינו</w:t>
      </w:r>
      <w:r>
        <w:rPr>
          <w:rFonts w:ascii="Georgia" w:hAnsi="Georgia"/>
          <w:b w:val="0"/>
          <w:i w:val="0"/>
          <w:color w:val="000000"/>
          <w:sz w:val="24"/>
        </w:rPr>
        <w:t xml:space="preserve">, Дварим 6:4) — [сочетание] </w:t>
      </w:r>
      <w:r>
        <w:rPr>
          <w:rFonts w:ascii="Georgia" w:hAnsi="Georgia" w:cs="Times New Roman"/>
          <w:b/>
          <w:i w:val="0"/>
          <w:color w:val="000000"/>
          <w:sz w:val="24"/>
          <w:rtl/>
          <w:szCs w:val="32"/>
        </w:rPr>
        <w:t>יְוִאְחֱ</w:t>
      </w:r>
      <w:r>
        <w:rPr>
          <w:rFonts w:ascii="Georgia" w:hAnsi="Georgia"/>
          <w:b w:val="0"/>
          <w:i w:val="0"/>
          <w:color w:val="000000"/>
          <w:sz w:val="24"/>
        </w:rPr>
        <w:t>; [на слове] «повели» (</w:t>
      </w:r>
      <w:r>
        <w:rPr>
          <w:rFonts w:ascii="Georgia" w:hAnsi="Georgia"/>
          <w:b w:val="0"/>
          <w:i/>
          <w:color w:val="000000"/>
          <w:sz w:val="24"/>
        </w:rPr>
        <w:t>цаве</w:t>
      </w:r>
      <w:r>
        <w:rPr>
          <w:rFonts w:ascii="Georgia" w:hAnsi="Georgia"/>
          <w:b w:val="0"/>
          <w:i w:val="0"/>
          <w:color w:val="000000"/>
          <w:sz w:val="24"/>
        </w:rPr>
        <w:t xml:space="preserve">, </w:t>
      </w:r>
      <w:r>
        <w:rPr>
          <w:rFonts w:ascii="Georgia" w:hAnsi="Georgia" w:cs="Times New Roman"/>
          <w:b/>
          <w:i w:val="0"/>
          <w:color w:val="000000"/>
          <w:sz w:val="24"/>
          <w:rtl/>
          <w:szCs w:val="32"/>
        </w:rPr>
        <w:t>צַוֵה</w:t>
      </w:r>
      <w:r>
        <w:rPr>
          <w:rFonts w:ascii="Georgia" w:hAnsi="Georgia"/>
          <w:b w:val="0"/>
          <w:i w:val="0"/>
          <w:color w:val="000000"/>
          <w:sz w:val="24"/>
        </w:rPr>
        <w:t xml:space="preserve">) — [буквы] </w:t>
      </w:r>
      <w:r>
        <w:rPr>
          <w:rFonts w:ascii="Georgia" w:hAnsi="Georgia" w:cs="Times New Roman"/>
          <w:b/>
          <w:i w:val="0"/>
          <w:color w:val="000000"/>
          <w:sz w:val="24"/>
          <w:rtl/>
          <w:szCs w:val="32"/>
        </w:rPr>
        <w:t>צַ</w:t>
      </w:r>
      <w:r>
        <w:rPr>
          <w:rFonts w:ascii="Georgia" w:hAnsi="Georgia"/>
          <w:b w:val="0"/>
          <w:i w:val="0"/>
          <w:color w:val="000000"/>
          <w:sz w:val="24"/>
        </w:rPr>
        <w:t xml:space="preserve">, </w:t>
      </w:r>
      <w:r>
        <w:rPr>
          <w:rFonts w:ascii="Georgia" w:hAnsi="Georgia" w:cs="Times New Roman"/>
          <w:b/>
          <w:i w:val="0"/>
          <w:color w:val="000000"/>
          <w:sz w:val="24"/>
          <w:rtl/>
          <w:szCs w:val="32"/>
        </w:rPr>
        <w:t>צֵ</w:t>
      </w:r>
      <w:r>
        <w:rPr>
          <w:rFonts w:ascii="Georgia" w:hAnsi="Georgia"/>
          <w:b w:val="0"/>
          <w:i w:val="0"/>
          <w:color w:val="000000"/>
          <w:sz w:val="24"/>
        </w:rPr>
        <w:t xml:space="preserve">; [на словах] </w:t>
      </w:r>
      <w:r>
        <w:rPr>
          <w:rFonts w:ascii="Georgia" w:hAnsi="Georgia"/>
          <w:b w:val="0"/>
          <w:i/>
          <w:color w:val="000000"/>
          <w:sz w:val="24"/>
        </w:rPr>
        <w:t>«Мною клянусь»</w:t>
      </w:r>
      <w:r>
        <w:rPr>
          <w:rFonts w:ascii="Georgia" w:hAnsi="Georgia"/>
          <w:b w:val="0"/>
          <w:i w:val="0"/>
          <w:color w:val="000000"/>
          <w:sz w:val="24"/>
        </w:rPr>
        <w:t xml:space="preserve"> (</w:t>
      </w:r>
      <w:r>
        <w:rPr>
          <w:rFonts w:ascii="Georgia" w:hAnsi="Georgia"/>
          <w:b w:val="0"/>
          <w:i/>
          <w:color w:val="000000"/>
          <w:sz w:val="24"/>
        </w:rPr>
        <w:t>Би нишбати</w:t>
      </w:r>
      <w:r>
        <w:rPr>
          <w:rFonts w:ascii="Georgia" w:hAnsi="Georgia"/>
          <w:b w:val="0"/>
          <w:i w:val="0"/>
          <w:color w:val="000000"/>
          <w:sz w:val="24"/>
        </w:rPr>
        <w:t xml:space="preserve">, </w:t>
      </w:r>
      <w:r>
        <w:rPr>
          <w:rFonts w:ascii="Georgia" w:hAnsi="Georgia" w:cs="Times New Roman"/>
          <w:b/>
          <w:i w:val="0"/>
          <w:color w:val="000000"/>
          <w:sz w:val="24"/>
          <w:rtl/>
          <w:szCs w:val="32"/>
        </w:rPr>
        <w:t>בִי נִשבעתי</w:t>
      </w:r>
      <w:r>
        <w:rPr>
          <w:rFonts w:ascii="Georgia" w:hAnsi="Georgia"/>
          <w:b w:val="0"/>
          <w:i w:val="0"/>
          <w:color w:val="000000"/>
          <w:sz w:val="24"/>
        </w:rPr>
        <w:t xml:space="preserve">, Берешит 22:16) — [буквы] </w:t>
      </w:r>
      <w:r>
        <w:rPr>
          <w:rFonts w:ascii="Georgia" w:hAnsi="Georgia" w:cs="Times New Roman"/>
          <w:b/>
          <w:i w:val="0"/>
          <w:color w:val="000000"/>
          <w:sz w:val="24"/>
          <w:rtl/>
          <w:szCs w:val="32"/>
        </w:rPr>
        <w:t>בִיִ</w:t>
      </w:r>
      <w:r>
        <w:rPr>
          <w:rFonts w:ascii="Georgia" w:hAnsi="Georgia"/>
          <w:b w:val="0"/>
          <w:i w:val="0"/>
          <w:color w:val="000000"/>
          <w:sz w:val="24"/>
        </w:rPr>
        <w:t>; [на слове] «ликуйте» (</w:t>
      </w:r>
      <w:r>
        <w:rPr>
          <w:rFonts w:ascii="Georgia" w:hAnsi="Georgia"/>
          <w:b w:val="0"/>
          <w:i/>
          <w:color w:val="000000"/>
          <w:sz w:val="24"/>
        </w:rPr>
        <w:t>рану</w:t>
      </w:r>
      <w:r>
        <w:rPr>
          <w:rFonts w:ascii="Georgia" w:hAnsi="Georgia"/>
          <w:b w:val="0"/>
          <w:i w:val="0"/>
          <w:color w:val="000000"/>
          <w:sz w:val="24"/>
        </w:rPr>
        <w:t xml:space="preserve">, </w:t>
      </w:r>
      <w:r>
        <w:rPr>
          <w:rFonts w:ascii="Georgia" w:hAnsi="Georgia" w:cs="Times New Roman"/>
          <w:b/>
          <w:i w:val="0"/>
          <w:color w:val="000000"/>
          <w:sz w:val="24"/>
          <w:rtl/>
          <w:szCs w:val="32"/>
        </w:rPr>
        <w:t>רָנוּ</w:t>
      </w:r>
      <w:r>
        <w:rPr>
          <w:rFonts w:ascii="Georgia" w:hAnsi="Georgia"/>
          <w:b w:val="0"/>
          <w:i w:val="0"/>
          <w:color w:val="000000"/>
          <w:sz w:val="24"/>
        </w:rPr>
        <w:t xml:space="preserve">) — [буквы] </w:t>
      </w:r>
      <w:r>
        <w:rPr>
          <w:rFonts w:ascii="Georgia" w:hAnsi="Georgia" w:cs="Times New Roman"/>
          <w:b/>
          <w:i w:val="0"/>
          <w:color w:val="000000"/>
          <w:sz w:val="24"/>
          <w:rtl/>
          <w:szCs w:val="32"/>
        </w:rPr>
        <w:t>רָוֹן</w:t>
      </w:r>
      <w:r>
        <w:rPr>
          <w:rFonts w:ascii="Georgia" w:hAnsi="Georgia"/>
          <w:b w:val="0"/>
          <w:i w:val="0"/>
          <w:color w:val="000000"/>
          <w:sz w:val="24"/>
        </w:rPr>
        <w:t xml:space="preserve">; [буквы] </w:t>
      </w:r>
      <w:r>
        <w:rPr>
          <w:rFonts w:ascii="Georgia" w:hAnsi="Georgia" w:cs="Times New Roman"/>
          <w:b/>
          <w:i w:val="0"/>
          <w:color w:val="000000"/>
          <w:sz w:val="24"/>
          <w:rtl/>
          <w:szCs w:val="32"/>
        </w:rPr>
        <w:t>אי הה</w:t>
      </w:r>
      <w:r>
        <w:rPr>
          <w:rFonts w:ascii="Georgia" w:hAnsi="Georgia"/>
          <w:b w:val="0"/>
          <w:i w:val="0"/>
          <w:color w:val="000000"/>
          <w:sz w:val="24"/>
        </w:rPr>
        <w:t xml:space="preserve">; [и это образует Имя] </w:t>
      </w:r>
      <w:r>
        <w:rPr>
          <w:rFonts w:ascii="Georgia" w:hAnsi="Georgia" w:cs="Times New Roman"/>
          <w:b/>
          <w:i w:val="0"/>
          <w:color w:val="000000"/>
          <w:sz w:val="24"/>
          <w:rtl/>
          <w:szCs w:val="32"/>
        </w:rPr>
        <w:t>יֶוְאֲחְץ צְבַירוֹן</w:t>
      </w:r>
      <w:r>
        <w:rPr>
          <w:rFonts w:ascii="Georgia" w:hAnsi="Georgia"/>
          <w:b w:val="0"/>
          <w:i w:val="0"/>
          <w:color w:val="000000"/>
          <w:sz w:val="24"/>
        </w:rPr>
        <w:t xml:space="preserve"> — по воле АВАЯ, то есть четыре Имени, составляющие 232, вместе с АДОНАЙ в церуфе (мне кажется, должно быть: «в его квадрате [рибуй]»), составляющем 126 (</w:t>
      </w:r>
      <w:r>
        <w:rPr>
          <w:rFonts w:ascii="Georgia" w:hAnsi="Georgia" w:cs="Times New Roman"/>
          <w:b/>
          <w:i w:val="0"/>
          <w:color w:val="000000"/>
          <w:sz w:val="24"/>
          <w:rtl/>
          <w:szCs w:val="32"/>
        </w:rPr>
        <w:t>קכ״ו</w:t>
      </w:r>
      <w:r>
        <w:rPr>
          <w:rFonts w:ascii="Georgia" w:hAnsi="Georgia"/>
          <w:b w:val="0"/>
          <w:i w:val="0"/>
          <w:color w:val="000000"/>
          <w:sz w:val="24"/>
        </w:rPr>
        <w:t xml:space="preserve">); а при отрешении мысли относительно трех Имен — в четвертом Имени соединить с ним Имя АДОНАЙ: </w:t>
      </w:r>
      <w:r>
        <w:rPr>
          <w:rFonts w:ascii="Georgia" w:hAnsi="Georgia" w:cs="Times New Roman"/>
          <w:b/>
          <w:i w:val="0"/>
          <w:color w:val="000000"/>
          <w:sz w:val="24"/>
          <w:rtl/>
          <w:szCs w:val="32"/>
        </w:rPr>
        <w:t>יַוֹאחֱצְצִבּירוֹןְ</w:t>
      </w:r>
      <w:r>
        <w:rPr>
          <w:rFonts w:ascii="Georgia" w:hAnsi="Georgia"/>
          <w:b w:val="0"/>
          <w:i w:val="0"/>
          <w:color w:val="000000"/>
          <w:sz w:val="24"/>
        </w:rPr>
        <w:t>. [То есть: остались [буквы] йод, вав, алеф, хэт, цади (</w:t>
      </w:r>
      <w:r>
        <w:rPr>
          <w:rFonts w:ascii="Georgia" w:hAnsi="Georgia" w:cs="Times New Roman"/>
          <w:b/>
          <w:i w:val="0"/>
          <w:color w:val="000000"/>
          <w:sz w:val="24"/>
          <w:rtl/>
          <w:szCs w:val="32"/>
        </w:rPr>
        <w:t>יואח״צ</w:t>
      </w:r>
      <w:r>
        <w:rPr>
          <w:rFonts w:ascii="Georgia" w:hAnsi="Georgia"/>
          <w:b w:val="0"/>
          <w:i w:val="0"/>
          <w:color w:val="000000"/>
          <w:sz w:val="24"/>
        </w:rPr>
        <w:t xml:space="preserve">), потому что </w:t>
      </w:r>
      <w:r>
        <w:rPr>
          <w:rFonts w:ascii="Georgia" w:hAnsi="Georgia"/>
          <w:b w:val="0"/>
          <w:i/>
          <w:color w:val="000000"/>
          <w:sz w:val="24"/>
        </w:rPr>
        <w:t>Цвирон</w:t>
      </w:r>
      <w:r>
        <w:rPr>
          <w:rFonts w:ascii="Georgia" w:hAnsi="Georgia"/>
          <w:b w:val="0"/>
          <w:i w:val="0"/>
          <w:color w:val="000000"/>
          <w:sz w:val="24"/>
        </w:rPr>
        <w:t xml:space="preserve"> (</w:t>
      </w:r>
      <w:r>
        <w:rPr>
          <w:rFonts w:ascii="Georgia" w:hAnsi="Georgia" w:cs="Times New Roman"/>
          <w:b/>
          <w:i w:val="0"/>
          <w:color w:val="000000"/>
          <w:sz w:val="24"/>
          <w:rtl/>
          <w:szCs w:val="32"/>
        </w:rPr>
        <w:t>צבירו״ן</w:t>
      </w:r>
      <w:r>
        <w:rPr>
          <w:rFonts w:ascii="Georgia" w:hAnsi="Georgia"/>
          <w:b w:val="0"/>
          <w:i w:val="0"/>
          <w:color w:val="000000"/>
          <w:sz w:val="24"/>
        </w:rPr>
        <w:t>) по гематрии равен 232 и 126. И хотя 126 соединяется с 232 в мысли, мы соединяем его с АБ, САГ, МА и возвращаемся, чтобы соединить с ним еще раз [Имя] АДОНАЙ ради одного лишь [имени] БОН (</w:t>
      </w:r>
      <w:r>
        <w:rPr>
          <w:rFonts w:ascii="Georgia" w:hAnsi="Georgia" w:cs="Times New Roman"/>
          <w:b/>
          <w:i w:val="0"/>
          <w:color w:val="000000"/>
          <w:sz w:val="24"/>
          <w:rtl/>
          <w:szCs w:val="32"/>
        </w:rPr>
        <w:t>ב״ן</w:t>
      </w:r>
      <w:r>
        <w:rPr>
          <w:rFonts w:ascii="Georgia" w:hAnsi="Georgia"/>
          <w:b w:val="0"/>
          <w:i w:val="0"/>
          <w:color w:val="000000"/>
          <w:sz w:val="24"/>
        </w:rPr>
        <w:t>), которое является свойством самой Малхут. И это — [буквы] йод, вав, алеф, хэт, цади, чья гематрия 116 (</w:t>
      </w:r>
      <w:r>
        <w:rPr>
          <w:rFonts w:ascii="Georgia" w:hAnsi="Georgia" w:cs="Times New Roman"/>
          <w:b/>
          <w:i w:val="0"/>
          <w:color w:val="000000"/>
          <w:sz w:val="24"/>
          <w:rtl/>
          <w:szCs w:val="32"/>
        </w:rPr>
        <w:t>קי״ו</w:t>
      </w:r>
      <w:r>
        <w:rPr>
          <w:rFonts w:ascii="Georgia" w:hAnsi="Georgia"/>
          <w:b w:val="0"/>
          <w:i w:val="0"/>
          <w:color w:val="000000"/>
          <w:sz w:val="24"/>
        </w:rPr>
        <w:t>), а с колелем (</w:t>
      </w:r>
      <w:r>
        <w:rPr>
          <w:rFonts w:ascii="Georgia" w:hAnsi="Georgia" w:cs="Times New Roman"/>
          <w:b/>
          <w:i w:val="0"/>
          <w:color w:val="000000"/>
          <w:sz w:val="24"/>
          <w:rtl/>
          <w:szCs w:val="32"/>
        </w:rPr>
        <w:t>ע״ה</w:t>
      </w:r>
      <w:r>
        <w:rPr>
          <w:rFonts w:ascii="Georgia" w:hAnsi="Georgia"/>
          <w:b w:val="0"/>
          <w:i w:val="0"/>
          <w:color w:val="000000"/>
          <w:sz w:val="24"/>
        </w:rPr>
        <w:t xml:space="preserve">, </w:t>
      </w:r>
      <w:r>
        <w:rPr>
          <w:rFonts w:ascii="Georgia" w:hAnsi="Georgia"/>
          <w:b w:val="0"/>
          <w:i/>
          <w:color w:val="000000"/>
          <w:sz w:val="24"/>
        </w:rPr>
        <w:t>им а-колель</w:t>
      </w:r>
      <w:r>
        <w:rPr>
          <w:rFonts w:ascii="Georgia" w:hAnsi="Georgia"/>
          <w:b w:val="0"/>
          <w:i w:val="0"/>
          <w:color w:val="000000"/>
          <w:sz w:val="24"/>
        </w:rPr>
        <w:t>) — 117 (</w:t>
      </w:r>
      <w:r>
        <w:rPr>
          <w:rFonts w:ascii="Georgia" w:hAnsi="Georgia" w:cs="Times New Roman"/>
          <w:b/>
          <w:i w:val="0"/>
          <w:color w:val="000000"/>
          <w:sz w:val="24"/>
          <w:rtl/>
          <w:szCs w:val="32"/>
        </w:rPr>
        <w:t>קי״ז</w:t>
      </w:r>
      <w:r>
        <w:rPr>
          <w:rFonts w:ascii="Georgia" w:hAnsi="Georgia"/>
          <w:b w:val="0"/>
          <w:i w:val="0"/>
          <w:color w:val="000000"/>
          <w:sz w:val="24"/>
        </w:rPr>
        <w:t>)].</w:t>
      </w:r>
    </w:p>
    <w:p>
      <w:pPr>
        <w:keepNext/>
        <w:spacing w:before="320" w:after="120"/>
      </w:pPr>
      <w:r>
        <w:rPr>
          <w:rFonts w:ascii="Georgia" w:hAnsi="Georgia"/>
          <w:b w:val="0"/>
          <w:i w:val="0"/>
          <w:color w:val="000000"/>
          <w:sz w:val="32"/>
        </w:rPr>
        <w:t>Ихуд 10</w:t>
      </w:r>
    </w:p>
    <w:p>
      <w:pPr>
        <w:spacing w:before="40" w:after="120"/>
        <w:jc w:val="both"/>
      </w:pPr>
      <w:r>
        <w:rPr>
          <w:rFonts w:ascii="Georgia" w:hAnsi="Georgia"/>
          <w:b w:val="0"/>
          <w:i w:val="0"/>
          <w:color w:val="000000"/>
          <w:sz w:val="24"/>
        </w:rPr>
        <w:t xml:space="preserve">И это [единение] также направлено на вышеупомянутое. В словах </w:t>
      </w:r>
      <w:r>
        <w:rPr>
          <w:rFonts w:ascii="Georgia" w:hAnsi="Georgia"/>
          <w:b w:val="0"/>
          <w:i/>
          <w:color w:val="000000"/>
          <w:sz w:val="24"/>
        </w:rPr>
        <w:t>«Семикратно в день я славлю Тебя…»</w:t>
      </w:r>
      <w:r>
        <w:rPr>
          <w:rFonts w:ascii="Georgia" w:hAnsi="Georgia"/>
          <w:b w:val="0"/>
          <w:i w:val="0"/>
          <w:color w:val="000000"/>
          <w:sz w:val="24"/>
        </w:rPr>
        <w:t xml:space="preserve"> (Теилим 119:164) начальные буквы составляют </w:t>
      </w:r>
      <w:r>
        <w:rPr>
          <w:rFonts w:ascii="Georgia" w:hAnsi="Georgia" w:cs="Times New Roman"/>
          <w:b/>
          <w:i w:val="0"/>
          <w:color w:val="000000"/>
          <w:sz w:val="24"/>
          <w:rtl/>
          <w:szCs w:val="32"/>
        </w:rPr>
        <w:t>שב״ה</w:t>
      </w:r>
      <w:r>
        <w:rPr>
          <w:rFonts w:ascii="Georgia" w:hAnsi="Georgia"/>
          <w:b w:val="0"/>
          <w:i w:val="0"/>
          <w:color w:val="000000"/>
          <w:sz w:val="24"/>
        </w:rPr>
        <w:t xml:space="preserve">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что в сумме дает 307), указывая на два Имени ЭЙЕ — с наполнением йодами [161] и алефами [143] — вместе с колелем [304 + 3 = 307]. В словах </w:t>
      </w:r>
      <w:r>
        <w:rPr>
          <w:rFonts w:ascii="Georgia" w:hAnsi="Georgia"/>
          <w:b w:val="0"/>
          <w:i/>
          <w:color w:val="000000"/>
          <w:sz w:val="24"/>
        </w:rPr>
        <w:t>«…за праведные суды Твои»</w:t>
      </w:r>
      <w:r>
        <w:rPr>
          <w:rFonts w:ascii="Georgia" w:hAnsi="Georgia"/>
          <w:b w:val="0"/>
          <w:i w:val="0"/>
          <w:color w:val="000000"/>
          <w:sz w:val="24"/>
        </w:rPr>
        <w:t xml:space="preserve"> начальные буквы составляют букву рэйш (</w:t>
      </w:r>
      <w:r>
        <w:rPr>
          <w:rFonts w:ascii="Georgia" w:hAnsi="Georgia" w:cs="Times New Roman"/>
          <w:b/>
          <w:i w:val="0"/>
          <w:color w:val="000000"/>
          <w:sz w:val="24"/>
          <w:rtl/>
          <w:szCs w:val="32"/>
        </w:rPr>
        <w:t>ר</w:t>
      </w:r>
      <w:r>
        <w:rPr>
          <w:rFonts w:ascii="Georgia" w:hAnsi="Georgia"/>
          <w:b w:val="0"/>
          <w:i w:val="0"/>
          <w:color w:val="000000"/>
          <w:sz w:val="24"/>
        </w:rPr>
        <w:t xml:space="preserve"> = 200: буква айн [</w:t>
      </w:r>
      <w:r>
        <w:rPr>
          <w:rFonts w:ascii="Georgia" w:hAnsi="Georgia" w:cs="Times New Roman"/>
          <w:b/>
          <w:i w:val="0"/>
          <w:color w:val="000000"/>
          <w:sz w:val="24"/>
          <w:rtl/>
          <w:szCs w:val="32"/>
        </w:rPr>
        <w:t>ע</w:t>
      </w:r>
      <w:r>
        <w:rPr>
          <w:rFonts w:ascii="Georgia" w:hAnsi="Georgia"/>
          <w:b w:val="0"/>
          <w:i w:val="0"/>
          <w:color w:val="000000"/>
          <w:sz w:val="24"/>
        </w:rPr>
        <w:t xml:space="preserve"> = 70],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буква цади [</w:t>
      </w:r>
      <w:r>
        <w:rPr>
          <w:rFonts w:ascii="Georgia" w:hAnsi="Georgia" w:cs="Times New Roman"/>
          <w:b/>
          <w:i w:val="0"/>
          <w:color w:val="000000"/>
          <w:sz w:val="24"/>
          <w:rtl/>
          <w:szCs w:val="32"/>
        </w:rPr>
        <w:t>צ</w:t>
      </w:r>
      <w:r>
        <w:rPr>
          <w:rFonts w:ascii="Georgia" w:hAnsi="Georgia"/>
          <w:b w:val="0"/>
          <w:i w:val="0"/>
          <w:color w:val="000000"/>
          <w:sz w:val="24"/>
        </w:rPr>
        <w:t xml:space="preserve"> = 90]), что равняется простому ахораим (обратной стороне) Имени ЭЛОКИМ [1 + 31 + 36 + 46 + 86 = 200]. Слово </w:t>
      </w:r>
      <w:r>
        <w:rPr>
          <w:rFonts w:ascii="Georgia" w:hAnsi="Georgia"/>
          <w:b w:val="0"/>
          <w:i/>
          <w:color w:val="000000"/>
          <w:sz w:val="24"/>
        </w:rPr>
        <w:t>шева</w:t>
      </w:r>
      <w:r>
        <w:rPr>
          <w:rFonts w:ascii="Georgia" w:hAnsi="Georgia"/>
          <w:b w:val="0"/>
          <w:i w:val="0"/>
          <w:color w:val="000000"/>
          <w:sz w:val="24"/>
        </w:rPr>
        <w:t xml:space="preserve"> — «семикратно» (</w:t>
      </w:r>
      <w:r>
        <w:rPr>
          <w:rFonts w:ascii="Georgia" w:hAnsi="Georgia" w:cs="Times New Roman"/>
          <w:b/>
          <w:i w:val="0"/>
          <w:color w:val="000000"/>
          <w:sz w:val="24"/>
          <w:rtl/>
          <w:szCs w:val="32"/>
        </w:rPr>
        <w:t>שֶׁבַע</w:t>
      </w:r>
      <w:r>
        <w:rPr>
          <w:rFonts w:ascii="Georgia" w:hAnsi="Georgia"/>
          <w:b w:val="0"/>
          <w:i w:val="0"/>
          <w:color w:val="000000"/>
          <w:sz w:val="24"/>
        </w:rPr>
        <w:t xml:space="preserve"> = 372) — равно [сумме двух Имен]: ЭЛОКИМ с наполнением йодами [300] и АВАЯ с наполнением йодами [72]. Слово </w:t>
      </w:r>
      <w:r>
        <w:rPr>
          <w:rFonts w:ascii="Georgia" w:hAnsi="Georgia"/>
          <w:b w:val="0"/>
          <w:i/>
          <w:color w:val="000000"/>
          <w:sz w:val="24"/>
        </w:rPr>
        <w:t>ба-йом</w:t>
      </w:r>
      <w:r>
        <w:rPr>
          <w:rFonts w:ascii="Georgia" w:hAnsi="Georgia"/>
          <w:b w:val="0"/>
          <w:i w:val="0"/>
          <w:color w:val="000000"/>
          <w:sz w:val="24"/>
        </w:rPr>
        <w:t xml:space="preserve"> — «в день» (</w:t>
      </w:r>
      <w:r>
        <w:rPr>
          <w:rFonts w:ascii="Georgia" w:hAnsi="Georgia" w:cs="Times New Roman"/>
          <w:b/>
          <w:i w:val="0"/>
          <w:color w:val="000000"/>
          <w:sz w:val="24"/>
          <w:rtl/>
          <w:szCs w:val="32"/>
        </w:rPr>
        <w:t>בַּיּוֹם</w:t>
      </w:r>
      <w:r>
        <w:rPr>
          <w:rFonts w:ascii="Georgia" w:hAnsi="Georgia"/>
          <w:b w:val="0"/>
          <w:i w:val="0"/>
          <w:color w:val="000000"/>
          <w:sz w:val="24"/>
        </w:rPr>
        <w:t xml:space="preserve"> = 58) — равно наполнению Имени АВАЯ: </w:t>
      </w:r>
      <w:r>
        <w:rPr>
          <w:rFonts w:ascii="Georgia" w:hAnsi="Georgia" w:cs="Times New Roman"/>
          <w:b/>
          <w:i w:val="0"/>
          <w:color w:val="000000"/>
          <w:sz w:val="24"/>
          <w:rtl/>
          <w:szCs w:val="32"/>
        </w:rPr>
        <w:t>יו״ד ה״י וא״ו ה״ה</w:t>
      </w:r>
      <w:r>
        <w:rPr>
          <w:rFonts w:ascii="Georgia" w:hAnsi="Georgia"/>
          <w:b w:val="0"/>
          <w:i w:val="0"/>
          <w:color w:val="000000"/>
          <w:sz w:val="24"/>
        </w:rPr>
        <w:t xml:space="preserve"> [20 + 15 + 13 + 10 = 58]. Слово </w:t>
      </w:r>
      <w:r>
        <w:rPr>
          <w:rFonts w:ascii="Georgia" w:hAnsi="Georgia"/>
          <w:b w:val="0"/>
          <w:i/>
          <w:color w:val="000000"/>
          <w:sz w:val="24"/>
        </w:rPr>
        <w:t>хилалтиха</w:t>
      </w:r>
      <w:r>
        <w:rPr>
          <w:rFonts w:ascii="Georgia" w:hAnsi="Georgia"/>
          <w:b w:val="0"/>
          <w:i w:val="0"/>
          <w:color w:val="000000"/>
          <w:sz w:val="24"/>
        </w:rPr>
        <w:t xml:space="preserve"> — «я славлю Тебя» (</w:t>
      </w:r>
      <w:r>
        <w:rPr>
          <w:rFonts w:ascii="Georgia" w:hAnsi="Georgia" w:cs="Times New Roman"/>
          <w:b/>
          <w:i w:val="0"/>
          <w:color w:val="000000"/>
          <w:sz w:val="24"/>
          <w:rtl/>
          <w:szCs w:val="32"/>
        </w:rPr>
        <w:t>הִלַּלְתִּיךָ</w:t>
      </w:r>
      <w:r>
        <w:rPr>
          <w:rFonts w:ascii="Georgia" w:hAnsi="Georgia"/>
          <w:b w:val="0"/>
          <w:i w:val="0"/>
          <w:color w:val="000000"/>
          <w:sz w:val="24"/>
        </w:rPr>
        <w:t xml:space="preserve"> = 495) — это десять Имен АВАЯ с наполнением МА (45) через алефы [10 × 45 = 450] и четыре буквы [самого Имени АВАЯ с буквами слова], причем пять из них — это гвурот, переплетенные с пятью другими, представляющими собой хасадим. Слова </w:t>
      </w:r>
      <w:r>
        <w:rPr>
          <w:rFonts w:ascii="Georgia" w:hAnsi="Georgia"/>
          <w:b w:val="0"/>
          <w:i/>
          <w:color w:val="000000"/>
          <w:sz w:val="24"/>
        </w:rPr>
        <w:t>шева ба-йом</w:t>
      </w:r>
      <w:r>
        <w:rPr>
          <w:rFonts w:ascii="Georgia" w:hAnsi="Georgia"/>
          <w:b w:val="0"/>
          <w:i w:val="0"/>
          <w:color w:val="000000"/>
          <w:sz w:val="24"/>
        </w:rPr>
        <w:t xml:space="preserve"> — «семикратно в день» — составляют 430 (</w:t>
      </w:r>
      <w:r>
        <w:rPr>
          <w:rFonts w:ascii="Georgia" w:hAnsi="Georgia" w:cs="Times New Roman"/>
          <w:b/>
          <w:i w:val="0"/>
          <w:color w:val="000000"/>
          <w:sz w:val="24"/>
          <w:rtl/>
          <w:szCs w:val="32"/>
        </w:rPr>
        <w:t>ת״ל</w:t>
      </w:r>
      <w:r>
        <w:rPr>
          <w:rFonts w:ascii="Georgia" w:hAnsi="Georgia"/>
          <w:b w:val="0"/>
          <w:i w:val="0"/>
          <w:color w:val="000000"/>
          <w:sz w:val="24"/>
        </w:rPr>
        <w:t xml:space="preserve"> = 430), что равно десятикратному наполнению </w:t>
      </w:r>
      <w:r>
        <w:rPr>
          <w:rFonts w:ascii="Georgia" w:hAnsi="Georgia" w:cs="Times New Roman"/>
          <w:b/>
          <w:i w:val="0"/>
          <w:color w:val="000000"/>
          <w:sz w:val="24"/>
          <w:rtl/>
          <w:szCs w:val="32"/>
        </w:rPr>
        <w:t>יו״ד ה״ה וא״ו</w:t>
      </w:r>
      <w:r>
        <w:rPr>
          <w:rFonts w:ascii="Georgia" w:hAnsi="Georgia"/>
          <w:b w:val="0"/>
          <w:i w:val="0"/>
          <w:color w:val="000000"/>
          <w:sz w:val="24"/>
        </w:rPr>
        <w:t xml:space="preserve"> [10 × 43 = 430]. Слова </w:t>
      </w:r>
      <w:r>
        <w:rPr>
          <w:rFonts w:ascii="Georgia" w:hAnsi="Georgia"/>
          <w:b w:val="0"/>
          <w:i/>
          <w:color w:val="000000"/>
          <w:sz w:val="24"/>
        </w:rPr>
        <w:t>шева ба-йом хилалтиха</w:t>
      </w:r>
      <w:r>
        <w:rPr>
          <w:rFonts w:ascii="Georgia" w:hAnsi="Georgia"/>
          <w:b w:val="0"/>
          <w:i w:val="0"/>
          <w:color w:val="000000"/>
          <w:sz w:val="24"/>
        </w:rPr>
        <w:t xml:space="preserve"> — «семикратно в день я славлю Тебя» — составляют 925 (</w:t>
      </w:r>
      <w:r>
        <w:rPr>
          <w:rFonts w:ascii="Georgia" w:hAnsi="Georgia" w:cs="Times New Roman"/>
          <w:b/>
          <w:i w:val="0"/>
          <w:color w:val="000000"/>
          <w:sz w:val="24"/>
          <w:rtl/>
          <w:szCs w:val="32"/>
        </w:rPr>
        <w:t>תתקכ״ה</w:t>
      </w:r>
      <w:r>
        <w:rPr>
          <w:rFonts w:ascii="Georgia" w:hAnsi="Georgia"/>
          <w:b w:val="0"/>
          <w:i w:val="0"/>
          <w:color w:val="000000"/>
          <w:sz w:val="24"/>
        </w:rPr>
        <w:t xml:space="preserve"> = 925): это десять раз [сочетание Имен] АВАЯ и АДОНАЙ [10 × 91 = 910] вместе с десятью самими этими Именами [10], переплетенными пять с пятью [и пятью хасадим: 910 + 10 + 5 = 925]. А буква айн (</w:t>
      </w:r>
      <w:r>
        <w:rPr>
          <w:rFonts w:ascii="Georgia" w:hAnsi="Georgia" w:cs="Times New Roman"/>
          <w:b/>
          <w:i w:val="0"/>
          <w:color w:val="000000"/>
          <w:sz w:val="24"/>
          <w:rtl/>
          <w:szCs w:val="32"/>
        </w:rPr>
        <w:t>ע</w:t>
      </w:r>
      <w:r>
        <w:rPr>
          <w:rFonts w:ascii="Georgia" w:hAnsi="Georgia"/>
          <w:b w:val="0"/>
          <w:i w:val="0"/>
          <w:color w:val="000000"/>
          <w:sz w:val="24"/>
        </w:rPr>
        <w:t xml:space="preserve"> = 70) из слова </w:t>
      </w:r>
      <w:r>
        <w:rPr>
          <w:rFonts w:ascii="Georgia" w:hAnsi="Georgia"/>
          <w:b w:val="0"/>
          <w:i/>
          <w:color w:val="000000"/>
          <w:sz w:val="24"/>
        </w:rPr>
        <w:t>шева</w:t>
      </w:r>
      <w:r>
        <w:rPr>
          <w:rFonts w:ascii="Georgia" w:hAnsi="Georgia"/>
          <w:b w:val="0"/>
          <w:i w:val="0"/>
          <w:color w:val="000000"/>
          <w:sz w:val="24"/>
        </w:rPr>
        <w:t>,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из слова </w:t>
      </w:r>
      <w:r>
        <w:rPr>
          <w:rFonts w:ascii="Georgia" w:hAnsi="Georgia"/>
          <w:b w:val="0"/>
          <w:i/>
          <w:color w:val="000000"/>
          <w:sz w:val="24"/>
        </w:rPr>
        <w:t>ба-йом</w:t>
      </w:r>
      <w:r>
        <w:rPr>
          <w:rFonts w:ascii="Georgia" w:hAnsi="Georgia"/>
          <w:b w:val="0"/>
          <w:i w:val="0"/>
          <w:color w:val="000000"/>
          <w:sz w:val="24"/>
        </w:rPr>
        <w:t xml:space="preserve"> и четыре буквы Имени АВАЯ [4] дают в итоге одну тысячу и один [925 + 70 + 2 + 4 = 1001] — это ахораим Имени ЭЛОКИМ с наполнением буквами хэй. [Далее в тексте слово </w:t>
      </w:r>
      <w:r>
        <w:rPr>
          <w:rFonts w:ascii="Georgia" w:hAnsi="Georgia"/>
          <w:b w:val="0"/>
          <w:i/>
          <w:color w:val="000000"/>
          <w:sz w:val="24"/>
        </w:rPr>
        <w:t>шева</w:t>
      </w:r>
      <w:r>
        <w:rPr>
          <w:rFonts w:ascii="Georgia" w:hAnsi="Georgia"/>
          <w:b w:val="0"/>
          <w:i w:val="0"/>
          <w:color w:val="000000"/>
          <w:sz w:val="24"/>
        </w:rPr>
        <w:t xml:space="preserve"> ошибочно напечатано как </w:t>
      </w:r>
      <w:r>
        <w:rPr>
          <w:rFonts w:ascii="Georgia" w:hAnsi="Georgia"/>
          <w:b w:val="0"/>
          <w:i/>
          <w:color w:val="000000"/>
          <w:sz w:val="24"/>
        </w:rPr>
        <w:t>шаав</w:t>
      </w:r>
      <w:r>
        <w:rPr>
          <w:rFonts w:ascii="Georgia" w:hAnsi="Georgia"/>
          <w:b w:val="0"/>
          <w:i w:val="0"/>
          <w:color w:val="000000"/>
          <w:sz w:val="24"/>
        </w:rPr>
        <w:t xml:space="preserve"> (</w:t>
      </w:r>
      <w:r>
        <w:rPr>
          <w:rFonts w:ascii="Georgia" w:hAnsi="Georgia" w:cs="Times New Roman"/>
          <w:b/>
          <w:i w:val="0"/>
          <w:color w:val="000000"/>
          <w:sz w:val="24"/>
          <w:rtl/>
          <w:szCs w:val="32"/>
        </w:rPr>
        <w:t>שע״ב</w:t>
      </w:r>
      <w:r>
        <w:rPr>
          <w:rFonts w:ascii="Georgia" w:hAnsi="Georgia"/>
          <w:b w:val="0"/>
          <w:i w:val="0"/>
          <w:color w:val="000000"/>
          <w:sz w:val="24"/>
        </w:rPr>
        <w:t xml:space="preserve">); примечание издателя: следует читать: конечные буквы слов </w:t>
      </w:r>
      <w:r>
        <w:rPr>
          <w:rFonts w:ascii="Georgia" w:hAnsi="Georgia"/>
          <w:b w:val="0"/>
          <w:i/>
          <w:color w:val="000000"/>
          <w:sz w:val="24"/>
        </w:rPr>
        <w:t>«в день я славлю Тебя за праведные суды Твои»</w:t>
      </w:r>
      <w:r>
        <w:rPr>
          <w:rFonts w:ascii="Georgia" w:hAnsi="Georgia"/>
          <w:b w:val="0"/>
          <w:i w:val="0"/>
          <w:color w:val="000000"/>
          <w:sz w:val="24"/>
        </w:rPr>
        <w:t xml:space="preserve"> образуют слово </w:t>
      </w:r>
      <w:r>
        <w:rPr>
          <w:rFonts w:ascii="Georgia" w:hAnsi="Georgia"/>
          <w:b w:val="0"/>
          <w:i/>
          <w:color w:val="000000"/>
          <w:sz w:val="24"/>
        </w:rPr>
        <w:t>махлих</w:t>
      </w:r>
      <w:r>
        <w:rPr>
          <w:rFonts w:ascii="Georgia" w:hAnsi="Georgia"/>
          <w:b w:val="0"/>
          <w:i w:val="0"/>
          <w:color w:val="000000"/>
          <w:sz w:val="24"/>
        </w:rPr>
        <w:t xml:space="preserve"> (</w:t>
      </w:r>
      <w:r>
        <w:rPr>
          <w:rFonts w:ascii="Georgia" w:hAnsi="Georgia" w:cs="Times New Roman"/>
          <w:b/>
          <w:i w:val="0"/>
          <w:color w:val="000000"/>
          <w:sz w:val="24"/>
          <w:rtl/>
          <w:szCs w:val="32"/>
        </w:rPr>
        <w:t>מכלי״כ</w:t>
      </w:r>
      <w:r>
        <w:rPr>
          <w:rFonts w:ascii="Georgia" w:hAnsi="Georgia"/>
          <w:b w:val="0"/>
          <w:i w:val="0"/>
          <w:color w:val="000000"/>
          <w:sz w:val="24"/>
        </w:rPr>
        <w:t>), [равное по гематрии] 120 (</w:t>
      </w:r>
      <w:r>
        <w:rPr>
          <w:rFonts w:ascii="Georgia" w:hAnsi="Georgia" w:cs="Times New Roman"/>
          <w:b/>
          <w:i w:val="0"/>
          <w:color w:val="000000"/>
          <w:sz w:val="24"/>
          <w:rtl/>
          <w:szCs w:val="32"/>
        </w:rPr>
        <w:t>ק״ך</w:t>
      </w:r>
      <w:r>
        <w:rPr>
          <w:rFonts w:ascii="Georgia" w:hAnsi="Georgia"/>
          <w:b w:val="0"/>
          <w:i w:val="0"/>
          <w:color w:val="000000"/>
          <w:sz w:val="24"/>
        </w:rPr>
        <w:t xml:space="preserve"> = 120). И это означает: </w:t>
      </w:r>
      <w:r>
        <w:rPr>
          <w:rFonts w:ascii="Georgia" w:hAnsi="Georgia"/>
          <w:b w:val="0"/>
          <w:i/>
          <w:color w:val="000000"/>
          <w:sz w:val="24"/>
        </w:rPr>
        <w:t>шева</w:t>
      </w:r>
      <w:r>
        <w:rPr>
          <w:rFonts w:ascii="Georgia" w:hAnsi="Georgia"/>
          <w:b w:val="0"/>
          <w:i w:val="0"/>
          <w:color w:val="000000"/>
          <w:sz w:val="24"/>
        </w:rPr>
        <w:t xml:space="preserve"> — это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а 72 (</w:t>
      </w:r>
      <w:r>
        <w:rPr>
          <w:rFonts w:ascii="Georgia" w:hAnsi="Georgia" w:cs="Times New Roman"/>
          <w:b/>
          <w:i w:val="0"/>
          <w:color w:val="000000"/>
          <w:sz w:val="24"/>
          <w:rtl/>
          <w:szCs w:val="32"/>
        </w:rPr>
        <w:t>ע״ב</w:t>
      </w:r>
      <w:r>
        <w:rPr>
          <w:rFonts w:ascii="Georgia" w:hAnsi="Georgia"/>
          <w:b w:val="0"/>
          <w:i w:val="0"/>
          <w:color w:val="000000"/>
          <w:sz w:val="24"/>
        </w:rPr>
        <w:t xml:space="preserve"> = 72) услаждает сочетания Имени ЭЛОКИМ. Конец цитаты.] ...слово </w:t>
      </w:r>
      <w:r>
        <w:rPr>
          <w:rFonts w:ascii="Georgia" w:hAnsi="Georgia"/>
          <w:b w:val="0"/>
          <w:i/>
          <w:color w:val="000000"/>
          <w:sz w:val="24"/>
        </w:rPr>
        <w:t>махлих</w:t>
      </w:r>
      <w:r>
        <w:rPr>
          <w:rFonts w:ascii="Georgia" w:hAnsi="Georgia"/>
          <w:b w:val="0"/>
          <w:i w:val="0"/>
          <w:color w:val="000000"/>
          <w:sz w:val="24"/>
        </w:rPr>
        <w:t xml:space="preserve"> (</w:t>
      </w:r>
      <w:r>
        <w:rPr>
          <w:rFonts w:ascii="Georgia" w:hAnsi="Georgia" w:cs="Times New Roman"/>
          <w:b/>
          <w:i w:val="0"/>
          <w:color w:val="000000"/>
          <w:sz w:val="24"/>
          <w:rtl/>
          <w:szCs w:val="32"/>
        </w:rPr>
        <w:t>מכלי״ך</w:t>
      </w:r>
      <w:r>
        <w:rPr>
          <w:rFonts w:ascii="Georgia" w:hAnsi="Georgia"/>
          <w:b w:val="0"/>
          <w:i w:val="0"/>
          <w:color w:val="000000"/>
          <w:sz w:val="24"/>
        </w:rPr>
        <w:t xml:space="preserve">) указывает на 120 «домов» (сочетаний), построенных из [букв Имени] ЭЛОКИМ. Слово </w:t>
      </w:r>
      <w:r>
        <w:rPr>
          <w:rFonts w:ascii="Georgia" w:hAnsi="Georgia"/>
          <w:b w:val="0"/>
          <w:i/>
          <w:color w:val="000000"/>
          <w:sz w:val="24"/>
        </w:rPr>
        <w:t>цидкеха</w:t>
      </w:r>
      <w:r>
        <w:rPr>
          <w:rFonts w:ascii="Georgia" w:hAnsi="Georgia"/>
          <w:b w:val="0"/>
          <w:i w:val="0"/>
          <w:color w:val="000000"/>
          <w:sz w:val="24"/>
        </w:rPr>
        <w:t xml:space="preserve"> — «праведности Твоей» (</w:t>
      </w:r>
      <w:r>
        <w:rPr>
          <w:rFonts w:ascii="Georgia" w:hAnsi="Georgia" w:cs="Times New Roman"/>
          <w:b/>
          <w:i w:val="0"/>
          <w:color w:val="000000"/>
          <w:sz w:val="24"/>
          <w:rtl/>
          <w:szCs w:val="32"/>
        </w:rPr>
        <w:t>צִדְקֶךָ</w:t>
      </w:r>
      <w:r>
        <w:rPr>
          <w:rFonts w:ascii="Georgia" w:hAnsi="Georgia"/>
          <w:b w:val="0"/>
          <w:i w:val="0"/>
          <w:color w:val="000000"/>
          <w:sz w:val="24"/>
        </w:rPr>
        <w:t xml:space="preserve"> = 214) — равно буквам наполнения Имени ЭЛОКИМ с йодами [300 - 86 = 214]. А само имя </w:t>
      </w:r>
      <w:r>
        <w:rPr>
          <w:rFonts w:ascii="Georgia" w:hAnsi="Georgia"/>
          <w:b w:val="0"/>
          <w:i/>
          <w:color w:val="000000"/>
          <w:sz w:val="24"/>
        </w:rPr>
        <w:t>цидкеха</w:t>
      </w:r>
      <w:r>
        <w:rPr>
          <w:rFonts w:ascii="Georgia" w:hAnsi="Georgia"/>
          <w:b w:val="0"/>
          <w:i w:val="0"/>
          <w:color w:val="000000"/>
          <w:sz w:val="24"/>
        </w:rPr>
        <w:t xml:space="preserve"> в полном буквенном написании — </w:t>
      </w:r>
      <w:r>
        <w:rPr>
          <w:rFonts w:ascii="Georgia" w:hAnsi="Georgia" w:cs="Times New Roman"/>
          <w:b/>
          <w:i w:val="0"/>
          <w:color w:val="000000"/>
          <w:sz w:val="24"/>
          <w:rtl/>
          <w:szCs w:val="32"/>
        </w:rPr>
        <w:t>צִדְיָ דְלָתְ קַוִף כֵפְ</w:t>
      </w:r>
      <w:r>
        <w:rPr>
          <w:rFonts w:ascii="Georgia" w:hAnsi="Georgia"/>
          <w:b w:val="0"/>
          <w:i w:val="0"/>
          <w:color w:val="000000"/>
          <w:sz w:val="24"/>
        </w:rPr>
        <w:t xml:space="preserve">: наполнение [первых двух букв] — </w:t>
      </w:r>
      <w:r>
        <w:rPr>
          <w:rFonts w:ascii="Georgia" w:hAnsi="Georgia"/>
          <w:b w:val="0"/>
          <w:i/>
          <w:color w:val="000000"/>
          <w:sz w:val="24"/>
        </w:rPr>
        <w:t>цади</w:t>
      </w:r>
      <w:r>
        <w:rPr>
          <w:rFonts w:ascii="Georgia" w:hAnsi="Georgia"/>
          <w:b w:val="0"/>
          <w:i w:val="0"/>
          <w:color w:val="000000"/>
          <w:sz w:val="24"/>
        </w:rPr>
        <w:t xml:space="preserve"> и </w:t>
      </w:r>
      <w:r>
        <w:rPr>
          <w:rFonts w:ascii="Georgia" w:hAnsi="Georgia"/>
          <w:b w:val="0"/>
          <w:i/>
          <w:color w:val="000000"/>
          <w:sz w:val="24"/>
        </w:rPr>
        <w:t>далет</w:t>
      </w:r>
      <w:r>
        <w:rPr>
          <w:rFonts w:ascii="Georgia" w:hAnsi="Georgia"/>
          <w:b w:val="0"/>
          <w:i w:val="0"/>
          <w:color w:val="000000"/>
          <w:sz w:val="24"/>
        </w:rPr>
        <w:t xml:space="preserve"> — составляет 538 (</w:t>
      </w:r>
      <w:r>
        <w:rPr>
          <w:rFonts w:ascii="Georgia" w:hAnsi="Georgia" w:cs="Times New Roman"/>
          <w:b/>
          <w:i w:val="0"/>
          <w:color w:val="000000"/>
          <w:sz w:val="24"/>
          <w:rtl/>
          <w:szCs w:val="32"/>
        </w:rPr>
        <w:t>תקל״ח</w:t>
      </w:r>
      <w:r>
        <w:rPr>
          <w:rFonts w:ascii="Georgia" w:hAnsi="Georgia"/>
          <w:b w:val="0"/>
          <w:i w:val="0"/>
          <w:color w:val="000000"/>
          <w:sz w:val="24"/>
        </w:rPr>
        <w:t xml:space="preserve"> = 538), а </w:t>
      </w:r>
      <w:r>
        <w:rPr>
          <w:rFonts w:ascii="Georgia" w:hAnsi="Georgia"/>
          <w:b w:val="0"/>
          <w:i/>
          <w:color w:val="000000"/>
          <w:sz w:val="24"/>
        </w:rPr>
        <w:t>куф</w:t>
      </w:r>
      <w:r>
        <w:rPr>
          <w:rFonts w:ascii="Georgia" w:hAnsi="Georgia"/>
          <w:b w:val="0"/>
          <w:i w:val="0"/>
          <w:color w:val="000000"/>
          <w:sz w:val="24"/>
        </w:rPr>
        <w:t xml:space="preserve"> [и </w:t>
      </w:r>
      <w:r>
        <w:rPr>
          <w:rFonts w:ascii="Georgia" w:hAnsi="Georgia"/>
          <w:b w:val="0"/>
          <w:i/>
          <w:color w:val="000000"/>
          <w:sz w:val="24"/>
        </w:rPr>
        <w:t>каф</w:t>
      </w:r>
      <w:r>
        <w:rPr>
          <w:rFonts w:ascii="Georgia" w:hAnsi="Georgia"/>
          <w:b w:val="0"/>
          <w:i w:val="0"/>
          <w:color w:val="000000"/>
          <w:sz w:val="24"/>
        </w:rPr>
        <w:t>] составляют 286 (</w:t>
      </w:r>
      <w:r>
        <w:rPr>
          <w:rFonts w:ascii="Georgia" w:hAnsi="Georgia" w:cs="Times New Roman"/>
          <w:b/>
          <w:i w:val="0"/>
          <w:color w:val="000000"/>
          <w:sz w:val="24"/>
          <w:rtl/>
          <w:szCs w:val="32"/>
        </w:rPr>
        <w:t>רפ״ו</w:t>
      </w:r>
      <w:r>
        <w:rPr>
          <w:rFonts w:ascii="Georgia" w:hAnsi="Georgia"/>
          <w:b w:val="0"/>
          <w:i w:val="0"/>
          <w:color w:val="000000"/>
          <w:sz w:val="24"/>
        </w:rPr>
        <w:t xml:space="preserve"> = 286), что [вместе] равняется Имени ШАДАЙ в наполнении: </w:t>
      </w:r>
      <w:r>
        <w:rPr>
          <w:rFonts w:ascii="Georgia" w:hAnsi="Georgia" w:cs="Times New Roman"/>
          <w:b/>
          <w:i w:val="0"/>
          <w:color w:val="000000"/>
          <w:sz w:val="24"/>
          <w:rtl/>
          <w:szCs w:val="32"/>
        </w:rPr>
        <w:t>שין דלת יוד</w:t>
      </w:r>
      <w:r>
        <w:rPr>
          <w:rFonts w:ascii="Georgia" w:hAnsi="Georgia"/>
          <w:b w:val="0"/>
          <w:i w:val="0"/>
          <w:color w:val="000000"/>
          <w:sz w:val="24"/>
        </w:rPr>
        <w:t xml:space="preserve"> [814], вместе с девятью его буквами [и колелем: 814 + 9 + 1 = 824]. [Примечание рабби Шломо а-Леви: ведь в [букве] йод [содержится] десять раз:]</w:t>
      </w:r>
    </w:p>
    <w:p>
      <w:pPr>
        <w:keepNext/>
        <w:spacing w:before="320" w:after="120"/>
      </w:pPr>
      <w:r>
        <w:rPr>
          <w:rFonts w:ascii="Georgia" w:hAnsi="Georgia"/>
          <w:b w:val="0"/>
          <w:i w:val="0"/>
          <w:color w:val="000000"/>
          <w:sz w:val="32"/>
        </w:rPr>
        <w:t>Ихуд 11</w:t>
      </w:r>
    </w:p>
    <w:p>
      <w:pPr>
        <w:spacing w:before="40" w:after="120"/>
        <w:jc w:val="both"/>
      </w:pPr>
      <w:r>
        <w:rPr>
          <w:rFonts w:ascii="Georgia" w:hAnsi="Georgia"/>
          <w:b w:val="0"/>
          <w:i w:val="0"/>
          <w:color w:val="000000"/>
          <w:sz w:val="24"/>
        </w:rPr>
        <w:t xml:space="preserve">Это единение также относится к упомянутому выше. В стихе </w:t>
      </w:r>
      <w:r>
        <w:rPr>
          <w:rFonts w:ascii="Georgia" w:hAnsi="Georgia"/>
          <w:b w:val="0"/>
          <w:i/>
          <w:color w:val="000000"/>
          <w:sz w:val="24"/>
        </w:rPr>
        <w:t>«Послушает мудрый и умножит познание, [и разумный приобретет мудрые правила]»</w:t>
      </w:r>
      <w:r>
        <w:rPr>
          <w:rFonts w:ascii="Georgia" w:hAnsi="Georgia"/>
          <w:b w:val="0"/>
          <w:i w:val="0"/>
          <w:color w:val="000000"/>
          <w:sz w:val="24"/>
        </w:rPr>
        <w:t xml:space="preserve"> (Мишлей 1:5): начальные буквы [первых четырех слов соответствуют четырем буквам Имени АВАЯ в их написании]: йод, хэй, вав, хэй (</w:t>
      </w:r>
      <w:r>
        <w:rPr>
          <w:rFonts w:ascii="Georgia" w:hAnsi="Georgia" w:cs="Times New Roman"/>
          <w:b/>
          <w:i w:val="0"/>
          <w:color w:val="000000"/>
          <w:sz w:val="24"/>
          <w:rtl/>
          <w:szCs w:val="32"/>
        </w:rPr>
        <w:t>יוד הא ואו הי</w:t>
      </w:r>
      <w:r>
        <w:rPr>
          <w:rFonts w:ascii="Georgia" w:hAnsi="Georgia"/>
          <w:b w:val="0"/>
          <w:i w:val="0"/>
          <w:color w:val="000000"/>
          <w:sz w:val="24"/>
        </w:rPr>
        <w:t xml:space="preserve">). А [продолжение стиха] — </w:t>
      </w:r>
      <w:r>
        <w:rPr>
          <w:rFonts w:ascii="Georgia" w:hAnsi="Georgia"/>
          <w:b w:val="0"/>
          <w:i/>
          <w:color w:val="000000"/>
          <w:sz w:val="24"/>
        </w:rPr>
        <w:t>«…и разумный приобретет мудрые правила»</w:t>
      </w:r>
      <w:r>
        <w:rPr>
          <w:rFonts w:ascii="Georgia" w:hAnsi="Georgia"/>
          <w:b w:val="0"/>
          <w:i w:val="0"/>
          <w:color w:val="000000"/>
          <w:sz w:val="24"/>
        </w:rPr>
        <w:t>: по начальным буквам [намекает на имя] Ицхак. Ицхак — это четыре раза [Имя] АВАЯ де-БОН (4 × 52 = 208): четырнадцать (</w:t>
      </w:r>
      <w:r>
        <w:rPr>
          <w:rFonts w:ascii="Georgia" w:hAnsi="Georgia" w:cs="Times New Roman"/>
          <w:b/>
          <w:i w:val="0"/>
          <w:color w:val="000000"/>
          <w:sz w:val="24"/>
          <w:rtl/>
          <w:szCs w:val="32"/>
        </w:rPr>
        <w:t>י״ד</w:t>
      </w:r>
      <w:r>
        <w:rPr>
          <w:rFonts w:ascii="Georgia" w:hAnsi="Georgia"/>
          <w:b w:val="0"/>
          <w:i w:val="0"/>
          <w:color w:val="000000"/>
          <w:sz w:val="24"/>
        </w:rPr>
        <w:t xml:space="preserve">) [и буквенные ряды] </w:t>
      </w:r>
      <w:r>
        <w:rPr>
          <w:rFonts w:ascii="Georgia" w:hAnsi="Georgia" w:cs="Times New Roman"/>
          <w:b/>
          <w:i w:val="0"/>
          <w:color w:val="000000"/>
          <w:sz w:val="24"/>
          <w:rtl/>
          <w:szCs w:val="32"/>
        </w:rPr>
        <w:t>ווו ווו ווו ווו ווו</w:t>
      </w:r>
      <w:r>
        <w:rPr>
          <w:rFonts w:ascii="Georgia" w:hAnsi="Georgia"/>
          <w:b w:val="0"/>
          <w:i w:val="0"/>
          <w:color w:val="000000"/>
          <w:sz w:val="24"/>
        </w:rPr>
        <w:t xml:space="preserve">, и так до четырех раз. Конечные буквы [дают слово] </w:t>
      </w:r>
      <w:r>
        <w:rPr>
          <w:rFonts w:ascii="Georgia" w:hAnsi="Georgia"/>
          <w:b w:val="0"/>
          <w:i/>
          <w:color w:val="000000"/>
          <w:sz w:val="24"/>
        </w:rPr>
        <w:t>цхак</w:t>
      </w:r>
      <w:r>
        <w:rPr>
          <w:rFonts w:ascii="Georgia" w:hAnsi="Georgia"/>
          <w:b w:val="0"/>
          <w:i w:val="0"/>
          <w:color w:val="000000"/>
          <w:sz w:val="24"/>
        </w:rPr>
        <w:t xml:space="preserve"> (</w:t>
      </w:r>
      <w:r>
        <w:rPr>
          <w:rFonts w:ascii="Georgia" w:hAnsi="Georgia" w:cs="Times New Roman"/>
          <w:b/>
          <w:i w:val="0"/>
          <w:color w:val="000000"/>
          <w:sz w:val="24"/>
          <w:rtl/>
          <w:szCs w:val="32"/>
        </w:rPr>
        <w:t>צְחָק</w:t>
      </w:r>
      <w:r>
        <w:rPr>
          <w:rFonts w:ascii="Georgia" w:hAnsi="Georgia"/>
          <w:b w:val="0"/>
          <w:i w:val="0"/>
          <w:color w:val="000000"/>
          <w:sz w:val="24"/>
        </w:rPr>
        <w:t xml:space="preserve">), [что по гематрии с коллелем равно слову] </w:t>
      </w:r>
      <w:r>
        <w:rPr>
          <w:rFonts w:ascii="Georgia" w:hAnsi="Georgia"/>
          <w:b w:val="0"/>
          <w:i/>
          <w:color w:val="000000"/>
          <w:sz w:val="24"/>
        </w:rPr>
        <w:t>цдака</w:t>
      </w:r>
      <w:r>
        <w:rPr>
          <w:rFonts w:ascii="Georgia" w:hAnsi="Georgia"/>
          <w:b w:val="0"/>
          <w:i w:val="0"/>
          <w:color w:val="000000"/>
          <w:sz w:val="24"/>
        </w:rPr>
        <w:t xml:space="preserve"> — «милостыня» (</w:t>
      </w:r>
      <w:r>
        <w:rPr>
          <w:rFonts w:ascii="Georgia" w:hAnsi="Georgia" w:cs="Times New Roman"/>
          <w:b/>
          <w:i w:val="0"/>
          <w:color w:val="000000"/>
          <w:sz w:val="24"/>
          <w:rtl/>
          <w:szCs w:val="32"/>
        </w:rPr>
        <w:t>צְדָקָה</w:t>
      </w:r>
      <w:r>
        <w:rPr>
          <w:rFonts w:ascii="Georgia" w:hAnsi="Georgia"/>
          <w:b w:val="0"/>
          <w:i w:val="0"/>
          <w:color w:val="000000"/>
          <w:sz w:val="24"/>
        </w:rPr>
        <w:t xml:space="preserve"> = 199). А конечные буквы [слов стиха составляют число] 455 (</w:t>
      </w:r>
      <w:r>
        <w:rPr>
          <w:rFonts w:ascii="Georgia" w:hAnsi="Georgia" w:cs="Times New Roman"/>
          <w:b/>
          <w:i w:val="0"/>
          <w:color w:val="000000"/>
          <w:sz w:val="24"/>
          <w:rtl/>
          <w:szCs w:val="32"/>
        </w:rPr>
        <w:t>תנ״ה</w:t>
      </w:r>
      <w:r>
        <w:rPr>
          <w:rFonts w:ascii="Georgia" w:hAnsi="Georgia"/>
          <w:b w:val="0"/>
          <w:i w:val="0"/>
          <w:color w:val="000000"/>
          <w:sz w:val="24"/>
        </w:rPr>
        <w:t>), [что равно сумме] трех [наполнений Имени] ЭЙЕ: с йодами (161), алефами (143) и хэйин (151); а также [образуют имя] Нетах (</w:t>
      </w:r>
      <w:r>
        <w:rPr>
          <w:rFonts w:ascii="Georgia" w:hAnsi="Georgia" w:cs="Times New Roman"/>
          <w:b/>
          <w:i w:val="0"/>
          <w:color w:val="000000"/>
          <w:sz w:val="24"/>
          <w:rtl/>
          <w:szCs w:val="32"/>
        </w:rPr>
        <w:t>נְתַה</w:t>
      </w:r>
      <w:r>
        <w:rPr>
          <w:rFonts w:ascii="Georgia" w:hAnsi="Georgia"/>
          <w:b w:val="0"/>
          <w:i w:val="0"/>
          <w:color w:val="000000"/>
          <w:sz w:val="24"/>
        </w:rPr>
        <w:t xml:space="preserve">), являющееся одним из семидесяти двух Имен [Имени АБ], [выводимого из отрывка] </w:t>
      </w:r>
      <w:r>
        <w:rPr>
          <w:rFonts w:ascii="Georgia" w:hAnsi="Georgia"/>
          <w:b w:val="0"/>
          <w:i/>
          <w:color w:val="000000"/>
          <w:sz w:val="24"/>
        </w:rPr>
        <w:t>«И двинулся…»</w:t>
      </w:r>
      <w:r>
        <w:rPr>
          <w:rFonts w:ascii="Georgia" w:hAnsi="Georgia"/>
          <w:b w:val="0"/>
          <w:i w:val="0"/>
          <w:color w:val="000000"/>
          <w:sz w:val="24"/>
        </w:rPr>
        <w:t xml:space="preserve"> (Шмот 14:19). Слово </w:t>
      </w:r>
      <w:r>
        <w:rPr>
          <w:rFonts w:ascii="Georgia" w:hAnsi="Georgia"/>
          <w:b w:val="0"/>
          <w:i/>
          <w:color w:val="000000"/>
          <w:sz w:val="24"/>
        </w:rPr>
        <w:t>йишма</w:t>
      </w:r>
      <w:r>
        <w:rPr>
          <w:rFonts w:ascii="Georgia" w:hAnsi="Georgia"/>
          <w:b w:val="0"/>
          <w:i w:val="0"/>
          <w:color w:val="000000"/>
          <w:sz w:val="24"/>
        </w:rPr>
        <w:t xml:space="preserve"> (</w:t>
      </w:r>
      <w:r>
        <w:rPr>
          <w:rFonts w:ascii="Georgia" w:hAnsi="Georgia" w:cs="Times New Roman"/>
          <w:b/>
          <w:i w:val="0"/>
          <w:color w:val="000000"/>
          <w:sz w:val="24"/>
          <w:rtl/>
          <w:szCs w:val="32"/>
        </w:rPr>
        <w:t>יִשְׁמַע</w:t>
      </w:r>
      <w:r>
        <w:rPr>
          <w:rFonts w:ascii="Georgia" w:hAnsi="Georgia"/>
          <w:b w:val="0"/>
          <w:i w:val="0"/>
          <w:color w:val="000000"/>
          <w:sz w:val="24"/>
        </w:rPr>
        <w:t>) имеет гематрию 420 (</w:t>
      </w:r>
      <w:r>
        <w:rPr>
          <w:rFonts w:ascii="Georgia" w:hAnsi="Georgia" w:cs="Times New Roman"/>
          <w:b/>
          <w:i w:val="0"/>
          <w:color w:val="000000"/>
          <w:sz w:val="24"/>
          <w:rtl/>
          <w:szCs w:val="32"/>
        </w:rPr>
        <w:t>ת״ך</w:t>
      </w:r>
      <w:r>
        <w:rPr>
          <w:rFonts w:ascii="Georgia" w:hAnsi="Georgia"/>
          <w:b w:val="0"/>
          <w:i w:val="0"/>
          <w:color w:val="000000"/>
          <w:sz w:val="24"/>
        </w:rPr>
        <w:t>): четыре буквы йод [Имени] АВАЯ де-АБ дают 400 (</w:t>
      </w:r>
      <w:r>
        <w:rPr>
          <w:rFonts w:ascii="Georgia" w:hAnsi="Georgia" w:cs="Times New Roman"/>
          <w:b/>
          <w:i w:val="0"/>
          <w:color w:val="000000"/>
          <w:sz w:val="24"/>
          <w:rtl/>
          <w:szCs w:val="32"/>
        </w:rPr>
        <w:t>ת</w:t>
      </w:r>
      <w:r>
        <w:rPr>
          <w:rFonts w:ascii="Georgia" w:hAnsi="Georgia"/>
          <w:b w:val="0"/>
          <w:i w:val="0"/>
          <w:color w:val="000000"/>
          <w:sz w:val="24"/>
        </w:rPr>
        <w:t xml:space="preserve"> = 400), десять букв [самого этого Имени дают 10], а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и далет (</w:t>
      </w:r>
      <w:r>
        <w:rPr>
          <w:rFonts w:ascii="Georgia" w:hAnsi="Georgia" w:cs="Times New Roman"/>
          <w:b/>
          <w:i w:val="0"/>
          <w:color w:val="000000"/>
          <w:sz w:val="24"/>
          <w:rtl/>
          <w:szCs w:val="32"/>
        </w:rPr>
        <w:t>ד</w:t>
      </w:r>
      <w:r>
        <w:rPr>
          <w:rFonts w:ascii="Georgia" w:hAnsi="Georgia"/>
          <w:b w:val="0"/>
          <w:i w:val="0"/>
          <w:color w:val="000000"/>
          <w:sz w:val="24"/>
        </w:rPr>
        <w:t xml:space="preserve"> = 4) из наполнения буквы йод (</w:t>
      </w:r>
      <w:r>
        <w:rPr>
          <w:rFonts w:ascii="Georgia" w:hAnsi="Georgia" w:cs="Times New Roman"/>
          <w:b/>
          <w:i w:val="0"/>
          <w:color w:val="000000"/>
          <w:sz w:val="24"/>
          <w:rtl/>
          <w:szCs w:val="32"/>
        </w:rPr>
        <w:t>יו״ד</w:t>
      </w:r>
      <w:r>
        <w:rPr>
          <w:rFonts w:ascii="Georgia" w:hAnsi="Georgia"/>
          <w:b w:val="0"/>
          <w:i w:val="0"/>
          <w:color w:val="000000"/>
          <w:sz w:val="24"/>
        </w:rPr>
        <w:t xml:space="preserve">) [дают еще 10, что в сумме составляет 420]. Слово </w:t>
      </w:r>
      <w:r>
        <w:rPr>
          <w:rFonts w:ascii="Georgia" w:hAnsi="Georgia"/>
          <w:b w:val="0"/>
          <w:i/>
          <w:color w:val="000000"/>
          <w:sz w:val="24"/>
        </w:rPr>
        <w:t>хахам</w:t>
      </w:r>
      <w:r>
        <w:rPr>
          <w:rFonts w:ascii="Georgia" w:hAnsi="Georgia"/>
          <w:b w:val="0"/>
          <w:i w:val="0"/>
          <w:color w:val="000000"/>
          <w:sz w:val="24"/>
        </w:rPr>
        <w:t xml:space="preserve"> — «мудрый» (</w:t>
      </w:r>
      <w:r>
        <w:rPr>
          <w:rFonts w:ascii="Georgia" w:hAnsi="Georgia" w:cs="Times New Roman"/>
          <w:b/>
          <w:i w:val="0"/>
          <w:color w:val="000000"/>
          <w:sz w:val="24"/>
          <w:rtl/>
          <w:szCs w:val="32"/>
        </w:rPr>
        <w:t>חָכָם</w:t>
      </w:r>
      <w:r>
        <w:rPr>
          <w:rFonts w:ascii="Georgia" w:hAnsi="Georgia"/>
          <w:b w:val="0"/>
          <w:i w:val="0"/>
          <w:color w:val="000000"/>
          <w:sz w:val="24"/>
        </w:rPr>
        <w:t xml:space="preserve"> = 68) равно по гематрии слову </w:t>
      </w:r>
      <w:r>
        <w:rPr>
          <w:rFonts w:ascii="Georgia" w:hAnsi="Georgia"/>
          <w:b w:val="0"/>
          <w:i/>
          <w:color w:val="000000"/>
          <w:sz w:val="24"/>
        </w:rPr>
        <w:t>хаим</w:t>
      </w:r>
      <w:r>
        <w:rPr>
          <w:rFonts w:ascii="Georgia" w:hAnsi="Georgia"/>
          <w:b w:val="0"/>
          <w:i w:val="0"/>
          <w:color w:val="000000"/>
          <w:sz w:val="24"/>
        </w:rPr>
        <w:t xml:space="preserve"> — «жизнь» (</w:t>
      </w:r>
      <w:r>
        <w:rPr>
          <w:rFonts w:ascii="Georgia" w:hAnsi="Georgia" w:cs="Times New Roman"/>
          <w:b/>
          <w:i w:val="0"/>
          <w:color w:val="000000"/>
          <w:sz w:val="24"/>
          <w:rtl/>
          <w:szCs w:val="32"/>
        </w:rPr>
        <w:t>חַיִּים</w:t>
      </w:r>
      <w:r>
        <w:rPr>
          <w:rFonts w:ascii="Georgia" w:hAnsi="Georgia"/>
          <w:b w:val="0"/>
          <w:i w:val="0"/>
          <w:color w:val="000000"/>
          <w:sz w:val="24"/>
        </w:rPr>
        <w:t xml:space="preserve"> = 68). А в системе «атбаш» (</w:t>
      </w:r>
      <w:r>
        <w:rPr>
          <w:rFonts w:ascii="Georgia" w:hAnsi="Georgia" w:cs="Times New Roman"/>
          <w:b/>
          <w:i w:val="0"/>
          <w:color w:val="000000"/>
          <w:sz w:val="24"/>
          <w:rtl/>
          <w:szCs w:val="32"/>
        </w:rPr>
        <w:t>א״ת ב״ש</w:t>
      </w:r>
      <w:r>
        <w:rPr>
          <w:rFonts w:ascii="Georgia" w:hAnsi="Georgia"/>
          <w:b w:val="0"/>
          <w:i w:val="0"/>
          <w:color w:val="000000"/>
          <w:sz w:val="24"/>
        </w:rPr>
        <w:t>) [оно преобразуется в буквы] самэх (</w:t>
      </w:r>
      <w:r>
        <w:rPr>
          <w:rFonts w:ascii="Georgia" w:hAnsi="Georgia" w:cs="Times New Roman"/>
          <w:b/>
          <w:i w:val="0"/>
          <w:color w:val="000000"/>
          <w:sz w:val="24"/>
          <w:rtl/>
          <w:szCs w:val="32"/>
        </w:rPr>
        <w:t>ס</w:t>
      </w:r>
      <w:r>
        <w:rPr>
          <w:rFonts w:ascii="Georgia" w:hAnsi="Georgia"/>
          <w:b w:val="0"/>
          <w:i w:val="0"/>
          <w:color w:val="000000"/>
          <w:sz w:val="24"/>
        </w:rPr>
        <w:t xml:space="preserve"> = 60), ламэд (</w:t>
      </w:r>
      <w:r>
        <w:rPr>
          <w:rFonts w:ascii="Georgia" w:hAnsi="Georgia" w:cs="Times New Roman"/>
          <w:b/>
          <w:i w:val="0"/>
          <w:color w:val="000000"/>
          <w:sz w:val="24"/>
          <w:rtl/>
          <w:szCs w:val="32"/>
        </w:rPr>
        <w:t>ל</w:t>
      </w:r>
      <w:r>
        <w:rPr>
          <w:rFonts w:ascii="Georgia" w:hAnsi="Georgia"/>
          <w:b w:val="0"/>
          <w:i w:val="0"/>
          <w:color w:val="000000"/>
          <w:sz w:val="24"/>
        </w:rPr>
        <w:t xml:space="preserve"> = 30) и йод (</w:t>
      </w:r>
      <w:r>
        <w:rPr>
          <w:rFonts w:ascii="Georgia" w:hAnsi="Georgia" w:cs="Times New Roman"/>
          <w:b/>
          <w:i w:val="0"/>
          <w:color w:val="000000"/>
          <w:sz w:val="24"/>
          <w:rtl/>
          <w:szCs w:val="32"/>
        </w:rPr>
        <w:t>י</w:t>
      </w:r>
      <w:r>
        <w:rPr>
          <w:rFonts w:ascii="Georgia" w:hAnsi="Georgia"/>
          <w:b w:val="0"/>
          <w:i w:val="0"/>
          <w:color w:val="000000"/>
          <w:sz w:val="24"/>
        </w:rPr>
        <w:t xml:space="preserve"> = 10) — [слово] </w:t>
      </w:r>
      <w:r>
        <w:rPr>
          <w:rFonts w:ascii="Georgia" w:hAnsi="Georgia"/>
          <w:b w:val="0"/>
          <w:i/>
          <w:color w:val="000000"/>
          <w:sz w:val="24"/>
        </w:rPr>
        <w:t>сали</w:t>
      </w:r>
      <w:r>
        <w:rPr>
          <w:rFonts w:ascii="Georgia" w:hAnsi="Georgia"/>
          <w:b w:val="0"/>
          <w:i w:val="0"/>
          <w:color w:val="000000"/>
          <w:sz w:val="24"/>
        </w:rPr>
        <w:t xml:space="preserve"> (</w:t>
      </w:r>
      <w:r>
        <w:rPr>
          <w:rFonts w:ascii="Georgia" w:hAnsi="Georgia" w:cs="Times New Roman"/>
          <w:b/>
          <w:i w:val="0"/>
          <w:color w:val="000000"/>
          <w:sz w:val="24"/>
          <w:rtl/>
          <w:szCs w:val="32"/>
        </w:rPr>
        <w:t>סלי</w:t>
      </w:r>
      <w:r>
        <w:rPr>
          <w:rFonts w:ascii="Georgia" w:hAnsi="Georgia"/>
          <w:b w:val="0"/>
          <w:i w:val="0"/>
          <w:color w:val="000000"/>
          <w:sz w:val="24"/>
        </w:rPr>
        <w:t xml:space="preserve"> = 100), что соответствует [Имени] АДОНАЙ, гематрия которого 65 (</w:t>
      </w:r>
      <w:r>
        <w:rPr>
          <w:rFonts w:ascii="Georgia" w:hAnsi="Georgia" w:cs="Times New Roman"/>
          <w:b/>
          <w:i w:val="0"/>
          <w:color w:val="000000"/>
          <w:sz w:val="24"/>
          <w:rtl/>
          <w:szCs w:val="32"/>
        </w:rPr>
        <w:t>ס״ה</w:t>
      </w:r>
      <w:r>
        <w:rPr>
          <w:rFonts w:ascii="Georgia" w:hAnsi="Georgia"/>
          <w:b w:val="0"/>
          <w:i w:val="0"/>
          <w:color w:val="000000"/>
          <w:sz w:val="24"/>
        </w:rPr>
        <w:t>), плюс 35 (</w:t>
      </w:r>
      <w:r>
        <w:rPr>
          <w:rFonts w:ascii="Georgia" w:hAnsi="Georgia" w:cs="Times New Roman"/>
          <w:b/>
          <w:i w:val="0"/>
          <w:color w:val="000000"/>
          <w:sz w:val="24"/>
          <w:rtl/>
          <w:szCs w:val="32"/>
        </w:rPr>
        <w:t>ל״ה</w:t>
      </w:r>
      <w:r>
        <w:rPr>
          <w:rFonts w:ascii="Georgia" w:hAnsi="Georgia"/>
          <w:b w:val="0"/>
          <w:i w:val="0"/>
          <w:color w:val="000000"/>
          <w:sz w:val="24"/>
        </w:rPr>
        <w:t xml:space="preserve">) букв его наполнения наполнения (65 + 35 = 100). Слово </w:t>
      </w:r>
      <w:r>
        <w:rPr>
          <w:rFonts w:ascii="Georgia" w:hAnsi="Georgia"/>
          <w:b w:val="0"/>
          <w:i/>
          <w:color w:val="000000"/>
          <w:sz w:val="24"/>
        </w:rPr>
        <w:t>ве-Йосеф</w:t>
      </w:r>
      <w:r>
        <w:rPr>
          <w:rFonts w:ascii="Georgia" w:hAnsi="Georgia"/>
          <w:b w:val="0"/>
          <w:i w:val="0"/>
          <w:color w:val="000000"/>
          <w:sz w:val="24"/>
        </w:rPr>
        <w:t xml:space="preserve"> — «и приумножит» (</w:t>
      </w:r>
      <w:r>
        <w:rPr>
          <w:rFonts w:ascii="Georgia" w:hAnsi="Georgia" w:cs="Times New Roman"/>
          <w:b/>
          <w:i w:val="0"/>
          <w:color w:val="000000"/>
          <w:sz w:val="24"/>
          <w:rtl/>
          <w:szCs w:val="32"/>
        </w:rPr>
        <w:t>וְיוֹסֵף</w:t>
      </w:r>
      <w:r>
        <w:rPr>
          <w:rFonts w:ascii="Georgia" w:hAnsi="Georgia"/>
          <w:b w:val="0"/>
          <w:i w:val="0"/>
          <w:color w:val="000000"/>
          <w:sz w:val="24"/>
        </w:rPr>
        <w:t xml:space="preserve">) [указывает на] три Имени АВАЯ де-БОН [так как 3 × 52 = 156 = </w:t>
      </w:r>
      <w:r>
        <w:rPr>
          <w:rFonts w:ascii="Georgia" w:hAnsi="Georgia"/>
          <w:b w:val="0"/>
          <w:i/>
          <w:color w:val="000000"/>
          <w:sz w:val="24"/>
        </w:rPr>
        <w:t>Йосеф</w:t>
      </w:r>
      <w:r>
        <w:rPr>
          <w:rFonts w:ascii="Georgia" w:hAnsi="Georgia"/>
          <w:b w:val="0"/>
          <w:i w:val="0"/>
          <w:color w:val="000000"/>
          <w:sz w:val="24"/>
        </w:rPr>
        <w:t xml:space="preserve">]. Слово </w:t>
      </w:r>
      <w:r>
        <w:rPr>
          <w:rFonts w:ascii="Georgia" w:hAnsi="Georgia"/>
          <w:b w:val="0"/>
          <w:i/>
          <w:color w:val="000000"/>
          <w:sz w:val="24"/>
        </w:rPr>
        <w:t>леках</w:t>
      </w:r>
      <w:r>
        <w:rPr>
          <w:rFonts w:ascii="Georgia" w:hAnsi="Georgia"/>
          <w:b w:val="0"/>
          <w:i w:val="0"/>
          <w:color w:val="000000"/>
          <w:sz w:val="24"/>
        </w:rPr>
        <w:t xml:space="preserve"> — «знание» (</w:t>
      </w:r>
      <w:r>
        <w:rPr>
          <w:rFonts w:ascii="Georgia" w:hAnsi="Georgia" w:cs="Times New Roman"/>
          <w:b/>
          <w:i w:val="0"/>
          <w:color w:val="000000"/>
          <w:sz w:val="24"/>
          <w:rtl/>
          <w:szCs w:val="32"/>
        </w:rPr>
        <w:t>לֶקַח</w:t>
      </w:r>
      <w:r>
        <w:rPr>
          <w:rFonts w:ascii="Georgia" w:hAnsi="Georgia"/>
          <w:b w:val="0"/>
          <w:i w:val="0"/>
          <w:color w:val="000000"/>
          <w:sz w:val="24"/>
        </w:rPr>
        <w:t xml:space="preserve"> = 138) [равно по гематрии четырем Именам]: АВАЯ (26), ЭЙЕ (21), АВАЯ (26) и АДОНАЙ (65), [что в сумме дает 138]. Слово </w:t>
      </w:r>
      <w:r>
        <w:rPr>
          <w:rFonts w:ascii="Georgia" w:hAnsi="Georgia"/>
          <w:b w:val="0"/>
          <w:i/>
          <w:color w:val="000000"/>
          <w:sz w:val="24"/>
        </w:rPr>
        <w:t>ве-навон</w:t>
      </w:r>
      <w:r>
        <w:rPr>
          <w:rFonts w:ascii="Georgia" w:hAnsi="Georgia"/>
          <w:b w:val="0"/>
          <w:i w:val="0"/>
          <w:color w:val="000000"/>
          <w:sz w:val="24"/>
        </w:rPr>
        <w:t xml:space="preserve"> — «и разумный» (</w:t>
      </w:r>
      <w:r>
        <w:rPr>
          <w:rFonts w:ascii="Georgia" w:hAnsi="Georgia" w:cs="Times New Roman"/>
          <w:b/>
          <w:i w:val="0"/>
          <w:color w:val="000000"/>
          <w:sz w:val="24"/>
          <w:rtl/>
          <w:szCs w:val="32"/>
        </w:rPr>
        <w:t>וְנָבוֹן</w:t>
      </w:r>
      <w:r>
        <w:rPr>
          <w:rFonts w:ascii="Georgia" w:hAnsi="Georgia"/>
          <w:b w:val="0"/>
          <w:i w:val="0"/>
          <w:color w:val="000000"/>
          <w:sz w:val="24"/>
        </w:rPr>
        <w:t xml:space="preserve"> = 114) [соответствует Имени] АВАЯ де-АБ с наполнением йод (гематрия которого 72) вместе с сорока двумя (</w:t>
      </w:r>
      <w:r>
        <w:rPr>
          <w:rFonts w:ascii="Georgia" w:hAnsi="Georgia" w:cs="Times New Roman"/>
          <w:b/>
          <w:i w:val="0"/>
          <w:color w:val="000000"/>
          <w:sz w:val="24"/>
          <w:rtl/>
          <w:szCs w:val="32"/>
        </w:rPr>
        <w:t>מ״ב</w:t>
      </w:r>
      <w:r>
        <w:rPr>
          <w:rFonts w:ascii="Georgia" w:hAnsi="Georgia"/>
          <w:b w:val="0"/>
          <w:i w:val="0"/>
          <w:color w:val="000000"/>
          <w:sz w:val="24"/>
        </w:rPr>
        <w:t xml:space="preserve">) его буквами [в развертывании, ведь 72 + 42 = 114]. (Говорит Шмуэль: мне представляется, что выше в [толковании на слово] </w:t>
      </w:r>
      <w:r>
        <w:rPr>
          <w:rFonts w:ascii="Georgia" w:hAnsi="Georgia"/>
          <w:b w:val="0"/>
          <w:i/>
          <w:color w:val="000000"/>
          <w:sz w:val="24"/>
        </w:rPr>
        <w:t>йишма</w:t>
      </w:r>
      <w:r>
        <w:rPr>
          <w:rFonts w:ascii="Georgia" w:hAnsi="Georgia"/>
          <w:b w:val="0"/>
          <w:i w:val="0"/>
          <w:color w:val="000000"/>
          <w:sz w:val="24"/>
        </w:rPr>
        <w:t xml:space="preserve"> (</w:t>
      </w:r>
      <w:r>
        <w:rPr>
          <w:rFonts w:ascii="Georgia" w:hAnsi="Georgia" w:cs="Times New Roman"/>
          <w:b/>
          <w:i w:val="0"/>
          <w:color w:val="000000"/>
          <w:sz w:val="24"/>
          <w:rtl/>
          <w:szCs w:val="32"/>
        </w:rPr>
        <w:t>יִשְׁמַע</w:t>
      </w:r>
      <w:r>
        <w:rPr>
          <w:rFonts w:ascii="Georgia" w:hAnsi="Georgia"/>
          <w:b w:val="0"/>
          <w:i w:val="0"/>
          <w:color w:val="000000"/>
          <w:sz w:val="24"/>
        </w:rPr>
        <w:t>) следует исправить [чтение]: там должно быть 420 (</w:t>
      </w:r>
      <w:r>
        <w:rPr>
          <w:rFonts w:ascii="Georgia" w:hAnsi="Georgia" w:cs="Times New Roman"/>
          <w:b/>
          <w:i w:val="0"/>
          <w:color w:val="000000"/>
          <w:sz w:val="24"/>
          <w:rtl/>
          <w:szCs w:val="32"/>
        </w:rPr>
        <w:t>ת״ך</w:t>
      </w:r>
      <w:r>
        <w:rPr>
          <w:rFonts w:ascii="Georgia" w:hAnsi="Georgia"/>
          <w:b w:val="0"/>
          <w:i w:val="0"/>
          <w:color w:val="000000"/>
          <w:sz w:val="24"/>
        </w:rPr>
        <w:t>), а не 500 (</w:t>
      </w:r>
      <w:r>
        <w:rPr>
          <w:rFonts w:ascii="Georgia" w:hAnsi="Georgia" w:cs="Times New Roman"/>
          <w:b/>
          <w:i w:val="0"/>
          <w:color w:val="000000"/>
          <w:sz w:val="24"/>
          <w:rtl/>
          <w:szCs w:val="32"/>
        </w:rPr>
        <w:t>ת״ק</w:t>
      </w:r>
      <w:r>
        <w:rPr>
          <w:rFonts w:ascii="Georgia" w:hAnsi="Georgia"/>
          <w:b w:val="0"/>
          <w:i w:val="0"/>
          <w:color w:val="000000"/>
          <w:sz w:val="24"/>
        </w:rPr>
        <w:t>); ведь четыре буквы йод дают 400 (</w:t>
      </w:r>
      <w:r>
        <w:rPr>
          <w:rFonts w:ascii="Georgia" w:hAnsi="Georgia" w:cs="Times New Roman"/>
          <w:b/>
          <w:i w:val="0"/>
          <w:color w:val="000000"/>
          <w:sz w:val="24"/>
          <w:rtl/>
          <w:szCs w:val="32"/>
        </w:rPr>
        <w:t>ת</w:t>
      </w:r>
      <w:r>
        <w:rPr>
          <w:rFonts w:ascii="Georgia" w:hAnsi="Georgia"/>
          <w:b w:val="0"/>
          <w:i w:val="0"/>
          <w:color w:val="000000"/>
          <w:sz w:val="24"/>
        </w:rPr>
        <w:t xml:space="preserve"> = 400), а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и далет (</w:t>
      </w:r>
      <w:r>
        <w:rPr>
          <w:rFonts w:ascii="Georgia" w:hAnsi="Georgia" w:cs="Times New Roman"/>
          <w:b/>
          <w:i w:val="0"/>
          <w:color w:val="000000"/>
          <w:sz w:val="24"/>
          <w:rtl/>
          <w:szCs w:val="32"/>
        </w:rPr>
        <w:t>ד</w:t>
      </w:r>
      <w:r>
        <w:rPr>
          <w:rFonts w:ascii="Georgia" w:hAnsi="Georgia"/>
          <w:b w:val="0"/>
          <w:i w:val="0"/>
          <w:color w:val="000000"/>
          <w:sz w:val="24"/>
        </w:rPr>
        <w:t xml:space="preserve"> = 4) вместе с десятью буквами [самого Имени дают 20, и всё вместе составляет] 420 (</w:t>
      </w:r>
      <w:r>
        <w:rPr>
          <w:rFonts w:ascii="Georgia" w:hAnsi="Georgia" w:cs="Times New Roman"/>
          <w:b/>
          <w:i w:val="0"/>
          <w:color w:val="000000"/>
          <w:sz w:val="24"/>
          <w:rtl/>
          <w:szCs w:val="32"/>
        </w:rPr>
        <w:t>ת״ך</w:t>
      </w:r>
      <w:r>
        <w:rPr>
          <w:rFonts w:ascii="Georgia" w:hAnsi="Georgia"/>
          <w:b w:val="0"/>
          <w:i w:val="0"/>
          <w:color w:val="000000"/>
          <w:sz w:val="24"/>
        </w:rPr>
        <w:t xml:space="preserve">), как мне представляется). [Примечание издателя: в [книге] «Есод» [написано]: «[Слово] </w:t>
      </w:r>
      <w:r>
        <w:rPr>
          <w:rFonts w:ascii="Georgia" w:hAnsi="Georgia"/>
          <w:b w:val="0"/>
          <w:i/>
          <w:color w:val="000000"/>
          <w:sz w:val="24"/>
        </w:rPr>
        <w:t>тахбулот</w:t>
      </w:r>
      <w:r>
        <w:rPr>
          <w:rFonts w:ascii="Georgia" w:hAnsi="Georgia"/>
          <w:b w:val="0"/>
          <w:i w:val="0"/>
          <w:color w:val="000000"/>
          <w:sz w:val="24"/>
        </w:rPr>
        <w:t xml:space="preserve"> по гематрии — [буквы] шин (</w:t>
      </w:r>
      <w:r>
        <w:rPr>
          <w:rFonts w:ascii="Georgia" w:hAnsi="Georgia" w:cs="Times New Roman"/>
          <w:b/>
          <w:i w:val="0"/>
          <w:color w:val="000000"/>
          <w:sz w:val="24"/>
          <w:rtl/>
          <w:szCs w:val="32"/>
        </w:rPr>
        <w:t>ש</w:t>
      </w:r>
      <w:r>
        <w:rPr>
          <w:rFonts w:ascii="Georgia" w:hAnsi="Georgia"/>
          <w:b w:val="0"/>
          <w:i w:val="0"/>
          <w:color w:val="000000"/>
          <w:sz w:val="24"/>
        </w:rPr>
        <w:t>), далет (</w:t>
      </w:r>
      <w:r>
        <w:rPr>
          <w:rFonts w:ascii="Georgia" w:hAnsi="Georgia" w:cs="Times New Roman"/>
          <w:b/>
          <w:i w:val="0"/>
          <w:color w:val="000000"/>
          <w:sz w:val="24"/>
          <w:rtl/>
          <w:szCs w:val="32"/>
        </w:rPr>
        <w:t>ד</w:t>
      </w:r>
      <w:r>
        <w:rPr>
          <w:rFonts w:ascii="Georgia" w:hAnsi="Georgia"/>
          <w:b w:val="0"/>
          <w:i w:val="0"/>
          <w:color w:val="000000"/>
          <w:sz w:val="24"/>
        </w:rPr>
        <w:t>) и так далее, а три — это три буквы [Имени] ШАДАЙ (</w:t>
      </w:r>
      <w:r>
        <w:rPr>
          <w:rFonts w:ascii="Georgia" w:hAnsi="Georgia" w:cs="Times New Roman"/>
          <w:b/>
          <w:i w:val="0"/>
          <w:color w:val="000000"/>
          <w:sz w:val="24"/>
          <w:rtl/>
          <w:szCs w:val="32"/>
        </w:rPr>
        <w:t>שדי</w:t>
      </w:r>
      <w:r>
        <w:rPr>
          <w:rFonts w:ascii="Georgia" w:hAnsi="Georgia"/>
          <w:b w:val="0"/>
          <w:i w:val="0"/>
          <w:color w:val="000000"/>
          <w:sz w:val="24"/>
        </w:rPr>
        <w:t>)», — конец цитаты]. [Буквы] шин, далет, йод [составляют Имя ШАДАЙ], а также наполнение наполнения [Имени] АДОНАЙ; и два [этих имени] — это ШАДАЙ (</w:t>
      </w:r>
      <w:r>
        <w:rPr>
          <w:rFonts w:ascii="Georgia" w:hAnsi="Georgia" w:cs="Times New Roman"/>
          <w:b/>
          <w:i w:val="0"/>
          <w:color w:val="000000"/>
          <w:sz w:val="24"/>
          <w:rtl/>
          <w:szCs w:val="32"/>
        </w:rPr>
        <w:t>שדי</w:t>
      </w:r>
      <w:r>
        <w:rPr>
          <w:rFonts w:ascii="Georgia" w:hAnsi="Georgia"/>
          <w:b w:val="0"/>
          <w:i w:val="0"/>
          <w:color w:val="000000"/>
          <w:sz w:val="24"/>
        </w:rPr>
        <w:t>) и 32 (</w:t>
      </w:r>
      <w:r>
        <w:rPr>
          <w:rFonts w:ascii="Georgia" w:hAnsi="Georgia" w:cs="Times New Roman"/>
          <w:b/>
          <w:i w:val="0"/>
          <w:color w:val="000000"/>
          <w:sz w:val="24"/>
          <w:rtl/>
          <w:szCs w:val="32"/>
        </w:rPr>
        <w:t>ל״ב</w:t>
      </w:r>
      <w:r>
        <w:rPr>
          <w:rFonts w:ascii="Georgia" w:hAnsi="Georgia"/>
          <w:b w:val="0"/>
          <w:i w:val="0"/>
          <w:color w:val="000000"/>
          <w:sz w:val="24"/>
        </w:rPr>
        <w:t xml:space="preserve">). [Относительно слова </w:t>
      </w:r>
      <w:r>
        <w:rPr>
          <w:rFonts w:ascii="Georgia" w:hAnsi="Georgia"/>
          <w:b w:val="0"/>
          <w:i/>
          <w:color w:val="000000"/>
          <w:sz w:val="24"/>
        </w:rPr>
        <w:t>йикне</w:t>
      </w:r>
      <w:r>
        <w:rPr>
          <w:rFonts w:ascii="Georgia" w:hAnsi="Georgia"/>
          <w:b w:val="0"/>
          <w:i w:val="0"/>
          <w:color w:val="000000"/>
          <w:sz w:val="24"/>
        </w:rPr>
        <w:t xml:space="preserve"> (</w:t>
      </w:r>
      <w:r>
        <w:rPr>
          <w:rFonts w:ascii="Georgia" w:hAnsi="Georgia" w:cs="Times New Roman"/>
          <w:b/>
          <w:i w:val="0"/>
          <w:color w:val="000000"/>
          <w:sz w:val="24"/>
          <w:rtl/>
          <w:szCs w:val="32"/>
        </w:rPr>
        <w:t>יִקְנֶה</w:t>
      </w:r>
      <w:r>
        <w:rPr>
          <w:rFonts w:ascii="Georgia" w:hAnsi="Georgia"/>
          <w:b w:val="0"/>
          <w:i w:val="0"/>
          <w:color w:val="000000"/>
          <w:sz w:val="24"/>
        </w:rPr>
        <w:t xml:space="preserve">): здесь следует читать «ахораим де-САГ», как должно быть сказано там]. Ахораим де-САГ. [Образуется из самого стиха: буква шин из [слова] </w:t>
      </w:r>
      <w:r>
        <w:rPr>
          <w:rFonts w:ascii="Georgia" w:hAnsi="Georgia"/>
          <w:b w:val="0"/>
          <w:i/>
          <w:color w:val="000000"/>
          <w:sz w:val="24"/>
        </w:rPr>
        <w:t>йишма</w:t>
      </w:r>
      <w:r>
        <w:rPr>
          <w:rFonts w:ascii="Georgia" w:hAnsi="Georgia"/>
          <w:b w:val="0"/>
          <w:i w:val="0"/>
          <w:color w:val="000000"/>
          <w:sz w:val="24"/>
        </w:rPr>
        <w:t xml:space="preserve"> (</w:t>
      </w:r>
      <w:r>
        <w:rPr>
          <w:rFonts w:ascii="Georgia" w:hAnsi="Georgia" w:cs="Times New Roman"/>
          <w:b/>
          <w:i w:val="0"/>
          <w:color w:val="000000"/>
          <w:sz w:val="24"/>
          <w:rtl/>
          <w:szCs w:val="32"/>
        </w:rPr>
        <w:t>יִשְׁמַע</w:t>
      </w:r>
      <w:r>
        <w:rPr>
          <w:rFonts w:ascii="Georgia" w:hAnsi="Georgia"/>
          <w:b w:val="0"/>
          <w:i w:val="0"/>
          <w:color w:val="000000"/>
          <w:sz w:val="24"/>
        </w:rPr>
        <w:t xml:space="preserve">) и так далее]: </w:t>
      </w:r>
      <w:r>
        <w:rPr>
          <w:rFonts w:ascii="Georgia" w:hAnsi="Georgia" w:cs="Times New Roman"/>
          <w:b/>
          <w:i w:val="0"/>
          <w:color w:val="000000"/>
          <w:sz w:val="24"/>
          <w:rtl/>
          <w:szCs w:val="32"/>
        </w:rPr>
        <w:t>שׂכַסֵקָבָלֵןֹ</w:t>
      </w:r>
      <w:r>
        <w:rPr>
          <w:rFonts w:ascii="Georgia" w:hAnsi="Georgia"/>
          <w:b w:val="0"/>
          <w:i w:val="0"/>
          <w:color w:val="000000"/>
          <w:sz w:val="24"/>
        </w:rPr>
        <w:t>. [Имя АВАЯ, сплетенное с [Именем] ЭЛИ (</w:t>
      </w:r>
      <w:r>
        <w:rPr>
          <w:rFonts w:ascii="Georgia" w:hAnsi="Georgia" w:cs="Times New Roman"/>
          <w:b/>
          <w:i w:val="0"/>
          <w:color w:val="000000"/>
          <w:sz w:val="24"/>
          <w:rtl/>
          <w:szCs w:val="32"/>
        </w:rPr>
        <w:t>אלי</w:t>
      </w:r>
      <w:r>
        <w:rPr>
          <w:rFonts w:ascii="Georgia" w:hAnsi="Georgia"/>
          <w:b w:val="0"/>
          <w:i w:val="0"/>
          <w:color w:val="000000"/>
          <w:sz w:val="24"/>
        </w:rPr>
        <w:t>), которое является матерью букв [Имени] ЭЙЕ; там [пребывает сфира] Бина]. Два [раза конечные буквы] (</w:t>
      </w:r>
      <w:r>
        <w:rPr>
          <w:rFonts w:ascii="Georgia" w:hAnsi="Georgia" w:cs="Times New Roman"/>
          <w:b/>
          <w:i w:val="0"/>
          <w:color w:val="000000"/>
          <w:sz w:val="24"/>
          <w:rtl/>
          <w:szCs w:val="32"/>
        </w:rPr>
        <w:t>מנצפ״ך</w:t>
      </w:r>
      <w:r>
        <w:rPr>
          <w:rFonts w:ascii="Georgia" w:hAnsi="Georgia"/>
          <w:b w:val="0"/>
          <w:i w:val="0"/>
          <w:color w:val="000000"/>
          <w:sz w:val="24"/>
        </w:rPr>
        <w:t xml:space="preserve">) с коллелем, и огласовка [как в имени] Моше [для сплетения] </w:t>
      </w:r>
      <w:r>
        <w:rPr>
          <w:rFonts w:ascii="Georgia" w:hAnsi="Georgia" w:cs="Times New Roman"/>
          <w:b/>
          <w:i w:val="0"/>
          <w:color w:val="000000"/>
          <w:sz w:val="24"/>
          <w:rtl/>
          <w:szCs w:val="32"/>
        </w:rPr>
        <w:t>יֹאַהֵלַוַיֹהֵ</w:t>
      </w:r>
      <w:r>
        <w:rPr>
          <w:rFonts w:ascii="Georgia" w:hAnsi="Georgia"/>
          <w:b w:val="0"/>
          <w:i w:val="0"/>
          <w:color w:val="000000"/>
          <w:sz w:val="24"/>
        </w:rPr>
        <w:t xml:space="preserve"> — [это сфира] Бина.</w:t>
      </w:r>
    </w:p>
    <w:p>
      <w:pPr>
        <w:keepNext/>
        <w:spacing w:before="320" w:after="120"/>
      </w:pPr>
      <w:r>
        <w:rPr>
          <w:rFonts w:ascii="Georgia" w:hAnsi="Georgia"/>
          <w:b w:val="0"/>
          <w:i w:val="0"/>
          <w:color w:val="000000"/>
          <w:sz w:val="32"/>
        </w:rPr>
        <w:t>Ихуд 12</w:t>
      </w:r>
    </w:p>
    <w:p>
      <w:pPr>
        <w:spacing w:before="40" w:after="120"/>
        <w:jc w:val="both"/>
      </w:pPr>
      <w:r>
        <w:rPr>
          <w:rFonts w:ascii="Georgia" w:hAnsi="Georgia"/>
          <w:b w:val="0"/>
          <w:i w:val="0"/>
          <w:color w:val="000000"/>
          <w:sz w:val="24"/>
        </w:rPr>
        <w:t xml:space="preserve">И это [единение] также относится к упомянутому выше. [Учитель] не записал сам стих, а привел только начальные буквы (рашей тевот, </w:t>
      </w:r>
      <w:r>
        <w:rPr>
          <w:rFonts w:ascii="Georgia" w:hAnsi="Georgia" w:cs="Times New Roman"/>
          <w:b/>
          <w:i w:val="0"/>
          <w:color w:val="000000"/>
          <w:sz w:val="24"/>
          <w:rtl/>
          <w:szCs w:val="32"/>
        </w:rPr>
        <w:t>ר״ת</w:t>
      </w:r>
      <w:r>
        <w:rPr>
          <w:rFonts w:ascii="Georgia" w:hAnsi="Georgia"/>
          <w:b w:val="0"/>
          <w:i w:val="0"/>
          <w:color w:val="000000"/>
          <w:sz w:val="24"/>
        </w:rPr>
        <w:t xml:space="preserve">) и конечные буквы (софей тевот, </w:t>
      </w:r>
      <w:r>
        <w:rPr>
          <w:rFonts w:ascii="Georgia" w:hAnsi="Georgia" w:cs="Times New Roman"/>
          <w:b/>
          <w:i w:val="0"/>
          <w:color w:val="000000"/>
          <w:sz w:val="24"/>
          <w:rtl/>
          <w:szCs w:val="32"/>
        </w:rPr>
        <w:t>ס״ת</w:t>
      </w:r>
      <w:r>
        <w:rPr>
          <w:rFonts w:ascii="Georgia" w:hAnsi="Georgia"/>
          <w:b w:val="0"/>
          <w:i w:val="0"/>
          <w:color w:val="000000"/>
          <w:sz w:val="24"/>
        </w:rPr>
        <w:t>) — ищи и найдешь. А именно: буквы ламэд, бэт, шин (</w:t>
      </w:r>
      <w:r>
        <w:rPr>
          <w:rFonts w:ascii="Georgia" w:hAnsi="Georgia" w:cs="Times New Roman"/>
          <w:b/>
          <w:i w:val="0"/>
          <w:color w:val="000000"/>
          <w:sz w:val="24"/>
          <w:rtl/>
          <w:szCs w:val="32"/>
        </w:rPr>
        <w:t>לב״ש</w:t>
      </w:r>
      <w:r>
        <w:rPr>
          <w:rFonts w:ascii="Georgia" w:hAnsi="Georgia"/>
          <w:b w:val="0"/>
          <w:i w:val="0"/>
          <w:color w:val="000000"/>
          <w:sz w:val="24"/>
        </w:rPr>
        <w:t>); ШАДАЙ: шин, йод, нун; далет, ламэд, тав; йод, вав, далет. И с восемью добавочными [единицами] это составит [Примечание издателя: в «Йосеф Даат» [сказано]: ведь в рибуа 24 буквы, а его мысленное представление — 104 (</w:t>
      </w:r>
      <w:r>
        <w:rPr>
          <w:rFonts w:ascii="Georgia" w:hAnsi="Georgia" w:cs="Times New Roman"/>
          <w:b/>
          <w:i w:val="0"/>
          <w:color w:val="000000"/>
          <w:sz w:val="24"/>
          <w:rtl/>
          <w:szCs w:val="32"/>
        </w:rPr>
        <w:t>ק״ד</w:t>
      </w:r>
      <w:r>
        <w:rPr>
          <w:rFonts w:ascii="Georgia" w:hAnsi="Georgia"/>
          <w:b w:val="0"/>
          <w:i w:val="0"/>
          <w:color w:val="000000"/>
          <w:sz w:val="24"/>
        </w:rPr>
        <w:t>), как сказано выше, [вместе] 128 (</w:t>
      </w:r>
      <w:r>
        <w:rPr>
          <w:rFonts w:ascii="Georgia" w:hAnsi="Georgia" w:cs="Times New Roman"/>
          <w:b/>
          <w:i w:val="0"/>
          <w:color w:val="000000"/>
          <w:sz w:val="24"/>
          <w:rtl/>
          <w:szCs w:val="32"/>
        </w:rPr>
        <w:t>קכ״ח</w:t>
      </w:r>
      <w:r>
        <w:rPr>
          <w:rFonts w:ascii="Georgia" w:hAnsi="Georgia"/>
          <w:b w:val="0"/>
          <w:i w:val="0"/>
          <w:color w:val="000000"/>
          <w:sz w:val="24"/>
        </w:rPr>
        <w:t>). Конец цитаты.] по гематрии [число слов] «Имя на Сионе» (</w:t>
      </w:r>
      <w:r>
        <w:rPr>
          <w:rFonts w:ascii="Georgia" w:hAnsi="Georgia" w:cs="Times New Roman"/>
          <w:b/>
          <w:i w:val="0"/>
          <w:color w:val="000000"/>
          <w:sz w:val="24"/>
          <w:rtl/>
          <w:szCs w:val="32"/>
        </w:rPr>
        <w:t>שֵׁם בְּצִיּוֹן</w:t>
      </w:r>
      <w:r>
        <w:rPr>
          <w:rFonts w:ascii="Georgia" w:hAnsi="Georgia"/>
          <w:b w:val="0"/>
          <w:i w:val="0"/>
          <w:color w:val="000000"/>
          <w:sz w:val="24"/>
        </w:rPr>
        <w:t>): три АВАЯ де-БОН. И каждый БОН составляет 128 (</w:t>
      </w:r>
      <w:r>
        <w:rPr>
          <w:rFonts w:ascii="Georgia" w:hAnsi="Georgia" w:cs="Times New Roman"/>
          <w:b/>
          <w:i w:val="0"/>
          <w:color w:val="000000"/>
          <w:sz w:val="24"/>
          <w:rtl/>
          <w:szCs w:val="32"/>
        </w:rPr>
        <w:t>קכ״ח</w:t>
      </w:r>
      <w:r>
        <w:rPr>
          <w:rFonts w:ascii="Georgia" w:hAnsi="Georgia"/>
          <w:b w:val="0"/>
          <w:i w:val="0"/>
          <w:color w:val="000000"/>
          <w:sz w:val="24"/>
        </w:rPr>
        <w:t>), то есть 123 (</w:t>
      </w:r>
      <w:r>
        <w:rPr>
          <w:rFonts w:ascii="Georgia" w:hAnsi="Georgia" w:cs="Times New Roman"/>
          <w:b/>
          <w:i w:val="0"/>
          <w:color w:val="000000"/>
          <w:sz w:val="24"/>
          <w:rtl/>
          <w:szCs w:val="32"/>
        </w:rPr>
        <w:t>קכ״ג</w:t>
      </w:r>
      <w:r>
        <w:rPr>
          <w:rFonts w:ascii="Georgia" w:hAnsi="Georgia"/>
          <w:b w:val="0"/>
          <w:i w:val="0"/>
          <w:color w:val="000000"/>
          <w:sz w:val="24"/>
        </w:rPr>
        <w:t>) и [букву] хэй (</w:t>
      </w:r>
      <w:r>
        <w:rPr>
          <w:rFonts w:ascii="Georgia" w:hAnsi="Georgia" w:cs="Times New Roman"/>
          <w:b/>
          <w:i w:val="0"/>
          <w:color w:val="000000"/>
          <w:sz w:val="24"/>
          <w:rtl/>
          <w:szCs w:val="32"/>
        </w:rPr>
        <w:t>ה</w:t>
      </w:r>
      <w:r>
        <w:rPr>
          <w:rFonts w:ascii="Georgia" w:hAnsi="Georgia"/>
          <w:b w:val="0"/>
          <w:i w:val="0"/>
          <w:color w:val="000000"/>
          <w:sz w:val="24"/>
        </w:rPr>
        <w:t xml:space="preserve"> = 5). А трижды 123 составляют 370 (</w:t>
      </w:r>
      <w:r>
        <w:rPr>
          <w:rFonts w:ascii="Georgia" w:hAnsi="Georgia" w:cs="Times New Roman"/>
          <w:b/>
          <w:i w:val="0"/>
          <w:color w:val="000000"/>
          <w:sz w:val="24"/>
          <w:rtl/>
          <w:szCs w:val="32"/>
        </w:rPr>
        <w:t>ש״ע</w:t>
      </w:r>
      <w:r>
        <w:rPr>
          <w:rFonts w:ascii="Georgia" w:hAnsi="Georgia"/>
          <w:b w:val="0"/>
          <w:i w:val="0"/>
          <w:color w:val="000000"/>
          <w:sz w:val="24"/>
        </w:rPr>
        <w:t xml:space="preserve">), то есть первое слово [стиха], и вместе с тремя буквами хэй это дает [число слова] Шхина. (Говорит Шмуэль: из слов Учителя, благословенна его память, мне представляется, что этот стих — </w:t>
      </w:r>
      <w:r>
        <w:rPr>
          <w:rFonts w:ascii="Georgia" w:hAnsi="Georgia"/>
          <w:b w:val="0"/>
          <w:i/>
          <w:color w:val="000000"/>
          <w:sz w:val="24"/>
        </w:rPr>
        <w:t>«Возвестить на Сионе Имя Г-спода…»</w:t>
      </w:r>
      <w:r>
        <w:rPr>
          <w:rFonts w:ascii="Georgia" w:hAnsi="Georgia"/>
          <w:b w:val="0"/>
          <w:i w:val="0"/>
          <w:color w:val="000000"/>
          <w:sz w:val="24"/>
        </w:rPr>
        <w:t xml:space="preserve"> (Теилим 102:22), и потому начальные буквы — это ламэд, бэт, шин (</w:t>
      </w:r>
      <w:r>
        <w:rPr>
          <w:rFonts w:ascii="Georgia" w:hAnsi="Georgia" w:cs="Times New Roman"/>
          <w:b/>
          <w:i w:val="0"/>
          <w:color w:val="000000"/>
          <w:sz w:val="24"/>
          <w:rtl/>
          <w:szCs w:val="32"/>
        </w:rPr>
        <w:t>לב״ש</w:t>
      </w:r>
      <w:r>
        <w:rPr>
          <w:rFonts w:ascii="Georgia" w:hAnsi="Georgia"/>
          <w:b w:val="0"/>
          <w:i w:val="0"/>
          <w:color w:val="000000"/>
          <w:sz w:val="24"/>
        </w:rPr>
        <w:t>). Также и слово «возвестить» (</w:t>
      </w:r>
      <w:r>
        <w:rPr>
          <w:rFonts w:ascii="Georgia" w:hAnsi="Georgia"/>
          <w:b w:val="0"/>
          <w:i/>
          <w:color w:val="000000"/>
          <w:sz w:val="24"/>
        </w:rPr>
        <w:t>лесапер</w:t>
      </w:r>
      <w:r>
        <w:rPr>
          <w:rFonts w:ascii="Georgia" w:hAnsi="Georgia"/>
          <w:b w:val="0"/>
          <w:i w:val="0"/>
          <w:color w:val="000000"/>
          <w:sz w:val="24"/>
        </w:rPr>
        <w:t xml:space="preserve">, </w:t>
      </w:r>
      <w:r>
        <w:rPr>
          <w:rFonts w:ascii="Georgia" w:hAnsi="Georgia" w:cs="Times New Roman"/>
          <w:b/>
          <w:i w:val="0"/>
          <w:color w:val="000000"/>
          <w:sz w:val="24"/>
          <w:rtl/>
          <w:szCs w:val="32"/>
        </w:rPr>
        <w:t>לְסַפֵּר</w:t>
      </w:r>
      <w:r>
        <w:rPr>
          <w:rFonts w:ascii="Georgia" w:hAnsi="Georgia"/>
          <w:b w:val="0"/>
          <w:i w:val="0"/>
          <w:color w:val="000000"/>
          <w:sz w:val="24"/>
        </w:rPr>
        <w:t>) по гематрии равно 370 (</w:t>
      </w:r>
      <w:r>
        <w:rPr>
          <w:rFonts w:ascii="Georgia" w:hAnsi="Georgia" w:cs="Times New Roman"/>
          <w:b/>
          <w:i w:val="0"/>
          <w:color w:val="000000"/>
          <w:sz w:val="24"/>
          <w:rtl/>
          <w:szCs w:val="32"/>
        </w:rPr>
        <w:t>ש״ע</w:t>
      </w:r>
      <w:r>
        <w:rPr>
          <w:rFonts w:ascii="Georgia" w:hAnsi="Georgia"/>
          <w:b w:val="0"/>
          <w:i w:val="0"/>
          <w:color w:val="000000"/>
          <w:sz w:val="24"/>
        </w:rPr>
        <w:t>), и именно об этом сказано: «то есть первое слово [стиха]», а вместе с тремя буквами хэй это дает [число слова] Шхина, как мне представляется). Буквы бэт, шин, йод (</w:t>
      </w:r>
      <w:r>
        <w:rPr>
          <w:rFonts w:ascii="Georgia" w:hAnsi="Georgia" w:cs="Times New Roman"/>
          <w:b/>
          <w:i w:val="0"/>
          <w:color w:val="000000"/>
          <w:sz w:val="24"/>
          <w:rtl/>
          <w:szCs w:val="32"/>
        </w:rPr>
        <w:t>בש״י</w:t>
      </w:r>
      <w:r>
        <w:rPr>
          <w:rFonts w:ascii="Georgia" w:hAnsi="Georgia"/>
          <w:b w:val="0"/>
          <w:i w:val="0"/>
          <w:color w:val="000000"/>
          <w:sz w:val="24"/>
        </w:rPr>
        <w:t xml:space="preserve"> = 312) — это 151 (</w:t>
      </w:r>
      <w:r>
        <w:rPr>
          <w:rFonts w:ascii="Georgia" w:hAnsi="Georgia" w:cs="Times New Roman"/>
          <w:b/>
          <w:i w:val="0"/>
          <w:color w:val="000000"/>
          <w:sz w:val="24"/>
          <w:rtl/>
          <w:szCs w:val="32"/>
        </w:rPr>
        <w:t>קנ״א</w:t>
      </w:r>
      <w:r>
        <w:rPr>
          <w:rFonts w:ascii="Georgia" w:hAnsi="Georgia"/>
          <w:b w:val="0"/>
          <w:i w:val="0"/>
          <w:color w:val="000000"/>
          <w:sz w:val="24"/>
        </w:rPr>
        <w:t>) и 161 (</w:t>
      </w:r>
      <w:r>
        <w:rPr>
          <w:rFonts w:ascii="Georgia" w:hAnsi="Georgia" w:cs="Times New Roman"/>
          <w:b/>
          <w:i w:val="0"/>
          <w:color w:val="000000"/>
          <w:sz w:val="24"/>
          <w:rtl/>
          <w:szCs w:val="32"/>
        </w:rPr>
        <w:t>קס״א</w:t>
      </w:r>
      <w:r>
        <w:rPr>
          <w:rFonts w:ascii="Georgia" w:hAnsi="Georgia"/>
          <w:b w:val="0"/>
          <w:i w:val="0"/>
          <w:color w:val="000000"/>
          <w:sz w:val="24"/>
        </w:rPr>
        <w:t>): ЭЙЕ с наполнением хэйин и с наполнением йодин. (Говорит Шмуэль: мне представляется, что это начальные буквы [слов] «на Сионе Имя АВАЯ», которые составляют буквы бэт, шин, йод (312)), что и составляет буквы бэт, шин, йод. [Буквы] рэйш, нун, самэх (</w:t>
      </w:r>
      <w:r>
        <w:rPr>
          <w:rFonts w:ascii="Georgia" w:hAnsi="Georgia" w:cs="Times New Roman"/>
          <w:b/>
          <w:i w:val="0"/>
          <w:color w:val="000000"/>
          <w:sz w:val="24"/>
          <w:rtl/>
          <w:szCs w:val="32"/>
        </w:rPr>
        <w:t>רנ״ס</w:t>
      </w:r>
      <w:r>
        <w:rPr>
          <w:rFonts w:ascii="Georgia" w:hAnsi="Georgia"/>
          <w:b w:val="0"/>
          <w:i w:val="0"/>
          <w:color w:val="000000"/>
          <w:sz w:val="24"/>
        </w:rPr>
        <w:t>) — это ЭЛОКИМ, АВАЯ с наполнением алефин [МА], ШАДАЙ, АВАЯ (Говорит Шмуэль: мне представляется, что это конечные буквы [слов] «[возвестить] на Сионе Имя» (</w:t>
      </w:r>
      <w:r>
        <w:rPr>
          <w:rFonts w:ascii="Georgia" w:hAnsi="Georgia" w:cs="Times New Roman"/>
          <w:b/>
          <w:i w:val="0"/>
          <w:color w:val="000000"/>
          <w:sz w:val="24"/>
          <w:rtl/>
          <w:szCs w:val="32"/>
        </w:rPr>
        <w:t>לספ בציון שם</w:t>
      </w:r>
      <w:r>
        <w:rPr>
          <w:rFonts w:ascii="Georgia" w:hAnsi="Georgia"/>
          <w:b w:val="0"/>
          <w:i w:val="0"/>
          <w:color w:val="000000"/>
          <w:sz w:val="24"/>
        </w:rPr>
        <w:t>), которые составляют буквы рэйш, нун, самэх). [Слова] «на Сионе Имя» (</w:t>
      </w:r>
      <w:r>
        <w:rPr>
          <w:rFonts w:ascii="Georgia" w:hAnsi="Georgia" w:cs="Times New Roman"/>
          <w:b/>
          <w:i w:val="0"/>
          <w:color w:val="000000"/>
          <w:sz w:val="24"/>
          <w:rtl/>
          <w:szCs w:val="32"/>
        </w:rPr>
        <w:t>בְּצִיּוֹן שֵׁם</w:t>
      </w:r>
      <w:r>
        <w:rPr>
          <w:rFonts w:ascii="Georgia" w:hAnsi="Georgia"/>
          <w:b w:val="0"/>
          <w:i w:val="0"/>
          <w:color w:val="000000"/>
          <w:sz w:val="24"/>
        </w:rPr>
        <w:t>) с колелем составляют [гематрию Имени] ЦВАОТ. «В Йерушалаиме» — это шофар: 598 (</w:t>
      </w:r>
      <w:r>
        <w:rPr>
          <w:rFonts w:ascii="Georgia" w:hAnsi="Georgia" w:cs="Times New Roman"/>
          <w:b/>
          <w:i w:val="0"/>
          <w:color w:val="000000"/>
          <w:sz w:val="24"/>
          <w:rtl/>
          <w:szCs w:val="32"/>
        </w:rPr>
        <w:t>תקצ״ח</w:t>
      </w:r>
      <w:r>
        <w:rPr>
          <w:rFonts w:ascii="Georgia" w:hAnsi="Georgia"/>
          <w:b w:val="0"/>
          <w:i w:val="0"/>
          <w:color w:val="000000"/>
          <w:sz w:val="24"/>
        </w:rPr>
        <w:t>). 847 (</w:t>
      </w:r>
      <w:r>
        <w:rPr>
          <w:rFonts w:ascii="Georgia" w:hAnsi="Georgia" w:cs="Times New Roman"/>
          <w:b/>
          <w:i w:val="0"/>
          <w:color w:val="000000"/>
          <w:sz w:val="24"/>
          <w:rtl/>
          <w:szCs w:val="32"/>
        </w:rPr>
        <w:t>תתמ״ז</w:t>
      </w:r>
      <w:r>
        <w:rPr>
          <w:rFonts w:ascii="Georgia" w:hAnsi="Georgia"/>
          <w:b w:val="0"/>
          <w:i w:val="0"/>
          <w:color w:val="000000"/>
          <w:sz w:val="24"/>
        </w:rPr>
        <w:t>), шин... [Примечание издателя: в «Йосеф Даат» [разъяснено]: дело в том, что «Йерушалаим» (</w:t>
      </w:r>
      <w:r>
        <w:rPr>
          <w:rFonts w:ascii="Georgia" w:hAnsi="Georgia" w:cs="Times New Roman"/>
          <w:b/>
          <w:i w:val="0"/>
          <w:color w:val="000000"/>
          <w:sz w:val="24"/>
          <w:rtl/>
          <w:szCs w:val="32"/>
        </w:rPr>
        <w:t>יְרוּשָׁלַםִ</w:t>
      </w:r>
      <w:r>
        <w:rPr>
          <w:rFonts w:ascii="Georgia" w:hAnsi="Georgia"/>
          <w:b w:val="0"/>
          <w:i w:val="0"/>
          <w:color w:val="000000"/>
          <w:sz w:val="24"/>
        </w:rPr>
        <w:t>) по гематрии равен 586 (</w:t>
      </w:r>
      <w:r>
        <w:rPr>
          <w:rFonts w:ascii="Georgia" w:hAnsi="Georgia" w:cs="Times New Roman"/>
          <w:b/>
          <w:i w:val="0"/>
          <w:color w:val="000000"/>
          <w:sz w:val="24"/>
          <w:rtl/>
          <w:szCs w:val="32"/>
        </w:rPr>
        <w:t>תקפ״ו</w:t>
      </w:r>
      <w:r>
        <w:rPr>
          <w:rFonts w:ascii="Georgia" w:hAnsi="Georgia"/>
          <w:b w:val="0"/>
          <w:i w:val="0"/>
          <w:color w:val="000000"/>
          <w:sz w:val="24"/>
        </w:rPr>
        <w:t>), как и число слова «шофар» (</w:t>
      </w:r>
      <w:r>
        <w:rPr>
          <w:rFonts w:ascii="Georgia" w:hAnsi="Georgia" w:cs="Times New Roman"/>
          <w:b/>
          <w:i w:val="0"/>
          <w:color w:val="000000"/>
          <w:sz w:val="24"/>
          <w:rtl/>
          <w:szCs w:val="32"/>
        </w:rPr>
        <w:t>שׁוֹפָר</w:t>
      </w:r>
      <w:r>
        <w:rPr>
          <w:rFonts w:ascii="Georgia" w:hAnsi="Georgia"/>
          <w:b w:val="0"/>
          <w:i w:val="0"/>
          <w:color w:val="000000"/>
          <w:sz w:val="24"/>
        </w:rPr>
        <w:t>). А буквы слова «шофар» в своем наполнении содержат 12 букв с самим словом, и они разбирались в намерении (</w:t>
      </w:r>
      <w:r>
        <w:rPr>
          <w:rFonts w:ascii="Georgia" w:hAnsi="Georgia"/>
          <w:b w:val="0"/>
          <w:i/>
          <w:color w:val="000000"/>
          <w:sz w:val="24"/>
        </w:rPr>
        <w:t>кавана</w:t>
      </w:r>
      <w:r>
        <w:rPr>
          <w:rFonts w:ascii="Georgia" w:hAnsi="Georgia"/>
          <w:b w:val="0"/>
          <w:i w:val="0"/>
          <w:color w:val="000000"/>
          <w:sz w:val="24"/>
        </w:rPr>
        <w:t>) о шофаре, что дает 598 (</w:t>
      </w:r>
      <w:r>
        <w:rPr>
          <w:rFonts w:ascii="Georgia" w:hAnsi="Georgia" w:cs="Times New Roman"/>
          <w:b/>
          <w:i w:val="0"/>
          <w:color w:val="000000"/>
          <w:sz w:val="24"/>
          <w:rtl/>
          <w:szCs w:val="32"/>
        </w:rPr>
        <w:t>תקצ״ח</w:t>
      </w:r>
      <w:r>
        <w:rPr>
          <w:rFonts w:ascii="Georgia" w:hAnsi="Georgia"/>
          <w:b w:val="0"/>
          <w:i w:val="0"/>
          <w:color w:val="000000"/>
          <w:sz w:val="24"/>
        </w:rPr>
        <w:t>). А вместе с тремя буквами хэй, упомянутыми в начале единения, это составляет 613 (</w:t>
      </w:r>
      <w:r>
        <w:rPr>
          <w:rFonts w:ascii="Georgia" w:hAnsi="Georgia" w:cs="Times New Roman"/>
          <w:b/>
          <w:i w:val="0"/>
          <w:color w:val="000000"/>
          <w:sz w:val="24"/>
          <w:rtl/>
          <w:szCs w:val="32"/>
        </w:rPr>
        <w:t>תרי״ג</w:t>
      </w:r>
      <w:r>
        <w:rPr>
          <w:rFonts w:ascii="Georgia" w:hAnsi="Georgia"/>
          <w:b w:val="0"/>
          <w:i w:val="0"/>
          <w:color w:val="000000"/>
          <w:sz w:val="24"/>
        </w:rPr>
        <w:t>). [Слово] «и хвалу Его» (</w:t>
      </w:r>
      <w:r>
        <w:rPr>
          <w:rFonts w:ascii="Georgia" w:hAnsi="Georgia" w:cs="Times New Roman"/>
          <w:b/>
          <w:i w:val="0"/>
          <w:color w:val="000000"/>
          <w:sz w:val="24"/>
          <w:rtl/>
          <w:szCs w:val="32"/>
        </w:rPr>
        <w:t>וּתְהִלָּתוֹ</w:t>
      </w:r>
      <w:r>
        <w:rPr>
          <w:rFonts w:ascii="Georgia" w:hAnsi="Georgia"/>
          <w:b w:val="0"/>
          <w:i w:val="0"/>
          <w:color w:val="000000"/>
          <w:sz w:val="24"/>
        </w:rPr>
        <w:t>) по гематрии равно 847 (</w:t>
      </w:r>
      <w:r>
        <w:rPr>
          <w:rFonts w:ascii="Georgia" w:hAnsi="Georgia" w:cs="Times New Roman"/>
          <w:b/>
          <w:i w:val="0"/>
          <w:color w:val="000000"/>
          <w:sz w:val="24"/>
          <w:rtl/>
          <w:szCs w:val="32"/>
        </w:rPr>
        <w:t>תתמ״ז</w:t>
      </w:r>
      <w:r>
        <w:rPr>
          <w:rFonts w:ascii="Georgia" w:hAnsi="Georgia"/>
          <w:b w:val="0"/>
          <w:i w:val="0"/>
          <w:color w:val="000000"/>
          <w:sz w:val="24"/>
        </w:rPr>
        <w:t>): это ШАДАЙ в своем наполнении, равный 814 (</w:t>
      </w:r>
      <w:r>
        <w:rPr>
          <w:rFonts w:ascii="Georgia" w:hAnsi="Georgia" w:cs="Times New Roman"/>
          <w:b/>
          <w:i w:val="0"/>
          <w:color w:val="000000"/>
          <w:sz w:val="24"/>
          <w:rtl/>
          <w:szCs w:val="32"/>
        </w:rPr>
        <w:t>תתי״ד</w:t>
      </w:r>
      <w:r>
        <w:rPr>
          <w:rFonts w:ascii="Georgia" w:hAnsi="Georgia"/>
          <w:b w:val="0"/>
          <w:i w:val="0"/>
          <w:color w:val="000000"/>
          <w:sz w:val="24"/>
        </w:rPr>
        <w:t>), и от 847 остается 33 (</w:t>
      </w:r>
      <w:r>
        <w:rPr>
          <w:rFonts w:ascii="Georgia" w:hAnsi="Georgia" w:cs="Times New Roman"/>
          <w:b/>
          <w:i w:val="0"/>
          <w:color w:val="000000"/>
          <w:sz w:val="24"/>
          <w:rtl/>
          <w:szCs w:val="32"/>
        </w:rPr>
        <w:t>ל״ג</w:t>
      </w:r>
      <w:r>
        <w:rPr>
          <w:rFonts w:ascii="Georgia" w:hAnsi="Georgia"/>
          <w:b w:val="0"/>
          <w:i w:val="0"/>
          <w:color w:val="000000"/>
          <w:sz w:val="24"/>
        </w:rPr>
        <w:t>). И это 26 букв наполнения наполнения ШАДАЙ (ведь в букве тав отсутствует йод), а вместе с 9 буквами самого наполнения получается 35. И потому сказано: «и две добавочные» и т.д. Конец цитаты.] «В Йерушалаиме» — 370 (</w:t>
      </w:r>
      <w:r>
        <w:rPr>
          <w:rFonts w:ascii="Georgia" w:hAnsi="Georgia" w:cs="Times New Roman"/>
          <w:b/>
          <w:i w:val="0"/>
          <w:color w:val="000000"/>
          <w:sz w:val="24"/>
          <w:rtl/>
          <w:szCs w:val="32"/>
        </w:rPr>
        <w:t>ש״ע</w:t>
      </w:r>
      <w:r>
        <w:rPr>
          <w:rFonts w:ascii="Georgia" w:hAnsi="Georgia"/>
          <w:b w:val="0"/>
          <w:i w:val="0"/>
          <w:color w:val="000000"/>
          <w:sz w:val="24"/>
        </w:rPr>
        <w:t>), 228 (</w:t>
      </w:r>
      <w:r>
        <w:rPr>
          <w:rFonts w:ascii="Georgia" w:hAnsi="Georgia" w:cs="Times New Roman"/>
          <w:b/>
          <w:i w:val="0"/>
          <w:color w:val="000000"/>
          <w:sz w:val="24"/>
          <w:rtl/>
          <w:szCs w:val="32"/>
        </w:rPr>
        <w:t>רוכ״ב</w:t>
      </w:r>
      <w:r>
        <w:rPr>
          <w:rFonts w:ascii="Georgia" w:hAnsi="Georgia"/>
          <w:b w:val="0"/>
          <w:i w:val="0"/>
          <w:color w:val="000000"/>
          <w:sz w:val="24"/>
        </w:rPr>
        <w:t>): 26 (</w:t>
      </w:r>
      <w:r>
        <w:rPr>
          <w:rFonts w:ascii="Georgia" w:hAnsi="Georgia" w:cs="Times New Roman"/>
          <w:b/>
          <w:i w:val="0"/>
          <w:color w:val="000000"/>
          <w:sz w:val="24"/>
          <w:rtl/>
          <w:szCs w:val="32"/>
        </w:rPr>
        <w:t>כ״ו</w:t>
      </w:r>
      <w:r>
        <w:rPr>
          <w:rFonts w:ascii="Georgia" w:hAnsi="Georgia"/>
          <w:b w:val="0"/>
          <w:i w:val="0"/>
          <w:color w:val="000000"/>
          <w:sz w:val="24"/>
        </w:rPr>
        <w:t>), 72 (</w:t>
      </w:r>
      <w:r>
        <w:rPr>
          <w:rFonts w:ascii="Georgia" w:hAnsi="Georgia" w:cs="Times New Roman"/>
          <w:b/>
          <w:i w:val="0"/>
          <w:color w:val="000000"/>
          <w:sz w:val="24"/>
          <w:rtl/>
          <w:szCs w:val="32"/>
        </w:rPr>
        <w:t>ע״ב</w:t>
      </w:r>
      <w:r>
        <w:rPr>
          <w:rFonts w:ascii="Georgia" w:hAnsi="Georgia"/>
          <w:b w:val="0"/>
          <w:i w:val="0"/>
          <w:color w:val="000000"/>
          <w:sz w:val="24"/>
        </w:rPr>
        <w:t>), 130 (</w:t>
      </w:r>
      <w:r>
        <w:rPr>
          <w:rFonts w:ascii="Georgia" w:hAnsi="Georgia" w:cs="Times New Roman"/>
          <w:b/>
          <w:i w:val="0"/>
          <w:color w:val="000000"/>
          <w:sz w:val="24"/>
          <w:rtl/>
          <w:szCs w:val="32"/>
        </w:rPr>
        <w:t>ק״ל</w:t>
      </w:r>
      <w:r>
        <w:rPr>
          <w:rFonts w:ascii="Georgia" w:hAnsi="Georgia"/>
          <w:b w:val="0"/>
          <w:i w:val="0"/>
          <w:color w:val="000000"/>
          <w:sz w:val="24"/>
        </w:rPr>
        <w:t>), [всего] 598 (</w:t>
      </w:r>
      <w:r>
        <w:rPr>
          <w:rFonts w:ascii="Georgia" w:hAnsi="Georgia" w:cs="Times New Roman"/>
          <w:b/>
          <w:i w:val="0"/>
          <w:color w:val="000000"/>
          <w:sz w:val="24"/>
          <w:rtl/>
          <w:szCs w:val="32"/>
        </w:rPr>
        <w:t>תקצ״ח</w:t>
      </w:r>
      <w:r>
        <w:rPr>
          <w:rFonts w:ascii="Georgia" w:hAnsi="Georgia"/>
          <w:b w:val="0"/>
          <w:i w:val="0"/>
          <w:color w:val="000000"/>
          <w:sz w:val="24"/>
        </w:rPr>
        <w:t>); а с тремя буквами хэй — 613 (</w:t>
      </w:r>
      <w:r>
        <w:rPr>
          <w:rFonts w:ascii="Georgia" w:hAnsi="Georgia" w:cs="Times New Roman"/>
          <w:b/>
          <w:i w:val="0"/>
          <w:color w:val="000000"/>
          <w:sz w:val="24"/>
          <w:rtl/>
          <w:szCs w:val="32"/>
        </w:rPr>
        <w:t>תרי״ג</w:t>
      </w:r>
      <w:r>
        <w:rPr>
          <w:rFonts w:ascii="Georgia" w:hAnsi="Georgia"/>
          <w:b w:val="0"/>
          <w:i w:val="0"/>
          <w:color w:val="000000"/>
          <w:sz w:val="24"/>
        </w:rPr>
        <w:t>). Тнуа [вместо «тнуа» должно быть: «тну с колелем» (</w:t>
      </w:r>
      <w:r>
        <w:rPr>
          <w:rFonts w:ascii="Georgia" w:hAnsi="Georgia" w:cs="Times New Roman"/>
          <w:b/>
          <w:i w:val="0"/>
          <w:color w:val="000000"/>
          <w:sz w:val="24"/>
          <w:rtl/>
          <w:szCs w:val="32"/>
        </w:rPr>
        <w:t>תנו׳ ע״ה</w:t>
      </w:r>
      <w:r>
        <w:rPr>
          <w:rFonts w:ascii="Georgia" w:hAnsi="Georgia"/>
          <w:b w:val="0"/>
          <w:i w:val="0"/>
          <w:color w:val="000000"/>
          <w:sz w:val="24"/>
        </w:rPr>
        <w:t xml:space="preserve">), и далее объясняется, что это три БОН и т.д., там же, в «Йосеф Даат»]: три БОН, две АВАЯ: МА (45) и 26. Буквы шин, далет, йод; шин, йод, нун; далет, ламэд, тав; йод, вав, далет — и 9 букв [наполнения]; две добавочные соответствуют общим счетам (колелим) — </w:t>
      </w:r>
      <w:r>
        <w:rPr>
          <w:rFonts w:ascii="Georgia" w:hAnsi="Georgia"/>
          <w:b w:val="0"/>
          <w:i/>
          <w:color w:val="000000"/>
          <w:sz w:val="24"/>
        </w:rPr>
        <w:t>шейейхен у-мехем</w:t>
      </w:r>
      <w:r>
        <w:rPr>
          <w:rFonts w:ascii="Georgia" w:hAnsi="Georgia"/>
          <w:b w:val="0"/>
          <w:i w:val="0"/>
          <w:color w:val="000000"/>
          <w:sz w:val="24"/>
        </w:rPr>
        <w:t xml:space="preserve"> (</w:t>
      </w:r>
      <w:r>
        <w:rPr>
          <w:rFonts w:ascii="Georgia" w:hAnsi="Georgia" w:cs="Times New Roman"/>
          <w:b/>
          <w:i w:val="0"/>
          <w:color w:val="000000"/>
          <w:sz w:val="24"/>
          <w:rtl/>
          <w:szCs w:val="32"/>
        </w:rPr>
        <w:t>שְיְיֵהְן וּמִהם</w:t>
      </w:r>
      <w:r>
        <w:rPr>
          <w:rFonts w:ascii="Georgia" w:hAnsi="Georgia"/>
          <w:b w:val="0"/>
          <w:i w:val="0"/>
          <w:color w:val="000000"/>
          <w:sz w:val="24"/>
        </w:rPr>
        <w:t>):</w:t>
      </w:r>
    </w:p>
    <w:p>
      <w:pPr>
        <w:keepNext/>
        <w:spacing w:before="320" w:after="120"/>
      </w:pPr>
      <w:r>
        <w:rPr>
          <w:rFonts w:ascii="Georgia" w:hAnsi="Georgia"/>
          <w:b w:val="0"/>
          <w:i w:val="0"/>
          <w:color w:val="000000"/>
          <w:sz w:val="32"/>
        </w:rPr>
        <w:t>Ихуд 13</w:t>
      </w:r>
    </w:p>
    <w:p>
      <w:pPr>
        <w:spacing w:before="40" w:after="120"/>
        <w:jc w:val="both"/>
      </w:pPr>
      <w:r>
        <w:rPr>
          <w:rFonts w:ascii="Georgia" w:hAnsi="Georgia"/>
          <w:b w:val="0"/>
          <w:i w:val="0"/>
          <w:color w:val="000000"/>
          <w:sz w:val="24"/>
        </w:rPr>
        <w:t>Это единение (</w:t>
      </w:r>
      <w:r>
        <w:rPr>
          <w:rFonts w:ascii="Georgia" w:hAnsi="Georgia"/>
          <w:b w:val="0"/>
          <w:i/>
          <w:color w:val="000000"/>
          <w:sz w:val="24"/>
        </w:rPr>
        <w:t>ихуд</w:t>
      </w:r>
      <w:r>
        <w:rPr>
          <w:rFonts w:ascii="Georgia" w:hAnsi="Georgia"/>
          <w:b w:val="0"/>
          <w:i w:val="0"/>
          <w:color w:val="000000"/>
          <w:sz w:val="24"/>
        </w:rPr>
        <w:t xml:space="preserve">) также относится к упомянутому выше [стиху]: </w:t>
      </w:r>
      <w:r>
        <w:rPr>
          <w:rFonts w:ascii="Georgia" w:hAnsi="Georgia"/>
          <w:b w:val="0"/>
          <w:i/>
          <w:color w:val="000000"/>
          <w:sz w:val="24"/>
        </w:rPr>
        <w:t>«Также все уповающие на Тебя не устыдятся…»</w:t>
      </w:r>
      <w:r>
        <w:rPr>
          <w:rFonts w:ascii="Georgia" w:hAnsi="Georgia"/>
          <w:b w:val="0"/>
          <w:i w:val="0"/>
          <w:color w:val="000000"/>
          <w:sz w:val="24"/>
        </w:rPr>
        <w:t xml:space="preserve"> (Теилим 25:3).</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по гематрии равно 43 — числу имени </w:t>
      </w:r>
      <w:r>
        <w:rPr>
          <w:rFonts w:ascii="Georgia" w:hAnsi="Georgia"/>
          <w:b w:val="0"/>
          <w:i/>
          <w:color w:val="000000"/>
          <w:sz w:val="24"/>
        </w:rPr>
        <w:t>Йегаль</w:t>
      </w:r>
      <w:r>
        <w:rPr>
          <w:rFonts w:ascii="Georgia" w:hAnsi="Georgia"/>
          <w:b w:val="0"/>
          <w:i w:val="0"/>
          <w:color w:val="000000"/>
          <w:sz w:val="24"/>
        </w:rPr>
        <w:t xml:space="preserve"> (</w:t>
      </w:r>
      <w:r>
        <w:rPr>
          <w:rFonts w:ascii="Georgia" w:hAnsi="Georgia" w:cs="Times New Roman"/>
          <w:b/>
          <w:i w:val="0"/>
          <w:color w:val="000000"/>
          <w:sz w:val="24"/>
          <w:rtl/>
          <w:szCs w:val="32"/>
        </w:rPr>
        <w:t>יְגַל</w:t>
      </w:r>
      <w:r>
        <w:rPr>
          <w:rFonts w:ascii="Georgia" w:hAnsi="Georgia"/>
          <w:b w:val="0"/>
          <w:i w:val="0"/>
          <w:color w:val="000000"/>
          <w:sz w:val="24"/>
        </w:rPr>
        <w:t xml:space="preserve">), одного из имен 42-буквенного Имени. Слова </w:t>
      </w:r>
      <w:r>
        <w:rPr>
          <w:rFonts w:ascii="Georgia" w:hAnsi="Georgia"/>
          <w:b w:val="0"/>
          <w:i/>
          <w:color w:val="000000"/>
          <w:sz w:val="24"/>
        </w:rPr>
        <w:t>гам коль</w:t>
      </w:r>
      <w:r>
        <w:rPr>
          <w:rFonts w:ascii="Georgia" w:hAnsi="Georgia"/>
          <w:b w:val="0"/>
          <w:i w:val="0"/>
          <w:color w:val="000000"/>
          <w:sz w:val="24"/>
        </w:rPr>
        <w:t xml:space="preserve"> (</w:t>
      </w:r>
      <w:r>
        <w:rPr>
          <w:rFonts w:ascii="Georgia" w:hAnsi="Georgia" w:cs="Times New Roman"/>
          <w:b/>
          <w:i w:val="0"/>
          <w:color w:val="000000"/>
          <w:sz w:val="24"/>
          <w:rtl/>
          <w:szCs w:val="32"/>
        </w:rPr>
        <w:t>גַּם כָּל</w:t>
      </w:r>
      <w:r>
        <w:rPr>
          <w:rFonts w:ascii="Georgia" w:hAnsi="Georgia"/>
          <w:b w:val="0"/>
          <w:i w:val="0"/>
          <w:color w:val="000000"/>
          <w:sz w:val="24"/>
        </w:rPr>
        <w:t>) по гематрии [равны 93, что] соответствует трем Именам ЭЛЬ (</w:t>
      </w:r>
      <w:r>
        <w:rPr>
          <w:rFonts w:ascii="Georgia" w:hAnsi="Georgia" w:cs="Times New Roman"/>
          <w:b/>
          <w:i w:val="0"/>
          <w:color w:val="000000"/>
          <w:sz w:val="24"/>
          <w:rtl/>
          <w:szCs w:val="32"/>
        </w:rPr>
        <w:t>אֵל</w:t>
      </w:r>
      <w:r>
        <w:rPr>
          <w:rFonts w:ascii="Georgia" w:hAnsi="Georgia"/>
          <w:b w:val="0"/>
          <w:i w:val="0"/>
          <w:color w:val="000000"/>
          <w:sz w:val="24"/>
        </w:rPr>
        <w:t xml:space="preserve"> = 31, а 31 × 3 = 93). Слово </w:t>
      </w:r>
      <w:r>
        <w:rPr>
          <w:rFonts w:ascii="Georgia" w:hAnsi="Georgia"/>
          <w:b w:val="0"/>
          <w:i/>
          <w:color w:val="000000"/>
          <w:sz w:val="24"/>
        </w:rPr>
        <w:t>ковеха</w:t>
      </w:r>
      <w:r>
        <w:rPr>
          <w:rFonts w:ascii="Georgia" w:hAnsi="Georgia"/>
          <w:b w:val="0"/>
          <w:i w:val="0"/>
          <w:color w:val="000000"/>
          <w:sz w:val="24"/>
        </w:rPr>
        <w:t xml:space="preserve"> указывает на пять хасадим — пять [Имен] АВАЯ в Есоде, который называется буквой вав (</w:t>
      </w:r>
      <w:r>
        <w:rPr>
          <w:rFonts w:ascii="Georgia" w:hAnsi="Georgia" w:cs="Times New Roman"/>
          <w:b/>
          <w:i w:val="0"/>
          <w:color w:val="000000"/>
          <w:sz w:val="24"/>
          <w:rtl/>
          <w:szCs w:val="32"/>
        </w:rPr>
        <w:t>ו</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Начальные буквы слов </w:t>
      </w:r>
      <w:r>
        <w:rPr>
          <w:rFonts w:ascii="Georgia" w:hAnsi="Georgia"/>
          <w:b w:val="0"/>
          <w:i/>
          <w:color w:val="000000"/>
          <w:sz w:val="24"/>
        </w:rPr>
        <w:t>ковеха ло йевошу</w:t>
      </w:r>
      <w:r>
        <w:rPr>
          <w:rFonts w:ascii="Georgia" w:hAnsi="Georgia"/>
          <w:b w:val="0"/>
          <w:i w:val="0"/>
          <w:color w:val="000000"/>
          <w:sz w:val="24"/>
        </w:rPr>
        <w:t xml:space="preserve"> [буквы куф, ламэд, йод] по гематрии составляют 140, что равно наполнению [Имени] ЭЙЕ с буквами йод [без самих исходных букв: 161 − 21 = 140]. [Сумма начальных букв слов] </w:t>
      </w:r>
      <w:r>
        <w:rPr>
          <w:rFonts w:ascii="Georgia" w:hAnsi="Georgia"/>
          <w:b w:val="0"/>
          <w:i/>
          <w:color w:val="000000"/>
          <w:sz w:val="24"/>
        </w:rPr>
        <w:t>гам коль ковеха ло йевошу</w:t>
      </w:r>
      <w:r>
        <w:rPr>
          <w:rFonts w:ascii="Georgia" w:hAnsi="Georgia"/>
          <w:b w:val="0"/>
          <w:i w:val="0"/>
          <w:color w:val="000000"/>
          <w:sz w:val="24"/>
        </w:rPr>
        <w:t xml:space="preserve"> равна 160 и указывает на [полное Имя] ЭЙЕ с буквами йод [равное 161] (говорит Шмуэль: вместе с общим счетом [колель]).</w:t>
      </w:r>
    </w:p>
    <w:p>
      <w:pPr>
        <w:spacing w:before="40" w:after="120"/>
        <w:jc w:val="both"/>
      </w:pPr>
      <w:r>
        <w:rPr>
          <w:rFonts w:ascii="Georgia" w:hAnsi="Georgia"/>
          <w:b w:val="0"/>
          <w:i w:val="0"/>
          <w:color w:val="000000"/>
          <w:sz w:val="24"/>
        </w:rPr>
        <w:t xml:space="preserve">Кроме того, начальные буквы слов </w:t>
      </w:r>
      <w:r>
        <w:rPr>
          <w:rFonts w:ascii="Georgia" w:hAnsi="Georgia"/>
          <w:b w:val="0"/>
          <w:i/>
          <w:color w:val="000000"/>
          <w:sz w:val="24"/>
        </w:rPr>
        <w:t>гам коль ковеха ло йевошу</w:t>
      </w:r>
      <w:r>
        <w:rPr>
          <w:rFonts w:ascii="Georgia" w:hAnsi="Georgia"/>
          <w:b w:val="0"/>
          <w:i w:val="0"/>
          <w:color w:val="000000"/>
          <w:sz w:val="24"/>
        </w:rPr>
        <w:t xml:space="preserve"> соответствуют ахораим де-САГ без буквы алеф, что соответствует двум Именам ЭЛЬ [31 × 2 = 62]. А третий [ЭЛЬ содержится в словах] </w:t>
      </w:r>
      <w:r>
        <w:rPr>
          <w:rFonts w:ascii="Georgia" w:hAnsi="Georgia"/>
          <w:b w:val="0"/>
          <w:i/>
          <w:color w:val="000000"/>
          <w:sz w:val="24"/>
        </w:rPr>
        <w:t>ло йевошу</w:t>
      </w:r>
      <w:r>
        <w:rPr>
          <w:rFonts w:ascii="Georgia" w:hAnsi="Georgia"/>
          <w:b w:val="0"/>
          <w:i w:val="0"/>
          <w:color w:val="000000"/>
          <w:sz w:val="24"/>
        </w:rPr>
        <w:t xml:space="preserve"> [разъяснение: третий ЭЛЬ намеком содержится в слове </w:t>
      </w:r>
      <w:r>
        <w:rPr>
          <w:rFonts w:ascii="Georgia" w:hAnsi="Georgia"/>
          <w:b w:val="0"/>
          <w:i/>
          <w:color w:val="000000"/>
          <w:sz w:val="24"/>
        </w:rPr>
        <w:t>ло</w:t>
      </w:r>
      <w:r>
        <w:rPr>
          <w:rFonts w:ascii="Georgia" w:hAnsi="Georgia"/>
          <w:b w:val="0"/>
          <w:i w:val="0"/>
          <w:color w:val="000000"/>
          <w:sz w:val="24"/>
        </w:rPr>
        <w:t xml:space="preserve"> (</w:t>
      </w:r>
      <w:r>
        <w:rPr>
          <w:rFonts w:ascii="Georgia" w:hAnsi="Georgia" w:cs="Times New Roman"/>
          <w:b/>
          <w:i w:val="0"/>
          <w:color w:val="000000"/>
          <w:sz w:val="24"/>
          <w:rtl/>
          <w:szCs w:val="32"/>
        </w:rPr>
        <w:t>לֹא</w:t>
      </w:r>
      <w:r>
        <w:rPr>
          <w:rFonts w:ascii="Georgia" w:hAnsi="Georgia"/>
          <w:b w:val="0"/>
          <w:i w:val="0"/>
          <w:color w:val="000000"/>
          <w:sz w:val="24"/>
        </w:rPr>
        <w:t>) — это буквы ЭЛЬ (</w:t>
      </w:r>
      <w:r>
        <w:rPr>
          <w:rFonts w:ascii="Georgia" w:hAnsi="Georgia" w:cs="Times New Roman"/>
          <w:b/>
          <w:i w:val="0"/>
          <w:color w:val="000000"/>
          <w:sz w:val="24"/>
          <w:rtl/>
          <w:szCs w:val="32"/>
        </w:rPr>
        <w:t>אֵל</w:t>
      </w:r>
      <w:r>
        <w:rPr>
          <w:rFonts w:ascii="Georgia" w:hAnsi="Georgia"/>
          <w:b w:val="0"/>
          <w:i w:val="0"/>
          <w:color w:val="000000"/>
          <w:sz w:val="24"/>
        </w:rPr>
        <w:t xml:space="preserve">) [буквы алеф и ламэд]; слова рабби Йосефа Давида, до сих пор его слова]. Слова </w:t>
      </w:r>
      <w:r>
        <w:rPr>
          <w:rFonts w:ascii="Georgia" w:hAnsi="Georgia"/>
          <w:b w:val="0"/>
          <w:i/>
          <w:color w:val="000000"/>
          <w:sz w:val="24"/>
        </w:rPr>
        <w:t>ковеха ло</w:t>
      </w:r>
      <w:r>
        <w:rPr>
          <w:rFonts w:ascii="Georgia" w:hAnsi="Georgia"/>
          <w:b w:val="0"/>
          <w:i w:val="0"/>
          <w:color w:val="000000"/>
          <w:sz w:val="24"/>
        </w:rPr>
        <w:t xml:space="preserve"> по гематрии равны ахораим де-САГ. А слова </w:t>
      </w:r>
      <w:r>
        <w:rPr>
          <w:rFonts w:ascii="Georgia" w:hAnsi="Georgia"/>
          <w:b w:val="0"/>
          <w:i/>
          <w:color w:val="000000"/>
          <w:sz w:val="24"/>
        </w:rPr>
        <w:t>ковеха ло</w:t>
      </w:r>
      <w:r>
        <w:rPr>
          <w:rFonts w:ascii="Georgia" w:hAnsi="Georgia"/>
          <w:b w:val="0"/>
          <w:i w:val="0"/>
          <w:color w:val="000000"/>
          <w:sz w:val="24"/>
        </w:rPr>
        <w:t xml:space="preserve"> вместе с буквой йод слова </w:t>
      </w:r>
      <w:r>
        <w:rPr>
          <w:rFonts w:ascii="Georgia" w:hAnsi="Georgia"/>
          <w:b w:val="0"/>
          <w:i/>
          <w:color w:val="000000"/>
          <w:sz w:val="24"/>
        </w:rPr>
        <w:t>йевошу</w:t>
      </w:r>
      <w:r>
        <w:rPr>
          <w:rFonts w:ascii="Georgia" w:hAnsi="Georgia"/>
          <w:b w:val="0"/>
          <w:i w:val="0"/>
          <w:color w:val="000000"/>
          <w:sz w:val="24"/>
        </w:rPr>
        <w:t xml:space="preserve"> по гематрии равны ахораим де-САГ с его десятью буквами [166 + 10 = 176]. Начальные буквы слов </w:t>
      </w:r>
      <w:r>
        <w:rPr>
          <w:rFonts w:ascii="Georgia" w:hAnsi="Georgia"/>
          <w:b w:val="0"/>
          <w:i/>
          <w:color w:val="000000"/>
          <w:sz w:val="24"/>
        </w:rPr>
        <w:t>ковеха ло</w:t>
      </w:r>
      <w:r>
        <w:rPr>
          <w:rFonts w:ascii="Georgia" w:hAnsi="Georgia"/>
          <w:b w:val="0"/>
          <w:i w:val="0"/>
          <w:color w:val="000000"/>
          <w:sz w:val="24"/>
        </w:rPr>
        <w:t xml:space="preserve"> [буквы куф и ламэд, 100 + 30 = 130] — это пять [Имен] АВАЯ пяти гвурот [5 × 26 = 130]. В словах </w:t>
      </w:r>
      <w:r>
        <w:rPr>
          <w:rFonts w:ascii="Georgia" w:hAnsi="Georgia"/>
          <w:b w:val="0"/>
          <w:i/>
          <w:color w:val="000000"/>
          <w:sz w:val="24"/>
        </w:rPr>
        <w:t>гам коль ковеха</w:t>
      </w:r>
      <w:r>
        <w:rPr>
          <w:rFonts w:ascii="Georgia" w:hAnsi="Georgia"/>
          <w:b w:val="0"/>
          <w:i w:val="0"/>
          <w:color w:val="000000"/>
          <w:sz w:val="24"/>
        </w:rPr>
        <w:t>, если заменить букву мэм (</w:t>
      </w:r>
      <w:r>
        <w:rPr>
          <w:rFonts w:ascii="Georgia" w:hAnsi="Georgia" w:cs="Times New Roman"/>
          <w:b/>
          <w:i w:val="0"/>
          <w:color w:val="000000"/>
          <w:sz w:val="24"/>
          <w:rtl/>
          <w:szCs w:val="32"/>
        </w:rPr>
        <w:t>מ</w:t>
      </w:r>
      <w:r>
        <w:rPr>
          <w:rFonts w:ascii="Georgia" w:hAnsi="Georgia"/>
          <w:b w:val="0"/>
          <w:i w:val="0"/>
          <w:color w:val="000000"/>
          <w:sz w:val="24"/>
        </w:rPr>
        <w:t>) на букву йод (</w:t>
      </w:r>
      <w:r>
        <w:rPr>
          <w:rFonts w:ascii="Georgia" w:hAnsi="Georgia" w:cs="Times New Roman"/>
          <w:b/>
          <w:i w:val="0"/>
          <w:color w:val="000000"/>
          <w:sz w:val="24"/>
          <w:rtl/>
          <w:szCs w:val="32"/>
        </w:rPr>
        <w:t>י</w:t>
      </w:r>
      <w:r>
        <w:rPr>
          <w:rFonts w:ascii="Georgia" w:hAnsi="Georgia"/>
          <w:b w:val="0"/>
          <w:i w:val="0"/>
          <w:color w:val="000000"/>
          <w:sz w:val="24"/>
        </w:rPr>
        <w:t>) по системе атбаш, начальные буквы составят [группу нёбных букв]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И пусть человек направит намерение (</w:t>
      </w:r>
      <w:r>
        <w:rPr>
          <w:rFonts w:ascii="Georgia" w:hAnsi="Georgia"/>
          <w:b w:val="0"/>
          <w:i/>
          <w:color w:val="000000"/>
          <w:sz w:val="24"/>
        </w:rPr>
        <w:t>кавана</w:t>
      </w:r>
      <w:r>
        <w:rPr>
          <w:rFonts w:ascii="Georgia" w:hAnsi="Georgia"/>
          <w:b w:val="0"/>
          <w:i w:val="0"/>
          <w:color w:val="000000"/>
          <w:sz w:val="24"/>
        </w:rPr>
        <w:t>) привлечь [свет] от [букв] гимель, йод, каф, куф, которые суть Хохма, к упомянутым гвурот, чтобы насластить их.</w:t>
      </w:r>
    </w:p>
    <w:p>
      <w:pPr>
        <w:spacing w:before="40" w:after="120"/>
        <w:jc w:val="both"/>
      </w:pPr>
      <w:r>
        <w:rPr>
          <w:rFonts w:ascii="Georgia" w:hAnsi="Georgia"/>
          <w:b w:val="0"/>
          <w:i w:val="0"/>
          <w:color w:val="000000"/>
          <w:sz w:val="24"/>
        </w:rPr>
        <w:t xml:space="preserve">(Говорит Шмуэль: мне представляется, что берется все слово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и его буква мэм заменяется на йод, и тогда буквы гимель, йод, каф, куф получатся прямо по порядку, как я расставил огласовки под буквами перед тобой. Слова </w:t>
      </w:r>
      <w:r>
        <w:rPr>
          <w:rFonts w:ascii="Georgia" w:hAnsi="Georgia"/>
          <w:b w:val="0"/>
          <w:i/>
          <w:color w:val="000000"/>
          <w:sz w:val="24"/>
        </w:rPr>
        <w:t>гам коль ковеха</w:t>
      </w:r>
      <w:r>
        <w:rPr>
          <w:rFonts w:ascii="Georgia" w:hAnsi="Georgia"/>
          <w:b w:val="0"/>
          <w:i w:val="0"/>
          <w:color w:val="000000"/>
          <w:sz w:val="24"/>
        </w:rPr>
        <w:t xml:space="preserve"> дают в начальных буквах гимель, йод, каф, куф, как сказано, и это по гематрии составляет 133, поскольку 130 — это пять гвурот, пять [Имен] АВАЯ, а 3 — это наслащенные [гвурот], как известно).</w:t>
      </w:r>
    </w:p>
    <w:p>
      <w:pPr>
        <w:spacing w:before="40" w:after="120"/>
        <w:jc w:val="both"/>
      </w:pPr>
      <w:r>
        <w:rPr>
          <w:rFonts w:ascii="Georgia" w:hAnsi="Georgia"/>
          <w:b w:val="0"/>
          <w:i w:val="0"/>
          <w:color w:val="000000"/>
          <w:sz w:val="24"/>
        </w:rPr>
        <w:t xml:space="preserve">Конечные буквы слов </w:t>
      </w:r>
      <w:r>
        <w:rPr>
          <w:rFonts w:ascii="Georgia" w:hAnsi="Georgia"/>
          <w:b w:val="0"/>
          <w:i/>
          <w:color w:val="000000"/>
          <w:sz w:val="24"/>
        </w:rPr>
        <w:t>гам коль ковеха</w:t>
      </w:r>
      <w:r>
        <w:rPr>
          <w:rFonts w:ascii="Georgia" w:hAnsi="Georgia"/>
          <w:b w:val="0"/>
          <w:i w:val="0"/>
          <w:color w:val="000000"/>
          <w:sz w:val="24"/>
        </w:rPr>
        <w:t xml:space="preserve"> составляют слово </w:t>
      </w:r>
      <w:r>
        <w:rPr>
          <w:rFonts w:ascii="Georgia" w:hAnsi="Georgia"/>
          <w:b w:val="0"/>
          <w:i/>
          <w:color w:val="000000"/>
          <w:sz w:val="24"/>
        </w:rPr>
        <w:t>мелех</w:t>
      </w:r>
      <w:r>
        <w:rPr>
          <w:rFonts w:ascii="Georgia" w:hAnsi="Georgia"/>
          <w:b w:val="0"/>
          <w:i w:val="0"/>
          <w:color w:val="000000"/>
          <w:sz w:val="24"/>
        </w:rPr>
        <w:t xml:space="preserve"> (</w:t>
      </w:r>
      <w:r>
        <w:rPr>
          <w:rFonts w:ascii="Georgia" w:hAnsi="Georgia" w:cs="Times New Roman"/>
          <w:b/>
          <w:i w:val="0"/>
          <w:color w:val="000000"/>
          <w:sz w:val="24"/>
          <w:rtl/>
          <w:szCs w:val="32"/>
        </w:rPr>
        <w:t>מֶלֶךְ</w:t>
      </w:r>
      <w:r>
        <w:rPr>
          <w:rFonts w:ascii="Georgia" w:hAnsi="Georgia"/>
          <w:b w:val="0"/>
          <w:i w:val="0"/>
          <w:color w:val="000000"/>
          <w:sz w:val="24"/>
        </w:rPr>
        <w:t>), равное по гематрии [соединению Имен] АВАЯ и АДОНАЙ [90 + 1 = 91], что означает еще четыре раза [примечание издателя: 22 буквы алфавита, составляющие в сумме 480, и вместе с двумя [Именами] АВАЯ и так далее; а затем умножь 4 раза на 8 букв упомянутых двух АВАЯ — получится 32. До сих пор слова рабби Йосефа Давида] силы 22 букв, исходящих из Хохмы, и двух [Имен] АВАЯ из ненаслащенных гвурот: четырежды восемь [примечание издателя: рабби Йосеф Давид [отмечает]: восемь — это 8 букв двух ненаслащенных АВАЯ, в отличие от мнения рабби Шмуэля; до сих пор его слова] — это 32 зуба, исходящих из Хохмы. (Говорит Шмуэль: мне представляется, что упомянутые «четыре раза» происходят от восьми букв, имеющихся в [Именах] АВАЯ и АДОНАЙ, а намерение состоит в том, чтобы насластить [их]).</w:t>
      </w:r>
    </w:p>
    <w:p>
      <w:pPr>
        <w:spacing w:before="40" w:after="120"/>
        <w:jc w:val="both"/>
      </w:pPr>
      <w:r>
        <w:rPr>
          <w:rFonts w:ascii="Georgia" w:hAnsi="Georgia"/>
          <w:b w:val="0"/>
          <w:i w:val="0"/>
          <w:color w:val="000000"/>
          <w:sz w:val="24"/>
        </w:rPr>
        <w:t xml:space="preserve">Конечные буквы слов </w:t>
      </w:r>
      <w:r>
        <w:rPr>
          <w:rFonts w:ascii="Georgia" w:hAnsi="Georgia"/>
          <w:b w:val="0"/>
          <w:i/>
          <w:color w:val="000000"/>
          <w:sz w:val="24"/>
        </w:rPr>
        <w:t>гам коль ковеха ло йевошу</w:t>
      </w:r>
      <w:r>
        <w:rPr>
          <w:rFonts w:ascii="Georgia" w:hAnsi="Georgia"/>
          <w:b w:val="0"/>
          <w:i w:val="0"/>
          <w:color w:val="000000"/>
          <w:sz w:val="24"/>
        </w:rPr>
        <w:t xml:space="preserve"> составляют число 96 (</w:t>
      </w:r>
      <w:r>
        <w:rPr>
          <w:rFonts w:ascii="Georgia" w:hAnsi="Georgia" w:cs="Times New Roman"/>
          <w:b/>
          <w:i w:val="0"/>
          <w:color w:val="000000"/>
          <w:sz w:val="24"/>
          <w:rtl/>
          <w:szCs w:val="32"/>
        </w:rPr>
        <w:t>צו</w:t>
      </w:r>
      <w:r>
        <w:rPr>
          <w:rFonts w:ascii="Georgia" w:hAnsi="Georgia"/>
          <w:b w:val="0"/>
          <w:i w:val="0"/>
          <w:color w:val="000000"/>
          <w:sz w:val="24"/>
        </w:rPr>
        <w:t xml:space="preserve">), что соответствует [сумме Имен] ЭЛЬ и АДОНАЙ [31 + 65 = 96], и намерение состоит в том, чтобы насластить третий мир из трех известных [миров]. В словах [продолжения стиха: </w:t>
      </w:r>
      <w:r>
        <w:rPr>
          <w:rFonts w:ascii="Georgia" w:hAnsi="Georgia"/>
          <w:b w:val="0"/>
          <w:i/>
          <w:color w:val="000000"/>
          <w:sz w:val="24"/>
        </w:rPr>
        <w:t>«…устыдятся изменяющие впустую»</w:t>
      </w:r>
      <w:r>
        <w:rPr>
          <w:rFonts w:ascii="Georgia" w:hAnsi="Georgia"/>
          <w:b w:val="0"/>
          <w:i w:val="0"/>
          <w:color w:val="000000"/>
          <w:sz w:val="24"/>
        </w:rPr>
        <w:t xml:space="preserve"> (Теилим 25:3)] начальные буквы слов </w:t>
      </w:r>
      <w:r>
        <w:rPr>
          <w:rFonts w:ascii="Georgia" w:hAnsi="Georgia"/>
          <w:b w:val="0"/>
          <w:i/>
          <w:color w:val="000000"/>
          <w:sz w:val="24"/>
        </w:rPr>
        <w:t>йевошу а-богдим рейкам</w:t>
      </w:r>
      <w:r>
        <w:rPr>
          <w:rFonts w:ascii="Georgia" w:hAnsi="Georgia"/>
          <w:b w:val="0"/>
          <w:i w:val="0"/>
          <w:color w:val="000000"/>
          <w:sz w:val="24"/>
        </w:rPr>
        <w:t xml:space="preserve"> составляют </w:t>
      </w:r>
      <w:r>
        <w:rPr>
          <w:rFonts w:ascii="Georgia" w:hAnsi="Georgia"/>
          <w:b w:val="0"/>
          <w:i/>
          <w:color w:val="000000"/>
          <w:sz w:val="24"/>
        </w:rPr>
        <w:t>Йехар</w:t>
      </w:r>
      <w:r>
        <w:rPr>
          <w:rFonts w:ascii="Georgia" w:hAnsi="Georgia"/>
          <w:b w:val="0"/>
          <w:i w:val="0"/>
          <w:color w:val="000000"/>
          <w:sz w:val="24"/>
        </w:rPr>
        <w:t xml:space="preserve"> (</w:t>
      </w:r>
      <w:r>
        <w:rPr>
          <w:rFonts w:ascii="Georgia" w:hAnsi="Georgia" w:cs="Times New Roman"/>
          <w:b/>
          <w:i w:val="0"/>
          <w:color w:val="000000"/>
          <w:sz w:val="24"/>
          <w:rtl/>
          <w:szCs w:val="32"/>
        </w:rPr>
        <w:t>יה״ר</w:t>
      </w:r>
      <w:r>
        <w:rPr>
          <w:rFonts w:ascii="Georgia" w:hAnsi="Georgia"/>
          <w:b w:val="0"/>
          <w:i w:val="0"/>
          <w:color w:val="000000"/>
          <w:sz w:val="24"/>
        </w:rPr>
        <w:t xml:space="preserve"> = 215), и это буквы групп алеф, мэм, хэй, айн (</w:t>
      </w:r>
      <w:r>
        <w:rPr>
          <w:rFonts w:ascii="Georgia" w:hAnsi="Georgia" w:cs="Times New Roman"/>
          <w:b/>
          <w:i w:val="0"/>
          <w:color w:val="000000"/>
          <w:sz w:val="24"/>
          <w:rtl/>
          <w:szCs w:val="32"/>
        </w:rPr>
        <w:t>אמה״ע</w:t>
      </w:r>
      <w:r>
        <w:rPr>
          <w:rFonts w:ascii="Georgia" w:hAnsi="Georgia"/>
          <w:b w:val="0"/>
          <w:i w:val="0"/>
          <w:color w:val="000000"/>
          <w:sz w:val="24"/>
        </w:rPr>
        <w:t>) и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за вычетом двух единиц — общих счетов (колелим) от упомянутых [букв: 84 + 133 = 217, а 217 − 2 = 215].</w:t>
      </w:r>
    </w:p>
    <w:p>
      <w:pPr>
        <w:spacing w:before="40" w:after="120"/>
        <w:jc w:val="both"/>
      </w:pPr>
      <w:r>
        <w:rPr>
          <w:rFonts w:ascii="Georgia" w:hAnsi="Georgia"/>
          <w:b w:val="0"/>
          <w:i w:val="0"/>
          <w:color w:val="000000"/>
          <w:sz w:val="24"/>
        </w:rPr>
        <w:t xml:space="preserve">А конечные буквы этих слов составляют имя </w:t>
      </w:r>
      <w:r>
        <w:rPr>
          <w:rFonts w:ascii="Georgia" w:hAnsi="Georgia"/>
          <w:b w:val="0"/>
          <w:i/>
          <w:color w:val="000000"/>
          <w:sz w:val="24"/>
        </w:rPr>
        <w:t>Мум</w:t>
      </w:r>
      <w:r>
        <w:rPr>
          <w:rFonts w:ascii="Georgia" w:hAnsi="Georgia"/>
          <w:b w:val="0"/>
          <w:i w:val="0"/>
          <w:color w:val="000000"/>
          <w:sz w:val="24"/>
        </w:rPr>
        <w:t xml:space="preserve"> (</w:t>
      </w:r>
      <w:r>
        <w:rPr>
          <w:rFonts w:ascii="Georgia" w:hAnsi="Georgia" w:cs="Times New Roman"/>
          <w:b/>
          <w:i w:val="0"/>
          <w:color w:val="000000"/>
          <w:sz w:val="24"/>
          <w:rtl/>
          <w:szCs w:val="32"/>
        </w:rPr>
        <w:t>מו״ם</w:t>
      </w:r>
      <w:r>
        <w:rPr>
          <w:rFonts w:ascii="Georgia" w:hAnsi="Georgia"/>
          <w:b w:val="0"/>
          <w:i w:val="0"/>
          <w:color w:val="000000"/>
          <w:sz w:val="24"/>
        </w:rPr>
        <w:t>), одно из 72-буквенного Имени (Шем бен АБ). По гематрии оно [содержит] 84, что соответствует буквам алеф, хэт, хэй, айн (</w:t>
      </w:r>
      <w:r>
        <w:rPr>
          <w:rFonts w:ascii="Georgia" w:hAnsi="Georgia" w:cs="Times New Roman"/>
          <w:b/>
          <w:i w:val="0"/>
          <w:color w:val="000000"/>
          <w:sz w:val="24"/>
          <w:rtl/>
          <w:szCs w:val="32"/>
        </w:rPr>
        <w:t>אחה״ע</w:t>
      </w:r>
      <w:r>
        <w:rPr>
          <w:rFonts w:ascii="Georgia" w:hAnsi="Georgia"/>
          <w:b w:val="0"/>
          <w:i w:val="0"/>
          <w:color w:val="000000"/>
          <w:sz w:val="24"/>
        </w:rPr>
        <w:t xml:space="preserve"> = 84) — 42 зивугам [42 × 2 = 84], а две избыточные [единицы: 86 − 84 = 2] относятся к </w:t>
      </w:r>
      <w:r>
        <w:rPr>
          <w:rFonts w:ascii="Georgia" w:hAnsi="Georgia"/>
          <w:b w:val="0"/>
          <w:i/>
          <w:color w:val="000000"/>
          <w:sz w:val="24"/>
        </w:rPr>
        <w:t>Йехар</w:t>
      </w:r>
      <w:r>
        <w:rPr>
          <w:rFonts w:ascii="Georgia" w:hAnsi="Georgia"/>
          <w:b w:val="0"/>
          <w:i w:val="0"/>
          <w:color w:val="000000"/>
          <w:sz w:val="24"/>
        </w:rPr>
        <w:t xml:space="preserve"> (</w:t>
      </w:r>
      <w:r>
        <w:rPr>
          <w:rFonts w:ascii="Georgia" w:hAnsi="Georgia" w:cs="Times New Roman"/>
          <w:b/>
          <w:i w:val="0"/>
          <w:color w:val="000000"/>
          <w:sz w:val="24"/>
          <w:rtl/>
          <w:szCs w:val="32"/>
        </w:rPr>
        <w:t>יה״ר</w:t>
      </w:r>
      <w:r>
        <w:rPr>
          <w:rFonts w:ascii="Georgia" w:hAnsi="Georgia"/>
          <w:b w:val="0"/>
          <w:i w:val="0"/>
          <w:color w:val="000000"/>
          <w:sz w:val="24"/>
        </w:rPr>
        <w:t xml:space="preserve">). (Говорит Шмуэль: смысл здесь в том, что две единицы, избыточные над 84, восполняют те две единицы, которых недоставало выше в имени </w:t>
      </w:r>
      <w:r>
        <w:rPr>
          <w:rFonts w:ascii="Georgia" w:hAnsi="Georgia"/>
          <w:b w:val="0"/>
          <w:i/>
          <w:color w:val="000000"/>
          <w:sz w:val="24"/>
        </w:rPr>
        <w:t>Йехар</w:t>
      </w:r>
      <w:r>
        <w:rPr>
          <w:rFonts w:ascii="Georgia" w:hAnsi="Georgia"/>
          <w:b w:val="0"/>
          <w:i w:val="0"/>
          <w:color w:val="000000"/>
          <w:sz w:val="24"/>
        </w:rPr>
        <w:t xml:space="preserve"> [примечание издателя: рабби Йосеф Давид: 350 (</w:t>
      </w:r>
      <w:r>
        <w:rPr>
          <w:rFonts w:ascii="Georgia" w:hAnsi="Georgia" w:cs="Times New Roman"/>
          <w:b/>
          <w:i w:val="0"/>
          <w:color w:val="000000"/>
          <w:sz w:val="24"/>
          <w:rtl/>
          <w:szCs w:val="32"/>
        </w:rPr>
        <w:t>ש״ן</w:t>
      </w:r>
      <w:r>
        <w:rPr>
          <w:rFonts w:ascii="Georgia" w:hAnsi="Georgia"/>
          <w:b w:val="0"/>
          <w:i w:val="0"/>
          <w:color w:val="000000"/>
          <w:sz w:val="24"/>
        </w:rPr>
        <w:t>) — это ЭЛОКИМ с наполнением буквами хэй и ЭЛОКИМ с наполнением буквами йод, в простом написании, наполнении и наполнении наполнения — БОН, два общих счета (колель) и их общий счет; до сих пор его слова]).</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рейкам</w:t>
      </w:r>
      <w:r>
        <w:rPr>
          <w:rFonts w:ascii="Georgia" w:hAnsi="Georgia"/>
          <w:b w:val="0"/>
          <w:i w:val="0"/>
          <w:color w:val="000000"/>
          <w:sz w:val="24"/>
        </w:rPr>
        <w:t xml:space="preserve"> (</w:t>
      </w:r>
      <w:r>
        <w:rPr>
          <w:rFonts w:ascii="Georgia" w:hAnsi="Georgia" w:cs="Times New Roman"/>
          <w:b/>
          <w:i w:val="0"/>
          <w:color w:val="000000"/>
          <w:sz w:val="24"/>
          <w:rtl/>
          <w:szCs w:val="32"/>
        </w:rPr>
        <w:t>רֵיקָם</w:t>
      </w:r>
      <w:r>
        <w:rPr>
          <w:rFonts w:ascii="Georgia" w:hAnsi="Georgia"/>
          <w:b w:val="0"/>
          <w:i w:val="0"/>
          <w:color w:val="000000"/>
          <w:sz w:val="24"/>
        </w:rPr>
        <w:t xml:space="preserve">) равно 350 (говорит Шмуэль: по гематрии </w:t>
      </w:r>
      <w:r>
        <w:rPr>
          <w:rFonts w:ascii="Georgia" w:hAnsi="Georgia"/>
          <w:b w:val="0"/>
          <w:i/>
          <w:color w:val="000000"/>
          <w:sz w:val="24"/>
        </w:rPr>
        <w:t>рейкам</w:t>
      </w:r>
      <w:r>
        <w:rPr>
          <w:rFonts w:ascii="Georgia" w:hAnsi="Georgia"/>
          <w:b w:val="0"/>
          <w:i w:val="0"/>
          <w:color w:val="000000"/>
          <w:sz w:val="24"/>
        </w:rPr>
        <w:t xml:space="preserve"> составляет 350). И это [число] 295, имя ЭЛОКИМ, [буквы наполнения]: алеф, ламэд, хэй, йод, мэм (</w:t>
      </w:r>
      <w:r>
        <w:rPr>
          <w:rFonts w:ascii="Georgia" w:hAnsi="Georgia" w:cs="Times New Roman"/>
          <w:b/>
          <w:i w:val="0"/>
          <w:color w:val="000000"/>
          <w:sz w:val="24"/>
          <w:rtl/>
          <w:szCs w:val="32"/>
        </w:rPr>
        <w:t>אל״ף למ״ד ה״י יו״ד מ״ם</w:t>
      </w:r>
      <w:r>
        <w:rPr>
          <w:rFonts w:ascii="Georgia" w:hAnsi="Georgia"/>
          <w:b w:val="0"/>
          <w:i w:val="0"/>
          <w:color w:val="000000"/>
          <w:sz w:val="24"/>
        </w:rPr>
        <w:t xml:space="preserve">), и [наполнение наполнения]: алеф — алеф, ламэд, пэй; ламэд — ламэд, мэм, далет; хэй — хэй, алеф; йод — йод, вав, далет; мэм — мэм, мэм; вместе с общим счетом [колель] получается 350. А огласовка его: огласуй эти начальные буквы огласовками [слов] </w:t>
      </w:r>
      <w:r>
        <w:rPr>
          <w:rFonts w:ascii="Georgia" w:hAnsi="Georgia"/>
          <w:b w:val="0"/>
          <w:i/>
          <w:color w:val="000000"/>
          <w:sz w:val="24"/>
        </w:rPr>
        <w:t>гам коль ковеха ло</w:t>
      </w:r>
      <w:r>
        <w:rPr>
          <w:rFonts w:ascii="Georgia" w:hAnsi="Georgia"/>
          <w:b w:val="0"/>
          <w:i w:val="0"/>
          <w:color w:val="000000"/>
          <w:sz w:val="24"/>
        </w:rPr>
        <w:t xml:space="preserve"> (говорит Шмуэль: я не постиг истинности упомянутого расчета, и здесь наверняка пропущены слова).</w:t>
      </w:r>
    </w:p>
    <w:p>
      <w:pPr>
        <w:keepNext/>
        <w:spacing w:before="320" w:after="120"/>
      </w:pPr>
      <w:r>
        <w:rPr>
          <w:rFonts w:ascii="Georgia" w:hAnsi="Georgia"/>
          <w:b w:val="0"/>
          <w:i w:val="0"/>
          <w:color w:val="000000"/>
          <w:sz w:val="32"/>
        </w:rPr>
        <w:t>Ихуд 14</w:t>
      </w:r>
    </w:p>
    <w:p>
      <w:pPr>
        <w:spacing w:before="40" w:after="120"/>
        <w:jc w:val="both"/>
      </w:pPr>
      <w:r>
        <w:rPr>
          <w:rFonts w:ascii="Georgia" w:hAnsi="Georgia"/>
          <w:b w:val="0"/>
          <w:i w:val="0"/>
          <w:color w:val="000000"/>
          <w:sz w:val="24"/>
        </w:rPr>
        <w:t>Это единение (</w:t>
      </w:r>
      <w:r>
        <w:rPr>
          <w:rFonts w:ascii="Georgia" w:hAnsi="Georgia"/>
          <w:b w:val="0"/>
          <w:i/>
          <w:color w:val="000000"/>
          <w:sz w:val="24"/>
        </w:rPr>
        <w:t>ихуд</w:t>
      </w:r>
      <w:r>
        <w:rPr>
          <w:rFonts w:ascii="Georgia" w:hAnsi="Georgia"/>
          <w:b w:val="0"/>
          <w:i w:val="0"/>
          <w:color w:val="000000"/>
          <w:sz w:val="24"/>
        </w:rPr>
        <w:t xml:space="preserve">) также относится к упомянутому стиху: </w:t>
      </w:r>
      <w:r>
        <w:rPr>
          <w:rFonts w:ascii="Georgia" w:hAnsi="Georgia"/>
          <w:b w:val="0"/>
          <w:i/>
          <w:color w:val="000000"/>
          <w:sz w:val="24"/>
        </w:rPr>
        <w:t>«Раздели с голодным хлеб твой…»</w:t>
      </w:r>
      <w:r>
        <w:rPr>
          <w:rFonts w:ascii="Georgia" w:hAnsi="Georgia"/>
          <w:b w:val="0"/>
          <w:i w:val="0"/>
          <w:color w:val="000000"/>
          <w:sz w:val="24"/>
        </w:rPr>
        <w:t xml:space="preserve"> (Йешаяу 58:7).</w:t>
      </w:r>
    </w:p>
    <w:p>
      <w:pPr>
        <w:spacing w:before="40" w:after="120"/>
        <w:jc w:val="both"/>
      </w:pPr>
      <w:r>
        <w:rPr>
          <w:rFonts w:ascii="Georgia" w:hAnsi="Georgia"/>
          <w:b w:val="0"/>
          <w:i w:val="0"/>
          <w:color w:val="000000"/>
          <w:sz w:val="24"/>
        </w:rPr>
        <w:t xml:space="preserve">[Имя] САГ (63), десять его букв и его сорок два [в сумме дают 115] — это начальные буквы [слов] </w:t>
      </w:r>
      <w:r>
        <w:rPr>
          <w:rFonts w:ascii="Georgia" w:hAnsi="Georgia"/>
          <w:b w:val="0"/>
          <w:i/>
          <w:color w:val="000000"/>
          <w:sz w:val="24"/>
        </w:rPr>
        <w:t>«хало парос ле-раэв»</w:t>
      </w:r>
      <w:r>
        <w:rPr>
          <w:rFonts w:ascii="Georgia" w:hAnsi="Georgia"/>
          <w:b w:val="0"/>
          <w:i w:val="0"/>
          <w:color w:val="000000"/>
          <w:sz w:val="24"/>
        </w:rPr>
        <w:t xml:space="preserve"> («Раздели с голодным», </w:t>
      </w:r>
      <w:r>
        <w:rPr>
          <w:rFonts w:ascii="Georgia" w:hAnsi="Georgia" w:cs="Times New Roman"/>
          <w:b/>
          <w:i w:val="0"/>
          <w:color w:val="000000"/>
          <w:sz w:val="24"/>
          <w:rtl/>
          <w:szCs w:val="32"/>
        </w:rPr>
        <w:t>הֲלֹא פָרוֹס לָרָעֵב</w:t>
      </w:r>
      <w:r>
        <w:rPr>
          <w:rFonts w:ascii="Georgia" w:hAnsi="Georgia"/>
          <w:b w:val="0"/>
          <w:i w:val="0"/>
          <w:color w:val="000000"/>
          <w:sz w:val="24"/>
        </w:rPr>
        <w:t xml:space="preserve"> = 5 + 80 + 30 = 115). Первая буква хэй (</w:t>
      </w:r>
      <w:r>
        <w:rPr>
          <w:rFonts w:ascii="Georgia" w:hAnsi="Georgia" w:cs="Times New Roman"/>
          <w:b/>
          <w:i w:val="0"/>
          <w:color w:val="000000"/>
          <w:sz w:val="24"/>
          <w:rtl/>
          <w:szCs w:val="32"/>
        </w:rPr>
        <w:t>ה</w:t>
      </w:r>
      <w:r>
        <w:rPr>
          <w:rFonts w:ascii="Georgia" w:hAnsi="Georgia"/>
          <w:b w:val="0"/>
          <w:i w:val="0"/>
          <w:color w:val="000000"/>
          <w:sz w:val="24"/>
        </w:rPr>
        <w:t>) и [буквы] ламэд-алеф (</w:t>
      </w:r>
      <w:r>
        <w:rPr>
          <w:rFonts w:ascii="Georgia" w:hAnsi="Georgia" w:cs="Times New Roman"/>
          <w:b/>
          <w:i w:val="0"/>
          <w:color w:val="000000"/>
          <w:sz w:val="24"/>
          <w:rtl/>
          <w:szCs w:val="32"/>
        </w:rPr>
        <w:t>ל״א</w:t>
      </w:r>
      <w:r>
        <w:rPr>
          <w:rFonts w:ascii="Georgia" w:hAnsi="Georgia"/>
          <w:b w:val="0"/>
          <w:i w:val="0"/>
          <w:color w:val="000000"/>
          <w:sz w:val="24"/>
        </w:rPr>
        <w:t xml:space="preserve">) — из САГ. (Говорит Шмуэль: смысл в том, что в слове </w:t>
      </w:r>
      <w:r>
        <w:rPr>
          <w:rFonts w:ascii="Georgia" w:hAnsi="Georgia"/>
          <w:b w:val="0"/>
          <w:i/>
          <w:color w:val="000000"/>
          <w:sz w:val="24"/>
        </w:rPr>
        <w:t>хало</w:t>
      </w:r>
      <w:r>
        <w:rPr>
          <w:rFonts w:ascii="Georgia" w:hAnsi="Georgia"/>
          <w:b w:val="0"/>
          <w:i w:val="0"/>
          <w:color w:val="000000"/>
          <w:sz w:val="24"/>
        </w:rPr>
        <w:t xml:space="preserve"> (</w:t>
      </w:r>
      <w:r>
        <w:rPr>
          <w:rFonts w:ascii="Georgia" w:hAnsi="Georgia" w:cs="Times New Roman"/>
          <w:b/>
          <w:i w:val="0"/>
          <w:color w:val="000000"/>
          <w:sz w:val="24"/>
          <w:rtl/>
          <w:szCs w:val="32"/>
        </w:rPr>
        <w:t>הֲלֹא</w:t>
      </w:r>
      <w:r>
        <w:rPr>
          <w:rFonts w:ascii="Georgia" w:hAnsi="Georgia"/>
          <w:b w:val="0"/>
          <w:i w:val="0"/>
          <w:color w:val="000000"/>
          <w:sz w:val="24"/>
        </w:rPr>
        <w:t>) есть [буквы] хэй и ламэд-алеф, и это Имя ЭЛЬ (</w:t>
      </w:r>
      <w:r>
        <w:rPr>
          <w:rFonts w:ascii="Georgia" w:hAnsi="Georgia" w:cs="Times New Roman"/>
          <w:b/>
          <w:i w:val="0"/>
          <w:color w:val="000000"/>
          <w:sz w:val="24"/>
          <w:rtl/>
          <w:szCs w:val="32"/>
        </w:rPr>
        <w:t>אֵל</w:t>
      </w:r>
      <w:r>
        <w:rPr>
          <w:rFonts w:ascii="Georgia" w:hAnsi="Georgia"/>
          <w:b w:val="0"/>
          <w:i w:val="0"/>
          <w:color w:val="000000"/>
          <w:sz w:val="24"/>
        </w:rPr>
        <w:t xml:space="preserve"> = 31), происходящее из Имени САГ, в наполнении которого три буквы йод и одна алеф).</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парос</w:t>
      </w:r>
      <w:r>
        <w:rPr>
          <w:rFonts w:ascii="Georgia" w:hAnsi="Georgia"/>
          <w:b w:val="0"/>
          <w:i w:val="0"/>
          <w:color w:val="000000"/>
          <w:sz w:val="24"/>
        </w:rPr>
        <w:t xml:space="preserve"> (</w:t>
      </w:r>
      <w:r>
        <w:rPr>
          <w:rFonts w:ascii="Georgia" w:hAnsi="Georgia" w:cs="Times New Roman"/>
          <w:b/>
          <w:i w:val="0"/>
          <w:color w:val="000000"/>
          <w:sz w:val="24"/>
          <w:rtl/>
          <w:szCs w:val="32"/>
        </w:rPr>
        <w:t>פָרֹס</w:t>
      </w:r>
      <w:r>
        <w:rPr>
          <w:rFonts w:ascii="Georgia" w:hAnsi="Georgia"/>
          <w:b w:val="0"/>
          <w:i w:val="0"/>
          <w:color w:val="000000"/>
          <w:sz w:val="24"/>
        </w:rPr>
        <w:t>) по гематрии равно [Именам]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и ШАДАЙ (</w:t>
      </w:r>
      <w:r>
        <w:rPr>
          <w:rFonts w:ascii="Georgia" w:hAnsi="Georgia" w:cs="Times New Roman"/>
          <w:b/>
          <w:i w:val="0"/>
          <w:color w:val="000000"/>
          <w:sz w:val="24"/>
          <w:rtl/>
          <w:szCs w:val="32"/>
        </w:rPr>
        <w:t>שדי</w:t>
      </w:r>
      <w:r>
        <w:rPr>
          <w:rFonts w:ascii="Georgia" w:hAnsi="Georgia"/>
          <w:b w:val="0"/>
          <w:i w:val="0"/>
          <w:color w:val="000000"/>
          <w:sz w:val="24"/>
        </w:rPr>
        <w:t xml:space="preserve"> = 314, что в сумме составляет 340). (Говорит Шмуэль: [в слове </w:t>
      </w:r>
      <w:r>
        <w:rPr>
          <w:rFonts w:ascii="Georgia" w:hAnsi="Georgia"/>
          <w:b w:val="0"/>
          <w:i/>
          <w:color w:val="000000"/>
          <w:sz w:val="24"/>
        </w:rPr>
        <w:t>парос</w:t>
      </w:r>
      <w:r>
        <w:rPr>
          <w:rFonts w:ascii="Georgia" w:hAnsi="Georgia"/>
          <w:b w:val="0"/>
          <w:i w:val="0"/>
          <w:color w:val="000000"/>
          <w:sz w:val="24"/>
        </w:rPr>
        <w:t>] пропущена буква вав).</w:t>
      </w:r>
    </w:p>
    <w:p>
      <w:pPr>
        <w:spacing w:before="40" w:after="120"/>
        <w:jc w:val="both"/>
      </w:pPr>
      <w:r>
        <w:rPr>
          <w:rFonts w:ascii="Georgia" w:hAnsi="Georgia"/>
          <w:b w:val="0"/>
          <w:i/>
          <w:color w:val="000000"/>
          <w:sz w:val="24"/>
        </w:rPr>
        <w:t>хало парос</w:t>
      </w:r>
      <w:r>
        <w:rPr>
          <w:rFonts w:ascii="Georgia" w:hAnsi="Georgia"/>
          <w:b w:val="0"/>
          <w:i w:val="0"/>
          <w:color w:val="000000"/>
          <w:sz w:val="24"/>
        </w:rPr>
        <w:t xml:space="preserve"> (</w:t>
      </w:r>
      <w:r>
        <w:rPr>
          <w:rFonts w:ascii="Georgia" w:hAnsi="Georgia" w:cs="Times New Roman"/>
          <w:b/>
          <w:i w:val="0"/>
          <w:color w:val="000000"/>
          <w:sz w:val="24"/>
          <w:rtl/>
          <w:szCs w:val="32"/>
        </w:rPr>
        <w:t>הֲלֹא פָרוֹס</w:t>
      </w:r>
      <w:r>
        <w:rPr>
          <w:rFonts w:ascii="Georgia" w:hAnsi="Georgia"/>
          <w:b w:val="0"/>
          <w:i w:val="0"/>
          <w:color w:val="000000"/>
          <w:sz w:val="24"/>
        </w:rPr>
        <w:t>) по гематрии равно 375 (</w:t>
      </w:r>
      <w:r>
        <w:rPr>
          <w:rFonts w:ascii="Georgia" w:hAnsi="Georgia" w:cs="Times New Roman"/>
          <w:b/>
          <w:i w:val="0"/>
          <w:color w:val="000000"/>
          <w:sz w:val="24"/>
          <w:rtl/>
          <w:szCs w:val="32"/>
        </w:rPr>
        <w:t>שע״ה</w:t>
      </w:r>
      <w:r>
        <w:rPr>
          <w:rFonts w:ascii="Georgia" w:hAnsi="Georgia"/>
          <w:b w:val="0"/>
          <w:i w:val="0"/>
          <w:color w:val="000000"/>
          <w:sz w:val="24"/>
        </w:rPr>
        <w:t>) сияниям (</w:t>
      </w:r>
      <w:r>
        <w:rPr>
          <w:rFonts w:ascii="Georgia" w:hAnsi="Georgia"/>
          <w:b w:val="0"/>
          <w:i/>
          <w:color w:val="000000"/>
          <w:sz w:val="24"/>
        </w:rPr>
        <w:t>неирин</w:t>
      </w:r>
      <w:r>
        <w:rPr>
          <w:rFonts w:ascii="Georgia" w:hAnsi="Georgia"/>
          <w:b w:val="0"/>
          <w:i w:val="0"/>
          <w:color w:val="000000"/>
          <w:sz w:val="24"/>
        </w:rPr>
        <w:t>) с колелем.</w:t>
      </w:r>
    </w:p>
    <w:p>
      <w:pPr>
        <w:spacing w:before="40" w:after="120"/>
        <w:jc w:val="both"/>
      </w:pPr>
      <w:r>
        <w:rPr>
          <w:rFonts w:ascii="Georgia" w:hAnsi="Georgia"/>
          <w:b w:val="0"/>
          <w:i/>
          <w:color w:val="000000"/>
          <w:sz w:val="24"/>
        </w:rPr>
        <w:t>Ле-раэв</w:t>
      </w:r>
      <w:r>
        <w:rPr>
          <w:rFonts w:ascii="Georgia" w:hAnsi="Georgia"/>
          <w:b w:val="0"/>
          <w:i w:val="0"/>
          <w:color w:val="000000"/>
          <w:sz w:val="24"/>
        </w:rPr>
        <w:t xml:space="preserve"> (</w:t>
      </w:r>
      <w:r>
        <w:rPr>
          <w:rFonts w:ascii="Georgia" w:hAnsi="Georgia" w:cs="Times New Roman"/>
          <w:b/>
          <w:i w:val="0"/>
          <w:color w:val="000000"/>
          <w:sz w:val="24"/>
          <w:rtl/>
          <w:szCs w:val="32"/>
        </w:rPr>
        <w:t>לָרָעֵב</w:t>
      </w:r>
      <w:r>
        <w:rPr>
          <w:rFonts w:ascii="Georgia" w:hAnsi="Georgia"/>
          <w:b w:val="0"/>
          <w:i w:val="0"/>
          <w:color w:val="000000"/>
          <w:sz w:val="24"/>
        </w:rPr>
        <w:t>) по гематрии составляет 302 (</w:t>
      </w:r>
      <w:r>
        <w:rPr>
          <w:rFonts w:ascii="Georgia" w:hAnsi="Georgia" w:cs="Times New Roman"/>
          <w:b/>
          <w:i w:val="0"/>
          <w:color w:val="000000"/>
          <w:sz w:val="24"/>
          <w:rtl/>
          <w:szCs w:val="32"/>
        </w:rPr>
        <w:t>ש״ב</w:t>
      </w:r>
      <w:r>
        <w:rPr>
          <w:rFonts w:ascii="Georgia" w:hAnsi="Georgia"/>
          <w:b w:val="0"/>
          <w:i w:val="0"/>
          <w:color w:val="000000"/>
          <w:sz w:val="24"/>
        </w:rPr>
        <w:t>). Это равно [квадратам букв Имени] ЭЙЕ (</w:t>
      </w:r>
      <w:r>
        <w:rPr>
          <w:rFonts w:ascii="Georgia" w:hAnsi="Georgia" w:cs="Times New Roman"/>
          <w:b/>
          <w:i w:val="0"/>
          <w:color w:val="000000"/>
          <w:sz w:val="24"/>
          <w:rtl/>
          <w:szCs w:val="32"/>
        </w:rPr>
        <w:t>אהיה</w:t>
      </w:r>
      <w:r>
        <w:rPr>
          <w:rFonts w:ascii="Georgia" w:hAnsi="Georgia"/>
          <w:b w:val="0"/>
          <w:i w:val="0"/>
          <w:color w:val="000000"/>
          <w:sz w:val="24"/>
        </w:rPr>
        <w:t>), следующим образом:</w:t>
      </w:r>
    </w:p>
    <w:p>
      <w:pPr>
        <w:spacing w:before="40" w:after="120"/>
        <w:jc w:val="both"/>
      </w:pPr>
      <w:r>
        <w:rPr>
          <w:rFonts w:ascii="Georgia" w:hAnsi="Georgia"/>
          <w:b w:val="0"/>
          <w:i w:val="0"/>
          <w:color w:val="000000"/>
          <w:sz w:val="24"/>
        </w:rPr>
        <w:t>буква алеф, умноженная на алеф (</w:t>
      </w:r>
      <w:r>
        <w:rPr>
          <w:rFonts w:ascii="Georgia" w:hAnsi="Georgia" w:cs="Times New Roman"/>
          <w:b/>
          <w:i w:val="0"/>
          <w:color w:val="000000"/>
          <w:sz w:val="24"/>
          <w:rtl/>
          <w:szCs w:val="32"/>
        </w:rPr>
        <w:t>א</w:t>
      </w:r>
      <w:r>
        <w:rPr>
          <w:rFonts w:ascii="Georgia" w:hAnsi="Georgia"/>
          <w:b w:val="0"/>
          <w:i w:val="0"/>
          <w:color w:val="000000"/>
          <w:sz w:val="24"/>
        </w:rPr>
        <w:t xml:space="preserve"> × </w:t>
      </w:r>
      <w:r>
        <w:rPr>
          <w:rFonts w:ascii="Georgia" w:hAnsi="Georgia" w:cs="Times New Roman"/>
          <w:b/>
          <w:i w:val="0"/>
          <w:color w:val="000000"/>
          <w:sz w:val="24"/>
          <w:rtl/>
          <w:szCs w:val="32"/>
        </w:rPr>
        <w:t>א</w:t>
      </w:r>
      <w:r>
        <w:rPr>
          <w:rFonts w:ascii="Georgia" w:hAnsi="Georgia"/>
          <w:b w:val="0"/>
          <w:i w:val="0"/>
          <w:color w:val="000000"/>
          <w:sz w:val="24"/>
        </w:rPr>
        <w:t xml:space="preserve"> = 1);</w:t>
      </w:r>
    </w:p>
    <w:p>
      <w:pPr>
        <w:spacing w:before="40" w:after="120"/>
        <w:jc w:val="both"/>
      </w:pPr>
      <w:r>
        <w:rPr>
          <w:rFonts w:ascii="Georgia" w:hAnsi="Georgia"/>
          <w:b w:val="0"/>
          <w:i w:val="0"/>
          <w:color w:val="000000"/>
          <w:sz w:val="24"/>
        </w:rPr>
        <w:t>буква хэй, умноженная на хэй (</w:t>
      </w:r>
      <w:r>
        <w:rPr>
          <w:rFonts w:ascii="Georgia" w:hAnsi="Georgia" w:cs="Times New Roman"/>
          <w:b/>
          <w:i w:val="0"/>
          <w:color w:val="000000"/>
          <w:sz w:val="24"/>
          <w:rtl/>
          <w:szCs w:val="32"/>
        </w:rPr>
        <w:t>ה</w:t>
      </w:r>
      <w:r>
        <w:rPr>
          <w:rFonts w:ascii="Georgia" w:hAnsi="Georgia"/>
          <w:b w:val="0"/>
          <w:i w:val="0"/>
          <w:color w:val="000000"/>
          <w:sz w:val="24"/>
        </w:rPr>
        <w:t xml:space="preserve"> × </w:t>
      </w:r>
      <w:r>
        <w:rPr>
          <w:rFonts w:ascii="Georgia" w:hAnsi="Georgia" w:cs="Times New Roman"/>
          <w:b/>
          <w:i w:val="0"/>
          <w:color w:val="000000"/>
          <w:sz w:val="24"/>
          <w:rtl/>
          <w:szCs w:val="32"/>
        </w:rPr>
        <w:t>ה</w:t>
      </w:r>
      <w:r>
        <w:rPr>
          <w:rFonts w:ascii="Georgia" w:hAnsi="Georgia"/>
          <w:b w:val="0"/>
          <w:i w:val="0"/>
          <w:color w:val="000000"/>
          <w:sz w:val="24"/>
        </w:rPr>
        <w:t xml:space="preserve"> = 25);</w:t>
      </w:r>
    </w:p>
    <w:p>
      <w:pPr>
        <w:spacing w:before="40" w:after="120"/>
        <w:jc w:val="both"/>
      </w:pPr>
      <w:r>
        <w:rPr>
          <w:rFonts w:ascii="Georgia" w:hAnsi="Georgia"/>
          <w:b w:val="0"/>
          <w:i w:val="0"/>
          <w:color w:val="000000"/>
          <w:sz w:val="24"/>
        </w:rPr>
        <w:t>буква йод, умноженная на йод (</w:t>
      </w:r>
      <w:r>
        <w:rPr>
          <w:rFonts w:ascii="Georgia" w:hAnsi="Georgia" w:cs="Times New Roman"/>
          <w:b/>
          <w:i w:val="0"/>
          <w:color w:val="000000"/>
          <w:sz w:val="24"/>
          <w:rtl/>
          <w:szCs w:val="32"/>
        </w:rPr>
        <w:t>י</w:t>
      </w:r>
      <w:r>
        <w:rPr>
          <w:rFonts w:ascii="Georgia" w:hAnsi="Georgia"/>
          <w:b w:val="0"/>
          <w:i w:val="0"/>
          <w:color w:val="000000"/>
          <w:sz w:val="24"/>
        </w:rPr>
        <w:t xml:space="preserve"> × </w:t>
      </w:r>
      <w:r>
        <w:rPr>
          <w:rFonts w:ascii="Georgia" w:hAnsi="Georgia" w:cs="Times New Roman"/>
          <w:b/>
          <w:i w:val="0"/>
          <w:color w:val="000000"/>
          <w:sz w:val="24"/>
          <w:rtl/>
          <w:szCs w:val="32"/>
        </w:rPr>
        <w:t>י</w:t>
      </w:r>
      <w:r>
        <w:rPr>
          <w:rFonts w:ascii="Georgia" w:hAnsi="Georgia"/>
          <w:b w:val="0"/>
          <w:i w:val="0"/>
          <w:color w:val="000000"/>
          <w:sz w:val="24"/>
        </w:rPr>
        <w:t xml:space="preserve"> = 100);</w:t>
      </w:r>
    </w:p>
    <w:p>
      <w:pPr>
        <w:spacing w:before="40" w:after="120"/>
        <w:jc w:val="both"/>
      </w:pPr>
      <w:r>
        <w:rPr>
          <w:rFonts w:ascii="Georgia" w:hAnsi="Georgia"/>
          <w:b w:val="0"/>
          <w:i w:val="0"/>
          <w:color w:val="000000"/>
          <w:sz w:val="24"/>
        </w:rPr>
        <w:t>буква хэй, умноженная на хэй (</w:t>
      </w:r>
      <w:r>
        <w:rPr>
          <w:rFonts w:ascii="Georgia" w:hAnsi="Georgia" w:cs="Times New Roman"/>
          <w:b/>
          <w:i w:val="0"/>
          <w:color w:val="000000"/>
          <w:sz w:val="24"/>
          <w:rtl/>
          <w:szCs w:val="32"/>
        </w:rPr>
        <w:t>ה</w:t>
      </w:r>
      <w:r>
        <w:rPr>
          <w:rFonts w:ascii="Georgia" w:hAnsi="Georgia"/>
          <w:b w:val="0"/>
          <w:i w:val="0"/>
          <w:color w:val="000000"/>
          <w:sz w:val="24"/>
        </w:rPr>
        <w:t xml:space="preserve"> × </w:t>
      </w:r>
      <w:r>
        <w:rPr>
          <w:rFonts w:ascii="Georgia" w:hAnsi="Georgia" w:cs="Times New Roman"/>
          <w:b/>
          <w:i w:val="0"/>
          <w:color w:val="000000"/>
          <w:sz w:val="24"/>
          <w:rtl/>
          <w:szCs w:val="32"/>
        </w:rPr>
        <w:t>ה</w:t>
      </w:r>
      <w:r>
        <w:rPr>
          <w:rFonts w:ascii="Georgia" w:hAnsi="Georgia"/>
          <w:b w:val="0"/>
          <w:i w:val="0"/>
          <w:color w:val="000000"/>
          <w:sz w:val="24"/>
        </w:rPr>
        <w:t xml:space="preserve"> = 25).</w:t>
      </w:r>
    </w:p>
    <w:p>
      <w:pPr>
        <w:spacing w:before="40" w:after="120"/>
        <w:jc w:val="both"/>
      </w:pPr>
      <w:r>
        <w:rPr>
          <w:rFonts w:ascii="Georgia" w:hAnsi="Georgia"/>
          <w:b w:val="0"/>
          <w:i w:val="0"/>
          <w:color w:val="000000"/>
          <w:sz w:val="24"/>
        </w:rPr>
        <w:t xml:space="preserve">В сумме получается 151 [в оригинале ошибочно: 155, </w:t>
      </w:r>
      <w:r>
        <w:rPr>
          <w:rFonts w:ascii="Georgia" w:hAnsi="Georgia" w:cs="Times New Roman"/>
          <w:b/>
          <w:i w:val="0"/>
          <w:color w:val="000000"/>
          <w:sz w:val="24"/>
          <w:rtl/>
          <w:szCs w:val="32"/>
        </w:rPr>
        <w:t>קנ״ה</w:t>
      </w:r>
      <w:r>
        <w:rPr>
          <w:rFonts w:ascii="Georgia" w:hAnsi="Georgia"/>
          <w:b w:val="0"/>
          <w:i w:val="0"/>
          <w:color w:val="000000"/>
          <w:sz w:val="24"/>
        </w:rPr>
        <w:t>]. И еще [Имя] ЭЙЕ с наполнением буквами хэй — 151 (</w:t>
      </w:r>
      <w:r>
        <w:rPr>
          <w:rFonts w:ascii="Georgia" w:hAnsi="Georgia" w:cs="Times New Roman"/>
          <w:b/>
          <w:i w:val="0"/>
          <w:color w:val="000000"/>
          <w:sz w:val="24"/>
          <w:rtl/>
          <w:szCs w:val="32"/>
        </w:rPr>
        <w:t>קנ״א</w:t>
      </w:r>
      <w:r>
        <w:rPr>
          <w:rFonts w:ascii="Georgia" w:hAnsi="Georgia"/>
          <w:b w:val="0"/>
          <w:i w:val="0"/>
          <w:color w:val="000000"/>
          <w:sz w:val="24"/>
        </w:rPr>
        <w:t>); вот дважды по 151, что дает 302 (</w:t>
      </w:r>
      <w:r>
        <w:rPr>
          <w:rFonts w:ascii="Georgia" w:hAnsi="Georgia" w:cs="Times New Roman"/>
          <w:b/>
          <w:i w:val="0"/>
          <w:color w:val="000000"/>
          <w:sz w:val="24"/>
          <w:rtl/>
          <w:szCs w:val="32"/>
        </w:rPr>
        <w:t>ש״ב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Конечные буквы [слов] </w:t>
      </w:r>
      <w:r>
        <w:rPr>
          <w:rFonts w:ascii="Georgia" w:hAnsi="Georgia"/>
          <w:b w:val="0"/>
          <w:i/>
          <w:color w:val="000000"/>
          <w:sz w:val="24"/>
        </w:rPr>
        <w:t>«хало парос ле-раэв»</w:t>
      </w:r>
      <w:r>
        <w:rPr>
          <w:rFonts w:ascii="Georgia" w:hAnsi="Georgia"/>
          <w:b w:val="0"/>
          <w:i w:val="0"/>
          <w:color w:val="000000"/>
          <w:sz w:val="24"/>
        </w:rPr>
        <w:t xml:space="preserve"> (буквы алеф, самэх, бэт: 1 + 60 + 2 = 63) составляют [число Имени] АВАЯ де-САГ (63).</w:t>
      </w:r>
    </w:p>
    <w:p>
      <w:pPr>
        <w:spacing w:before="40" w:after="120"/>
        <w:jc w:val="both"/>
      </w:pPr>
      <w:r>
        <w:rPr>
          <w:rFonts w:ascii="Georgia" w:hAnsi="Georgia"/>
          <w:b w:val="0"/>
          <w:i/>
          <w:color w:val="000000"/>
          <w:sz w:val="24"/>
        </w:rPr>
        <w:t>Лахмеха</w:t>
      </w:r>
      <w:r>
        <w:rPr>
          <w:rFonts w:ascii="Georgia" w:hAnsi="Georgia"/>
          <w:b w:val="0"/>
          <w:i w:val="0"/>
          <w:color w:val="000000"/>
          <w:sz w:val="24"/>
        </w:rPr>
        <w:t xml:space="preserve"> («хлеб твой», </w:t>
      </w:r>
      <w:r>
        <w:rPr>
          <w:rFonts w:ascii="Georgia" w:hAnsi="Georgia" w:cs="Times New Roman"/>
          <w:b/>
          <w:i w:val="0"/>
          <w:color w:val="000000"/>
          <w:sz w:val="24"/>
          <w:rtl/>
          <w:szCs w:val="32"/>
        </w:rPr>
        <w:t>לַחְמֶךָ</w:t>
      </w:r>
      <w:r>
        <w:rPr>
          <w:rFonts w:ascii="Georgia" w:hAnsi="Georgia"/>
          <w:b w:val="0"/>
          <w:i w:val="0"/>
          <w:color w:val="000000"/>
          <w:sz w:val="24"/>
        </w:rPr>
        <w:t xml:space="preserve"> = 98) по гематрии равно [Именам] ЭЛЬ (</w:t>
      </w:r>
      <w:r>
        <w:rPr>
          <w:rFonts w:ascii="Georgia" w:hAnsi="Georgia" w:cs="Times New Roman"/>
          <w:b/>
          <w:i w:val="0"/>
          <w:color w:val="000000"/>
          <w:sz w:val="24"/>
          <w:rtl/>
          <w:szCs w:val="32"/>
        </w:rPr>
        <w:t>אֵל</w:t>
      </w:r>
      <w:r>
        <w:rPr>
          <w:rFonts w:ascii="Georgia" w:hAnsi="Georgia"/>
          <w:b w:val="0"/>
          <w:i w:val="0"/>
          <w:color w:val="000000"/>
          <w:sz w:val="24"/>
        </w:rPr>
        <w:t xml:space="preserve"> = 31) и АДОНАЙ (</w:t>
      </w:r>
      <w:r>
        <w:rPr>
          <w:rFonts w:ascii="Georgia" w:hAnsi="Georgia" w:cs="Times New Roman"/>
          <w:b/>
          <w:i w:val="0"/>
          <w:color w:val="000000"/>
          <w:sz w:val="24"/>
          <w:rtl/>
          <w:szCs w:val="32"/>
        </w:rPr>
        <w:t>אדני</w:t>
      </w:r>
      <w:r>
        <w:rPr>
          <w:rFonts w:ascii="Georgia" w:hAnsi="Georgia"/>
          <w:b w:val="0"/>
          <w:i w:val="0"/>
          <w:color w:val="000000"/>
          <w:sz w:val="24"/>
        </w:rPr>
        <w:t xml:space="preserve"> = 65) с двумя колелим (31 + 65 + 2 = 98). Начальные буквы [слов] </w:t>
      </w:r>
      <w:r>
        <w:rPr>
          <w:rFonts w:ascii="Georgia" w:hAnsi="Georgia"/>
          <w:b w:val="0"/>
          <w:i/>
          <w:color w:val="000000"/>
          <w:sz w:val="24"/>
        </w:rPr>
        <w:t>«хало парос»</w:t>
      </w:r>
      <w:r>
        <w:rPr>
          <w:rFonts w:ascii="Georgia" w:hAnsi="Georgia"/>
          <w:b w:val="0"/>
          <w:i w:val="0"/>
          <w:color w:val="000000"/>
          <w:sz w:val="24"/>
        </w:rPr>
        <w:t xml:space="preserve"> (хэй и пэй: 5 + 80 = 85) равны [Имени]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 86) с колелем.</w:t>
      </w:r>
    </w:p>
    <w:p>
      <w:pPr>
        <w:spacing w:before="40" w:after="120"/>
        <w:jc w:val="both"/>
      </w:pPr>
      <w:r>
        <w:rPr>
          <w:rFonts w:ascii="Georgia" w:hAnsi="Georgia"/>
          <w:b w:val="0"/>
          <w:i w:val="0"/>
          <w:color w:val="000000"/>
          <w:sz w:val="24"/>
        </w:rPr>
        <w:t>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из слова </w:t>
      </w:r>
      <w:r>
        <w:rPr>
          <w:rFonts w:ascii="Georgia" w:hAnsi="Georgia"/>
          <w:b w:val="0"/>
          <w:i/>
          <w:color w:val="000000"/>
          <w:sz w:val="24"/>
        </w:rPr>
        <w:t>хало</w:t>
      </w:r>
      <w:r>
        <w:rPr>
          <w:rFonts w:ascii="Georgia" w:hAnsi="Georgia"/>
          <w:b w:val="0"/>
          <w:i w:val="0"/>
          <w:color w:val="000000"/>
          <w:sz w:val="24"/>
        </w:rPr>
        <w:t xml:space="preserve"> вместе с начальными буквами [слов] </w:t>
      </w:r>
      <w:r>
        <w:rPr>
          <w:rFonts w:ascii="Georgia" w:hAnsi="Georgia"/>
          <w:b w:val="0"/>
          <w:i/>
          <w:color w:val="000000"/>
          <w:sz w:val="24"/>
        </w:rPr>
        <w:t>«ле-раэв лахмеха»</w:t>
      </w:r>
      <w:r>
        <w:rPr>
          <w:rFonts w:ascii="Georgia" w:hAnsi="Georgia"/>
          <w:b w:val="0"/>
          <w:i w:val="0"/>
          <w:color w:val="000000"/>
          <w:sz w:val="24"/>
        </w:rPr>
        <w:t xml:space="preserve"> (буквы ламэд: 30 + 30 = 60) по гематрии равна [Имени] АДОНАЙ (</w:t>
      </w:r>
      <w:r>
        <w:rPr>
          <w:rFonts w:ascii="Georgia" w:hAnsi="Georgia" w:cs="Times New Roman"/>
          <w:b/>
          <w:i w:val="0"/>
          <w:color w:val="000000"/>
          <w:sz w:val="24"/>
          <w:rtl/>
          <w:szCs w:val="32"/>
        </w:rPr>
        <w:t>אדני</w:t>
      </w:r>
      <w:r>
        <w:rPr>
          <w:rFonts w:ascii="Georgia" w:hAnsi="Georgia"/>
          <w:b w:val="0"/>
          <w:i w:val="0"/>
          <w:color w:val="000000"/>
          <w:sz w:val="24"/>
        </w:rPr>
        <w:t xml:space="preserve"> = 65).</w:t>
      </w:r>
    </w:p>
    <w:p>
      <w:pPr>
        <w:spacing w:before="40" w:after="120"/>
        <w:jc w:val="both"/>
      </w:pPr>
      <w:r>
        <w:rPr>
          <w:rFonts w:ascii="Georgia" w:hAnsi="Georgia"/>
          <w:b w:val="0"/>
          <w:i w:val="0"/>
          <w:color w:val="000000"/>
          <w:sz w:val="24"/>
        </w:rPr>
        <w:t xml:space="preserve">Начальные буквы [слов] </w:t>
      </w:r>
      <w:r>
        <w:rPr>
          <w:rFonts w:ascii="Georgia" w:hAnsi="Georgia"/>
          <w:b w:val="0"/>
          <w:i/>
          <w:color w:val="000000"/>
          <w:sz w:val="24"/>
        </w:rPr>
        <w:t>«ве-аниим мерудим тави вейт»</w:t>
      </w:r>
      <w:r>
        <w:rPr>
          <w:rFonts w:ascii="Georgia" w:hAnsi="Georgia"/>
          <w:b w:val="0"/>
          <w:i w:val="0"/>
          <w:color w:val="000000"/>
          <w:sz w:val="24"/>
        </w:rPr>
        <w:t xml:space="preserve"> (</w:t>
      </w:r>
      <w:r>
        <w:rPr>
          <w:rFonts w:ascii="Georgia" w:hAnsi="Georgia"/>
          <w:b w:val="0"/>
          <w:i/>
          <w:color w:val="000000"/>
          <w:sz w:val="24"/>
        </w:rPr>
        <w:t>«…и скитающихся бедняков введи в дом»</w:t>
      </w:r>
      <w:r>
        <w:rPr>
          <w:rFonts w:ascii="Georgia" w:hAnsi="Georgia"/>
          <w:b w:val="0"/>
          <w:i w:val="0"/>
          <w:color w:val="000000"/>
          <w:sz w:val="24"/>
        </w:rPr>
        <w:t xml:space="preserve">, буквы вав, мэм, тав, бэт: 6 + 40 + 400 + 2 = 448) по гематрии равны дважды [слову] </w:t>
      </w:r>
      <w:r>
        <w:rPr>
          <w:rFonts w:ascii="Georgia" w:hAnsi="Georgia"/>
          <w:b w:val="0"/>
          <w:i/>
          <w:color w:val="000000"/>
          <w:sz w:val="24"/>
        </w:rPr>
        <w:t>дерех</w:t>
      </w:r>
      <w:r>
        <w:rPr>
          <w:rFonts w:ascii="Georgia" w:hAnsi="Georgia"/>
          <w:b w:val="0"/>
          <w:i w:val="0"/>
          <w:color w:val="000000"/>
          <w:sz w:val="24"/>
        </w:rPr>
        <w:t xml:space="preserve"> («путь», </w:t>
      </w:r>
      <w:r>
        <w:rPr>
          <w:rFonts w:ascii="Georgia" w:hAnsi="Georgia" w:cs="Times New Roman"/>
          <w:b/>
          <w:i w:val="0"/>
          <w:color w:val="000000"/>
          <w:sz w:val="24"/>
          <w:rtl/>
          <w:szCs w:val="32"/>
        </w:rPr>
        <w:t>דֶּרֶךְ</w:t>
      </w:r>
      <w:r>
        <w:rPr>
          <w:rFonts w:ascii="Georgia" w:hAnsi="Georgia"/>
          <w:b w:val="0"/>
          <w:i w:val="0"/>
          <w:color w:val="000000"/>
          <w:sz w:val="24"/>
        </w:rPr>
        <w:t xml:space="preserve"> = 224), что составляет 448 (</w:t>
      </w:r>
      <w:r>
        <w:rPr>
          <w:rFonts w:ascii="Georgia" w:hAnsi="Georgia" w:cs="Times New Roman"/>
          <w:b/>
          <w:i w:val="0"/>
          <w:color w:val="000000"/>
          <w:sz w:val="24"/>
          <w:rtl/>
          <w:szCs w:val="32"/>
        </w:rPr>
        <w:t>תמ״ח</w:t>
      </w:r>
      <w:r>
        <w:rPr>
          <w:rFonts w:ascii="Georgia" w:hAnsi="Georgia"/>
          <w:b w:val="0"/>
          <w:i w:val="0"/>
          <w:color w:val="000000"/>
          <w:sz w:val="24"/>
        </w:rPr>
        <w:t xml:space="preserve">), и это — </w:t>
      </w:r>
      <w:r>
        <w:rPr>
          <w:rFonts w:ascii="Georgia" w:hAnsi="Georgia"/>
          <w:b w:val="0"/>
          <w:i/>
          <w:color w:val="000000"/>
          <w:sz w:val="24"/>
        </w:rPr>
        <w:t>«пути смерти»</w:t>
      </w:r>
      <w:r>
        <w:rPr>
          <w:rFonts w:ascii="Georgia" w:hAnsi="Georgia"/>
          <w:b w:val="0"/>
          <w:i w:val="0"/>
          <w:color w:val="000000"/>
          <w:sz w:val="24"/>
        </w:rPr>
        <w:t xml:space="preserve"> (Мишлей 14:12). И нужно пробудить дважды [толкование: дважды САГ (63 × 2 = 126) и дважды 166 (166 × 2 = 332) составляют в сумме 458 [в оригинале: </w:t>
      </w:r>
      <w:r>
        <w:rPr>
          <w:rFonts w:ascii="Georgia" w:hAnsi="Georgia" w:cs="Times New Roman"/>
          <w:b/>
          <w:i w:val="0"/>
          <w:color w:val="000000"/>
          <w:sz w:val="24"/>
          <w:rtl/>
          <w:szCs w:val="32"/>
        </w:rPr>
        <w:t>תנ״ת</w:t>
      </w:r>
      <w:r>
        <w:rPr>
          <w:rFonts w:ascii="Georgia" w:hAnsi="Georgia"/>
          <w:b w:val="0"/>
          <w:i w:val="0"/>
          <w:color w:val="000000"/>
          <w:sz w:val="24"/>
        </w:rPr>
        <w:t>], то есть 448 (</w:t>
      </w:r>
      <w:r>
        <w:rPr>
          <w:rFonts w:ascii="Georgia" w:hAnsi="Georgia" w:cs="Times New Roman"/>
          <w:b/>
          <w:i w:val="0"/>
          <w:color w:val="000000"/>
          <w:sz w:val="24"/>
          <w:rtl/>
          <w:szCs w:val="32"/>
        </w:rPr>
        <w:t>תמ״ח</w:t>
      </w:r>
      <w:r>
        <w:rPr>
          <w:rFonts w:ascii="Georgia" w:hAnsi="Georgia"/>
          <w:b w:val="0"/>
          <w:i w:val="0"/>
          <w:color w:val="000000"/>
          <w:sz w:val="24"/>
        </w:rPr>
        <w:t>), а [лишние] десять — это буква йод Имени АДОНАЙ. До сих пор слова [комментария] «Йосеф Давид». [И это] САГ и 166 его ахораим, чтобы усластить их. (Говорит Шмуэль: расчет сходится в точности лишь тогда, когда мы считаем также пять букв САГ и 166, число которых 229 (</w:t>
      </w:r>
      <w:r>
        <w:rPr>
          <w:rFonts w:ascii="Georgia" w:hAnsi="Georgia" w:cs="Times New Roman"/>
          <w:b/>
          <w:i w:val="0"/>
          <w:color w:val="000000"/>
          <w:sz w:val="24"/>
          <w:rtl/>
          <w:szCs w:val="32"/>
        </w:rPr>
        <w:t>רכ״ט</w:t>
      </w:r>
      <w:r>
        <w:rPr>
          <w:rFonts w:ascii="Georgia" w:hAnsi="Georgia"/>
          <w:b w:val="0"/>
          <w:i w:val="0"/>
          <w:color w:val="000000"/>
          <w:sz w:val="24"/>
        </w:rPr>
        <w:t xml:space="preserve">); при этом до слова </w:t>
      </w:r>
      <w:r>
        <w:rPr>
          <w:rFonts w:ascii="Georgia" w:hAnsi="Georgia"/>
          <w:b w:val="0"/>
          <w:i/>
          <w:color w:val="000000"/>
          <w:sz w:val="24"/>
        </w:rPr>
        <w:t>дерех</w:t>
      </w:r>
      <w:r>
        <w:rPr>
          <w:rFonts w:ascii="Georgia" w:hAnsi="Georgia"/>
          <w:b w:val="0"/>
          <w:i w:val="0"/>
          <w:color w:val="000000"/>
          <w:sz w:val="24"/>
        </w:rPr>
        <w:t xml:space="preserve"> не хватает пяти, и мы восполняем их пятью буквами САГ и 166 по отношению к слову </w:t>
      </w:r>
      <w:r>
        <w:rPr>
          <w:rFonts w:ascii="Georgia" w:hAnsi="Georgia"/>
          <w:b w:val="0"/>
          <w:i/>
          <w:color w:val="000000"/>
          <w:sz w:val="24"/>
        </w:rPr>
        <w:t>дерех</w:t>
      </w:r>
      <w:r>
        <w:rPr>
          <w:rFonts w:ascii="Georgia" w:hAnsi="Georgia"/>
          <w:b w:val="0"/>
          <w:i w:val="0"/>
          <w:color w:val="000000"/>
          <w:sz w:val="24"/>
        </w:rPr>
        <w:t>, и тогда они составят по гематрии 229, как мне представляется). А Имя это — [в тексте: «(</w:t>
      </w:r>
      <w:r>
        <w:rPr>
          <w:rFonts w:ascii="Georgia" w:hAnsi="Georgia" w:cs="Times New Roman"/>
          <w:b/>
          <w:i w:val="0"/>
          <w:color w:val="000000"/>
          <w:sz w:val="24"/>
          <w:rtl/>
          <w:szCs w:val="32"/>
        </w:rPr>
        <w:t>ב</w:t>
      </w:r>
      <w:r>
        <w:rPr>
          <w:rFonts w:ascii="Georgia" w:hAnsi="Georgia"/>
          <w:b w:val="0"/>
          <w:i w:val="0"/>
          <w:color w:val="000000"/>
          <w:sz w:val="24"/>
        </w:rPr>
        <w:t xml:space="preserve">)», так, видимо, должно быть:] начальные буквы [слов] </w:t>
      </w:r>
      <w:r>
        <w:rPr>
          <w:rFonts w:ascii="Georgia" w:hAnsi="Georgia"/>
          <w:b w:val="0"/>
          <w:i/>
          <w:color w:val="000000"/>
          <w:sz w:val="24"/>
        </w:rPr>
        <w:t>«ве-аниим мерудим тави вейт»</w:t>
      </w:r>
      <w:r>
        <w:rPr>
          <w:rFonts w:ascii="Georgia" w:hAnsi="Georgia"/>
          <w:b w:val="0"/>
          <w:i w:val="0"/>
          <w:color w:val="000000"/>
          <w:sz w:val="24"/>
        </w:rPr>
        <w:t xml:space="preserve">. До сих пор слова [комментария] «Йосеф Давид»] [Имя] </w:t>
      </w:r>
      <w:r>
        <w:rPr>
          <w:rFonts w:ascii="Georgia" w:hAnsi="Georgia"/>
          <w:b w:val="0"/>
          <w:i/>
          <w:color w:val="000000"/>
          <w:sz w:val="24"/>
        </w:rPr>
        <w:t>Мамаата</w:t>
      </w:r>
      <w:r>
        <w:rPr>
          <w:rFonts w:ascii="Georgia" w:hAnsi="Georgia"/>
          <w:b w:val="0"/>
          <w:i w:val="0"/>
          <w:color w:val="000000"/>
          <w:sz w:val="24"/>
        </w:rPr>
        <w:t xml:space="preserve"> (</w:t>
      </w:r>
      <w:r>
        <w:rPr>
          <w:rFonts w:ascii="Georgia" w:hAnsi="Georgia" w:cs="Times New Roman"/>
          <w:b/>
          <w:i w:val="0"/>
          <w:color w:val="000000"/>
          <w:sz w:val="24"/>
          <w:rtl/>
          <w:szCs w:val="32"/>
        </w:rPr>
        <w:t>מַמָאַתַ</w:t>
      </w:r>
      <w:r>
        <w:rPr>
          <w:rFonts w:ascii="Georgia" w:hAnsi="Georgia"/>
          <w:b w:val="0"/>
          <w:i w:val="0"/>
          <w:color w:val="000000"/>
          <w:sz w:val="24"/>
        </w:rPr>
        <w:t xml:space="preserve">) из конечных букв [слов] </w:t>
      </w:r>
      <w:r>
        <w:rPr>
          <w:rFonts w:ascii="Georgia" w:hAnsi="Georgia"/>
          <w:b w:val="0"/>
          <w:i/>
          <w:color w:val="000000"/>
          <w:sz w:val="24"/>
        </w:rPr>
        <w:t>«ве-аниим мерудим тави вейт»</w:t>
      </w:r>
      <w:r>
        <w:rPr>
          <w:rFonts w:ascii="Georgia" w:hAnsi="Georgia"/>
          <w:b w:val="0"/>
          <w:i w:val="0"/>
          <w:color w:val="000000"/>
          <w:sz w:val="24"/>
        </w:rPr>
        <w:t>.</w:t>
      </w:r>
    </w:p>
    <w:p>
      <w:pPr>
        <w:spacing w:before="40" w:after="120"/>
        <w:jc w:val="both"/>
      </w:pPr>
      <w:r>
        <w:rPr>
          <w:rFonts w:ascii="Georgia" w:hAnsi="Georgia"/>
          <w:b w:val="0"/>
          <w:i w:val="0"/>
          <w:color w:val="000000"/>
          <w:sz w:val="24"/>
        </w:rPr>
        <w:t>А после упомянутого единения я нашел следующую запись, и не знаю, связана ли она с предыдущим или это отдельное единение на какой-то стих, который переписчик не указал. Вот она:</w:t>
      </w:r>
    </w:p>
    <w:p>
      <w:pPr>
        <w:spacing w:before="40" w:after="120"/>
        <w:jc w:val="both"/>
      </w:pPr>
      <w:r>
        <w:rPr>
          <w:rFonts w:ascii="Georgia" w:hAnsi="Georgia"/>
          <w:b w:val="0"/>
          <w:i w:val="0"/>
          <w:color w:val="000000"/>
          <w:sz w:val="24"/>
        </w:rPr>
        <w:t>46 (</w:t>
      </w:r>
      <w:r>
        <w:rPr>
          <w:rFonts w:ascii="Georgia" w:hAnsi="Georgia" w:cs="Times New Roman"/>
          <w:b/>
          <w:i w:val="0"/>
          <w:color w:val="000000"/>
          <w:sz w:val="24"/>
          <w:rtl/>
          <w:szCs w:val="32"/>
        </w:rPr>
        <w:t>מ״ו</w:t>
      </w:r>
      <w:r>
        <w:rPr>
          <w:rFonts w:ascii="Georgia" w:hAnsi="Georgia"/>
          <w:b w:val="0"/>
          <w:i w:val="0"/>
          <w:color w:val="000000"/>
          <w:sz w:val="24"/>
        </w:rPr>
        <w:t xml:space="preserve">), САГ (63), всё вместе и с колелем — </w:t>
      </w:r>
      <w:r>
        <w:rPr>
          <w:rFonts w:ascii="Georgia" w:hAnsi="Georgia"/>
          <w:b w:val="0"/>
          <w:i/>
          <w:color w:val="000000"/>
          <w:sz w:val="24"/>
        </w:rPr>
        <w:t>кисэ</w:t>
      </w:r>
      <w:r>
        <w:rPr>
          <w:rFonts w:ascii="Georgia" w:hAnsi="Georgia"/>
          <w:b w:val="0"/>
          <w:i w:val="0"/>
          <w:color w:val="000000"/>
          <w:sz w:val="24"/>
        </w:rPr>
        <w:t xml:space="preserve"> («престол», </w:t>
      </w:r>
      <w:r>
        <w:rPr>
          <w:rFonts w:ascii="Georgia" w:hAnsi="Georgia" w:cs="Times New Roman"/>
          <w:b/>
          <w:i w:val="0"/>
          <w:color w:val="000000"/>
          <w:sz w:val="24"/>
          <w:rtl/>
          <w:szCs w:val="32"/>
        </w:rPr>
        <w:t>כִּסֵּא</w:t>
      </w:r>
      <w:r>
        <w:rPr>
          <w:rFonts w:ascii="Georgia" w:hAnsi="Georgia"/>
          <w:b w:val="0"/>
          <w:i w:val="0"/>
          <w:color w:val="000000"/>
          <w:sz w:val="24"/>
        </w:rPr>
        <w:t xml:space="preserve">); </w:t>
      </w:r>
      <w:r>
        <w:rPr>
          <w:rFonts w:ascii="Georgia" w:hAnsi="Georgia" w:cs="Times New Roman"/>
          <w:b/>
          <w:i w:val="0"/>
          <w:color w:val="000000"/>
          <w:sz w:val="24"/>
          <w:rtl/>
          <w:szCs w:val="32"/>
        </w:rPr>
        <w:t>מצפ״ץ</w:t>
      </w:r>
      <w:r>
        <w:rPr>
          <w:rFonts w:ascii="Georgia" w:hAnsi="Georgia"/>
          <w:b w:val="0"/>
          <w:i w:val="0"/>
          <w:color w:val="000000"/>
          <w:sz w:val="24"/>
        </w:rPr>
        <w:t xml:space="preserve"> </w:t>
      </w:r>
      <w:r>
        <w:rPr>
          <w:rFonts w:ascii="Georgia" w:hAnsi="Georgia" w:cs="Times New Roman"/>
          <w:b/>
          <w:i w:val="0"/>
          <w:color w:val="000000"/>
          <w:sz w:val="24"/>
          <w:rtl/>
          <w:szCs w:val="32"/>
        </w:rPr>
        <w:t>מצפ״ץ</w:t>
      </w:r>
      <w:r>
        <w:rPr>
          <w:rFonts w:ascii="Georgia" w:hAnsi="Georgia"/>
          <w:b w:val="0"/>
          <w:i w:val="0"/>
          <w:color w:val="000000"/>
          <w:sz w:val="24"/>
        </w:rPr>
        <w:t>, ЭЛЬ (</w:t>
      </w:r>
      <w:r>
        <w:rPr>
          <w:rFonts w:ascii="Georgia" w:hAnsi="Georgia" w:cs="Times New Roman"/>
          <w:b/>
          <w:i w:val="0"/>
          <w:color w:val="000000"/>
          <w:sz w:val="24"/>
          <w:rtl/>
          <w:szCs w:val="32"/>
        </w:rPr>
        <w:t>אֵל</w:t>
      </w:r>
      <w:r>
        <w:rPr>
          <w:rFonts w:ascii="Georgia" w:hAnsi="Georgia"/>
          <w:b w:val="0"/>
          <w:i w:val="0"/>
          <w:color w:val="000000"/>
          <w:sz w:val="24"/>
        </w:rPr>
        <w:t>), 140 (</w:t>
      </w:r>
      <w:r>
        <w:rPr>
          <w:rFonts w:ascii="Georgia" w:hAnsi="Georgia" w:cs="Times New Roman"/>
          <w:b/>
          <w:i w:val="0"/>
          <w:color w:val="000000"/>
          <w:sz w:val="24"/>
          <w:rtl/>
          <w:szCs w:val="32"/>
        </w:rPr>
        <w:t>ק״ם</w:t>
      </w:r>
      <w:r>
        <w:rPr>
          <w:rFonts w:ascii="Georgia" w:hAnsi="Georgia"/>
          <w:b w:val="0"/>
          <w:i w:val="0"/>
          <w:color w:val="000000"/>
          <w:sz w:val="24"/>
        </w:rPr>
        <w:t xml:space="preserve">); 46, шесть букв йод, </w:t>
      </w:r>
      <w:r>
        <w:rPr>
          <w:rFonts w:ascii="Georgia" w:hAnsi="Georgia"/>
          <w:b w:val="0"/>
          <w:i/>
          <w:color w:val="000000"/>
          <w:sz w:val="24"/>
        </w:rPr>
        <w:t>ром</w:t>
      </w:r>
      <w:r>
        <w:rPr>
          <w:rFonts w:ascii="Georgia" w:hAnsi="Georgia"/>
          <w:b w:val="0"/>
          <w:i w:val="0"/>
          <w:color w:val="000000"/>
          <w:sz w:val="24"/>
        </w:rPr>
        <w:t xml:space="preserve"> («высота», </w:t>
      </w:r>
      <w:r>
        <w:rPr>
          <w:rFonts w:ascii="Georgia" w:hAnsi="Georgia" w:cs="Times New Roman"/>
          <w:b/>
          <w:i w:val="0"/>
          <w:color w:val="000000"/>
          <w:sz w:val="24"/>
          <w:rtl/>
          <w:szCs w:val="32"/>
        </w:rPr>
        <w:t>רוֹם</w:t>
      </w:r>
      <w:r>
        <w:rPr>
          <w:rFonts w:ascii="Georgia" w:hAnsi="Georgia"/>
          <w:b w:val="0"/>
          <w:i w:val="0"/>
          <w:color w:val="000000"/>
          <w:sz w:val="24"/>
        </w:rPr>
        <w:t>), ЭЛОКИМ; 46, 100 (</w:t>
      </w:r>
      <w:r>
        <w:rPr>
          <w:rFonts w:ascii="Georgia" w:hAnsi="Georgia" w:cs="Times New Roman"/>
          <w:b/>
          <w:i w:val="0"/>
          <w:color w:val="000000"/>
          <w:sz w:val="24"/>
          <w:rtl/>
          <w:szCs w:val="32"/>
        </w:rPr>
        <w:t>ס״מ</w:t>
      </w:r>
      <w:r>
        <w:rPr>
          <w:rFonts w:ascii="Georgia" w:hAnsi="Georgia"/>
          <w:b w:val="0"/>
          <w:i w:val="0"/>
          <w:color w:val="000000"/>
          <w:sz w:val="24"/>
        </w:rPr>
        <w:t>), ЭЛОКИМ [с буквой] хэй, ЭЛОКИМ [с буквой] хэй и колелем, ЭЛОКИМ, ЭЛОКИМ; буквы алеф-йод (</w:t>
      </w:r>
      <w:r>
        <w:rPr>
          <w:rFonts w:ascii="Georgia" w:hAnsi="Georgia" w:cs="Times New Roman"/>
          <w:b/>
          <w:i w:val="0"/>
          <w:color w:val="000000"/>
          <w:sz w:val="24"/>
          <w:rtl/>
          <w:szCs w:val="32"/>
        </w:rPr>
        <w:t>א״י</w:t>
      </w:r>
      <w:r>
        <w:rPr>
          <w:rFonts w:ascii="Georgia" w:hAnsi="Georgia"/>
          <w:b w:val="0"/>
          <w:i w:val="0"/>
          <w:color w:val="000000"/>
          <w:sz w:val="24"/>
        </w:rPr>
        <w:t>) к [Имени] АДОНАЙ; алеф (</w:t>
      </w:r>
      <w:r>
        <w:rPr>
          <w:rFonts w:ascii="Georgia" w:hAnsi="Georgia" w:cs="Times New Roman"/>
          <w:b/>
          <w:i w:val="0"/>
          <w:color w:val="000000"/>
          <w:sz w:val="24"/>
          <w:rtl/>
          <w:szCs w:val="32"/>
        </w:rPr>
        <w:t>אל״ף</w:t>
      </w:r>
      <w:r>
        <w:rPr>
          <w:rFonts w:ascii="Georgia" w:hAnsi="Georgia"/>
          <w:b w:val="0"/>
          <w:i w:val="0"/>
          <w:color w:val="000000"/>
          <w:sz w:val="24"/>
        </w:rPr>
        <w:t>); алеф, хэй, йод (</w:t>
      </w:r>
      <w:r>
        <w:rPr>
          <w:rFonts w:ascii="Georgia" w:hAnsi="Georgia" w:cs="Times New Roman"/>
          <w:b/>
          <w:i w:val="0"/>
          <w:color w:val="000000"/>
          <w:sz w:val="24"/>
          <w:rtl/>
          <w:szCs w:val="32"/>
        </w:rPr>
        <w:t>אל״ף ה״י יו״ד</w:t>
      </w:r>
      <w:r>
        <w:rPr>
          <w:rFonts w:ascii="Georgia" w:hAnsi="Georgia"/>
          <w:b w:val="0"/>
          <w:i w:val="0"/>
          <w:color w:val="000000"/>
          <w:sz w:val="24"/>
        </w:rPr>
        <w:t>); алеф, хэй, йод, хэй (</w:t>
      </w:r>
      <w:r>
        <w:rPr>
          <w:rFonts w:ascii="Georgia" w:hAnsi="Georgia" w:cs="Times New Roman"/>
          <w:b/>
          <w:i w:val="0"/>
          <w:color w:val="000000"/>
          <w:sz w:val="24"/>
          <w:rtl/>
          <w:szCs w:val="32"/>
        </w:rPr>
        <w:t>אל״ף ה״י יו״ד ה״י</w:t>
      </w:r>
      <w:r>
        <w:rPr>
          <w:rFonts w:ascii="Georgia" w:hAnsi="Georgia"/>
          <w:b w:val="0"/>
          <w:i w:val="0"/>
          <w:color w:val="000000"/>
          <w:sz w:val="24"/>
        </w:rPr>
        <w:t>) и ЭЙЕ.</w:t>
      </w:r>
    </w:p>
    <w:p>
      <w:pPr>
        <w:spacing w:before="40" w:after="120"/>
        <w:jc w:val="both"/>
      </w:pPr>
      <w:r>
        <w:rPr>
          <w:rFonts w:ascii="Georgia" w:hAnsi="Georgia"/>
          <w:b w:val="0"/>
          <w:i w:val="0"/>
          <w:color w:val="000000"/>
          <w:sz w:val="24"/>
        </w:rPr>
        <w:t xml:space="preserve">[Имя] АДОНАЙ в системе ат-баш — это </w:t>
      </w:r>
      <w:r>
        <w:rPr>
          <w:rFonts w:ascii="Georgia" w:hAnsi="Georgia" w:cs="Times New Roman"/>
          <w:b/>
          <w:i w:val="0"/>
          <w:color w:val="000000"/>
          <w:sz w:val="24"/>
          <w:rtl/>
          <w:szCs w:val="32"/>
        </w:rPr>
        <w:t>תקט״ם</w:t>
      </w:r>
      <w:r>
        <w:rPr>
          <w:rFonts w:ascii="Georgia" w:hAnsi="Georgia"/>
          <w:b w:val="0"/>
          <w:i w:val="0"/>
          <w:color w:val="000000"/>
          <w:sz w:val="24"/>
        </w:rPr>
        <w:t xml:space="preserve">. (Говорит Шмуэль: возможно, это имя вместе с четырьмя его буквами и колелем [Имени] АДОНАЙ составит такое [число]; я имею в виду: </w:t>
      </w:r>
      <w:r>
        <w:rPr>
          <w:rFonts w:ascii="Georgia" w:hAnsi="Georgia"/>
          <w:b w:val="0"/>
          <w:i/>
          <w:color w:val="000000"/>
          <w:sz w:val="24"/>
        </w:rPr>
        <w:t>кадмат</w:t>
      </w:r>
      <w:r>
        <w:rPr>
          <w:rFonts w:ascii="Georgia" w:hAnsi="Georgia"/>
          <w:b w:val="0"/>
          <w:i w:val="0"/>
          <w:color w:val="000000"/>
          <w:sz w:val="24"/>
        </w:rPr>
        <w:t xml:space="preserve"> (</w:t>
      </w:r>
      <w:r>
        <w:rPr>
          <w:rFonts w:ascii="Georgia" w:hAnsi="Georgia" w:cs="Times New Roman"/>
          <w:b/>
          <w:i w:val="0"/>
          <w:color w:val="000000"/>
          <w:sz w:val="24"/>
          <w:rtl/>
          <w:szCs w:val="32"/>
        </w:rPr>
        <w:t>קדמ״ת</w:t>
      </w:r>
      <w:r>
        <w:rPr>
          <w:rFonts w:ascii="Georgia" w:hAnsi="Georgia"/>
          <w:b w:val="0"/>
          <w:i w:val="0"/>
          <w:color w:val="000000"/>
          <w:sz w:val="24"/>
        </w:rPr>
        <w:t xml:space="preserve"> = 544) с четырьмя буквами АДОНАЙ и колелем дает по гематрии 549 (</w:t>
      </w:r>
      <w:r>
        <w:rPr>
          <w:rFonts w:ascii="Georgia" w:hAnsi="Georgia" w:cs="Times New Roman"/>
          <w:b/>
          <w:i w:val="0"/>
          <w:color w:val="000000"/>
          <w:sz w:val="24"/>
          <w:rtl/>
          <w:szCs w:val="32"/>
        </w:rPr>
        <w:t>תקט״ם</w:t>
      </w:r>
      <w:r>
        <w:rPr>
          <w:rFonts w:ascii="Georgia" w:hAnsi="Georgia"/>
          <w:b w:val="0"/>
          <w:i w:val="0"/>
          <w:color w:val="000000"/>
          <w:sz w:val="24"/>
        </w:rPr>
        <w:t>)).</w:t>
      </w:r>
    </w:p>
    <w:p>
      <w:pPr>
        <w:spacing w:before="40" w:after="120"/>
        <w:jc w:val="both"/>
      </w:pPr>
      <w:r>
        <w:rPr>
          <w:rFonts w:ascii="Georgia" w:hAnsi="Georgia"/>
          <w:b w:val="0"/>
          <w:i w:val="0"/>
          <w:color w:val="000000"/>
          <w:sz w:val="24"/>
        </w:rPr>
        <w:t>[Буквы] алеф-тав (</w:t>
      </w:r>
      <w:r>
        <w:rPr>
          <w:rFonts w:ascii="Georgia" w:hAnsi="Georgia" w:cs="Times New Roman"/>
          <w:b/>
          <w:i w:val="0"/>
          <w:color w:val="000000"/>
          <w:sz w:val="24"/>
          <w:rtl/>
          <w:szCs w:val="32"/>
        </w:rPr>
        <w:t>א״ת</w:t>
      </w:r>
      <w:r>
        <w:rPr>
          <w:rFonts w:ascii="Georgia" w:hAnsi="Georgia"/>
          <w:b w:val="0"/>
          <w:i w:val="0"/>
          <w:color w:val="000000"/>
          <w:sz w:val="24"/>
        </w:rPr>
        <w:t xml:space="preserve"> = 401) по гематрии равны двум ахораим простого [Имени] ЭЛОКИМ (200 + 200) с колелем. (Говорит Шмуэль: понятно, что ахораим составляют двести, а дважды двести — это четыреста, то есть буква тав (</w:t>
      </w:r>
      <w:r>
        <w:rPr>
          <w:rFonts w:ascii="Georgia" w:hAnsi="Georgia" w:cs="Times New Roman"/>
          <w:b/>
          <w:i w:val="0"/>
          <w:color w:val="000000"/>
          <w:sz w:val="24"/>
          <w:rtl/>
          <w:szCs w:val="32"/>
        </w:rPr>
        <w:t>ת</w:t>
      </w:r>
      <w:r>
        <w:rPr>
          <w:rFonts w:ascii="Georgia" w:hAnsi="Georgia"/>
          <w:b w:val="0"/>
          <w:i w:val="0"/>
          <w:color w:val="000000"/>
          <w:sz w:val="24"/>
        </w:rPr>
        <w:t>), и так далее).</w:t>
      </w:r>
    </w:p>
    <w:p>
      <w:pPr>
        <w:spacing w:before="40" w:after="120"/>
        <w:jc w:val="both"/>
      </w:pPr>
      <w:r>
        <w:rPr>
          <w:rFonts w:ascii="Georgia" w:hAnsi="Georgia"/>
          <w:b w:val="0"/>
          <w:i/>
          <w:color w:val="000000"/>
          <w:sz w:val="24"/>
        </w:rPr>
        <w:t>Рохев</w:t>
      </w:r>
      <w:r>
        <w:rPr>
          <w:rFonts w:ascii="Georgia" w:hAnsi="Georgia"/>
          <w:b w:val="0"/>
          <w:i w:val="0"/>
          <w:color w:val="000000"/>
          <w:sz w:val="24"/>
        </w:rPr>
        <w:t xml:space="preserve"> («восседающий», </w:t>
      </w:r>
      <w:r>
        <w:rPr>
          <w:rFonts w:ascii="Georgia" w:hAnsi="Georgia" w:cs="Times New Roman"/>
          <w:b/>
          <w:i w:val="0"/>
          <w:color w:val="000000"/>
          <w:sz w:val="24"/>
          <w:rtl/>
          <w:szCs w:val="32"/>
        </w:rPr>
        <w:t>רוֹכֵב</w:t>
      </w:r>
      <w:r>
        <w:rPr>
          <w:rFonts w:ascii="Georgia" w:hAnsi="Georgia"/>
          <w:b w:val="0"/>
          <w:i w:val="0"/>
          <w:color w:val="000000"/>
          <w:sz w:val="24"/>
        </w:rPr>
        <w:t xml:space="preserve">), ЭЛОКИМ, ЭЛОКИМ и колель. (Говорит Шмуэль: я не понял этого числа. А Имя [слово </w:t>
      </w:r>
      <w:r>
        <w:rPr>
          <w:rFonts w:ascii="Georgia" w:hAnsi="Georgia"/>
          <w:b w:val="0"/>
          <w:i/>
          <w:color w:val="000000"/>
          <w:sz w:val="24"/>
        </w:rPr>
        <w:t>а-Цур</w:t>
      </w:r>
      <w:r>
        <w:rPr>
          <w:rFonts w:ascii="Georgia" w:hAnsi="Georgia"/>
          <w:b w:val="0"/>
          <w:i w:val="0"/>
          <w:color w:val="000000"/>
          <w:sz w:val="24"/>
        </w:rPr>
        <w:t xml:space="preserve"> («Твердыня», </w:t>
      </w:r>
      <w:r>
        <w:rPr>
          <w:rFonts w:ascii="Georgia" w:hAnsi="Georgia" w:cs="Times New Roman"/>
          <w:b/>
          <w:i w:val="0"/>
          <w:color w:val="000000"/>
          <w:sz w:val="24"/>
          <w:rtl/>
          <w:szCs w:val="32"/>
        </w:rPr>
        <w:t>הַצּוּר</w:t>
      </w:r>
      <w:r>
        <w:rPr>
          <w:rFonts w:ascii="Georgia" w:hAnsi="Georgia"/>
          <w:b w:val="0"/>
          <w:i w:val="0"/>
          <w:color w:val="000000"/>
          <w:sz w:val="24"/>
        </w:rPr>
        <w:t>) в системе ат-баш, соединенное с Именем из букв хэй, хэй, хэй (</w:t>
      </w:r>
      <w:r>
        <w:rPr>
          <w:rFonts w:ascii="Georgia" w:hAnsi="Georgia" w:cs="Times New Roman"/>
          <w:b/>
          <w:i w:val="0"/>
          <w:color w:val="000000"/>
          <w:sz w:val="24"/>
          <w:rtl/>
          <w:szCs w:val="32"/>
        </w:rPr>
        <w:t>ההה</w:t>
      </w:r>
      <w:r>
        <w:rPr>
          <w:rFonts w:ascii="Georgia" w:hAnsi="Georgia"/>
          <w:b w:val="0"/>
          <w:i w:val="0"/>
          <w:color w:val="000000"/>
          <w:sz w:val="24"/>
        </w:rPr>
        <w:t xml:space="preserve">). Примечание «Йосеф Давид»] — это [Имя] </w:t>
      </w:r>
      <w:r>
        <w:rPr>
          <w:rFonts w:ascii="Georgia" w:hAnsi="Georgia"/>
          <w:b w:val="0"/>
          <w:i/>
          <w:color w:val="000000"/>
          <w:sz w:val="24"/>
        </w:rPr>
        <w:t>Цахпаг</w:t>
      </w:r>
      <w:r>
        <w:rPr>
          <w:rFonts w:ascii="Georgia" w:hAnsi="Georgia"/>
          <w:b w:val="0"/>
          <w:i w:val="0"/>
          <w:color w:val="000000"/>
          <w:sz w:val="24"/>
        </w:rPr>
        <w:t xml:space="preserve"> (</w:t>
      </w:r>
      <w:r>
        <w:rPr>
          <w:rFonts w:ascii="Georgia" w:hAnsi="Georgia" w:cs="Times New Roman"/>
          <w:b/>
          <w:i w:val="0"/>
          <w:color w:val="000000"/>
          <w:sz w:val="24"/>
          <w:rtl/>
          <w:szCs w:val="32"/>
        </w:rPr>
        <w:t>צהפג</w:t>
      </w:r>
      <w:r>
        <w:rPr>
          <w:rFonts w:ascii="Georgia" w:hAnsi="Georgia"/>
          <w:b w:val="0"/>
          <w:i w:val="0"/>
          <w:color w:val="000000"/>
          <w:sz w:val="24"/>
        </w:rPr>
        <w:t xml:space="preserve">), огласуемое как </w:t>
      </w:r>
      <w:r>
        <w:rPr>
          <w:rFonts w:ascii="Georgia" w:hAnsi="Georgia"/>
          <w:b w:val="0"/>
          <w:i/>
          <w:color w:val="000000"/>
          <w:sz w:val="24"/>
        </w:rPr>
        <w:t>Цихахихфахаг</w:t>
      </w:r>
      <w:r>
        <w:rPr>
          <w:rFonts w:ascii="Georgia" w:hAnsi="Georgia"/>
          <w:b w:val="0"/>
          <w:i w:val="0"/>
          <w:color w:val="000000"/>
          <w:sz w:val="24"/>
        </w:rPr>
        <w:t xml:space="preserve"> (</w:t>
      </w:r>
      <w:r>
        <w:rPr>
          <w:rFonts w:ascii="Georgia" w:hAnsi="Georgia" w:cs="Times New Roman"/>
          <w:b/>
          <w:i w:val="0"/>
          <w:color w:val="000000"/>
          <w:sz w:val="24"/>
          <w:rtl/>
          <w:szCs w:val="32"/>
        </w:rPr>
        <w:t>צִהַהִהְפָהַגְ</w:t>
      </w:r>
      <w:r>
        <w:rPr>
          <w:rFonts w:ascii="Georgia" w:hAnsi="Georgia"/>
          <w:b w:val="0"/>
          <w:i w:val="0"/>
          <w:color w:val="000000"/>
          <w:sz w:val="24"/>
        </w:rPr>
        <w:t>)).</w:t>
      </w:r>
    </w:p>
    <w:p>
      <w:pPr>
        <w:keepNext/>
        <w:spacing w:before="320" w:after="120"/>
      </w:pPr>
      <w:r>
        <w:rPr>
          <w:rFonts w:ascii="Georgia" w:hAnsi="Georgia"/>
          <w:b w:val="0"/>
          <w:i w:val="0"/>
          <w:color w:val="000000"/>
          <w:sz w:val="32"/>
        </w:rPr>
        <w:t>Ихуд 15</w:t>
      </w:r>
    </w:p>
    <w:p>
      <w:pPr>
        <w:spacing w:before="40" w:after="120"/>
        <w:jc w:val="both"/>
      </w:pPr>
      <w:r>
        <w:rPr>
          <w:rFonts w:ascii="Georgia" w:hAnsi="Georgia"/>
          <w:b w:val="0"/>
          <w:i w:val="0"/>
          <w:color w:val="000000"/>
          <w:sz w:val="24"/>
        </w:rPr>
        <w:t>Также упомянутое [Имя] ЭЛЬ распределено по семи дням недели. И пусть совершает это намерение (</w:t>
      </w:r>
      <w:r>
        <w:rPr>
          <w:rFonts w:ascii="Georgia" w:hAnsi="Georgia"/>
          <w:b w:val="0"/>
          <w:i/>
          <w:color w:val="000000"/>
          <w:sz w:val="24"/>
        </w:rPr>
        <w:t>кавана</w:t>
      </w:r>
      <w:r>
        <w:rPr>
          <w:rFonts w:ascii="Georgia" w:hAnsi="Georgia"/>
          <w:b w:val="0"/>
          <w:i w:val="0"/>
          <w:color w:val="000000"/>
          <w:sz w:val="24"/>
        </w:rPr>
        <w:t>) в средних благословениях молитвы «Шмоне-эсре» и направляет намерение на этих праведников. И мне представляется, что следует направлять намерение на каждого [из них] в его день, и это [подходит] лишь в соответствии с корнем души упомянутого человека — того, кто совершает упомянутое единение (</w:t>
      </w:r>
      <w:r>
        <w:rPr>
          <w:rFonts w:ascii="Georgia" w:hAnsi="Georgia"/>
          <w:b w:val="0"/>
          <w:i/>
          <w:color w:val="000000"/>
          <w:sz w:val="24"/>
        </w:rPr>
        <w:t>ихуд</w:t>
      </w:r>
      <w:r>
        <w:rPr>
          <w:rFonts w:ascii="Georgia" w:hAnsi="Georgia"/>
          <w:b w:val="0"/>
          <w:i w:val="0"/>
          <w:color w:val="000000"/>
          <w:sz w:val="24"/>
        </w:rPr>
        <w:t xml:space="preserve">), — и никому иному: рабби Йоси бен Кисма, рав Йосеф, рав Ахай, сын Равины, рабейну Хаай Гаон, Меримар, Йеошуа бен Перахья. А в день Шаббата пусть направляет намерение на пророка Элишу бен Шафата. И вот как это устроено: </w:t>
      </w:r>
      <w:r>
        <w:rPr>
          <w:rFonts w:ascii="Georgia" w:hAnsi="Georgia"/>
          <w:b w:val="0"/>
          <w:i/>
          <w:color w:val="000000"/>
          <w:sz w:val="24"/>
        </w:rPr>
        <w:t>«Чтобы наделить любящих Меня сущим...»</w:t>
      </w:r>
      <w:r>
        <w:rPr>
          <w:rFonts w:ascii="Georgia" w:hAnsi="Georgia"/>
          <w:b w:val="0"/>
          <w:i w:val="0"/>
          <w:color w:val="000000"/>
          <w:sz w:val="24"/>
        </w:rPr>
        <w:t xml:space="preserve"> (Мишлей 8:21) — начальные буквы образуют [Имя] ЭЛЬ (</w:t>
      </w:r>
      <w:r>
        <w:rPr>
          <w:rFonts w:ascii="Georgia" w:hAnsi="Georgia" w:cs="Times New Roman"/>
          <w:b/>
          <w:i w:val="0"/>
          <w:color w:val="000000"/>
          <w:sz w:val="24"/>
          <w:rtl/>
          <w:szCs w:val="32"/>
        </w:rPr>
        <w:t>אֵל</w:t>
      </w:r>
      <w:r>
        <w:rPr>
          <w:rFonts w:ascii="Georgia" w:hAnsi="Georgia"/>
          <w:b w:val="0"/>
          <w:i w:val="0"/>
          <w:color w:val="000000"/>
          <w:sz w:val="24"/>
        </w:rPr>
        <w:t>), а с буквой йод (</w:t>
      </w:r>
      <w:r>
        <w:rPr>
          <w:rFonts w:ascii="Georgia" w:hAnsi="Georgia" w:cs="Times New Roman"/>
          <w:b/>
          <w:i w:val="0"/>
          <w:color w:val="000000"/>
          <w:sz w:val="24"/>
          <w:rtl/>
          <w:szCs w:val="32"/>
        </w:rPr>
        <w:t>י</w:t>
      </w:r>
      <w:r>
        <w:rPr>
          <w:rFonts w:ascii="Georgia" w:hAnsi="Georgia"/>
          <w:b w:val="0"/>
          <w:i w:val="0"/>
          <w:color w:val="000000"/>
          <w:sz w:val="24"/>
        </w:rPr>
        <w:t xml:space="preserve">) [слова </w:t>
      </w:r>
      <w:r>
        <w:rPr>
          <w:rFonts w:ascii="Georgia" w:hAnsi="Georgia"/>
          <w:b w:val="0"/>
          <w:i/>
          <w:color w:val="000000"/>
          <w:sz w:val="24"/>
        </w:rPr>
        <w:t>йеш</w:t>
      </w:r>
      <w:r>
        <w:rPr>
          <w:rFonts w:ascii="Georgia" w:hAnsi="Georgia"/>
          <w:b w:val="0"/>
          <w:i w:val="0"/>
          <w:color w:val="000000"/>
          <w:sz w:val="24"/>
        </w:rPr>
        <w:t>] — [Имя] ЭЛИ (</w:t>
      </w:r>
      <w:r>
        <w:rPr>
          <w:rFonts w:ascii="Georgia" w:hAnsi="Georgia" w:cs="Times New Roman"/>
          <w:b/>
          <w:i w:val="0"/>
          <w:color w:val="000000"/>
          <w:sz w:val="24"/>
          <w:rtl/>
          <w:szCs w:val="32"/>
        </w:rPr>
        <w:t>אֵלִי</w:t>
      </w:r>
      <w:r>
        <w:rPr>
          <w:rFonts w:ascii="Georgia" w:hAnsi="Georgia"/>
          <w:b w:val="0"/>
          <w:i w:val="0"/>
          <w:color w:val="000000"/>
          <w:sz w:val="24"/>
        </w:rPr>
        <w:t xml:space="preserve">); Имя </w:t>
      </w:r>
      <w:r>
        <w:rPr>
          <w:rFonts w:ascii="Georgia" w:hAnsi="Georgia" w:cs="Times New Roman"/>
          <w:b/>
          <w:i w:val="0"/>
          <w:color w:val="000000"/>
          <w:sz w:val="24"/>
          <w:rtl/>
          <w:szCs w:val="32"/>
        </w:rPr>
        <w:t>בוכ״ו</w:t>
      </w:r>
      <w:r>
        <w:rPr>
          <w:rFonts w:ascii="Georgia" w:hAnsi="Georgia"/>
          <w:b w:val="0"/>
          <w:i w:val="0"/>
          <w:color w:val="000000"/>
          <w:sz w:val="24"/>
        </w:rPr>
        <w:t xml:space="preserve">, а его огласовка — из [слов] </w:t>
      </w:r>
      <w:r>
        <w:rPr>
          <w:rFonts w:ascii="Georgia" w:hAnsi="Georgia"/>
          <w:b w:val="0"/>
          <w:i/>
          <w:color w:val="000000"/>
          <w:sz w:val="24"/>
        </w:rPr>
        <w:t>«Это Б-г мой, и прославлю Его»</w:t>
      </w:r>
      <w:r>
        <w:rPr>
          <w:rFonts w:ascii="Georgia" w:hAnsi="Georgia"/>
          <w:b w:val="0"/>
          <w:i w:val="0"/>
          <w:color w:val="000000"/>
          <w:sz w:val="24"/>
        </w:rPr>
        <w:t xml:space="preserve"> (</w:t>
      </w:r>
      <w:r>
        <w:rPr>
          <w:rFonts w:ascii="Georgia" w:hAnsi="Georgia" w:cs="Times New Roman"/>
          <w:b/>
          <w:i w:val="0"/>
          <w:color w:val="000000"/>
          <w:sz w:val="24"/>
          <w:rtl/>
          <w:szCs w:val="32"/>
        </w:rPr>
        <w:t>זֶה אֵלִי וְאַנְוֵהוּ</w:t>
      </w:r>
      <w:r>
        <w:rPr>
          <w:rFonts w:ascii="Georgia" w:hAnsi="Georgia"/>
          <w:b w:val="0"/>
          <w:i w:val="0"/>
          <w:color w:val="000000"/>
          <w:sz w:val="24"/>
        </w:rPr>
        <w:t xml:space="preserve">, Шмот 15:2), а также </w:t>
      </w:r>
      <w:r>
        <w:rPr>
          <w:rFonts w:ascii="Georgia" w:hAnsi="Georgia" w:cs="Times New Roman"/>
          <w:b/>
          <w:i w:val="0"/>
          <w:color w:val="000000"/>
          <w:sz w:val="24"/>
          <w:rtl/>
          <w:szCs w:val="32"/>
        </w:rPr>
        <w:t>א״ך</w:t>
      </w:r>
      <w:r>
        <w:rPr>
          <w:rFonts w:ascii="Georgia" w:hAnsi="Georgia"/>
          <w:b w:val="0"/>
          <w:i w:val="0"/>
          <w:color w:val="000000"/>
          <w:sz w:val="24"/>
        </w:rPr>
        <w:t xml:space="preserve">; </w:t>
      </w:r>
      <w:r>
        <w:rPr>
          <w:rFonts w:ascii="Georgia" w:hAnsi="Georgia"/>
          <w:b w:val="0"/>
          <w:i/>
          <w:color w:val="000000"/>
          <w:sz w:val="24"/>
        </w:rPr>
        <w:t>«...и сокровищницы их Я наполню»</w:t>
      </w:r>
      <w:r>
        <w:rPr>
          <w:rFonts w:ascii="Georgia" w:hAnsi="Georgia"/>
          <w:b w:val="0"/>
          <w:i w:val="0"/>
          <w:color w:val="000000"/>
          <w:sz w:val="24"/>
        </w:rPr>
        <w:t xml:space="preserve"> — наполнение АБ (72), 216 (</w:t>
      </w:r>
      <w:r>
        <w:rPr>
          <w:rFonts w:ascii="Georgia" w:hAnsi="Georgia" w:cs="Times New Roman"/>
          <w:b/>
          <w:i w:val="0"/>
          <w:color w:val="000000"/>
          <w:sz w:val="24"/>
          <w:rtl/>
          <w:szCs w:val="32"/>
        </w:rPr>
        <w:t>רי״ו</w:t>
      </w:r>
      <w:r>
        <w:rPr>
          <w:rFonts w:ascii="Georgia" w:hAnsi="Georgia"/>
          <w:b w:val="0"/>
          <w:i w:val="0"/>
          <w:color w:val="000000"/>
          <w:sz w:val="24"/>
        </w:rPr>
        <w:t xml:space="preserve">) и БОН (52); произношение букв и огласовка [слова] </w:t>
      </w:r>
      <w:r>
        <w:rPr>
          <w:rFonts w:ascii="Georgia" w:hAnsi="Georgia"/>
          <w:b w:val="0"/>
          <w:i/>
          <w:color w:val="000000"/>
          <w:sz w:val="24"/>
        </w:rPr>
        <w:t>ле-ханхиль</w:t>
      </w:r>
      <w:r>
        <w:rPr>
          <w:rFonts w:ascii="Georgia" w:hAnsi="Georgia"/>
          <w:b w:val="0"/>
          <w:i w:val="0"/>
          <w:color w:val="000000"/>
          <w:sz w:val="24"/>
        </w:rPr>
        <w:t xml:space="preserve"> — САГ (63); в Минху: [слово] </w:t>
      </w:r>
      <w:r>
        <w:rPr>
          <w:rFonts w:ascii="Georgia" w:hAnsi="Georgia"/>
          <w:b w:val="0"/>
          <w:i/>
          <w:color w:val="000000"/>
          <w:sz w:val="24"/>
        </w:rPr>
        <w:t>оавай</w:t>
      </w:r>
      <w:r>
        <w:rPr>
          <w:rFonts w:ascii="Georgia" w:hAnsi="Georgia"/>
          <w:b w:val="0"/>
          <w:i w:val="0"/>
          <w:color w:val="000000"/>
          <w:sz w:val="24"/>
        </w:rPr>
        <w:t xml:space="preserve"> — АБ (72); в вечерней молитве (арвит): [Имена] ЭЛЬ, ЭЛИ, ... до Минхи. </w:t>
      </w:r>
      <w:r>
        <w:rPr>
          <w:rFonts w:ascii="Georgia" w:hAnsi="Georgia" w:cs="Times New Roman"/>
          <w:b/>
          <w:i w:val="0"/>
          <w:color w:val="000000"/>
          <w:sz w:val="24"/>
          <w:rtl/>
          <w:szCs w:val="32"/>
        </w:rPr>
        <w:t>שַםָ בַוַכַ״וִ</w:t>
      </w:r>
      <w:r>
        <w:rPr>
          <w:rFonts w:ascii="Georgia" w:hAnsi="Georgia"/>
          <w:b w:val="0"/>
          <w:i w:val="0"/>
          <w:color w:val="000000"/>
          <w:sz w:val="24"/>
        </w:rPr>
        <w:t xml:space="preserve"> — в вечерней молитве первого дня [воскресенья]. </w:t>
      </w:r>
      <w:r>
        <w:rPr>
          <w:rFonts w:ascii="Georgia" w:hAnsi="Georgia"/>
          <w:b w:val="0"/>
          <w:i/>
          <w:color w:val="000000"/>
          <w:sz w:val="24"/>
        </w:rPr>
        <w:t>«...И сокровищницы их Я наполню»</w:t>
      </w:r>
      <w:r>
        <w:rPr>
          <w:rFonts w:ascii="Georgia" w:hAnsi="Georgia"/>
          <w:b w:val="0"/>
          <w:i w:val="0"/>
          <w:color w:val="000000"/>
          <w:sz w:val="24"/>
        </w:rPr>
        <w:t xml:space="preserve">: [слово] </w:t>
      </w:r>
      <w:r>
        <w:rPr>
          <w:rFonts w:ascii="Georgia" w:hAnsi="Georgia"/>
          <w:b w:val="0"/>
          <w:i/>
          <w:color w:val="000000"/>
          <w:sz w:val="24"/>
        </w:rPr>
        <w:t>ве-оцротейем</w:t>
      </w:r>
      <w:r>
        <w:rPr>
          <w:rFonts w:ascii="Georgia" w:hAnsi="Georgia"/>
          <w:b w:val="0"/>
          <w:i w:val="0"/>
          <w:color w:val="000000"/>
          <w:sz w:val="24"/>
        </w:rPr>
        <w:t xml:space="preserve"> — 728 (</w:t>
      </w:r>
      <w:r>
        <w:rPr>
          <w:rFonts w:ascii="Georgia" w:hAnsi="Georgia" w:cs="Times New Roman"/>
          <w:b/>
          <w:i w:val="0"/>
          <w:color w:val="000000"/>
          <w:sz w:val="24"/>
          <w:rtl/>
          <w:szCs w:val="32"/>
        </w:rPr>
        <w:t>תשכ״ח</w:t>
      </w:r>
      <w:r>
        <w:rPr>
          <w:rFonts w:ascii="Georgia" w:hAnsi="Georgia"/>
          <w:b w:val="0"/>
          <w:i w:val="0"/>
          <w:color w:val="000000"/>
          <w:sz w:val="24"/>
        </w:rPr>
        <w:t xml:space="preserve">), [слово] </w:t>
      </w:r>
      <w:r>
        <w:rPr>
          <w:rFonts w:ascii="Georgia" w:hAnsi="Georgia"/>
          <w:b w:val="0"/>
          <w:i/>
          <w:color w:val="000000"/>
          <w:sz w:val="24"/>
        </w:rPr>
        <w:t>амале</w:t>
      </w:r>
      <w:r>
        <w:rPr>
          <w:rFonts w:ascii="Georgia" w:hAnsi="Georgia"/>
          <w:b w:val="0"/>
          <w:i w:val="0"/>
          <w:color w:val="000000"/>
          <w:sz w:val="24"/>
        </w:rPr>
        <w:t xml:space="preserve"> — 830 (</w:t>
      </w:r>
      <w:r>
        <w:rPr>
          <w:rFonts w:ascii="Georgia" w:hAnsi="Georgia" w:cs="Times New Roman"/>
          <w:b/>
          <w:i w:val="0"/>
          <w:color w:val="000000"/>
          <w:sz w:val="24"/>
          <w:rtl/>
          <w:szCs w:val="32"/>
        </w:rPr>
        <w:t>תת״ל</w:t>
      </w:r>
      <w:r>
        <w:rPr>
          <w:rFonts w:ascii="Georgia" w:hAnsi="Georgia"/>
          <w:b w:val="0"/>
          <w:i w:val="0"/>
          <w:color w:val="000000"/>
          <w:sz w:val="24"/>
        </w:rPr>
        <w:t>). Огласовка произношения букв в Минху: 46 (</w:t>
      </w:r>
      <w:r>
        <w:rPr>
          <w:rFonts w:ascii="Georgia" w:hAnsi="Georgia" w:cs="Times New Roman"/>
          <w:b/>
          <w:i w:val="0"/>
          <w:color w:val="000000"/>
          <w:sz w:val="24"/>
          <w:rtl/>
          <w:szCs w:val="32"/>
        </w:rPr>
        <w:t>מ״ו</w:t>
      </w:r>
      <w:r>
        <w:rPr>
          <w:rFonts w:ascii="Georgia" w:hAnsi="Georgia"/>
          <w:b w:val="0"/>
          <w:i w:val="0"/>
          <w:color w:val="000000"/>
          <w:sz w:val="24"/>
        </w:rPr>
        <w:t xml:space="preserve">), АБ (72). </w:t>
      </w:r>
      <w:r>
        <w:rPr>
          <w:rFonts w:ascii="Georgia" w:hAnsi="Georgia" w:cs="Times New Roman"/>
          <w:b/>
          <w:i w:val="0"/>
          <w:color w:val="000000"/>
          <w:sz w:val="24"/>
          <w:rtl/>
          <w:szCs w:val="32"/>
        </w:rPr>
        <w:t>צוא״ר</w:t>
      </w:r>
      <w:r>
        <w:rPr>
          <w:rFonts w:ascii="Georgia" w:hAnsi="Georgia"/>
          <w:b w:val="0"/>
          <w:i w:val="0"/>
          <w:color w:val="000000"/>
          <w:sz w:val="24"/>
        </w:rPr>
        <w:t>, свет, свет (</w:t>
      </w:r>
      <w:r>
        <w:rPr>
          <w:rFonts w:ascii="Georgia" w:hAnsi="Georgia" w:cs="Times New Roman"/>
          <w:b/>
          <w:i w:val="0"/>
          <w:color w:val="000000"/>
          <w:sz w:val="24"/>
          <w:rtl/>
          <w:szCs w:val="32"/>
        </w:rPr>
        <w:t>אוֹר אוֹר</w:t>
      </w:r>
      <w:r>
        <w:rPr>
          <w:rFonts w:ascii="Georgia" w:hAnsi="Georgia"/>
          <w:b w:val="0"/>
          <w:i w:val="0"/>
          <w:color w:val="000000"/>
          <w:sz w:val="24"/>
        </w:rPr>
        <w:t>); Нуриэль (</w:t>
      </w:r>
      <w:r>
        <w:rPr>
          <w:rFonts w:ascii="Georgia" w:hAnsi="Georgia" w:cs="Times New Roman"/>
          <w:b/>
          <w:i w:val="0"/>
          <w:color w:val="000000"/>
          <w:sz w:val="24"/>
          <w:rtl/>
          <w:szCs w:val="32"/>
        </w:rPr>
        <w:t>נוּרִיאֵל</w:t>
      </w:r>
      <w:r>
        <w:rPr>
          <w:rFonts w:ascii="Georgia" w:hAnsi="Georgia"/>
          <w:b w:val="0"/>
          <w:i w:val="0"/>
          <w:color w:val="000000"/>
          <w:sz w:val="24"/>
        </w:rPr>
        <w:t xml:space="preserve">) — огласовка [слова] </w:t>
      </w:r>
      <w:r>
        <w:rPr>
          <w:rFonts w:ascii="Georgia" w:hAnsi="Georgia"/>
          <w:b w:val="0"/>
          <w:i/>
          <w:color w:val="000000"/>
          <w:sz w:val="24"/>
        </w:rPr>
        <w:t>оцар</w:t>
      </w:r>
      <w:r>
        <w:rPr>
          <w:rFonts w:ascii="Georgia" w:hAnsi="Georgia"/>
          <w:b w:val="0"/>
          <w:i w:val="0"/>
          <w:color w:val="000000"/>
          <w:sz w:val="24"/>
        </w:rPr>
        <w:t>. Огласовка 46 (</w:t>
      </w:r>
      <w:r>
        <w:rPr>
          <w:rFonts w:ascii="Georgia" w:hAnsi="Georgia" w:cs="Times New Roman"/>
          <w:b/>
          <w:i w:val="0"/>
          <w:color w:val="000000"/>
          <w:sz w:val="24"/>
          <w:rtl/>
          <w:szCs w:val="32"/>
        </w:rPr>
        <w:t>מ״ו</w:t>
      </w:r>
      <w:r>
        <w:rPr>
          <w:rFonts w:ascii="Georgia" w:hAnsi="Georgia"/>
          <w:b w:val="0"/>
          <w:i w:val="0"/>
          <w:color w:val="000000"/>
          <w:sz w:val="24"/>
        </w:rPr>
        <w:t xml:space="preserve">), а [слово] </w:t>
      </w:r>
      <w:r>
        <w:rPr>
          <w:rFonts w:ascii="Georgia" w:hAnsi="Georgia"/>
          <w:b w:val="0"/>
          <w:i/>
          <w:color w:val="000000"/>
          <w:sz w:val="24"/>
        </w:rPr>
        <w:t>ве-оцротейем</w:t>
      </w:r>
      <w:r>
        <w:rPr>
          <w:rFonts w:ascii="Georgia" w:hAnsi="Georgia"/>
          <w:b w:val="0"/>
          <w:i w:val="0"/>
          <w:color w:val="000000"/>
          <w:sz w:val="24"/>
        </w:rPr>
        <w:t xml:space="preserve"> — огласовка АБ (72), 12 (</w:t>
      </w:r>
      <w:r>
        <w:rPr>
          <w:rFonts w:ascii="Georgia" w:hAnsi="Georgia" w:cs="Times New Roman"/>
          <w:b/>
          <w:i w:val="0"/>
          <w:color w:val="000000"/>
          <w:sz w:val="24"/>
          <w:rtl/>
          <w:szCs w:val="32"/>
        </w:rPr>
        <w:t>ב״י</w:t>
      </w:r>
      <w:r>
        <w:rPr>
          <w:rFonts w:ascii="Georgia" w:hAnsi="Georgia"/>
          <w:b w:val="0"/>
          <w:i w:val="0"/>
          <w:color w:val="000000"/>
          <w:sz w:val="24"/>
        </w:rPr>
        <w:t>). В вечерней молитве (арвит): 184 (</w:t>
      </w:r>
      <w:r>
        <w:rPr>
          <w:rFonts w:ascii="Georgia" w:hAnsi="Georgia" w:cs="Times New Roman"/>
          <w:b/>
          <w:i w:val="0"/>
          <w:color w:val="000000"/>
          <w:sz w:val="24"/>
          <w:rtl/>
          <w:szCs w:val="32"/>
        </w:rPr>
        <w:t>קפ״ד</w:t>
      </w:r>
      <w:r>
        <w:rPr>
          <w:rFonts w:ascii="Georgia" w:hAnsi="Georgia"/>
          <w:b w:val="0"/>
          <w:i w:val="0"/>
          <w:color w:val="000000"/>
          <w:sz w:val="24"/>
        </w:rPr>
        <w:t xml:space="preserve">), ахораим де-АБ; [буквы] алеф, ламэд, йод — [Имя] ЭЛИ; огласовка и мысленное представление [Имени] ЭЛЬ. В пятый день [четверг] — в обратном порядке: </w:t>
      </w:r>
      <w:r>
        <w:rPr>
          <w:rFonts w:ascii="Georgia" w:hAnsi="Georgia" w:cs="Times New Roman"/>
          <w:b/>
          <w:i w:val="0"/>
          <w:color w:val="000000"/>
          <w:sz w:val="24"/>
          <w:rtl/>
          <w:szCs w:val="32"/>
        </w:rPr>
        <w:t>לִיָחנהל</w:t>
      </w:r>
      <w:r>
        <w:rPr>
          <w:rFonts w:ascii="Georgia" w:hAnsi="Georgia"/>
          <w:b w:val="0"/>
          <w:i w:val="0"/>
          <w:color w:val="000000"/>
          <w:sz w:val="24"/>
        </w:rPr>
        <w:t xml:space="preserve">; [буквы] </w:t>
      </w:r>
      <w:r>
        <w:rPr>
          <w:rFonts w:ascii="Georgia" w:hAnsi="Georgia" w:cs="Times New Roman"/>
          <w:b/>
          <w:i w:val="0"/>
          <w:color w:val="000000"/>
          <w:sz w:val="24"/>
          <w:rtl/>
          <w:szCs w:val="32"/>
        </w:rPr>
        <w:t>גיכ״ק</w:t>
      </w:r>
      <w:r>
        <w:rPr>
          <w:rFonts w:ascii="Georgia" w:hAnsi="Georgia"/>
          <w:b w:val="0"/>
          <w:i w:val="0"/>
          <w:color w:val="000000"/>
          <w:sz w:val="24"/>
        </w:rPr>
        <w:t xml:space="preserve">; четыре наполнения; произношение букв [слова] </w:t>
      </w:r>
      <w:r>
        <w:rPr>
          <w:rFonts w:ascii="Georgia" w:hAnsi="Georgia"/>
          <w:b w:val="0"/>
          <w:i/>
          <w:color w:val="000000"/>
          <w:sz w:val="24"/>
        </w:rPr>
        <w:t>ле-ханхиль</w:t>
      </w:r>
      <w:r>
        <w:rPr>
          <w:rFonts w:ascii="Georgia" w:hAnsi="Georgia"/>
          <w:b w:val="0"/>
          <w:i w:val="0"/>
          <w:color w:val="000000"/>
          <w:sz w:val="24"/>
        </w:rPr>
        <w:t xml:space="preserve"> с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В Минху: </w:t>
      </w:r>
      <w:r>
        <w:rPr>
          <w:rFonts w:ascii="Georgia" w:hAnsi="Georgia"/>
          <w:b w:val="0"/>
          <w:i/>
          <w:color w:val="000000"/>
          <w:sz w:val="24"/>
        </w:rPr>
        <w:t>оавай</w:t>
      </w:r>
      <w:r>
        <w:rPr>
          <w:rFonts w:ascii="Georgia" w:hAnsi="Georgia"/>
          <w:b w:val="0"/>
          <w:i w:val="0"/>
          <w:color w:val="000000"/>
          <w:sz w:val="24"/>
        </w:rPr>
        <w:t xml:space="preserve"> (</w:t>
      </w:r>
      <w:r>
        <w:rPr>
          <w:rFonts w:ascii="Georgia" w:hAnsi="Georgia" w:cs="Times New Roman"/>
          <w:b/>
          <w:i w:val="0"/>
          <w:color w:val="000000"/>
          <w:sz w:val="24"/>
          <w:rtl/>
          <w:szCs w:val="32"/>
        </w:rPr>
        <w:t>אהב״י</w:t>
      </w:r>
      <w:r>
        <w:rPr>
          <w:rFonts w:ascii="Georgia" w:hAnsi="Georgia"/>
          <w:b w:val="0"/>
          <w:i w:val="0"/>
          <w:color w:val="000000"/>
          <w:sz w:val="24"/>
        </w:rPr>
        <w:t xml:space="preserve">) [переставляется как] </w:t>
      </w:r>
      <w:r>
        <w:rPr>
          <w:rFonts w:ascii="Georgia" w:hAnsi="Georgia" w:cs="Times New Roman"/>
          <w:b/>
          <w:i w:val="0"/>
          <w:color w:val="000000"/>
          <w:sz w:val="24"/>
          <w:rtl/>
          <w:szCs w:val="32"/>
        </w:rPr>
        <w:t>יבה״א</w:t>
      </w:r>
      <w:r>
        <w:rPr>
          <w:rFonts w:ascii="Georgia" w:hAnsi="Georgia"/>
          <w:b w:val="0"/>
          <w:i w:val="0"/>
          <w:color w:val="000000"/>
          <w:sz w:val="24"/>
        </w:rPr>
        <w:t xml:space="preserve"> — такова их огласовка; </w:t>
      </w:r>
      <w:r>
        <w:rPr>
          <w:rFonts w:ascii="Georgia" w:hAnsi="Georgia"/>
          <w:b w:val="0"/>
          <w:i/>
          <w:color w:val="000000"/>
          <w:sz w:val="24"/>
        </w:rPr>
        <w:t>оавай</w:t>
      </w:r>
      <w:r>
        <w:rPr>
          <w:rFonts w:ascii="Georgia" w:hAnsi="Georgia"/>
          <w:b w:val="0"/>
          <w:i w:val="0"/>
          <w:color w:val="000000"/>
          <w:sz w:val="24"/>
        </w:rPr>
        <w:t xml:space="preserve"> полностью, в произношении букв. В вечерней молитве: 310 (</w:t>
      </w:r>
      <w:r>
        <w:rPr>
          <w:rFonts w:ascii="Georgia" w:hAnsi="Georgia" w:cs="Times New Roman"/>
          <w:b/>
          <w:i w:val="0"/>
          <w:color w:val="000000"/>
          <w:sz w:val="24"/>
          <w:rtl/>
          <w:szCs w:val="32"/>
        </w:rPr>
        <w:t>ש״י</w:t>
      </w:r>
      <w:r>
        <w:rPr>
          <w:rFonts w:ascii="Georgia" w:hAnsi="Georgia"/>
          <w:b w:val="0"/>
          <w:i w:val="0"/>
          <w:color w:val="000000"/>
          <w:sz w:val="24"/>
        </w:rPr>
        <w:t xml:space="preserve">); три [раза] БОН и три [раза] БОН; в вечерней молитве начальные и конечные буквы — </w:t>
      </w:r>
      <w:r>
        <w:rPr>
          <w:rFonts w:ascii="Georgia" w:hAnsi="Georgia"/>
          <w:b w:val="0"/>
          <w:i/>
          <w:color w:val="000000"/>
          <w:sz w:val="24"/>
        </w:rPr>
        <w:t>ло</w:t>
      </w:r>
      <w:r>
        <w:rPr>
          <w:rFonts w:ascii="Georgia" w:hAnsi="Georgia"/>
          <w:b w:val="0"/>
          <w:i w:val="0"/>
          <w:color w:val="000000"/>
          <w:sz w:val="24"/>
        </w:rPr>
        <w:t xml:space="preserve"> (</w:t>
      </w:r>
      <w:r>
        <w:rPr>
          <w:rFonts w:ascii="Georgia" w:hAnsi="Georgia" w:cs="Times New Roman"/>
          <w:b/>
          <w:i w:val="0"/>
          <w:color w:val="000000"/>
          <w:sz w:val="24"/>
          <w:rtl/>
          <w:szCs w:val="32"/>
        </w:rPr>
        <w:t>לֹא</w:t>
      </w:r>
      <w:r>
        <w:rPr>
          <w:rFonts w:ascii="Georgia" w:hAnsi="Georgia"/>
          <w:b w:val="0"/>
          <w:i w:val="0"/>
          <w:color w:val="000000"/>
          <w:sz w:val="24"/>
        </w:rPr>
        <w:t xml:space="preserve">), </w:t>
      </w:r>
      <w:r>
        <w:rPr>
          <w:rFonts w:ascii="Georgia" w:hAnsi="Georgia"/>
          <w:b w:val="0"/>
          <w:i/>
          <w:color w:val="000000"/>
          <w:sz w:val="24"/>
        </w:rPr>
        <w:t>ли</w:t>
      </w:r>
      <w:r>
        <w:rPr>
          <w:rFonts w:ascii="Georgia" w:hAnsi="Georgia"/>
          <w:b w:val="0"/>
          <w:i w:val="0"/>
          <w:color w:val="000000"/>
          <w:sz w:val="24"/>
        </w:rPr>
        <w:t xml:space="preserve"> (</w:t>
      </w:r>
      <w:r>
        <w:rPr>
          <w:rFonts w:ascii="Georgia" w:hAnsi="Georgia" w:cs="Times New Roman"/>
          <w:b/>
          <w:i w:val="0"/>
          <w:color w:val="000000"/>
          <w:sz w:val="24"/>
          <w:rtl/>
          <w:szCs w:val="32"/>
        </w:rPr>
        <w:t>לִי</w:t>
      </w:r>
      <w:r>
        <w:rPr>
          <w:rFonts w:ascii="Georgia" w:hAnsi="Georgia"/>
          <w:b w:val="0"/>
          <w:i w:val="0"/>
          <w:color w:val="000000"/>
          <w:sz w:val="24"/>
        </w:rPr>
        <w:t xml:space="preserve">). </w:t>
      </w:r>
      <w:r>
        <w:rPr>
          <w:rFonts w:ascii="Georgia" w:hAnsi="Georgia" w:cs="Times New Roman"/>
          <w:b/>
          <w:i w:val="0"/>
          <w:color w:val="000000"/>
          <w:sz w:val="24"/>
          <w:rtl/>
          <w:szCs w:val="32"/>
        </w:rPr>
        <w:t>בת</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b w:val="0"/>
          <w:i w:val="0"/>
          <w:color w:val="000000"/>
          <w:sz w:val="24"/>
        </w:rPr>
        <w:t xml:space="preserve">, </w:t>
      </w:r>
      <w:r>
        <w:rPr>
          <w:rFonts w:ascii="Georgia" w:hAnsi="Georgia" w:cs="Times New Roman"/>
          <w:b/>
          <w:i w:val="0"/>
          <w:color w:val="000000"/>
          <w:sz w:val="24"/>
          <w:rtl/>
          <w:szCs w:val="32"/>
        </w:rPr>
        <w:t>בם</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b w:val="0"/>
          <w:i w:val="0"/>
          <w:color w:val="000000"/>
          <w:sz w:val="24"/>
        </w:rPr>
        <w:t>, МА (45), 15 (</w:t>
      </w:r>
      <w:r>
        <w:rPr>
          <w:rFonts w:ascii="Georgia" w:hAnsi="Georgia" w:cs="Times New Roman"/>
          <w:b/>
          <w:i w:val="0"/>
          <w:color w:val="000000"/>
          <w:sz w:val="24"/>
          <w:rtl/>
          <w:szCs w:val="32"/>
        </w:rPr>
        <w:t>ט״ו</w:t>
      </w:r>
      <w:r>
        <w:rPr>
          <w:rFonts w:ascii="Georgia" w:hAnsi="Georgia"/>
          <w:b w:val="0"/>
          <w:i w:val="0"/>
          <w:color w:val="000000"/>
          <w:sz w:val="24"/>
        </w:rPr>
        <w:t>), АБ (72), 130 (</w:t>
      </w:r>
      <w:r>
        <w:rPr>
          <w:rFonts w:ascii="Georgia" w:hAnsi="Georgia" w:cs="Times New Roman"/>
          <w:b/>
          <w:i w:val="0"/>
          <w:color w:val="000000"/>
          <w:sz w:val="24"/>
          <w:rtl/>
          <w:szCs w:val="32"/>
        </w:rPr>
        <w:t>ק״ל</w:t>
      </w:r>
      <w:r>
        <w:rPr>
          <w:rFonts w:ascii="Georgia" w:hAnsi="Georgia"/>
          <w:b w:val="0"/>
          <w:i w:val="0"/>
          <w:color w:val="000000"/>
          <w:sz w:val="24"/>
        </w:rPr>
        <w:t xml:space="preserve">), АБ (72); </w:t>
      </w:r>
      <w:r>
        <w:rPr>
          <w:rFonts w:ascii="Georgia" w:hAnsi="Georgia" w:cs="Times New Roman"/>
          <w:b/>
          <w:i w:val="0"/>
          <w:color w:val="000000"/>
          <w:sz w:val="24"/>
          <w:rtl/>
          <w:szCs w:val="32"/>
        </w:rPr>
        <w:t>קְֵד״ֵםָ</w:t>
      </w:r>
      <w:r>
        <w:rPr>
          <w:rFonts w:ascii="Georgia" w:hAnsi="Georgia"/>
          <w:b w:val="0"/>
          <w:i w:val="0"/>
          <w:color w:val="000000"/>
          <w:sz w:val="24"/>
        </w:rPr>
        <w:t xml:space="preserve"> — такова огласовка; </w:t>
      </w:r>
      <w:r>
        <w:rPr>
          <w:rFonts w:ascii="Georgia" w:hAnsi="Georgia" w:cs="Times New Roman"/>
          <w:b/>
          <w:i w:val="0"/>
          <w:color w:val="000000"/>
          <w:sz w:val="24"/>
          <w:rtl/>
          <w:szCs w:val="32"/>
        </w:rPr>
        <w:t>בְכָתָסֵ</w:t>
      </w:r>
      <w:r>
        <w:rPr>
          <w:rFonts w:ascii="Georgia" w:hAnsi="Georgia"/>
          <w:b w:val="0"/>
          <w:i w:val="0"/>
          <w:color w:val="000000"/>
          <w:sz w:val="24"/>
        </w:rPr>
        <w:t xml:space="preserve">, </w:t>
      </w:r>
      <w:r>
        <w:rPr>
          <w:rFonts w:ascii="Georgia" w:hAnsi="Georgia" w:cs="Times New Roman"/>
          <w:b/>
          <w:i w:val="0"/>
          <w:color w:val="000000"/>
          <w:sz w:val="24"/>
          <w:rtl/>
          <w:szCs w:val="32"/>
        </w:rPr>
        <w:t>יייאיייי</w:t>
      </w:r>
      <w:r>
        <w:rPr>
          <w:rFonts w:ascii="Georgia" w:hAnsi="Georgia"/>
          <w:b w:val="0"/>
          <w:i w:val="0"/>
          <w:color w:val="000000"/>
          <w:sz w:val="24"/>
        </w:rPr>
        <w:t xml:space="preserve"> — огласовка [слов] </w:t>
      </w:r>
      <w:r>
        <w:rPr>
          <w:rFonts w:ascii="Georgia" w:hAnsi="Georgia"/>
          <w:b w:val="0"/>
          <w:i/>
          <w:color w:val="000000"/>
          <w:sz w:val="24"/>
        </w:rPr>
        <w:t>ле-ханхиль оавай</w:t>
      </w:r>
      <w:r>
        <w:rPr>
          <w:rFonts w:ascii="Georgia" w:hAnsi="Georgia"/>
          <w:b w:val="0"/>
          <w:i w:val="0"/>
          <w:color w:val="000000"/>
          <w:sz w:val="24"/>
        </w:rPr>
        <w:t xml:space="preserve">, а в Минху — </w:t>
      </w:r>
      <w:r>
        <w:rPr>
          <w:rFonts w:ascii="Georgia" w:hAnsi="Georgia"/>
          <w:b w:val="0"/>
          <w:i/>
          <w:color w:val="000000"/>
          <w:sz w:val="24"/>
        </w:rPr>
        <w:t>оавай ле-ханхиль</w:t>
      </w:r>
      <w:r>
        <w:rPr>
          <w:rFonts w:ascii="Georgia" w:hAnsi="Georgia"/>
          <w:b w:val="0"/>
          <w:i w:val="0"/>
          <w:color w:val="000000"/>
          <w:sz w:val="24"/>
        </w:rPr>
        <w:t xml:space="preserve">. В ночь на первый день [воскресенье]: </w:t>
      </w:r>
      <w:r>
        <w:rPr>
          <w:rFonts w:ascii="Georgia" w:hAnsi="Georgia" w:cs="Times New Roman"/>
          <w:b/>
          <w:i w:val="0"/>
          <w:color w:val="000000"/>
          <w:sz w:val="24"/>
          <w:rtl/>
          <w:szCs w:val="32"/>
        </w:rPr>
        <w:t>אכ״ת</w:t>
      </w:r>
      <w:r>
        <w:rPr>
          <w:rFonts w:ascii="Georgia" w:hAnsi="Georgia"/>
          <w:b w:val="0"/>
          <w:i w:val="0"/>
          <w:color w:val="000000"/>
          <w:sz w:val="24"/>
        </w:rPr>
        <w:t xml:space="preserve"> — [Имя] ЭЛЬ, [буквы] </w:t>
      </w:r>
      <w:r>
        <w:rPr>
          <w:rFonts w:ascii="Georgia" w:hAnsi="Georgia" w:cs="Times New Roman"/>
          <w:b/>
          <w:i w:val="0"/>
          <w:color w:val="000000"/>
          <w:sz w:val="24"/>
          <w:rtl/>
          <w:szCs w:val="32"/>
        </w:rPr>
        <w:t>כ״ת</w:t>
      </w:r>
      <w:r>
        <w:rPr>
          <w:rFonts w:ascii="Georgia" w:hAnsi="Georgia"/>
          <w:b w:val="0"/>
          <w:i w:val="0"/>
          <w:color w:val="000000"/>
          <w:sz w:val="24"/>
        </w:rPr>
        <w:t>, [буква] йод (</w:t>
      </w:r>
      <w:r>
        <w:rPr>
          <w:rFonts w:ascii="Georgia" w:hAnsi="Georgia" w:cs="Times New Roman"/>
          <w:b/>
          <w:i w:val="0"/>
          <w:color w:val="000000"/>
          <w:sz w:val="24"/>
          <w:rtl/>
          <w:szCs w:val="32"/>
        </w:rPr>
        <w:t>י</w:t>
      </w:r>
      <w:r>
        <w:rPr>
          <w:rFonts w:ascii="Georgia" w:hAnsi="Georgia"/>
          <w:b w:val="0"/>
          <w:i w:val="0"/>
          <w:color w:val="000000"/>
          <w:sz w:val="24"/>
        </w:rPr>
        <w:t>); чтение Мишны перед сном; великая осторожность в отношении раздражительности; десять раз [Имя] ЭЛЬ — половина Кетера. В ночь Шаббата: [Имя] ЭЙЕ (</w:t>
      </w:r>
      <w:r>
        <w:rPr>
          <w:rFonts w:ascii="Georgia" w:hAnsi="Georgia" w:cs="Times New Roman"/>
          <w:b/>
          <w:i w:val="0"/>
          <w:color w:val="000000"/>
          <w:sz w:val="24"/>
          <w:rtl/>
          <w:szCs w:val="32"/>
        </w:rPr>
        <w:t>אהיה</w:t>
      </w:r>
      <w:r>
        <w:rPr>
          <w:rFonts w:ascii="Georgia" w:hAnsi="Georgia"/>
          <w:b w:val="0"/>
          <w:i w:val="0"/>
          <w:color w:val="000000"/>
          <w:sz w:val="24"/>
        </w:rPr>
        <w:t xml:space="preserve">), </w:t>
      </w:r>
      <w:r>
        <w:rPr>
          <w:rFonts w:ascii="Georgia" w:hAnsi="Georgia" w:cs="Times New Roman"/>
          <w:b/>
          <w:i w:val="0"/>
          <w:color w:val="000000"/>
          <w:sz w:val="24"/>
          <w:rtl/>
          <w:szCs w:val="32"/>
        </w:rPr>
        <w:t>יה״ו</w:t>
      </w:r>
      <w:r>
        <w:rPr>
          <w:rFonts w:ascii="Georgia" w:hAnsi="Georgia"/>
          <w:b w:val="0"/>
          <w:i w:val="0"/>
          <w:color w:val="000000"/>
          <w:sz w:val="24"/>
        </w:rPr>
        <w:t xml:space="preserve">, </w:t>
      </w:r>
      <w:r>
        <w:rPr>
          <w:rFonts w:ascii="Georgia" w:hAnsi="Georgia" w:cs="Times New Roman"/>
          <w:b/>
          <w:i w:val="0"/>
          <w:color w:val="000000"/>
          <w:sz w:val="24"/>
          <w:rtl/>
          <w:szCs w:val="32"/>
        </w:rPr>
        <w:t>יו״י</w:t>
      </w:r>
      <w:r>
        <w:rPr>
          <w:rFonts w:ascii="Georgia" w:hAnsi="Georgia"/>
          <w:b w:val="0"/>
          <w:i w:val="0"/>
          <w:color w:val="000000"/>
          <w:sz w:val="24"/>
        </w:rPr>
        <w:t xml:space="preserve">, </w:t>
      </w:r>
      <w:r>
        <w:rPr>
          <w:rFonts w:ascii="Georgia" w:hAnsi="Georgia" w:cs="Times New Roman"/>
          <w:b/>
          <w:i w:val="0"/>
          <w:color w:val="000000"/>
          <w:sz w:val="24"/>
          <w:rtl/>
          <w:szCs w:val="32"/>
        </w:rPr>
        <w:t>וו״ו</w:t>
      </w:r>
      <w:r>
        <w:rPr>
          <w:rFonts w:ascii="Georgia" w:hAnsi="Georgia"/>
          <w:b w:val="0"/>
          <w:i w:val="0"/>
          <w:color w:val="000000"/>
          <w:sz w:val="24"/>
        </w:rPr>
        <w:t xml:space="preserve">, АБ (72), </w:t>
      </w:r>
      <w:r>
        <w:rPr>
          <w:rFonts w:ascii="Georgia" w:hAnsi="Georgia" w:cs="Times New Roman"/>
          <w:b/>
          <w:i w:val="0"/>
          <w:color w:val="000000"/>
          <w:sz w:val="24"/>
          <w:rtl/>
          <w:szCs w:val="32"/>
        </w:rPr>
        <w:t>ווו״וָ</w:t>
      </w:r>
      <w:r>
        <w:rPr>
          <w:rFonts w:ascii="Georgia" w:hAnsi="Georgia"/>
          <w:b w:val="0"/>
          <w:i w:val="0"/>
          <w:color w:val="000000"/>
          <w:sz w:val="24"/>
        </w:rPr>
        <w:t>, 37 (</w:t>
      </w:r>
      <w:r>
        <w:rPr>
          <w:rFonts w:ascii="Georgia" w:hAnsi="Georgia" w:cs="Times New Roman"/>
          <w:b/>
          <w:i w:val="0"/>
          <w:color w:val="000000"/>
          <w:sz w:val="24"/>
          <w:rtl/>
          <w:szCs w:val="32"/>
        </w:rPr>
        <w:t>ל״ז</w:t>
      </w:r>
      <w:r>
        <w:rPr>
          <w:rFonts w:ascii="Georgia" w:hAnsi="Georgia"/>
          <w:b w:val="0"/>
          <w:i w:val="0"/>
          <w:color w:val="000000"/>
          <w:sz w:val="24"/>
        </w:rPr>
        <w:t xml:space="preserve">), [Имя] </w:t>
      </w:r>
      <w:r>
        <w:rPr>
          <w:rFonts w:ascii="Georgia" w:hAnsi="Georgia" w:cs="Times New Roman"/>
          <w:b/>
          <w:i w:val="0"/>
          <w:color w:val="000000"/>
          <w:sz w:val="24"/>
          <w:rtl/>
          <w:szCs w:val="32"/>
        </w:rPr>
        <w:t>בוכ״ו</w:t>
      </w:r>
      <w:r>
        <w:rPr>
          <w:rFonts w:ascii="Georgia" w:hAnsi="Georgia"/>
          <w:b w:val="0"/>
          <w:i w:val="0"/>
          <w:color w:val="000000"/>
          <w:sz w:val="24"/>
        </w:rPr>
        <w:t xml:space="preserve">; их огласовка — </w:t>
      </w:r>
      <w:r>
        <w:rPr>
          <w:rFonts w:ascii="Georgia" w:hAnsi="Georgia" w:cs="Times New Roman"/>
          <w:b/>
          <w:i w:val="0"/>
          <w:color w:val="000000"/>
          <w:sz w:val="24"/>
          <w:rtl/>
          <w:szCs w:val="32"/>
        </w:rPr>
        <w:t>יייא</w:t>
      </w:r>
      <w:r>
        <w:rPr>
          <w:rFonts w:ascii="Georgia" w:hAnsi="Georgia"/>
          <w:b w:val="0"/>
          <w:i w:val="0"/>
          <w:color w:val="000000"/>
          <w:sz w:val="24"/>
        </w:rPr>
        <w:t xml:space="preserve"> в их произношении; САГ (63), МА (45); [буквы] йод, вав, вав, вав, вав — огласовка: четыре холама [на буквах] вав. Вав, вав, вав, вав, вав; [Имя] ЭЙЕ (</w:t>
      </w:r>
      <w:r>
        <w:rPr>
          <w:rFonts w:ascii="Georgia" w:hAnsi="Georgia" w:cs="Times New Roman"/>
          <w:b/>
          <w:i w:val="0"/>
          <w:color w:val="000000"/>
          <w:sz w:val="24"/>
          <w:rtl/>
          <w:szCs w:val="32"/>
        </w:rPr>
        <w:t>אהיה</w:t>
      </w:r>
      <w:r>
        <w:rPr>
          <w:rFonts w:ascii="Georgia" w:hAnsi="Georgia"/>
          <w:b w:val="0"/>
          <w:i w:val="0"/>
          <w:color w:val="000000"/>
          <w:sz w:val="24"/>
        </w:rPr>
        <w:t xml:space="preserve">), </w:t>
      </w:r>
      <w:r>
        <w:rPr>
          <w:rFonts w:ascii="Georgia" w:hAnsi="Georgia" w:cs="Times New Roman"/>
          <w:b/>
          <w:i w:val="0"/>
          <w:color w:val="000000"/>
          <w:sz w:val="24"/>
          <w:rtl/>
          <w:szCs w:val="32"/>
        </w:rPr>
        <w:t>יה״ו</w:t>
      </w:r>
      <w:r>
        <w:rPr>
          <w:rFonts w:ascii="Georgia" w:hAnsi="Georgia"/>
          <w:b w:val="0"/>
          <w:i w:val="0"/>
          <w:color w:val="000000"/>
          <w:sz w:val="24"/>
        </w:rPr>
        <w:t>; йод, вав; йод, вав; йод, вав. Цедек, 184 (</w:t>
      </w:r>
      <w:r>
        <w:rPr>
          <w:rFonts w:ascii="Georgia" w:hAnsi="Georgia" w:cs="Times New Roman"/>
          <w:b/>
          <w:i w:val="0"/>
          <w:color w:val="000000"/>
          <w:sz w:val="24"/>
          <w:rtl/>
          <w:szCs w:val="32"/>
        </w:rPr>
        <w:t>קפ״ד</w:t>
      </w:r>
      <w:r>
        <w:rPr>
          <w:rFonts w:ascii="Georgia" w:hAnsi="Georgia"/>
          <w:b w:val="0"/>
          <w:i w:val="0"/>
          <w:color w:val="000000"/>
          <w:sz w:val="24"/>
        </w:rPr>
        <w:t>), шестнадцать букв (</w:t>
      </w:r>
      <w:r>
        <w:rPr>
          <w:rFonts w:ascii="Georgia" w:hAnsi="Georgia" w:cs="Times New Roman"/>
          <w:b/>
          <w:i w:val="0"/>
          <w:color w:val="000000"/>
          <w:sz w:val="24"/>
          <w:rtl/>
          <w:szCs w:val="32"/>
        </w:rPr>
        <w:t>ו״י</w:t>
      </w:r>
      <w:r>
        <w:rPr>
          <w:rFonts w:ascii="Georgia" w:hAnsi="Georgia"/>
          <w:b w:val="0"/>
          <w:i w:val="0"/>
          <w:color w:val="000000"/>
          <w:sz w:val="24"/>
        </w:rPr>
        <w:t>); огласовка в произношении: йод, вав (</w:t>
      </w:r>
      <w:r>
        <w:rPr>
          <w:rFonts w:ascii="Georgia" w:hAnsi="Georgia" w:cs="Times New Roman"/>
          <w:b/>
          <w:i w:val="0"/>
          <w:color w:val="000000"/>
          <w:sz w:val="24"/>
          <w:rtl/>
          <w:szCs w:val="32"/>
        </w:rPr>
        <w:t>וָי״ו</w:t>
      </w:r>
      <w:r>
        <w:rPr>
          <w:rFonts w:ascii="Georgia" w:hAnsi="Georgia"/>
          <w:b w:val="0"/>
          <w:i w:val="0"/>
          <w:color w:val="000000"/>
          <w:sz w:val="24"/>
        </w:rPr>
        <w:t>), далет (</w:t>
      </w:r>
      <w:r>
        <w:rPr>
          <w:rFonts w:ascii="Georgia" w:hAnsi="Georgia" w:cs="Times New Roman"/>
          <w:b/>
          <w:i w:val="0"/>
          <w:color w:val="000000"/>
          <w:sz w:val="24"/>
          <w:rtl/>
          <w:szCs w:val="32"/>
        </w:rPr>
        <w:t>דָלת</w:t>
      </w:r>
      <w:r>
        <w:rPr>
          <w:rFonts w:ascii="Georgia" w:hAnsi="Georgia"/>
          <w:b w:val="0"/>
          <w:i w:val="0"/>
          <w:color w:val="000000"/>
          <w:sz w:val="24"/>
        </w:rPr>
        <w:t>) — четыре раза; и так же в молитве Мусаф: Цедек (</w:t>
      </w:r>
      <w:r>
        <w:rPr>
          <w:rFonts w:ascii="Georgia" w:hAnsi="Georgia" w:cs="Times New Roman"/>
          <w:b/>
          <w:i w:val="0"/>
          <w:color w:val="000000"/>
          <w:sz w:val="24"/>
          <w:rtl/>
          <w:szCs w:val="32"/>
        </w:rPr>
        <w:t>צד״ק</w:t>
      </w:r>
      <w:r>
        <w:rPr>
          <w:rFonts w:ascii="Georgia" w:hAnsi="Georgia"/>
          <w:b w:val="0"/>
          <w:i w:val="0"/>
          <w:color w:val="000000"/>
          <w:sz w:val="24"/>
        </w:rPr>
        <w:t>), 184 (</w:t>
      </w:r>
      <w:r>
        <w:rPr>
          <w:rFonts w:ascii="Georgia" w:hAnsi="Georgia" w:cs="Times New Roman"/>
          <w:b/>
          <w:i w:val="0"/>
          <w:color w:val="000000"/>
          <w:sz w:val="24"/>
          <w:rtl/>
          <w:szCs w:val="32"/>
        </w:rPr>
        <w:t>קפ״ד</w:t>
      </w:r>
      <w:r>
        <w:rPr>
          <w:rFonts w:ascii="Georgia" w:hAnsi="Georgia"/>
          <w:b w:val="0"/>
          <w:i w:val="0"/>
          <w:color w:val="000000"/>
          <w:sz w:val="24"/>
        </w:rPr>
        <w:t xml:space="preserve">) и [Имя] </w:t>
      </w:r>
      <w:r>
        <w:rPr>
          <w:rFonts w:ascii="Georgia" w:hAnsi="Georgia" w:cs="Times New Roman"/>
          <w:b/>
          <w:i w:val="0"/>
          <w:color w:val="000000"/>
          <w:sz w:val="24"/>
          <w:rtl/>
          <w:szCs w:val="32"/>
        </w:rPr>
        <w:t>טפטפי״ה</w:t>
      </w:r>
      <w:r>
        <w:rPr>
          <w:rFonts w:ascii="Georgia" w:hAnsi="Georgia"/>
          <w:b w:val="0"/>
          <w:i w:val="0"/>
          <w:color w:val="000000"/>
          <w:sz w:val="24"/>
        </w:rPr>
        <w:t>. В Минху: [Имя] ЭЙЕ (</w:t>
      </w:r>
      <w:r>
        <w:rPr>
          <w:rFonts w:ascii="Georgia" w:hAnsi="Georgia" w:cs="Times New Roman"/>
          <w:b/>
          <w:i w:val="0"/>
          <w:color w:val="000000"/>
          <w:sz w:val="24"/>
          <w:rtl/>
          <w:szCs w:val="32"/>
        </w:rPr>
        <w:t>אהיה</w:t>
      </w:r>
      <w:r>
        <w:rPr>
          <w:rFonts w:ascii="Georgia" w:hAnsi="Georgia"/>
          <w:b w:val="0"/>
          <w:i w:val="0"/>
          <w:color w:val="000000"/>
          <w:sz w:val="24"/>
        </w:rPr>
        <w:t xml:space="preserve">), </w:t>
      </w:r>
      <w:r>
        <w:rPr>
          <w:rFonts w:ascii="Georgia" w:hAnsi="Georgia" w:cs="Times New Roman"/>
          <w:b/>
          <w:i w:val="0"/>
          <w:color w:val="000000"/>
          <w:sz w:val="24"/>
          <w:rtl/>
          <w:szCs w:val="32"/>
        </w:rPr>
        <w:t>יה״ו</w:t>
      </w:r>
      <w:r>
        <w:rPr>
          <w:rFonts w:ascii="Georgia" w:hAnsi="Georgia"/>
          <w:b w:val="0"/>
          <w:i w:val="0"/>
          <w:color w:val="000000"/>
          <w:sz w:val="24"/>
        </w:rPr>
        <w:t xml:space="preserve">, йод, вав, далет, и все буквы вав — с наполнением алеф; огласовка четырьмя буквами йод, и еще </w:t>
      </w:r>
      <w:r>
        <w:rPr>
          <w:rFonts w:ascii="Georgia" w:hAnsi="Georgia" w:cs="Times New Roman"/>
          <w:b/>
          <w:i w:val="0"/>
          <w:color w:val="000000"/>
          <w:sz w:val="24"/>
          <w:rtl/>
          <w:szCs w:val="32"/>
        </w:rPr>
        <w:t>יייא</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человеку, практикующему уединение (</w:t>
      </w:r>
      <w:r>
        <w:rPr>
          <w:rFonts w:ascii="Georgia" w:hAnsi="Georgia"/>
          <w:b w:val="0"/>
          <w:i/>
          <w:color w:val="000000"/>
          <w:sz w:val="24"/>
        </w:rPr>
        <w:t>итбодедут</w:t>
      </w:r>
      <w:r>
        <w:rPr>
          <w:rFonts w:ascii="Georgia" w:hAnsi="Georgia"/>
          <w:b w:val="0"/>
          <w:i w:val="0"/>
          <w:color w:val="000000"/>
          <w:sz w:val="24"/>
        </w:rPr>
        <w:t xml:space="preserve">), как сказано выше, необходимо в каждый день из семи дней недели направлять намерение на одно из семи имен 42-буквенного Имени по их порядку. Как именно? В первый день недели пусть думает об имени </w:t>
      </w:r>
      <w:r>
        <w:rPr>
          <w:rFonts w:ascii="Georgia" w:hAnsi="Georgia" w:cs="Times New Roman"/>
          <w:b/>
          <w:i w:val="0"/>
          <w:color w:val="000000"/>
          <w:sz w:val="24"/>
          <w:rtl/>
          <w:szCs w:val="32"/>
        </w:rPr>
        <w:t>אבג״יתץ</w:t>
      </w:r>
      <w:r>
        <w:rPr>
          <w:rFonts w:ascii="Georgia" w:hAnsi="Georgia"/>
          <w:b w:val="0"/>
          <w:i w:val="0"/>
          <w:color w:val="000000"/>
          <w:sz w:val="24"/>
        </w:rPr>
        <w:t xml:space="preserve">, во второй день — об имени </w:t>
      </w:r>
      <w:r>
        <w:rPr>
          <w:rFonts w:ascii="Georgia" w:hAnsi="Georgia" w:cs="Times New Roman"/>
          <w:b/>
          <w:i w:val="0"/>
          <w:color w:val="000000"/>
          <w:sz w:val="24"/>
          <w:rtl/>
          <w:szCs w:val="32"/>
        </w:rPr>
        <w:t>קר״ע שט״ן</w:t>
      </w:r>
      <w:r>
        <w:rPr>
          <w:rFonts w:ascii="Georgia" w:hAnsi="Georgia"/>
          <w:b w:val="0"/>
          <w:i w:val="0"/>
          <w:color w:val="000000"/>
          <w:sz w:val="24"/>
        </w:rPr>
        <w:t xml:space="preserve"> и так далее, а в день Шаббата — об имени </w:t>
      </w:r>
      <w:r>
        <w:rPr>
          <w:rFonts w:ascii="Georgia" w:hAnsi="Georgia" w:cs="Times New Roman"/>
          <w:b/>
          <w:i w:val="0"/>
          <w:color w:val="000000"/>
          <w:sz w:val="24"/>
          <w:rtl/>
          <w:szCs w:val="32"/>
        </w:rPr>
        <w:t>שקיצי״ת</w:t>
      </w:r>
      <w:r>
        <w:rPr>
          <w:rFonts w:ascii="Georgia" w:hAnsi="Georgia"/>
          <w:b w:val="0"/>
          <w:i w:val="0"/>
          <w:color w:val="000000"/>
          <w:sz w:val="24"/>
        </w:rPr>
        <w:t>; ведь до сих пор она облачалась в дни будней, а теперь, в день Шаббата, она восходит ввысь и светит нам не через будничные одеяния.</w:t>
      </w:r>
    </w:p>
    <w:p>
      <w:pPr>
        <w:spacing w:before="40" w:after="120"/>
        <w:jc w:val="both"/>
      </w:pPr>
      <w:r>
        <w:rPr>
          <w:rFonts w:ascii="Georgia" w:hAnsi="Georgia"/>
          <w:b w:val="0"/>
          <w:i w:val="0"/>
          <w:color w:val="000000"/>
          <w:sz w:val="24"/>
        </w:rPr>
        <w:t xml:space="preserve">Одно намерение для спасения от разбойников. Сказал мне р. Ш. Сагис от имени моего учителя, благословенной памяти, которому рассказал мой учитель, благословенной памяти, что отец моего учителя, благословенной памяти, попытался спастись от разбойников тем, что упомянул имя </w:t>
      </w:r>
      <w:r>
        <w:rPr>
          <w:rFonts w:ascii="Georgia" w:hAnsi="Georgia" w:cs="Times New Roman"/>
          <w:b/>
          <w:i w:val="0"/>
          <w:color w:val="000000"/>
          <w:sz w:val="24"/>
          <w:rtl/>
          <w:szCs w:val="32"/>
        </w:rPr>
        <w:t>מצמצית</w:t>
      </w:r>
      <w:r>
        <w:rPr>
          <w:rFonts w:ascii="Georgia" w:hAnsi="Georgia"/>
          <w:b w:val="0"/>
          <w:i w:val="0"/>
          <w:color w:val="000000"/>
          <w:sz w:val="24"/>
        </w:rPr>
        <w:t xml:space="preserve">, и хотя его отец не знал огласовки упомянутого Имени, он тем не менее спасся. И [еще] сказал ему мой учитель, благословенной памяти, что подлинная огласовка этого Имени выводится из стиха: </w:t>
      </w:r>
      <w:r>
        <w:rPr>
          <w:rFonts w:ascii="Georgia" w:hAnsi="Georgia"/>
          <w:b w:val="0"/>
          <w:i/>
          <w:color w:val="000000"/>
          <w:sz w:val="24"/>
        </w:rPr>
        <w:t>«В тот день обреет Г-сподь наемной бритвою...»</w:t>
      </w:r>
      <w:r>
        <w:rPr>
          <w:rFonts w:ascii="Georgia" w:hAnsi="Georgia"/>
          <w:b w:val="0"/>
          <w:i w:val="0"/>
          <w:color w:val="000000"/>
          <w:sz w:val="24"/>
        </w:rPr>
        <w:t xml:space="preserve"> (Йешаяу 7:20), так как упомянутое Имя составляет по гематрии 670 (</w:t>
      </w:r>
      <w:r>
        <w:rPr>
          <w:rFonts w:ascii="Georgia" w:hAnsi="Georgia" w:cs="Times New Roman"/>
          <w:b/>
          <w:i w:val="0"/>
          <w:color w:val="000000"/>
          <w:sz w:val="24"/>
          <w:rtl/>
          <w:szCs w:val="32"/>
        </w:rPr>
        <w:t>תע״ר</w:t>
      </w:r>
      <w:r>
        <w:rPr>
          <w:rFonts w:ascii="Georgia" w:hAnsi="Georgia"/>
          <w:b w:val="0"/>
          <w:i w:val="0"/>
          <w:color w:val="000000"/>
          <w:sz w:val="24"/>
        </w:rPr>
        <w:t>), а его огласовка составляет по гематрии 150 (</w:t>
      </w:r>
      <w:r>
        <w:rPr>
          <w:rFonts w:ascii="Georgia" w:hAnsi="Georgia" w:cs="Times New Roman"/>
          <w:b/>
          <w:i w:val="0"/>
          <w:color w:val="000000"/>
          <w:sz w:val="24"/>
          <w:rtl/>
          <w:szCs w:val="32"/>
        </w:rPr>
        <w:t>כנ״ף</w:t>
      </w:r>
      <w:r>
        <w:rPr>
          <w:rFonts w:ascii="Georgia" w:hAnsi="Georgia"/>
          <w:b w:val="0"/>
          <w:i w:val="0"/>
          <w:color w:val="000000"/>
          <w:sz w:val="24"/>
        </w:rPr>
        <w:t>). И смотри в единении р. Гдальи как исправление прегрешения мужеложства, и смотри там.</w:t>
      </w:r>
    </w:p>
    <w:p>
      <w:r>
        <w:br w:type="page"/>
      </w:r>
    </w:p>
    <w:p>
      <w:pPr>
        <w:keepNext/>
        <w:spacing w:before="360" w:after="160"/>
        <w:jc w:val="center"/>
      </w:pPr>
      <w:r>
        <w:rPr>
          <w:rFonts w:ascii="Georgia" w:hAnsi="Georgia"/>
          <w:b w:val="0"/>
          <w:i w:val="0"/>
          <w:color w:val="000000"/>
          <w:sz w:val="40"/>
        </w:rPr>
        <w:t>Ихудим для подъема искр душ и против вредящих духов</w:t>
      </w:r>
    </w:p>
    <w:p>
      <w:pPr>
        <w:keepNext/>
        <w:spacing w:before="320" w:after="120"/>
      </w:pPr>
      <w:r>
        <w:rPr>
          <w:rFonts w:ascii="Georgia" w:hAnsi="Georgia"/>
          <w:b w:val="0"/>
          <w:i w:val="0"/>
          <w:color w:val="000000"/>
          <w:sz w:val="32"/>
        </w:rPr>
        <w:t>Ихуд 1</w:t>
      </w:r>
    </w:p>
    <w:p>
      <w:pPr>
        <w:spacing w:before="40" w:after="120"/>
        <w:jc w:val="both"/>
      </w:pPr>
      <w:r>
        <w:rPr>
          <w:rFonts w:ascii="Georgia" w:hAnsi="Georgia"/>
          <w:b w:val="0"/>
          <w:i w:val="0"/>
          <w:color w:val="000000"/>
          <w:sz w:val="24"/>
        </w:rPr>
        <w:t>[Это единение] мой учитель, благословенной памяти, совершал для того, чтобы поднять искры душ, которые до сих пор, в наше время, все еще остаются в Гехиноме среди клипот. Они происходят от корня Каина, переданного ему Адамом, то есть от высшей ступени, как сказано выше. И он говорил, что тот, кто происходит от корня Каина — в особенности если он происходит от свойства самого мозга Даат, а не от шести концов (</w:t>
      </w:r>
      <w:r>
        <w:rPr>
          <w:rFonts w:ascii="Georgia" w:hAnsi="Georgia"/>
          <w:b w:val="0"/>
          <w:i/>
          <w:color w:val="000000"/>
          <w:sz w:val="24"/>
        </w:rPr>
        <w:t>вав кцавот</w:t>
      </w:r>
      <w:r>
        <w:rPr>
          <w:rFonts w:ascii="Georgia" w:hAnsi="Georgia"/>
          <w:b w:val="0"/>
          <w:i w:val="0"/>
          <w:color w:val="000000"/>
          <w:sz w:val="24"/>
        </w:rPr>
        <w:t>), и в особенности находясь в этом последнем поколении, — способен поднять все эти искры, исправить их и вернуть в этот мир, подобно остальным людям.</w:t>
      </w:r>
    </w:p>
    <w:p>
      <w:pPr>
        <w:spacing w:before="40" w:after="120"/>
        <w:jc w:val="both"/>
      </w:pPr>
      <w:r>
        <w:rPr>
          <w:rFonts w:ascii="Georgia" w:hAnsi="Georgia"/>
          <w:b w:val="0"/>
          <w:i w:val="0"/>
          <w:color w:val="000000"/>
          <w:sz w:val="24"/>
        </w:rPr>
        <w:t>Для их подъема требуется несколько вещей. Во-первых, следует направлять намерение на то, чтобы поднять каждое их свойство через относящийся к нему корень. Также — через высшие сфирот, каждое согласно своему корню. И подобным же образом — через определенных относящихся к ним ангелов, через некоторые связанные с ними Имена и через соблюдение ряда предостережений в вещах, которые к ним относятся. Знай, что упомянутые искры составляют семь ступеней соответственно семи сфирот, и на каждой ступени осталось несколько искр. И таков их порядок:</w:t>
      </w:r>
    </w:p>
    <w:p>
      <w:pPr>
        <w:pStyle w:val="ListBullet"/>
        <w:spacing w:before="20" w:after="40"/>
      </w:pPr>
      <w:r>
        <w:rPr>
          <w:rFonts w:ascii="Georgia" w:hAnsi="Georgia"/>
          <w:b w:val="0"/>
          <w:i w:val="0"/>
          <w:color w:val="000000"/>
          <w:sz w:val="24"/>
        </w:rPr>
        <w:t>Корах — в Хеседе, и в нем тринадцать искр, оставшихся до сих пор;</w:t>
      </w:r>
    </w:p>
    <w:p>
      <w:pPr>
        <w:pStyle w:val="ListBullet"/>
        <w:spacing w:before="20" w:after="40"/>
      </w:pPr>
      <w:r>
        <w:rPr>
          <w:rFonts w:ascii="Georgia" w:hAnsi="Georgia"/>
          <w:b w:val="0"/>
          <w:i w:val="0"/>
          <w:color w:val="000000"/>
          <w:sz w:val="24"/>
        </w:rPr>
        <w:t>Итро — в Гвуре, и в нем шесть искр;</w:t>
      </w:r>
    </w:p>
    <w:p>
      <w:pPr>
        <w:pStyle w:val="ListBullet"/>
        <w:spacing w:before="20" w:after="40"/>
      </w:pPr>
      <w:r>
        <w:rPr>
          <w:rFonts w:ascii="Georgia" w:hAnsi="Georgia"/>
          <w:b w:val="0"/>
          <w:i w:val="0"/>
          <w:color w:val="000000"/>
          <w:sz w:val="24"/>
        </w:rPr>
        <w:t>Юваль — в Тиферет, и в нем девять искр;</w:t>
      </w:r>
    </w:p>
    <w:p>
      <w:pPr>
        <w:pStyle w:val="ListBullet"/>
        <w:spacing w:before="20" w:after="40"/>
      </w:pPr>
      <w:r>
        <w:rPr>
          <w:rFonts w:ascii="Georgia" w:hAnsi="Georgia"/>
          <w:b w:val="0"/>
          <w:i w:val="0"/>
          <w:color w:val="000000"/>
          <w:sz w:val="24"/>
        </w:rPr>
        <w:t>Датан и Авирам — в Нецахе и Ходе, и в них двенадцать искр;</w:t>
      </w:r>
    </w:p>
    <w:p>
      <w:pPr>
        <w:pStyle w:val="ListBullet"/>
        <w:spacing w:before="20" w:after="40"/>
      </w:pPr>
      <w:r>
        <w:rPr>
          <w:rFonts w:ascii="Georgia" w:hAnsi="Georgia"/>
          <w:b w:val="0"/>
          <w:i w:val="0"/>
          <w:color w:val="000000"/>
          <w:sz w:val="24"/>
        </w:rPr>
        <w:t>Яваль — в Есоде, и в нем восемь искр;</w:t>
      </w:r>
    </w:p>
    <w:p>
      <w:pPr>
        <w:pStyle w:val="ListBullet"/>
        <w:spacing w:before="20" w:after="40"/>
      </w:pPr>
      <w:r>
        <w:rPr>
          <w:rFonts w:ascii="Georgia" w:hAnsi="Georgia"/>
          <w:b w:val="0"/>
          <w:i w:val="0"/>
          <w:color w:val="000000"/>
          <w:sz w:val="24"/>
        </w:rPr>
        <w:t>Лемех — в Малхут, и в нем двадцать две искры.</w:t>
      </w:r>
    </w:p>
    <w:p>
      <w:pPr>
        <w:spacing w:before="40" w:after="120"/>
        <w:jc w:val="both"/>
      </w:pPr>
      <w:r>
        <w:rPr>
          <w:rFonts w:ascii="Georgia" w:hAnsi="Georgia"/>
          <w:b w:val="0"/>
          <w:i w:val="0"/>
          <w:color w:val="000000"/>
          <w:sz w:val="24"/>
        </w:rPr>
        <w:t>А вот их корни:</w:t>
      </w:r>
    </w:p>
    <w:p>
      <w:pPr>
        <w:pStyle w:val="ListBullet"/>
        <w:spacing w:before="20" w:after="40"/>
      </w:pPr>
      <w:r>
        <w:rPr>
          <w:rFonts w:ascii="Georgia" w:hAnsi="Georgia"/>
          <w:b w:val="0"/>
          <w:i w:val="0"/>
          <w:color w:val="000000"/>
          <w:sz w:val="24"/>
        </w:rPr>
        <w:t>Корах — с пророком Элишей;</w:t>
      </w:r>
    </w:p>
    <w:p>
      <w:pPr>
        <w:pStyle w:val="ListBullet"/>
        <w:spacing w:before="20" w:after="40"/>
      </w:pPr>
      <w:r>
        <w:rPr>
          <w:rFonts w:ascii="Georgia" w:hAnsi="Georgia"/>
          <w:b w:val="0"/>
          <w:i w:val="0"/>
          <w:color w:val="000000"/>
          <w:sz w:val="24"/>
        </w:rPr>
        <w:t>Итро — с Ривазом (рабби Йохананом бен Заккаем);</w:t>
      </w:r>
    </w:p>
    <w:p>
      <w:pPr>
        <w:pStyle w:val="ListBullet"/>
        <w:spacing w:before="20" w:after="40"/>
      </w:pPr>
      <w:r>
        <w:rPr>
          <w:rFonts w:ascii="Georgia" w:hAnsi="Georgia"/>
          <w:b w:val="0"/>
          <w:i w:val="0"/>
          <w:color w:val="000000"/>
          <w:sz w:val="24"/>
        </w:rPr>
        <w:t>Юваль — с рабби Йегудой Индусом;</w:t>
      </w:r>
    </w:p>
    <w:p>
      <w:pPr>
        <w:pStyle w:val="ListBullet"/>
        <w:spacing w:before="20" w:after="40"/>
      </w:pPr>
      <w:r>
        <w:rPr>
          <w:rFonts w:ascii="Georgia" w:hAnsi="Georgia"/>
          <w:b w:val="0"/>
          <w:i w:val="0"/>
          <w:color w:val="000000"/>
          <w:sz w:val="24"/>
        </w:rPr>
        <w:t>Датан и Авирам — с Раббаном Гамлиэлем;</w:t>
      </w:r>
    </w:p>
    <w:p>
      <w:pPr>
        <w:pStyle w:val="ListBullet"/>
        <w:spacing w:before="20" w:after="40"/>
      </w:pPr>
      <w:r>
        <w:rPr>
          <w:rFonts w:ascii="Georgia" w:hAnsi="Georgia"/>
          <w:b w:val="0"/>
          <w:i w:val="0"/>
          <w:color w:val="000000"/>
          <w:sz w:val="24"/>
        </w:rPr>
        <w:t>Яваль — с аморой Бали;</w:t>
      </w:r>
    </w:p>
    <w:p>
      <w:pPr>
        <w:pStyle w:val="ListBullet"/>
        <w:spacing w:before="20" w:after="40"/>
      </w:pPr>
      <w:r>
        <w:rPr>
          <w:rFonts w:ascii="Georgia" w:hAnsi="Georgia"/>
          <w:b w:val="0"/>
          <w:i w:val="0"/>
          <w:color w:val="000000"/>
          <w:sz w:val="24"/>
        </w:rPr>
        <w:t>Лемех — с рав Малхио.</w:t>
      </w:r>
    </w:p>
    <w:p>
      <w:pPr>
        <w:spacing w:before="40" w:after="120"/>
        <w:jc w:val="both"/>
      </w:pPr>
      <w:r>
        <w:rPr>
          <w:rFonts w:ascii="Georgia" w:hAnsi="Georgia"/>
          <w:b w:val="0"/>
          <w:i w:val="0"/>
          <w:color w:val="000000"/>
          <w:sz w:val="24"/>
        </w:rPr>
        <w:t>И вот эти семь ангелов по порядку: АРГАМАН (</w:t>
      </w:r>
      <w:r>
        <w:rPr>
          <w:rFonts w:ascii="Georgia" w:hAnsi="Georgia" w:cs="Times New Roman"/>
          <w:b/>
          <w:i w:val="0"/>
          <w:color w:val="000000"/>
          <w:sz w:val="24"/>
          <w:rtl/>
          <w:szCs w:val="32"/>
        </w:rPr>
        <w:t>ארגמ״ן</w:t>
      </w:r>
      <w:r>
        <w:rPr>
          <w:rFonts w:ascii="Georgia" w:hAnsi="Georgia"/>
          <w:b w:val="0"/>
          <w:i w:val="0"/>
          <w:color w:val="000000"/>
          <w:sz w:val="24"/>
        </w:rPr>
        <w:t xml:space="preserve"> — Уриэль, Рафаэль, Гавриэль, Михаэль, Нуриэль), Ахтариэль и Метатрон. И следует огласовать каждую их букву двумя огласовками — шва и камац.</w:t>
      </w:r>
    </w:p>
    <w:p>
      <w:pPr>
        <w:spacing w:before="40" w:after="120"/>
        <w:jc w:val="both"/>
      </w:pPr>
      <w:r>
        <w:rPr>
          <w:rFonts w:ascii="Georgia" w:hAnsi="Georgia"/>
          <w:b w:val="0"/>
          <w:i w:val="0"/>
          <w:color w:val="000000"/>
          <w:sz w:val="24"/>
        </w:rPr>
        <w:t>А вот шесть предостережений: глаз, ухо, рот, отказ от созерцания (</w:t>
      </w:r>
      <w:r>
        <w:rPr>
          <w:rFonts w:ascii="Georgia" w:hAnsi="Georgia"/>
          <w:b w:val="0"/>
          <w:i/>
          <w:color w:val="000000"/>
          <w:sz w:val="24"/>
        </w:rPr>
        <w:t>истаклют</w:t>
      </w:r>
      <w:r>
        <w:rPr>
          <w:rFonts w:ascii="Georgia" w:hAnsi="Georgia"/>
          <w:b w:val="0"/>
          <w:i w:val="0"/>
          <w:color w:val="000000"/>
          <w:sz w:val="24"/>
        </w:rPr>
        <w:t>) дурного, нос, глубокое познание истинной мудрости [Каббалы]. [Каждый остерегается] в меру своих сил. И таков их краткий порядок:</w:t>
      </w:r>
    </w:p>
    <w:p>
      <w:pPr>
        <w:pStyle w:val="ListBullet"/>
        <w:spacing w:before="20" w:after="40"/>
      </w:pPr>
      <w:r>
        <w:rPr>
          <w:rFonts w:ascii="Georgia" w:hAnsi="Georgia"/>
          <w:b w:val="0"/>
          <w:i w:val="0"/>
          <w:color w:val="000000"/>
          <w:sz w:val="24"/>
        </w:rPr>
        <w:t>Корах, тринадцать искр, Элиша: буквы йод, йод-хэй, йод-хэй-вав, йод-хэй-вав-хэй (</w:t>
      </w:r>
      <w:r>
        <w:rPr>
          <w:rFonts w:ascii="Georgia" w:hAnsi="Georgia" w:cs="Times New Roman"/>
          <w:b/>
          <w:i w:val="0"/>
          <w:color w:val="000000"/>
          <w:sz w:val="24"/>
          <w:rtl/>
          <w:szCs w:val="32"/>
        </w:rPr>
        <w:t>יו״ד יו״ד ה״א יו״ד ה״א וא״ו יו״ד ה״א וא״ו ה״א</w:t>
      </w:r>
      <w:r>
        <w:rPr>
          <w:rFonts w:ascii="Georgia" w:hAnsi="Georgia"/>
          <w:b w:val="0"/>
          <w:i w:val="0"/>
          <w:color w:val="000000"/>
          <w:sz w:val="24"/>
        </w:rPr>
        <w:t xml:space="preserve">); глаз — [смотреть] исключительно в пределах четырех локтей; Хесед; </w:t>
      </w:r>
      <w:r>
        <w:rPr>
          <w:rFonts w:ascii="Georgia" w:hAnsi="Georgia" w:cs="Times New Roman"/>
          <w:b/>
          <w:i w:val="0"/>
          <w:color w:val="000000"/>
          <w:sz w:val="24"/>
          <w:rtl/>
          <w:szCs w:val="32"/>
        </w:rPr>
        <w:t>אֳוֳרֳיֳאֳלֳ</w:t>
      </w:r>
      <w:r>
        <w:rPr>
          <w:rFonts w:ascii="Georgia" w:hAnsi="Georgia"/>
          <w:b w:val="0"/>
          <w:i w:val="0"/>
          <w:color w:val="000000"/>
          <w:sz w:val="24"/>
        </w:rPr>
        <w:t xml:space="preserve"> (Уриэль).</w:t>
      </w:r>
    </w:p>
    <w:p>
      <w:pPr>
        <w:pStyle w:val="ListBullet"/>
        <w:spacing w:before="20" w:after="40"/>
      </w:pPr>
      <w:r>
        <w:rPr>
          <w:rFonts w:ascii="Georgia" w:hAnsi="Georgia"/>
          <w:b w:val="0"/>
          <w:i w:val="0"/>
          <w:color w:val="000000"/>
          <w:sz w:val="24"/>
        </w:rPr>
        <w:t>Датан и Авирам, тринадцать искр, Раббан Гамлиэль: сто двадцать (</w:t>
      </w:r>
      <w:r>
        <w:rPr>
          <w:rFonts w:ascii="Georgia" w:hAnsi="Georgia" w:cs="Times New Roman"/>
          <w:b/>
          <w:i w:val="0"/>
          <w:color w:val="000000"/>
          <w:sz w:val="24"/>
          <w:rtl/>
          <w:szCs w:val="32"/>
        </w:rPr>
        <w:t>ק״ך</w:t>
      </w:r>
      <w:r>
        <w:rPr>
          <w:rFonts w:ascii="Georgia" w:hAnsi="Georgia"/>
          <w:b w:val="0"/>
          <w:i w:val="0"/>
          <w:color w:val="000000"/>
          <w:sz w:val="24"/>
        </w:rPr>
        <w:t xml:space="preserve">) сочетаний Имени ЭЛОКИМ; не смотреть на дурное; Нецах и Ход; </w:t>
      </w:r>
      <w:r>
        <w:rPr>
          <w:rFonts w:ascii="Georgia" w:hAnsi="Georgia" w:cs="Times New Roman"/>
          <w:b/>
          <w:i w:val="0"/>
          <w:color w:val="000000"/>
          <w:sz w:val="24"/>
          <w:rtl/>
          <w:szCs w:val="32"/>
        </w:rPr>
        <w:t>רֳפֳאֳלֳ</w:t>
      </w:r>
      <w:r>
        <w:rPr>
          <w:rFonts w:ascii="Georgia" w:hAnsi="Georgia"/>
          <w:b w:val="0"/>
          <w:i w:val="0"/>
          <w:color w:val="000000"/>
          <w:sz w:val="24"/>
        </w:rPr>
        <w:t xml:space="preserve"> (Рафаэль) и </w:t>
      </w:r>
      <w:r>
        <w:rPr>
          <w:rFonts w:ascii="Georgia" w:hAnsi="Georgia" w:cs="Times New Roman"/>
          <w:b/>
          <w:i w:val="0"/>
          <w:color w:val="000000"/>
          <w:sz w:val="24"/>
          <w:rtl/>
          <w:szCs w:val="32"/>
        </w:rPr>
        <w:t>גֳבֳרֳיֳאֳלֳ</w:t>
      </w:r>
      <w:r>
        <w:rPr>
          <w:rFonts w:ascii="Georgia" w:hAnsi="Georgia"/>
          <w:b w:val="0"/>
          <w:i w:val="0"/>
          <w:color w:val="000000"/>
          <w:sz w:val="24"/>
        </w:rPr>
        <w:t xml:space="preserve"> (Гавриэль).</w:t>
      </w:r>
    </w:p>
    <w:p>
      <w:pPr>
        <w:pStyle w:val="ListBullet"/>
        <w:spacing w:before="20" w:after="40"/>
      </w:pPr>
      <w:r>
        <w:rPr>
          <w:rFonts w:ascii="Georgia" w:hAnsi="Georgia"/>
          <w:b w:val="0"/>
          <w:i w:val="0"/>
          <w:color w:val="000000"/>
          <w:sz w:val="24"/>
        </w:rPr>
        <w:t>Итро, шесть искр, Риваз: ЙА (</w:t>
      </w:r>
      <w:r>
        <w:rPr>
          <w:rFonts w:ascii="Georgia" w:hAnsi="Georgia" w:cs="Times New Roman"/>
          <w:b/>
          <w:i w:val="0"/>
          <w:color w:val="000000"/>
          <w:sz w:val="24"/>
          <w:rtl/>
          <w:szCs w:val="32"/>
        </w:rPr>
        <w:t>י״ה</w:t>
      </w:r>
      <w:r>
        <w:rPr>
          <w:rFonts w:ascii="Georgia" w:hAnsi="Georgia"/>
          <w:b w:val="0"/>
          <w:i w:val="0"/>
          <w:color w:val="000000"/>
          <w:sz w:val="24"/>
        </w:rPr>
        <w:t>), йод-хэй-вав-хэй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ухо — [беречься] от слышания дурного и пустых разговоров; Гвура; </w:t>
      </w:r>
      <w:r>
        <w:rPr>
          <w:rFonts w:ascii="Georgia" w:hAnsi="Georgia" w:cs="Times New Roman"/>
          <w:b/>
          <w:i w:val="0"/>
          <w:color w:val="000000"/>
          <w:sz w:val="24"/>
          <w:rtl/>
          <w:szCs w:val="32"/>
        </w:rPr>
        <w:t>מֳיֳכֳאֳלֳ</w:t>
      </w:r>
      <w:r>
        <w:rPr>
          <w:rFonts w:ascii="Georgia" w:hAnsi="Georgia"/>
          <w:b w:val="0"/>
          <w:i w:val="0"/>
          <w:color w:val="000000"/>
          <w:sz w:val="24"/>
        </w:rPr>
        <w:t xml:space="preserve"> (Михаэль).</w:t>
      </w:r>
    </w:p>
    <w:p>
      <w:pPr>
        <w:pStyle w:val="ListBullet"/>
        <w:spacing w:before="20" w:after="40"/>
      </w:pPr>
      <w:r>
        <w:rPr>
          <w:rFonts w:ascii="Georgia" w:hAnsi="Georgia"/>
          <w:b w:val="0"/>
          <w:i w:val="0"/>
          <w:color w:val="000000"/>
          <w:sz w:val="24"/>
        </w:rPr>
        <w:t>Яваль, восемь искр, Бали: ЙА (</w:t>
      </w:r>
      <w:r>
        <w:rPr>
          <w:rFonts w:ascii="Georgia" w:hAnsi="Georgia" w:cs="Times New Roman"/>
          <w:b/>
          <w:i w:val="0"/>
          <w:color w:val="000000"/>
          <w:sz w:val="24"/>
          <w:rtl/>
          <w:szCs w:val="32"/>
        </w:rPr>
        <w:t>י״ה</w:t>
      </w:r>
      <w:r>
        <w:rPr>
          <w:rFonts w:ascii="Georgia" w:hAnsi="Georgia"/>
          <w:b w:val="0"/>
          <w:i w:val="0"/>
          <w:color w:val="000000"/>
          <w:sz w:val="24"/>
        </w:rPr>
        <w:t>), АДОНАЙ (</w:t>
      </w:r>
      <w:r>
        <w:rPr>
          <w:rFonts w:ascii="Georgia" w:hAnsi="Georgia" w:cs="Times New Roman"/>
          <w:b/>
          <w:i w:val="0"/>
          <w:color w:val="000000"/>
          <w:sz w:val="24"/>
          <w:rtl/>
          <w:szCs w:val="32"/>
        </w:rPr>
        <w:t>אדנ״י</w:t>
      </w:r>
      <w:r>
        <w:rPr>
          <w:rFonts w:ascii="Georgia" w:hAnsi="Georgia"/>
          <w:b w:val="0"/>
          <w:i w:val="0"/>
          <w:color w:val="000000"/>
          <w:sz w:val="24"/>
        </w:rPr>
        <w:t xml:space="preserve">); нос — [беречься] от запаха нечистых переулков и от благовоний [женщин, запрещенных из-за] разврата; Есод; </w:t>
      </w:r>
      <w:r>
        <w:rPr>
          <w:rFonts w:ascii="Georgia" w:hAnsi="Georgia" w:cs="Times New Roman"/>
          <w:b/>
          <w:i w:val="0"/>
          <w:color w:val="000000"/>
          <w:sz w:val="24"/>
          <w:rtl/>
          <w:szCs w:val="32"/>
        </w:rPr>
        <w:t>נֳוֳרֳיֳאֳלֳ</w:t>
      </w:r>
      <w:r>
        <w:rPr>
          <w:rFonts w:ascii="Georgia" w:hAnsi="Georgia"/>
          <w:b w:val="0"/>
          <w:i w:val="0"/>
          <w:color w:val="000000"/>
          <w:sz w:val="24"/>
        </w:rPr>
        <w:t xml:space="preserve"> (Нуриэль).</w:t>
      </w:r>
    </w:p>
    <w:p>
      <w:pPr>
        <w:pStyle w:val="ListBullet"/>
        <w:spacing w:before="20" w:after="40"/>
      </w:pPr>
      <w:r>
        <w:rPr>
          <w:rFonts w:ascii="Georgia" w:hAnsi="Georgia"/>
          <w:b w:val="0"/>
          <w:i w:val="0"/>
          <w:color w:val="000000"/>
          <w:sz w:val="24"/>
        </w:rPr>
        <w:t>Юваль, девять искр, рав Йегуда Индус: АВАЯ (</w:t>
      </w:r>
      <w:r>
        <w:rPr>
          <w:rFonts w:ascii="Georgia" w:hAnsi="Georgia" w:cs="Times New Roman"/>
          <w:b/>
          <w:i w:val="0"/>
          <w:color w:val="000000"/>
          <w:sz w:val="24"/>
          <w:rtl/>
          <w:szCs w:val="32"/>
        </w:rPr>
        <w:t>יהוה</w:t>
      </w:r>
      <w:r>
        <w:rPr>
          <w:rFonts w:ascii="Georgia" w:hAnsi="Georgia"/>
          <w:b w:val="0"/>
          <w:i w:val="0"/>
          <w:color w:val="000000"/>
          <w:sz w:val="24"/>
        </w:rPr>
        <w:t>), АДОНАЙ (</w:t>
      </w:r>
      <w:r>
        <w:rPr>
          <w:rFonts w:ascii="Georgia" w:hAnsi="Georgia" w:cs="Times New Roman"/>
          <w:b/>
          <w:i w:val="0"/>
          <w:color w:val="000000"/>
          <w:sz w:val="24"/>
          <w:rtl/>
          <w:szCs w:val="32"/>
        </w:rPr>
        <w:t>אדנ״י</w:t>
      </w:r>
      <w:r>
        <w:rPr>
          <w:rFonts w:ascii="Georgia" w:hAnsi="Georgia"/>
          <w:b w:val="0"/>
          <w:i w:val="0"/>
          <w:color w:val="000000"/>
          <w:sz w:val="24"/>
        </w:rPr>
        <w:t xml:space="preserve">); рот — [беречься] от пустых разговоров и насмешек; Тиферет; </w:t>
      </w:r>
      <w:r>
        <w:rPr>
          <w:rFonts w:ascii="Georgia" w:hAnsi="Georgia" w:cs="Times New Roman"/>
          <w:b/>
          <w:i w:val="0"/>
          <w:color w:val="000000"/>
          <w:sz w:val="24"/>
          <w:rtl/>
          <w:szCs w:val="32"/>
        </w:rPr>
        <w:t>אֳכֳתֳרֳיֳאֳלֳ</w:t>
      </w:r>
      <w:r>
        <w:rPr>
          <w:rFonts w:ascii="Georgia" w:hAnsi="Georgia"/>
          <w:b w:val="0"/>
          <w:i w:val="0"/>
          <w:color w:val="000000"/>
          <w:sz w:val="24"/>
        </w:rPr>
        <w:t xml:space="preserve"> (Ахтариэль).</w:t>
      </w:r>
    </w:p>
    <w:p>
      <w:pPr>
        <w:pStyle w:val="ListBullet"/>
        <w:spacing w:before="20" w:after="40"/>
      </w:pPr>
      <w:r>
        <w:rPr>
          <w:rFonts w:ascii="Georgia" w:hAnsi="Georgia"/>
          <w:b w:val="0"/>
          <w:i w:val="0"/>
          <w:color w:val="000000"/>
          <w:sz w:val="24"/>
        </w:rPr>
        <w:t>Лемех, двадцать две искры, рав Малхио: йод-хэй-вав-хэй (</w:t>
      </w:r>
      <w:r>
        <w:rPr>
          <w:rFonts w:ascii="Georgia" w:hAnsi="Georgia" w:cs="Times New Roman"/>
          <w:b/>
          <w:i w:val="0"/>
          <w:color w:val="000000"/>
          <w:sz w:val="24"/>
          <w:rtl/>
          <w:szCs w:val="32"/>
        </w:rPr>
        <w:t>יו״ד ה״א וא״ו ה״א</w:t>
      </w:r>
      <w:r>
        <w:rPr>
          <w:rFonts w:ascii="Georgia" w:hAnsi="Georgia"/>
          <w:b w:val="0"/>
          <w:i w:val="0"/>
          <w:color w:val="000000"/>
          <w:sz w:val="24"/>
        </w:rPr>
        <w:t>), алеф-далет-нун-йод (</w:t>
      </w:r>
      <w:r>
        <w:rPr>
          <w:rFonts w:ascii="Georgia" w:hAnsi="Georgia" w:cs="Times New Roman"/>
          <w:b/>
          <w:i w:val="0"/>
          <w:color w:val="000000"/>
          <w:sz w:val="24"/>
          <w:rtl/>
          <w:szCs w:val="32"/>
        </w:rPr>
        <w:t>אל״ף דל״ת נו״ן יו״ד</w:t>
      </w:r>
      <w:r>
        <w:rPr>
          <w:rFonts w:ascii="Georgia" w:hAnsi="Georgia"/>
          <w:b w:val="0"/>
          <w:i w:val="0"/>
          <w:color w:val="000000"/>
          <w:sz w:val="24"/>
        </w:rPr>
        <w:t xml:space="preserve">); познание и изучение мудрости истины [Каббалы]; Малхут; </w:t>
      </w:r>
      <w:r>
        <w:rPr>
          <w:rFonts w:ascii="Georgia" w:hAnsi="Georgia" w:cs="Times New Roman"/>
          <w:b/>
          <w:i w:val="0"/>
          <w:color w:val="000000"/>
          <w:sz w:val="24"/>
          <w:rtl/>
          <w:szCs w:val="32"/>
        </w:rPr>
        <w:t>מֳטֳטֳרֳוֳןֳ</w:t>
      </w:r>
      <w:r>
        <w:rPr>
          <w:rFonts w:ascii="Georgia" w:hAnsi="Georgia"/>
          <w:b w:val="0"/>
          <w:i w:val="0"/>
          <w:color w:val="000000"/>
          <w:sz w:val="24"/>
        </w:rPr>
        <w:t xml:space="preserve"> (Метатрон).</w:t>
      </w:r>
    </w:p>
    <w:p>
      <w:pPr>
        <w:spacing w:before="40" w:after="120"/>
        <w:jc w:val="both"/>
      </w:pPr>
      <w:r>
        <w:rPr>
          <w:rFonts w:ascii="Georgia" w:hAnsi="Georgia"/>
          <w:b w:val="0"/>
          <w:i w:val="0"/>
          <w:color w:val="000000"/>
          <w:sz w:val="24"/>
        </w:rPr>
        <w:t>Также он сказал, что следует остерегаться [следующих вещей или соблюдать их]: широкий шаг; гордость; умеренность в еде; намерение (</w:t>
      </w:r>
      <w:r>
        <w:rPr>
          <w:rFonts w:ascii="Georgia" w:hAnsi="Georgia"/>
          <w:b w:val="0"/>
          <w:i/>
          <w:color w:val="000000"/>
          <w:sz w:val="24"/>
        </w:rPr>
        <w:t>кавана</w:t>
      </w:r>
      <w:r>
        <w:rPr>
          <w:rFonts w:ascii="Georgia" w:hAnsi="Georgia"/>
          <w:b w:val="0"/>
          <w:i w:val="0"/>
          <w:color w:val="000000"/>
          <w:sz w:val="24"/>
        </w:rPr>
        <w:t>) в молитве; [благословение] «Возврати судей наших» (</w:t>
      </w:r>
      <w:r>
        <w:rPr>
          <w:rFonts w:ascii="Georgia" w:hAnsi="Georgia"/>
          <w:b w:val="0"/>
          <w:i/>
          <w:color w:val="000000"/>
          <w:sz w:val="24"/>
        </w:rPr>
        <w:t>Хашива шофтейну</w:t>
      </w:r>
      <w:r>
        <w:rPr>
          <w:rFonts w:ascii="Georgia" w:hAnsi="Georgia"/>
          <w:b w:val="0"/>
          <w:i w:val="0"/>
          <w:color w:val="000000"/>
          <w:sz w:val="24"/>
        </w:rPr>
        <w:t>); благословение получения удовольствия (</w:t>
      </w:r>
      <w:r>
        <w:rPr>
          <w:rFonts w:ascii="Georgia" w:hAnsi="Georgia"/>
          <w:b w:val="0"/>
          <w:i/>
          <w:color w:val="000000"/>
          <w:sz w:val="24"/>
        </w:rPr>
        <w:t>биркат а-неэнин</w:t>
      </w:r>
      <w:r>
        <w:rPr>
          <w:rFonts w:ascii="Georgia" w:hAnsi="Georgia"/>
          <w:b w:val="0"/>
          <w:i w:val="0"/>
          <w:color w:val="000000"/>
          <w:sz w:val="24"/>
        </w:rPr>
        <w:t>); класть соль на стол; не пить воду после трапезы; бережно относиться к чести товарищей. Также пусть позаботится о том, чтобы, произнося «Освятим Тебя» (</w:t>
      </w:r>
      <w:r>
        <w:rPr>
          <w:rFonts w:ascii="Georgia" w:hAnsi="Georgia"/>
          <w:b w:val="0"/>
          <w:i/>
          <w:color w:val="000000"/>
          <w:sz w:val="24"/>
        </w:rPr>
        <w:t>Накдишах</w:t>
      </w:r>
      <w:r>
        <w:rPr>
          <w:rFonts w:ascii="Georgia" w:hAnsi="Georgia"/>
          <w:b w:val="0"/>
          <w:i w:val="0"/>
          <w:color w:val="000000"/>
          <w:sz w:val="24"/>
        </w:rPr>
        <w:t xml:space="preserve">), направить намерение соединить стопы и направить намерение на Имя </w:t>
      </w:r>
      <w:r>
        <w:rPr>
          <w:rFonts w:ascii="Georgia" w:hAnsi="Georgia" w:cs="Times New Roman"/>
          <w:b/>
          <w:i w:val="0"/>
          <w:color w:val="000000"/>
          <w:sz w:val="24"/>
          <w:rtl/>
          <w:szCs w:val="32"/>
        </w:rPr>
        <w:t>אבג״יתץ</w:t>
      </w:r>
      <w:r>
        <w:rPr>
          <w:rFonts w:ascii="Georgia" w:hAnsi="Georgia"/>
          <w:b w:val="0"/>
          <w:i w:val="0"/>
          <w:color w:val="000000"/>
          <w:sz w:val="24"/>
        </w:rPr>
        <w:t>, как разъяснено в своем месте; и я уже привел их выше.</w:t>
      </w:r>
    </w:p>
    <w:p>
      <w:pPr>
        <w:spacing w:before="40" w:after="120"/>
        <w:jc w:val="both"/>
      </w:pPr>
      <w:r>
        <w:rPr>
          <w:rFonts w:ascii="Georgia" w:hAnsi="Georgia"/>
          <w:b w:val="0"/>
          <w:i w:val="0"/>
          <w:color w:val="000000"/>
          <w:sz w:val="24"/>
        </w:rPr>
        <w:t>Одно единение, помогающее от забывчивости. И вот его слова: «Также, когда человек совершает множество прегрешений, он приводит к тому, что удаляются три буквы алеф (</w:t>
      </w:r>
      <w:r>
        <w:rPr>
          <w:rFonts w:ascii="Georgia" w:hAnsi="Georgia" w:cs="Times New Roman"/>
          <w:b/>
          <w:i w:val="0"/>
          <w:color w:val="000000"/>
          <w:sz w:val="24"/>
          <w:rtl/>
          <w:szCs w:val="32"/>
        </w:rPr>
        <w:t>אלפי״ן</w:t>
      </w:r>
      <w:r>
        <w:rPr>
          <w:rFonts w:ascii="Georgia" w:hAnsi="Georgia"/>
          <w:b w:val="0"/>
          <w:i w:val="0"/>
          <w:color w:val="000000"/>
          <w:sz w:val="24"/>
        </w:rPr>
        <w:t xml:space="preserve">), образующие слово </w:t>
      </w:r>
      <w:r>
        <w:rPr>
          <w:rFonts w:ascii="Georgia" w:hAnsi="Georgia"/>
          <w:b w:val="0"/>
          <w:i/>
          <w:color w:val="000000"/>
          <w:sz w:val="24"/>
        </w:rPr>
        <w:t>шелег</w:t>
      </w:r>
      <w:r>
        <w:rPr>
          <w:rFonts w:ascii="Georgia" w:hAnsi="Georgia"/>
          <w:b w:val="0"/>
          <w:i w:val="0"/>
          <w:color w:val="000000"/>
          <w:sz w:val="24"/>
        </w:rPr>
        <w:t xml:space="preserve"> — «снег» (</w:t>
      </w:r>
      <w:r>
        <w:rPr>
          <w:rFonts w:ascii="Georgia" w:hAnsi="Georgia" w:cs="Times New Roman"/>
          <w:b/>
          <w:i w:val="0"/>
          <w:color w:val="000000"/>
          <w:sz w:val="24"/>
          <w:rtl/>
          <w:szCs w:val="32"/>
        </w:rPr>
        <w:t>שֶׁלֶג</w:t>
      </w:r>
      <w:r>
        <w:rPr>
          <w:rFonts w:ascii="Georgia" w:hAnsi="Georgia"/>
          <w:b w:val="0"/>
          <w:i w:val="0"/>
          <w:color w:val="000000"/>
          <w:sz w:val="24"/>
        </w:rPr>
        <w:t xml:space="preserve">), и опускаются вниз, к клипот. Из-за этого человеку дается забывчивость, и он забывает все, что учит, ведь упомянутые три буквы алеф по гематрии также равны слову </w:t>
      </w:r>
      <w:r>
        <w:rPr>
          <w:rFonts w:ascii="Georgia" w:hAnsi="Georgia"/>
          <w:b w:val="0"/>
          <w:i/>
          <w:color w:val="000000"/>
          <w:sz w:val="24"/>
        </w:rPr>
        <w:t>шихха</w:t>
      </w:r>
      <w:r>
        <w:rPr>
          <w:rFonts w:ascii="Georgia" w:hAnsi="Georgia"/>
          <w:b w:val="0"/>
          <w:i w:val="0"/>
          <w:color w:val="000000"/>
          <w:sz w:val="24"/>
        </w:rPr>
        <w:t xml:space="preserve"> — «забывчивость» (</w:t>
      </w:r>
      <w:r>
        <w:rPr>
          <w:rFonts w:ascii="Georgia" w:hAnsi="Georgia" w:cs="Times New Roman"/>
          <w:b/>
          <w:i w:val="0"/>
          <w:color w:val="000000"/>
          <w:sz w:val="24"/>
          <w:rtl/>
          <w:szCs w:val="32"/>
        </w:rPr>
        <w:t>שִׁכְחָה</w:t>
      </w:r>
      <w:r>
        <w:rPr>
          <w:rFonts w:ascii="Georgia" w:hAnsi="Georgia"/>
          <w:b w:val="0"/>
          <w:i w:val="0"/>
          <w:color w:val="000000"/>
          <w:sz w:val="24"/>
        </w:rPr>
        <w:t>). А когда человек возвращается с раскаянием (тшувой) и направляет намерение на то, чтобы вернуть упомянутые три буквы алеф на их место, забывчивость удаляется от него». [Говорит Шмуэль: это тоже записано выше].</w:t>
      </w:r>
    </w:p>
    <w:p>
      <w:pPr>
        <w:spacing w:before="40" w:after="120"/>
        <w:jc w:val="both"/>
      </w:pPr>
      <w:r>
        <w:rPr>
          <w:rFonts w:ascii="Georgia" w:hAnsi="Georgia"/>
          <w:b w:val="0"/>
          <w:i w:val="0"/>
          <w:color w:val="000000"/>
          <w:sz w:val="24"/>
        </w:rPr>
        <w:t xml:space="preserve">Одно единение, помогающее каждому человеку обрести память. Однако тому, чей корень души происходит от органа плеча Адама а-Ришона — правого или левого, — весьма полезно направлять намерение на это больше, чем остальным людям. И они — тайна двух Имен ЙА: в наполнении йодин и в наполнении хэйин, чьи буквы переплетены друг с другом. И вот они: </w:t>
      </w:r>
      <w:r>
        <w:rPr>
          <w:rFonts w:ascii="Georgia" w:hAnsi="Georgia" w:cs="Times New Roman"/>
          <w:b/>
          <w:i w:val="0"/>
          <w:color w:val="000000"/>
          <w:sz w:val="24"/>
          <w:rtl/>
          <w:szCs w:val="32"/>
        </w:rPr>
        <w:t>יָיַוַוַדַדַהַהַיַהַ</w:t>
      </w:r>
      <w:r>
        <w:rPr>
          <w:rFonts w:ascii="Georgia" w:hAnsi="Georgia"/>
          <w:b w:val="0"/>
          <w:i w:val="0"/>
          <w:color w:val="000000"/>
          <w:sz w:val="24"/>
        </w:rPr>
        <w:t xml:space="preserve">, </w:t>
      </w:r>
      <w:r>
        <w:rPr>
          <w:rFonts w:ascii="Georgia" w:hAnsi="Georgia" w:cs="Times New Roman"/>
          <w:b/>
          <w:i w:val="0"/>
          <w:color w:val="000000"/>
          <w:sz w:val="24"/>
          <w:rtl/>
          <w:szCs w:val="32"/>
        </w:rPr>
        <w:t>יָיָוָוָדָדָהַהַהַיָ</w:t>
      </w:r>
      <w:r>
        <w:rPr>
          <w:rFonts w:ascii="Georgia" w:hAnsi="Georgia"/>
          <w:b w:val="0"/>
          <w:i w:val="0"/>
          <w:color w:val="000000"/>
          <w:sz w:val="24"/>
        </w:rPr>
        <w:t>.</w:t>
      </w:r>
    </w:p>
    <w:p>
      <w:pPr>
        <w:spacing w:before="40" w:after="120"/>
        <w:jc w:val="both"/>
      </w:pPr>
      <w:r>
        <w:rPr>
          <w:rFonts w:ascii="Georgia" w:hAnsi="Georgia"/>
          <w:b w:val="0"/>
          <w:i w:val="0"/>
          <w:color w:val="000000"/>
          <w:sz w:val="24"/>
        </w:rPr>
        <w:t>Время этого намерения — каждое утро на рассвете, а также в Йом Кипур в молитве Кдуша Мусафа и в Неиле, когда произносят: «Где место славы Его?» (</w:t>
      </w:r>
      <w:r>
        <w:rPr>
          <w:rFonts w:ascii="Georgia" w:hAnsi="Georgia"/>
          <w:b w:val="0"/>
          <w:i/>
          <w:color w:val="000000"/>
          <w:sz w:val="24"/>
        </w:rPr>
        <w:t>Айе меком кводо</w:t>
      </w:r>
      <w:r>
        <w:rPr>
          <w:rFonts w:ascii="Georgia" w:hAnsi="Georgia"/>
          <w:b w:val="0"/>
          <w:i w:val="0"/>
          <w:color w:val="000000"/>
          <w:sz w:val="24"/>
        </w:rPr>
        <w:t xml:space="preserve">). И направь это намерение на слово </w:t>
      </w:r>
      <w:r>
        <w:rPr>
          <w:rFonts w:ascii="Georgia" w:hAnsi="Georgia"/>
          <w:b w:val="0"/>
          <w:i/>
          <w:color w:val="000000"/>
          <w:sz w:val="24"/>
        </w:rPr>
        <w:t>айе</w:t>
      </w:r>
      <w:r>
        <w:rPr>
          <w:rFonts w:ascii="Georgia" w:hAnsi="Georgia"/>
          <w:b w:val="0"/>
          <w:i w:val="0"/>
          <w:color w:val="000000"/>
          <w:sz w:val="24"/>
        </w:rPr>
        <w:t xml:space="preserve"> (</w:t>
      </w:r>
      <w:r>
        <w:rPr>
          <w:rFonts w:ascii="Georgia" w:hAnsi="Georgia" w:cs="Times New Roman"/>
          <w:b/>
          <w:i w:val="0"/>
          <w:color w:val="000000"/>
          <w:sz w:val="24"/>
          <w:rtl/>
          <w:szCs w:val="32"/>
        </w:rPr>
        <w:t>אַיֵּה</w:t>
      </w:r>
      <w:r>
        <w:rPr>
          <w:rFonts w:ascii="Georgia" w:hAnsi="Georgia"/>
          <w:b w:val="0"/>
          <w:i w:val="0"/>
          <w:color w:val="000000"/>
          <w:sz w:val="24"/>
        </w:rPr>
        <w:t>), ведь эти Имена — тайна ЙА. И вот что тебе следует иметь в виду: первое Имя — это ЙА в наполнении йодин, и оно находится в правом плече, поэтому оно преобладает над Именем ЙА в наполнении хэйин, и его буквы предшествуют, как показано выше. А второе Имя относится к левому плечу, в котором преобладает наполнение хэйин. И направь намерение на то, что огласовки первого Имени по гематрии равны семидесяти [говорит Шмуэль: таким образом: девять огласовок патах — это девять букв вав (</w:t>
      </w:r>
      <w:r>
        <w:rPr>
          <w:rFonts w:ascii="Georgia" w:hAnsi="Georgia" w:cs="Times New Roman"/>
          <w:b/>
          <w:i w:val="0"/>
          <w:color w:val="000000"/>
          <w:sz w:val="24"/>
          <w:rtl/>
          <w:szCs w:val="32"/>
        </w:rPr>
        <w:t>ו</w:t>
      </w:r>
      <w:r>
        <w:rPr>
          <w:rFonts w:ascii="Georgia" w:hAnsi="Georgia"/>
          <w:b w:val="0"/>
          <w:i w:val="0"/>
          <w:color w:val="000000"/>
          <w:sz w:val="24"/>
        </w:rPr>
        <w:t xml:space="preserve"> = 6), что по гематрии составляет пятьдесят четыре (</w:t>
      </w:r>
      <w:r>
        <w:rPr>
          <w:rFonts w:ascii="Georgia" w:hAnsi="Georgia" w:cs="Times New Roman"/>
          <w:b/>
          <w:i w:val="0"/>
          <w:color w:val="000000"/>
          <w:sz w:val="24"/>
          <w:rtl/>
          <w:szCs w:val="32"/>
        </w:rPr>
        <w:t>נ״ד</w:t>
      </w:r>
      <w:r>
        <w:rPr>
          <w:rFonts w:ascii="Georgia" w:hAnsi="Georgia"/>
          <w:b w:val="0"/>
          <w:i w:val="0"/>
          <w:color w:val="000000"/>
          <w:sz w:val="24"/>
        </w:rPr>
        <w:t xml:space="preserve"> = 54), и один камац по гематрии равен шестнадцати (</w:t>
      </w:r>
      <w:r>
        <w:rPr>
          <w:rFonts w:ascii="Georgia" w:hAnsi="Georgia" w:cs="Times New Roman"/>
          <w:b/>
          <w:i w:val="0"/>
          <w:color w:val="000000"/>
          <w:sz w:val="24"/>
          <w:rtl/>
          <w:szCs w:val="32"/>
        </w:rPr>
        <w:t>י״ו</w:t>
      </w:r>
      <w:r>
        <w:rPr>
          <w:rFonts w:ascii="Georgia" w:hAnsi="Georgia"/>
          <w:b w:val="0"/>
          <w:i w:val="0"/>
          <w:color w:val="000000"/>
          <w:sz w:val="24"/>
        </w:rPr>
        <w:t xml:space="preserve"> = 16), итого — семьдесят]. Огласовки же второго Имени по гематрии составляют сто тридцать (</w:t>
      </w:r>
      <w:r>
        <w:rPr>
          <w:rFonts w:ascii="Georgia" w:hAnsi="Georgia" w:cs="Times New Roman"/>
          <w:b/>
          <w:i w:val="0"/>
          <w:color w:val="000000"/>
          <w:sz w:val="24"/>
          <w:rtl/>
          <w:szCs w:val="32"/>
        </w:rPr>
        <w:t>ק״ל</w:t>
      </w:r>
      <w:r>
        <w:rPr>
          <w:rFonts w:ascii="Georgia" w:hAnsi="Georgia"/>
          <w:b w:val="0"/>
          <w:i w:val="0"/>
          <w:color w:val="000000"/>
          <w:sz w:val="24"/>
        </w:rPr>
        <w:t xml:space="preserve"> = 130), потому что в левом плече находятся пять Гвурот — пять [Имен] АВАЯ, которые по гематрии равны ста тридцати [говорит Шмуэль: таким образом: семь огласовок камац составляют сто двенадцать (</w:t>
      </w:r>
      <w:r>
        <w:rPr>
          <w:rFonts w:ascii="Georgia" w:hAnsi="Georgia" w:cs="Times New Roman"/>
          <w:b/>
          <w:i w:val="0"/>
          <w:color w:val="000000"/>
          <w:sz w:val="24"/>
          <w:rtl/>
          <w:szCs w:val="32"/>
        </w:rPr>
        <w:t>קי״ב</w:t>
      </w:r>
      <w:r>
        <w:rPr>
          <w:rFonts w:ascii="Georgia" w:hAnsi="Georgia"/>
          <w:b w:val="0"/>
          <w:i w:val="0"/>
          <w:color w:val="000000"/>
          <w:sz w:val="24"/>
        </w:rPr>
        <w:t xml:space="preserve"> = 112), а три огласовки патах составляют восемнадцать (</w:t>
      </w:r>
      <w:r>
        <w:rPr>
          <w:rFonts w:ascii="Georgia" w:hAnsi="Georgia" w:cs="Times New Roman"/>
          <w:b/>
          <w:i w:val="0"/>
          <w:color w:val="000000"/>
          <w:sz w:val="24"/>
          <w:rtl/>
          <w:szCs w:val="32"/>
        </w:rPr>
        <w:t>ח״י</w:t>
      </w:r>
      <w:r>
        <w:rPr>
          <w:rFonts w:ascii="Georgia" w:hAnsi="Georgia"/>
          <w:b w:val="0"/>
          <w:i w:val="0"/>
          <w:color w:val="000000"/>
          <w:sz w:val="24"/>
        </w:rPr>
        <w:t xml:space="preserve"> = 18), итого — сто тридцать].</w:t>
      </w:r>
    </w:p>
    <w:p>
      <w:pPr>
        <w:spacing w:before="40" w:after="120"/>
        <w:jc w:val="both"/>
      </w:pPr>
      <w:r>
        <w:rPr>
          <w:rFonts w:ascii="Georgia" w:hAnsi="Georgia"/>
          <w:b w:val="0"/>
          <w:i w:val="0"/>
          <w:color w:val="000000"/>
          <w:sz w:val="24"/>
        </w:rPr>
        <w:t>И обе они вместе по гематрии равны двумстам (</w:t>
      </w:r>
      <w:r>
        <w:rPr>
          <w:rFonts w:ascii="Georgia" w:hAnsi="Georgia" w:cs="Times New Roman"/>
          <w:b/>
          <w:i w:val="0"/>
          <w:color w:val="000000"/>
          <w:sz w:val="24"/>
          <w:rtl/>
          <w:szCs w:val="32"/>
        </w:rPr>
        <w:t>ק״ק</w:t>
      </w:r>
      <w:r>
        <w:rPr>
          <w:rFonts w:ascii="Georgia" w:hAnsi="Georgia"/>
          <w:b w:val="0"/>
          <w:i w:val="0"/>
          <w:color w:val="000000"/>
          <w:sz w:val="24"/>
        </w:rPr>
        <w:t xml:space="preserve"> = 200), в соответствии со смыслом стиха: </w:t>
      </w:r>
      <w:r>
        <w:rPr>
          <w:rFonts w:ascii="Georgia" w:hAnsi="Georgia"/>
          <w:b w:val="0"/>
          <w:i/>
          <w:color w:val="000000"/>
          <w:sz w:val="24"/>
        </w:rPr>
        <w:t>«...и двести — стерегущим плоды его»</w:t>
      </w:r>
      <w:r>
        <w:rPr>
          <w:rFonts w:ascii="Georgia" w:hAnsi="Georgia"/>
          <w:b w:val="0"/>
          <w:i w:val="0"/>
          <w:color w:val="000000"/>
          <w:sz w:val="24"/>
        </w:rPr>
        <w:t xml:space="preserve"> (Шир а-Ширим 8:12). Ведь эти огласовки, составляющие упомянутые двести, стерегут и хранят память. А слова </w:t>
      </w:r>
      <w:r>
        <w:rPr>
          <w:rFonts w:ascii="Georgia" w:hAnsi="Georgia"/>
          <w:b w:val="0"/>
          <w:i/>
          <w:color w:val="000000"/>
          <w:sz w:val="24"/>
        </w:rPr>
        <w:t>«Тысяча тебе, Шломо...»</w:t>
      </w:r>
      <w:r>
        <w:rPr>
          <w:rFonts w:ascii="Georgia" w:hAnsi="Georgia"/>
          <w:b w:val="0"/>
          <w:i w:val="0"/>
          <w:color w:val="000000"/>
          <w:sz w:val="24"/>
        </w:rPr>
        <w:t xml:space="preserve"> (Шир а-Ширим 8:12) — это упомянутое Имя ЙА, составляющее тысячу (слово </w:t>
      </w:r>
      <w:r>
        <w:rPr>
          <w:rFonts w:ascii="Georgia" w:hAnsi="Georgia"/>
          <w:b w:val="0"/>
          <w:i/>
          <w:color w:val="000000"/>
          <w:sz w:val="24"/>
        </w:rPr>
        <w:t>элеф</w:t>
      </w:r>
      <w:r>
        <w:rPr>
          <w:rFonts w:ascii="Georgia" w:hAnsi="Georgia"/>
          <w:b w:val="0"/>
          <w:i w:val="0"/>
          <w:color w:val="000000"/>
          <w:sz w:val="24"/>
        </w:rPr>
        <w:t xml:space="preserve">, </w:t>
      </w:r>
      <w:r>
        <w:rPr>
          <w:rFonts w:ascii="Georgia" w:hAnsi="Georgia" w:cs="Times New Roman"/>
          <w:b/>
          <w:i w:val="0"/>
          <w:color w:val="000000"/>
          <w:sz w:val="24"/>
          <w:rtl/>
          <w:szCs w:val="32"/>
        </w:rPr>
        <w:t>אָלֶף</w:t>
      </w:r>
      <w:r>
        <w:rPr>
          <w:rFonts w:ascii="Georgia" w:hAnsi="Georgia"/>
          <w:b w:val="0"/>
          <w:i w:val="0"/>
          <w:color w:val="000000"/>
          <w:sz w:val="24"/>
        </w:rPr>
        <w:t xml:space="preserve">). Смысл здесь в том, что Имя ЙА в наполнении йодин находится в правом плече, а ЙА в наполнении хэйин — в левом плече; слово же </w:t>
      </w:r>
      <w:r>
        <w:rPr>
          <w:rFonts w:ascii="Georgia" w:hAnsi="Georgia"/>
          <w:b w:val="0"/>
          <w:i/>
          <w:color w:val="000000"/>
          <w:sz w:val="24"/>
        </w:rPr>
        <w:t>катеф</w:t>
      </w:r>
      <w:r>
        <w:rPr>
          <w:rFonts w:ascii="Georgia" w:hAnsi="Georgia"/>
          <w:b w:val="0"/>
          <w:i w:val="0"/>
          <w:color w:val="000000"/>
          <w:sz w:val="24"/>
        </w:rPr>
        <w:t xml:space="preserve"> («плечо», </w:t>
      </w:r>
      <w:r>
        <w:rPr>
          <w:rFonts w:ascii="Georgia" w:hAnsi="Georgia" w:cs="Times New Roman"/>
          <w:b/>
          <w:i w:val="0"/>
          <w:color w:val="000000"/>
          <w:sz w:val="24"/>
          <w:rtl/>
          <w:szCs w:val="32"/>
        </w:rPr>
        <w:t>כָּתֵף</w:t>
      </w:r>
      <w:r>
        <w:rPr>
          <w:rFonts w:ascii="Georgia" w:hAnsi="Georgia"/>
          <w:b w:val="0"/>
          <w:i w:val="0"/>
          <w:color w:val="000000"/>
          <w:sz w:val="24"/>
        </w:rPr>
        <w:t>) по гематрии равно пятистам (</w:t>
      </w:r>
      <w:r>
        <w:rPr>
          <w:rFonts w:ascii="Georgia" w:hAnsi="Georgia" w:cs="Times New Roman"/>
          <w:b/>
          <w:i w:val="0"/>
          <w:color w:val="000000"/>
          <w:sz w:val="24"/>
          <w:rtl/>
          <w:szCs w:val="32"/>
        </w:rPr>
        <w:t>ת״ק</w:t>
      </w:r>
      <w:r>
        <w:rPr>
          <w:rFonts w:ascii="Georgia" w:hAnsi="Georgia"/>
          <w:b w:val="0"/>
          <w:i w:val="0"/>
          <w:color w:val="000000"/>
          <w:sz w:val="24"/>
        </w:rPr>
        <w:t xml:space="preserve"> = 500), и дважды «плечо» (</w:t>
      </w:r>
      <w:r>
        <w:rPr>
          <w:rFonts w:ascii="Georgia" w:hAnsi="Georgia" w:cs="Times New Roman"/>
          <w:b/>
          <w:i w:val="0"/>
          <w:color w:val="000000"/>
          <w:sz w:val="24"/>
          <w:rtl/>
          <w:szCs w:val="32"/>
        </w:rPr>
        <w:t>כָּתֵף</w:t>
      </w:r>
      <w:r>
        <w:rPr>
          <w:rFonts w:ascii="Georgia" w:hAnsi="Georgia"/>
          <w:b w:val="0"/>
          <w:i w:val="0"/>
          <w:color w:val="000000"/>
          <w:sz w:val="24"/>
        </w:rPr>
        <w:t>) по гематрии дает тысячу (</w:t>
      </w:r>
      <w:r>
        <w:rPr>
          <w:rFonts w:ascii="Georgia" w:hAnsi="Georgia"/>
          <w:b w:val="0"/>
          <w:i/>
          <w:color w:val="000000"/>
          <w:sz w:val="24"/>
        </w:rPr>
        <w:t>элеф</w:t>
      </w:r>
      <w:r>
        <w:rPr>
          <w:rFonts w:ascii="Georgia" w:hAnsi="Georgia"/>
          <w:b w:val="0"/>
          <w:i w:val="0"/>
          <w:color w:val="000000"/>
          <w:sz w:val="24"/>
        </w:rPr>
        <w:t>).</w:t>
      </w:r>
    </w:p>
    <w:p>
      <w:pPr>
        <w:spacing w:before="40" w:after="120"/>
        <w:jc w:val="both"/>
      </w:pPr>
      <w:r>
        <w:rPr>
          <w:rFonts w:ascii="Georgia" w:hAnsi="Georgia"/>
          <w:b w:val="0"/>
          <w:i w:val="0"/>
          <w:color w:val="000000"/>
          <w:sz w:val="24"/>
        </w:rPr>
        <w:t>И я разъясню этот вопрос подробно. Ведь здесь есть два Имени ЙА, наполненные через йодин и через хэйин, и они удвоены. Получается, что здесь четыре Имени ЙА: два в наполнении йодин и два в наполнении хэйин. Все четыре вместе по гематрии равны ста тридцати (</w:t>
      </w:r>
      <w:r>
        <w:rPr>
          <w:rFonts w:ascii="Georgia" w:hAnsi="Georgia" w:cs="Times New Roman"/>
          <w:b/>
          <w:i w:val="0"/>
          <w:color w:val="000000"/>
          <w:sz w:val="24"/>
          <w:rtl/>
          <w:szCs w:val="32"/>
        </w:rPr>
        <w:t>ק״ל</w:t>
      </w:r>
      <w:r>
        <w:rPr>
          <w:rFonts w:ascii="Georgia" w:hAnsi="Georgia"/>
          <w:b w:val="0"/>
          <w:i w:val="0"/>
          <w:color w:val="000000"/>
          <w:sz w:val="24"/>
        </w:rPr>
        <w:t xml:space="preserve"> = 130), что соответствует сумме двух Имен АДОНАЙ в этих двух плечах. А их огласовки равны семидесяти и ста тридцати (</w:t>
      </w:r>
      <w:r>
        <w:rPr>
          <w:rFonts w:ascii="Georgia" w:hAnsi="Georgia" w:cs="Times New Roman"/>
          <w:b/>
          <w:i w:val="0"/>
          <w:color w:val="000000"/>
          <w:sz w:val="24"/>
          <w:rtl/>
          <w:szCs w:val="32"/>
        </w:rPr>
        <w:t>ק״ל</w:t>
      </w:r>
      <w:r>
        <w:rPr>
          <w:rFonts w:ascii="Georgia" w:hAnsi="Georgia"/>
          <w:b w:val="0"/>
          <w:i w:val="0"/>
          <w:color w:val="000000"/>
          <w:sz w:val="24"/>
        </w:rPr>
        <w:t xml:space="preserve"> = 130), что составляет буквы слова </w:t>
      </w:r>
      <w:r>
        <w:rPr>
          <w:rFonts w:ascii="Georgia" w:hAnsi="Georgia"/>
          <w:b w:val="0"/>
          <w:i/>
          <w:color w:val="000000"/>
          <w:sz w:val="24"/>
        </w:rPr>
        <w:t>кела</w:t>
      </w:r>
      <w:r>
        <w:rPr>
          <w:rFonts w:ascii="Georgia" w:hAnsi="Georgia"/>
          <w:b w:val="0"/>
          <w:i w:val="0"/>
          <w:color w:val="000000"/>
          <w:sz w:val="24"/>
        </w:rPr>
        <w:t xml:space="preserve"> («завеса», </w:t>
      </w:r>
      <w:r>
        <w:rPr>
          <w:rFonts w:ascii="Georgia" w:hAnsi="Georgia" w:cs="Times New Roman"/>
          <w:b/>
          <w:i w:val="0"/>
          <w:color w:val="000000"/>
          <w:sz w:val="24"/>
          <w:rtl/>
          <w:szCs w:val="32"/>
        </w:rPr>
        <w:t>קֶלַע</w:t>
      </w:r>
      <w:r>
        <w:rPr>
          <w:rFonts w:ascii="Georgia" w:hAnsi="Georgia"/>
          <w:b w:val="0"/>
          <w:i w:val="0"/>
          <w:color w:val="000000"/>
          <w:sz w:val="24"/>
        </w:rPr>
        <w:t xml:space="preserve"> = 200). И в этом тайна стиха: </w:t>
      </w:r>
      <w:r>
        <w:rPr>
          <w:rFonts w:ascii="Georgia" w:hAnsi="Georgia"/>
          <w:b w:val="0"/>
          <w:i/>
          <w:color w:val="000000"/>
          <w:sz w:val="24"/>
        </w:rPr>
        <w:t>«...пятнадцать локтей завес для одного наплечника...»</w:t>
      </w:r>
      <w:r>
        <w:rPr>
          <w:rFonts w:ascii="Georgia" w:hAnsi="Georgia"/>
          <w:b w:val="0"/>
          <w:i w:val="0"/>
          <w:color w:val="000000"/>
          <w:sz w:val="24"/>
        </w:rPr>
        <w:t xml:space="preserve"> (Шмот 27:14).</w:t>
      </w:r>
    </w:p>
    <w:p>
      <w:pPr>
        <w:spacing w:before="40" w:after="120"/>
        <w:jc w:val="both"/>
      </w:pPr>
      <w:r>
        <w:rPr>
          <w:rFonts w:ascii="Georgia" w:hAnsi="Georgia"/>
          <w:b w:val="0"/>
          <w:i w:val="0"/>
          <w:color w:val="000000"/>
          <w:sz w:val="24"/>
        </w:rPr>
        <w:t>Смысл в том, что Имя ЙА равно пятнадцати, и оно пребывает в каждом из двух плеч. В этом и заключается смысл слов «для наплечника», ведь мы уже сказали, что в правом плече находятся два Имени ЙА — одно в наполнении йодин, а другое в наполнении хэйин, но наполнение йодин преобладает над наполнением хэйин при их переплетении. Точно так же оба они находятся и в левом плече, однако при их переплетении преобладает Имя в наполнении хэйин, относящееся к женскому началу (нукве), над наполнением йодин, относящимся к мужскому началу (дхуре). И вот: буква йод в наполнении (</w:t>
      </w:r>
      <w:r>
        <w:rPr>
          <w:rFonts w:ascii="Georgia" w:hAnsi="Georgia" w:cs="Times New Roman"/>
          <w:b/>
          <w:i w:val="0"/>
          <w:color w:val="000000"/>
          <w:sz w:val="24"/>
          <w:rtl/>
          <w:szCs w:val="32"/>
        </w:rPr>
        <w:t>יו״ד</w:t>
      </w:r>
      <w:r>
        <w:rPr>
          <w:rFonts w:ascii="Georgia" w:hAnsi="Georgia"/>
          <w:b w:val="0"/>
          <w:i w:val="0"/>
          <w:color w:val="000000"/>
          <w:sz w:val="24"/>
        </w:rPr>
        <w:t xml:space="preserve"> = 20), помноженная на хэй в наполнении через йод (</w:t>
      </w:r>
      <w:r>
        <w:rPr>
          <w:rFonts w:ascii="Georgia" w:hAnsi="Georgia" w:cs="Times New Roman"/>
          <w:b/>
          <w:i w:val="0"/>
          <w:color w:val="000000"/>
          <w:sz w:val="24"/>
          <w:rtl/>
          <w:szCs w:val="32"/>
        </w:rPr>
        <w:t>ה״י</w:t>
      </w:r>
      <w:r>
        <w:rPr>
          <w:rFonts w:ascii="Georgia" w:hAnsi="Georgia"/>
          <w:b w:val="0"/>
          <w:i w:val="0"/>
          <w:color w:val="000000"/>
          <w:sz w:val="24"/>
        </w:rPr>
        <w:t xml:space="preserve"> = 15), по гематрии равна тремстам; а йод в наполнении (</w:t>
      </w:r>
      <w:r>
        <w:rPr>
          <w:rFonts w:ascii="Georgia" w:hAnsi="Georgia" w:cs="Times New Roman"/>
          <w:b/>
          <w:i w:val="0"/>
          <w:color w:val="000000"/>
          <w:sz w:val="24"/>
          <w:rtl/>
          <w:szCs w:val="32"/>
        </w:rPr>
        <w:t>יו״ד</w:t>
      </w:r>
      <w:r>
        <w:rPr>
          <w:rFonts w:ascii="Georgia" w:hAnsi="Georgia"/>
          <w:b w:val="0"/>
          <w:i w:val="0"/>
          <w:color w:val="000000"/>
          <w:sz w:val="24"/>
        </w:rPr>
        <w:t xml:space="preserve"> = 20), помноженная на хэй в наполнении через хэй (</w:t>
      </w:r>
      <w:r>
        <w:rPr>
          <w:rFonts w:ascii="Georgia" w:hAnsi="Georgia" w:cs="Times New Roman"/>
          <w:b/>
          <w:i w:val="0"/>
          <w:color w:val="000000"/>
          <w:sz w:val="24"/>
          <w:rtl/>
          <w:szCs w:val="32"/>
        </w:rPr>
        <w:t>ה״ה</w:t>
      </w:r>
      <w:r>
        <w:rPr>
          <w:rFonts w:ascii="Georgia" w:hAnsi="Georgia"/>
          <w:b w:val="0"/>
          <w:i w:val="0"/>
          <w:color w:val="000000"/>
          <w:sz w:val="24"/>
        </w:rPr>
        <w:t xml:space="preserve"> = 10), по гематрии равна двумстам. Вместе они составляют пятьсот (</w:t>
      </w:r>
      <w:r>
        <w:rPr>
          <w:rFonts w:ascii="Georgia" w:hAnsi="Georgia" w:cs="Times New Roman"/>
          <w:b/>
          <w:i w:val="0"/>
          <w:color w:val="000000"/>
          <w:sz w:val="24"/>
          <w:rtl/>
          <w:szCs w:val="32"/>
        </w:rPr>
        <w:t>ת״ק</w:t>
      </w:r>
      <w:r>
        <w:rPr>
          <w:rFonts w:ascii="Georgia" w:hAnsi="Georgia"/>
          <w:b w:val="0"/>
          <w:i w:val="0"/>
          <w:color w:val="000000"/>
          <w:sz w:val="24"/>
        </w:rPr>
        <w:t xml:space="preserve"> = 500) — по числу слова </w:t>
      </w:r>
      <w:r>
        <w:rPr>
          <w:rFonts w:ascii="Georgia" w:hAnsi="Georgia"/>
          <w:b w:val="0"/>
          <w:i/>
          <w:color w:val="000000"/>
          <w:sz w:val="24"/>
        </w:rPr>
        <w:t>катеф</w:t>
      </w:r>
      <w:r>
        <w:rPr>
          <w:rFonts w:ascii="Georgia" w:hAnsi="Georgia"/>
          <w:b w:val="0"/>
          <w:i w:val="0"/>
          <w:color w:val="000000"/>
          <w:sz w:val="24"/>
        </w:rPr>
        <w:t xml:space="preserve"> («плечо», </w:t>
      </w:r>
      <w:r>
        <w:rPr>
          <w:rFonts w:ascii="Georgia" w:hAnsi="Georgia" w:cs="Times New Roman"/>
          <w:b/>
          <w:i w:val="0"/>
          <w:color w:val="000000"/>
          <w:sz w:val="24"/>
          <w:rtl/>
          <w:szCs w:val="32"/>
        </w:rPr>
        <w:t>כָּתֵף</w:t>
      </w:r>
      <w:r>
        <w:rPr>
          <w:rFonts w:ascii="Georgia" w:hAnsi="Georgia"/>
          <w:b w:val="0"/>
          <w:i w:val="0"/>
          <w:color w:val="000000"/>
          <w:sz w:val="24"/>
        </w:rPr>
        <w:t>) справа; и то же самое — в левом плече. А их огласовки по гематрии равны двумстам (</w:t>
      </w:r>
      <w:r>
        <w:rPr>
          <w:rFonts w:ascii="Georgia" w:hAnsi="Georgia" w:cs="Times New Roman"/>
          <w:b/>
          <w:i w:val="0"/>
          <w:color w:val="000000"/>
          <w:sz w:val="24"/>
          <w:rtl/>
          <w:szCs w:val="32"/>
        </w:rPr>
        <w:t>ק״ע</w:t>
      </w:r>
      <w:r>
        <w:rPr>
          <w:rFonts w:ascii="Georgia" w:hAnsi="Georgia"/>
          <w:b w:val="0"/>
          <w:i w:val="0"/>
          <w:color w:val="000000"/>
          <w:sz w:val="24"/>
        </w:rPr>
        <w:t>), как упомянуто, и в этом смысл слов «завесы для плеча».</w:t>
      </w:r>
    </w:p>
    <w:p>
      <w:pPr>
        <w:spacing w:before="40" w:after="120"/>
        <w:jc w:val="both"/>
      </w:pPr>
      <w:r>
        <w:rPr>
          <w:rFonts w:ascii="Georgia" w:hAnsi="Georgia"/>
          <w:b w:val="0"/>
          <w:i w:val="0"/>
          <w:color w:val="000000"/>
          <w:sz w:val="24"/>
        </w:rPr>
        <w:t>Также их огласовки составляют двести по числу простого заднего раскрытия (</w:t>
      </w:r>
      <w:r>
        <w:rPr>
          <w:rFonts w:ascii="Georgia" w:hAnsi="Georgia"/>
          <w:b w:val="0"/>
          <w:i/>
          <w:color w:val="000000"/>
          <w:sz w:val="24"/>
        </w:rPr>
        <w:t>ахораим пшутим</w:t>
      </w:r>
      <w:r>
        <w:rPr>
          <w:rFonts w:ascii="Georgia" w:hAnsi="Georgia"/>
          <w:b w:val="0"/>
          <w:i w:val="0"/>
          <w:color w:val="000000"/>
          <w:sz w:val="24"/>
        </w:rPr>
        <w:t xml:space="preserve">) Имени ЭЛОКИМ. И в этом тайна стиха: </w:t>
      </w:r>
      <w:r>
        <w:rPr>
          <w:rFonts w:ascii="Georgia" w:hAnsi="Georgia"/>
          <w:b w:val="0"/>
          <w:i/>
          <w:color w:val="000000"/>
          <w:sz w:val="24"/>
        </w:rPr>
        <w:t>«Тысяча тебе, Шломо...»</w:t>
      </w:r>
      <w:r>
        <w:rPr>
          <w:rFonts w:ascii="Georgia" w:hAnsi="Georgia"/>
          <w:b w:val="0"/>
          <w:i w:val="0"/>
          <w:color w:val="000000"/>
          <w:sz w:val="24"/>
        </w:rPr>
        <w:t xml:space="preserve"> (Шир а-Ширим 8:12), ведь два упомянутых плеча по гематрии дают тысячу (</w:t>
      </w:r>
      <w:r>
        <w:rPr>
          <w:rFonts w:ascii="Georgia" w:hAnsi="Georgia"/>
          <w:b w:val="0"/>
          <w:i/>
          <w:color w:val="000000"/>
          <w:sz w:val="24"/>
        </w:rPr>
        <w:t>элеф</w:t>
      </w:r>
      <w:r>
        <w:rPr>
          <w:rFonts w:ascii="Georgia" w:hAnsi="Georgia"/>
          <w:b w:val="0"/>
          <w:i w:val="0"/>
          <w:color w:val="000000"/>
          <w:sz w:val="24"/>
        </w:rPr>
        <w:t>), представляя собой четыре Имени ЙА с наполнениями, как сказано выше. А их огласовки составляют двести, что соответствует ЙА в наполнении хэйин: йод (</w:t>
      </w:r>
      <w:r>
        <w:rPr>
          <w:rFonts w:ascii="Georgia" w:hAnsi="Georgia" w:cs="Times New Roman"/>
          <w:b/>
          <w:i w:val="0"/>
          <w:color w:val="000000"/>
          <w:sz w:val="24"/>
          <w:rtl/>
          <w:szCs w:val="32"/>
        </w:rPr>
        <w:t>יו״ד</w:t>
      </w:r>
      <w:r>
        <w:rPr>
          <w:rFonts w:ascii="Georgia" w:hAnsi="Georgia"/>
          <w:b w:val="0"/>
          <w:i w:val="0"/>
          <w:color w:val="000000"/>
          <w:sz w:val="24"/>
        </w:rPr>
        <w:t xml:space="preserve"> = 20), помноженная на хэй (</w:t>
      </w:r>
      <w:r>
        <w:rPr>
          <w:rFonts w:ascii="Georgia" w:hAnsi="Georgia" w:cs="Times New Roman"/>
          <w:b/>
          <w:i w:val="0"/>
          <w:color w:val="000000"/>
          <w:sz w:val="24"/>
          <w:rtl/>
          <w:szCs w:val="32"/>
        </w:rPr>
        <w:t>ה״ה</w:t>
      </w:r>
      <w:r>
        <w:rPr>
          <w:rFonts w:ascii="Georgia" w:hAnsi="Georgia"/>
          <w:b w:val="0"/>
          <w:i w:val="0"/>
          <w:color w:val="000000"/>
          <w:sz w:val="24"/>
        </w:rPr>
        <w:t xml:space="preserve"> = 10), дает двести. И это — тайна слов </w:t>
      </w:r>
      <w:r>
        <w:rPr>
          <w:rFonts w:ascii="Georgia" w:hAnsi="Georgia"/>
          <w:b w:val="0"/>
          <w:i/>
          <w:color w:val="000000"/>
          <w:sz w:val="24"/>
        </w:rPr>
        <w:t>«...и двести — стерегущим плоды его»</w:t>
      </w:r>
      <w:r>
        <w:rPr>
          <w:rFonts w:ascii="Georgia" w:hAnsi="Georgia"/>
          <w:b w:val="0"/>
          <w:i w:val="0"/>
          <w:color w:val="000000"/>
          <w:sz w:val="24"/>
        </w:rPr>
        <w:t xml:space="preserve"> (Шир а-Ширим 8:12). Ведь Имя ЙА в наполнении хэйин, составляющее двести, стережет и хранит начальные буквы слов «плоды его» (</w:t>
      </w:r>
      <w:r>
        <w:rPr>
          <w:rFonts w:ascii="Georgia" w:hAnsi="Georgia"/>
          <w:b w:val="0"/>
          <w:i/>
          <w:color w:val="000000"/>
          <w:sz w:val="24"/>
        </w:rPr>
        <w:t>пирйо</w:t>
      </w:r>
      <w:r>
        <w:rPr>
          <w:rFonts w:ascii="Georgia" w:hAnsi="Georgia"/>
          <w:b w:val="0"/>
          <w:i w:val="0"/>
          <w:color w:val="000000"/>
          <w:sz w:val="24"/>
        </w:rPr>
        <w:t>), то есть ЙА в наполнении йодин, именуемое «плодом древа» (</w:t>
      </w:r>
      <w:r>
        <w:rPr>
          <w:rFonts w:ascii="Georgia" w:hAnsi="Georgia"/>
          <w:b w:val="0"/>
          <w:i/>
          <w:color w:val="000000"/>
          <w:sz w:val="24"/>
        </w:rPr>
        <w:t>при де-илана</w:t>
      </w:r>
      <w:r>
        <w:rPr>
          <w:rFonts w:ascii="Georgia" w:hAnsi="Georgia"/>
          <w:b w:val="0"/>
          <w:i w:val="0"/>
          <w:color w:val="000000"/>
          <w:sz w:val="24"/>
        </w:rPr>
        <w:t xml:space="preserve">), поскольку Аба (буква йод, </w:t>
      </w:r>
      <w:r>
        <w:rPr>
          <w:rFonts w:ascii="Georgia" w:hAnsi="Georgia" w:cs="Times New Roman"/>
          <w:b/>
          <w:i w:val="0"/>
          <w:color w:val="000000"/>
          <w:sz w:val="24"/>
          <w:rtl/>
          <w:szCs w:val="32"/>
        </w:rPr>
        <w:t>י</w:t>
      </w:r>
      <w:r>
        <w:rPr>
          <w:rFonts w:ascii="Georgia" w:hAnsi="Georgia"/>
          <w:b w:val="0"/>
          <w:i w:val="0"/>
          <w:color w:val="000000"/>
          <w:sz w:val="24"/>
        </w:rPr>
        <w:t xml:space="preserve">) сокрыт и оберегаем внутри Имы (буква хэй, </w:t>
      </w:r>
      <w:r>
        <w:rPr>
          <w:rFonts w:ascii="Georgia" w:hAnsi="Georgia" w:cs="Times New Roman"/>
          <w:b/>
          <w:i w:val="0"/>
          <w:color w:val="000000"/>
          <w:sz w:val="24"/>
          <w:rtl/>
          <w:szCs w:val="32"/>
        </w:rPr>
        <w:t>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получается, что огласовки, составляющие двести, хранят плод, называемый «Тысяча тебе, Шломо», то есть четыре Имени ЙА в этих двух плечах, которые дают тысячу. И в этом тайна того, что начальные буквы слов </w:t>
      </w:r>
      <w:r>
        <w:rPr>
          <w:rFonts w:ascii="Georgia" w:hAnsi="Georgia"/>
          <w:b w:val="0"/>
          <w:i/>
          <w:color w:val="000000"/>
          <w:sz w:val="24"/>
        </w:rPr>
        <w:t>ли-нотрим эт пирйо</w:t>
      </w:r>
      <w:r>
        <w:rPr>
          <w:rFonts w:ascii="Georgia" w:hAnsi="Georgia"/>
          <w:b w:val="0"/>
          <w:i w:val="0"/>
          <w:color w:val="000000"/>
          <w:sz w:val="24"/>
        </w:rPr>
        <w:t xml:space="preserve"> («стерегущим плоды его», </w:t>
      </w:r>
      <w:r>
        <w:rPr>
          <w:rFonts w:ascii="Georgia" w:hAnsi="Georgia" w:cs="Times New Roman"/>
          <w:b/>
          <w:i w:val="0"/>
          <w:color w:val="000000"/>
          <w:sz w:val="24"/>
          <w:rtl/>
          <w:szCs w:val="32"/>
        </w:rPr>
        <w:t>לְנוֹטְרִים אֶת פִּרְיוֹ</w:t>
      </w:r>
      <w:r>
        <w:rPr>
          <w:rFonts w:ascii="Georgia" w:hAnsi="Georgia"/>
          <w:b w:val="0"/>
          <w:i w:val="0"/>
          <w:color w:val="000000"/>
          <w:sz w:val="24"/>
        </w:rPr>
        <w:t xml:space="preserve">) составляют слово </w:t>
      </w:r>
      <w:r>
        <w:rPr>
          <w:rFonts w:ascii="Georgia" w:hAnsi="Georgia"/>
          <w:b w:val="0"/>
          <w:i/>
          <w:color w:val="000000"/>
          <w:sz w:val="24"/>
        </w:rPr>
        <w:t>элеф</w:t>
      </w:r>
      <w:r>
        <w:rPr>
          <w:rFonts w:ascii="Georgia" w:hAnsi="Georgia"/>
          <w:b w:val="0"/>
          <w:i w:val="0"/>
          <w:color w:val="000000"/>
          <w:sz w:val="24"/>
        </w:rPr>
        <w:t xml:space="preserve"> («тысяча», </w:t>
      </w:r>
      <w:r>
        <w:rPr>
          <w:rFonts w:ascii="Georgia" w:hAnsi="Georgia" w:cs="Times New Roman"/>
          <w:b/>
          <w:i w:val="0"/>
          <w:color w:val="000000"/>
          <w:sz w:val="24"/>
          <w:rtl/>
          <w:szCs w:val="32"/>
        </w:rPr>
        <w:t>אֶלֶף</w:t>
      </w:r>
      <w:r>
        <w:rPr>
          <w:rFonts w:ascii="Georgia" w:hAnsi="Georgia"/>
          <w:b w:val="0"/>
          <w:i w:val="0"/>
          <w:color w:val="000000"/>
          <w:sz w:val="24"/>
        </w:rPr>
        <w:t xml:space="preserve">): ведь эти двести стерегут плод его — «тысячу тебе, Шломо», на что намекают начальные буквы слов </w:t>
      </w:r>
      <w:r>
        <w:rPr>
          <w:rFonts w:ascii="Georgia" w:hAnsi="Georgia"/>
          <w:b w:val="0"/>
          <w:i/>
          <w:color w:val="000000"/>
          <w:sz w:val="24"/>
        </w:rPr>
        <w:t>ли-нотрим эт пирйо</w:t>
      </w:r>
      <w:r>
        <w:rPr>
          <w:rFonts w:ascii="Georgia" w:hAnsi="Georgia"/>
          <w:b w:val="0"/>
          <w:i w:val="0"/>
          <w:color w:val="000000"/>
          <w:sz w:val="24"/>
        </w:rPr>
        <w:t>.</w:t>
      </w:r>
    </w:p>
    <w:p>
      <w:pPr>
        <w:spacing w:before="40" w:after="120"/>
        <w:jc w:val="both"/>
      </w:pPr>
      <w:r>
        <w:rPr>
          <w:rFonts w:ascii="Georgia" w:hAnsi="Georgia"/>
          <w:b w:val="0"/>
          <w:i w:val="0"/>
          <w:color w:val="000000"/>
          <w:sz w:val="24"/>
        </w:rPr>
        <w:t>Также смысл слов «тысяча и двести» заключается в тайне Имени ЭЛОКИМ в наполнении хэйин: ведь его полное заднее раскрытие (</w:t>
      </w:r>
      <w:r>
        <w:rPr>
          <w:rFonts w:ascii="Georgia" w:hAnsi="Georgia"/>
          <w:b w:val="0"/>
          <w:i/>
          <w:color w:val="000000"/>
          <w:sz w:val="24"/>
        </w:rPr>
        <w:t>ахораим</w:t>
      </w:r>
      <w:r>
        <w:rPr>
          <w:rFonts w:ascii="Georgia" w:hAnsi="Georgia"/>
          <w:b w:val="0"/>
          <w:i w:val="0"/>
          <w:color w:val="000000"/>
          <w:sz w:val="24"/>
        </w:rPr>
        <w:t>) с наполнением составляет по гематрии тысячу, а его простое раскрытие, равное двумстам, хранит и оберегает внутри себя наполнение, называемое его плодом. И вот эти два плеча — это два плеча АА (Арих Анпина), облачающиеся внутрь Аба ве-Има: Аба — в правое плечо, а Има — в левое плечо. И из этих плеч образуется для них свет разума (мохин). Поэтому они — тайна ЙА, ведь ЙА — это Аба ве-Има. И потому они взаимно включены друг в друга: по два Имени ЙА в каждом плече, как сказано выше.</w:t>
      </w:r>
    </w:p>
    <w:p>
      <w:pPr>
        <w:spacing w:before="40" w:after="120"/>
        <w:jc w:val="both"/>
      </w:pPr>
      <w:r>
        <w:rPr>
          <w:rFonts w:ascii="Georgia" w:hAnsi="Georgia"/>
          <w:b w:val="0"/>
          <w:i w:val="0"/>
          <w:color w:val="000000"/>
          <w:sz w:val="24"/>
        </w:rPr>
        <w:t>И потому намерение этого единения помогает для памяти (</w:t>
      </w:r>
      <w:r>
        <w:rPr>
          <w:rFonts w:ascii="Georgia" w:hAnsi="Georgia"/>
          <w:b w:val="0"/>
          <w:i/>
          <w:color w:val="000000"/>
          <w:sz w:val="24"/>
        </w:rPr>
        <w:t>зехира</w:t>
      </w:r>
      <w:r>
        <w:rPr>
          <w:rFonts w:ascii="Georgia" w:hAnsi="Georgia"/>
          <w:b w:val="0"/>
          <w:i w:val="0"/>
          <w:color w:val="000000"/>
          <w:sz w:val="24"/>
        </w:rPr>
        <w:t xml:space="preserve">): ведь в слове </w:t>
      </w:r>
      <w:r>
        <w:rPr>
          <w:rFonts w:ascii="Georgia" w:hAnsi="Georgia"/>
          <w:b w:val="0"/>
          <w:i/>
          <w:color w:val="000000"/>
          <w:sz w:val="24"/>
        </w:rPr>
        <w:t>зехира</w:t>
      </w:r>
      <w:r>
        <w:rPr>
          <w:rFonts w:ascii="Georgia" w:hAnsi="Georgia"/>
          <w:b w:val="0"/>
          <w:i w:val="0"/>
          <w:color w:val="000000"/>
          <w:sz w:val="24"/>
        </w:rPr>
        <w:t xml:space="preserve"> заключены буквы </w:t>
      </w:r>
      <w:r>
        <w:rPr>
          <w:rFonts w:ascii="Georgia" w:hAnsi="Georgia"/>
          <w:b w:val="0"/>
          <w:i/>
          <w:color w:val="000000"/>
          <w:sz w:val="24"/>
        </w:rPr>
        <w:t>зехар</w:t>
      </w:r>
      <w:r>
        <w:rPr>
          <w:rFonts w:ascii="Georgia" w:hAnsi="Georgia"/>
          <w:b w:val="0"/>
          <w:i w:val="0"/>
          <w:color w:val="000000"/>
          <w:sz w:val="24"/>
        </w:rPr>
        <w:t xml:space="preserve"> ЙА («помни ЙА», </w:t>
      </w:r>
      <w:r>
        <w:rPr>
          <w:rFonts w:ascii="Georgia" w:hAnsi="Georgia" w:cs="Times New Roman"/>
          <w:b/>
          <w:i w:val="0"/>
          <w:color w:val="000000"/>
          <w:sz w:val="24"/>
          <w:rtl/>
          <w:szCs w:val="32"/>
        </w:rPr>
        <w:t>זְכַר י״ה</w:t>
      </w:r>
      <w:r>
        <w:rPr>
          <w:rFonts w:ascii="Georgia" w:hAnsi="Georgia"/>
          <w:b w:val="0"/>
          <w:i w:val="0"/>
          <w:color w:val="000000"/>
          <w:sz w:val="24"/>
        </w:rPr>
        <w:t xml:space="preserve">), ибо там укоренена память, поскольку внешние силы и клипот, от которых происходит забывчивость, там не удерживаются. И в этом тайна двух Имен Аба ве-Има — АВАЯ в наполнении йодин (АБ = 72) и ЭЙЕ в наполнении йодин (161), которые по гематрии равны слову </w:t>
      </w:r>
      <w:r>
        <w:rPr>
          <w:rFonts w:ascii="Georgia" w:hAnsi="Georgia"/>
          <w:b w:val="0"/>
          <w:i/>
          <w:color w:val="000000"/>
          <w:sz w:val="24"/>
        </w:rPr>
        <w:t>захор</w:t>
      </w:r>
      <w:r>
        <w:rPr>
          <w:rFonts w:ascii="Georgia" w:hAnsi="Georgia"/>
          <w:b w:val="0"/>
          <w:i w:val="0"/>
          <w:color w:val="000000"/>
          <w:sz w:val="24"/>
        </w:rPr>
        <w:t xml:space="preserve"> («помни», </w:t>
      </w:r>
      <w:r>
        <w:rPr>
          <w:rFonts w:ascii="Georgia" w:hAnsi="Georgia" w:cs="Times New Roman"/>
          <w:b/>
          <w:i w:val="0"/>
          <w:color w:val="000000"/>
          <w:sz w:val="24"/>
          <w:rtl/>
          <w:szCs w:val="32"/>
        </w:rPr>
        <w:t>זָכוֹר</w:t>
      </w:r>
      <w:r>
        <w:rPr>
          <w:rFonts w:ascii="Georgia" w:hAnsi="Georgia"/>
          <w:b w:val="0"/>
          <w:i w:val="0"/>
          <w:color w:val="000000"/>
          <w:sz w:val="24"/>
        </w:rPr>
        <w:t xml:space="preserve"> = 233). В этом и состоит суть памяти (</w:t>
      </w:r>
      <w:r>
        <w:rPr>
          <w:rFonts w:ascii="Georgia" w:hAnsi="Georgia"/>
          <w:b w:val="0"/>
          <w:i/>
          <w:color w:val="000000"/>
          <w:sz w:val="24"/>
        </w:rPr>
        <w:t>зехира</w:t>
      </w:r>
      <w:r>
        <w:rPr>
          <w:rFonts w:ascii="Georgia" w:hAnsi="Georgia"/>
          <w:b w:val="0"/>
          <w:i w:val="0"/>
          <w:color w:val="000000"/>
          <w:sz w:val="24"/>
        </w:rPr>
        <w:t>): «помни ЙА» (</w:t>
      </w:r>
      <w:r>
        <w:rPr>
          <w:rFonts w:ascii="Georgia" w:hAnsi="Georgia"/>
          <w:b w:val="0"/>
          <w:i/>
          <w:color w:val="000000"/>
          <w:sz w:val="24"/>
        </w:rPr>
        <w:t>зехар</w:t>
      </w:r>
      <w:r>
        <w:rPr>
          <w:rFonts w:ascii="Georgia" w:hAnsi="Georgia"/>
          <w:b w:val="0"/>
          <w:i w:val="0"/>
          <w:color w:val="000000"/>
          <w:sz w:val="24"/>
        </w:rPr>
        <w:t xml:space="preserve"> ЙА).</w:t>
      </w:r>
    </w:p>
    <w:p>
      <w:pPr>
        <w:spacing w:before="40" w:after="120"/>
        <w:jc w:val="both"/>
      </w:pPr>
      <w:r>
        <w:rPr>
          <w:rFonts w:ascii="Georgia" w:hAnsi="Georgia"/>
          <w:b w:val="0"/>
          <w:i w:val="0"/>
          <w:color w:val="000000"/>
          <w:sz w:val="24"/>
        </w:rPr>
        <w:t xml:space="preserve">И ты уже знаешь, что подобно тому как Аба ве-Има пребывают в двух плечах АА, так и ЗОН находятся в верхних суставах Нецаха и Хода де-АА, как известно; и там они оба стоят соединенными своими двумя плечами ахор бе-ахор. И в этом тайна стиха: </w:t>
      </w:r>
      <w:r>
        <w:rPr>
          <w:rFonts w:ascii="Georgia" w:hAnsi="Georgia"/>
          <w:b w:val="0"/>
          <w:i/>
          <w:color w:val="000000"/>
          <w:sz w:val="24"/>
        </w:rPr>
        <w:t>«Два связывающих наплечника...»</w:t>
      </w:r>
      <w:r>
        <w:rPr>
          <w:rFonts w:ascii="Georgia" w:hAnsi="Georgia"/>
          <w:b w:val="0"/>
          <w:i w:val="0"/>
          <w:color w:val="000000"/>
          <w:sz w:val="24"/>
        </w:rPr>
        <w:t xml:space="preserve"> (Шмот 28:7). И к ним протянулись те два высших плеча Ариха в тайне двух венцов, которые они наследуют от Аба ве-Има, как разъяснено у нас, являющихся ступенью двух плеч АА. И в этом смысл слов </w:t>
      </w:r>
      <w:r>
        <w:rPr>
          <w:rFonts w:ascii="Georgia" w:hAnsi="Georgia"/>
          <w:b w:val="0"/>
          <w:i/>
          <w:color w:val="000000"/>
          <w:sz w:val="24"/>
        </w:rPr>
        <w:t>«Тысяча тебе, Шломо...»</w:t>
      </w:r>
      <w:r>
        <w:rPr>
          <w:rFonts w:ascii="Georgia" w:hAnsi="Georgia"/>
          <w:b w:val="0"/>
          <w:i w:val="0"/>
          <w:color w:val="000000"/>
          <w:sz w:val="24"/>
        </w:rPr>
        <w:t xml:space="preserve"> (Шир а-Ширим 8:12): ведь Зеир Анпин (ЗА), именуемый «Мелехом Шломо» — Мелехом, Которому принадлежит мир (</w:t>
      </w:r>
      <w:r>
        <w:rPr>
          <w:rFonts w:ascii="Georgia" w:hAnsi="Georgia"/>
          <w:b w:val="0"/>
          <w:i/>
          <w:color w:val="000000"/>
          <w:sz w:val="24"/>
        </w:rPr>
        <w:t>мелех ше-а-шалом шело</w:t>
      </w:r>
      <w:r>
        <w:rPr>
          <w:rFonts w:ascii="Georgia" w:hAnsi="Georgia"/>
          <w:b w:val="0"/>
          <w:i w:val="0"/>
          <w:color w:val="000000"/>
          <w:sz w:val="24"/>
        </w:rPr>
        <w:t>), — берет оба эти венца, составляющие тысячу, как сказано выше. А затем за ним остается одно плечо — правое плечо Ариха, то есть венец Хеседов (</w:t>
      </w:r>
      <w:r>
        <w:rPr>
          <w:rFonts w:ascii="Georgia" w:hAnsi="Georgia"/>
          <w:b w:val="0"/>
          <w:i/>
          <w:color w:val="000000"/>
          <w:sz w:val="24"/>
        </w:rPr>
        <w:t>итра де-хасадим</w:t>
      </w:r>
      <w:r>
        <w:rPr>
          <w:rFonts w:ascii="Georgia" w:hAnsi="Georgia"/>
          <w:b w:val="0"/>
          <w:i w:val="0"/>
          <w:color w:val="000000"/>
          <w:sz w:val="24"/>
        </w:rPr>
        <w:t>), называемый «правой рукой Хеседа». И в этом тайна того, что встречается повсюду в Зоаре: правая рука зовется Хеседом; и это — правая рука Ариха, включающая в себя все пять Хеседов в тайне пяти своих пальцев. Они распространяются в ЗА, и каждый состоит из десяти, а десять — из десяти, что дает пять раз по сто (5 × 100 = 500). И в этом тайна сказанного: «Древо жизни — путь в пятьсот локтей».</w:t>
      </w:r>
    </w:p>
    <w:p>
      <w:pPr>
        <w:spacing w:before="40" w:after="120"/>
        <w:jc w:val="both"/>
      </w:pPr>
      <w:r>
        <w:rPr>
          <w:rFonts w:ascii="Georgia" w:hAnsi="Georgia"/>
          <w:b w:val="0"/>
          <w:i w:val="0"/>
          <w:color w:val="000000"/>
          <w:sz w:val="24"/>
        </w:rPr>
        <w:t>Однако венец Гвуры (</w:t>
      </w:r>
      <w:r>
        <w:rPr>
          <w:rFonts w:ascii="Georgia" w:hAnsi="Georgia"/>
          <w:b w:val="0"/>
          <w:i/>
          <w:color w:val="000000"/>
          <w:sz w:val="24"/>
        </w:rPr>
        <w:t>итра де-гвура</w:t>
      </w:r>
      <w:r>
        <w:rPr>
          <w:rFonts w:ascii="Georgia" w:hAnsi="Georgia"/>
          <w:b w:val="0"/>
          <w:i w:val="0"/>
          <w:color w:val="000000"/>
          <w:sz w:val="24"/>
        </w:rPr>
        <w:t xml:space="preserve">), являющийся левой рукой Ариха, затем забирает Нуква подобным же образом; но сначала их берет один лишь ЗА в тайне слов </w:t>
      </w:r>
      <w:r>
        <w:rPr>
          <w:rFonts w:ascii="Georgia" w:hAnsi="Georgia"/>
          <w:b w:val="0"/>
          <w:i/>
          <w:color w:val="000000"/>
          <w:sz w:val="24"/>
        </w:rPr>
        <w:t>«Тысяча тебе, Шломо...»</w:t>
      </w:r>
      <w:r>
        <w:rPr>
          <w:rFonts w:ascii="Georgia" w:hAnsi="Georgia"/>
          <w:b w:val="0"/>
          <w:i w:val="0"/>
          <w:color w:val="000000"/>
          <w:sz w:val="24"/>
        </w:rPr>
        <w:t>.</w:t>
      </w:r>
    </w:p>
    <w:p>
      <w:pPr>
        <w:spacing w:before="40" w:after="120"/>
        <w:jc w:val="both"/>
      </w:pPr>
      <w:r>
        <w:rPr>
          <w:rFonts w:ascii="Georgia" w:hAnsi="Georgia"/>
          <w:b w:val="0"/>
          <w:i w:val="0"/>
          <w:color w:val="000000"/>
          <w:sz w:val="24"/>
        </w:rPr>
        <w:t>И благодаря этому ты поймешь, как Кетер распространяется до Аба ве-Има. Ведь Аба ве-Има берут упомянутые два плеча: буква йод, помноженная на хэй через йод (</w:t>
      </w:r>
      <w:r>
        <w:rPr>
          <w:rFonts w:ascii="Georgia" w:hAnsi="Georgia" w:cs="Times New Roman"/>
          <w:b/>
          <w:i w:val="0"/>
          <w:color w:val="000000"/>
          <w:sz w:val="24"/>
          <w:rtl/>
          <w:szCs w:val="32"/>
        </w:rPr>
        <w:t>יו״ד</w:t>
      </w:r>
      <w:r>
        <w:rPr>
          <w:rFonts w:ascii="Georgia" w:hAnsi="Georgia"/>
          <w:b w:val="0"/>
          <w:i w:val="0"/>
          <w:color w:val="000000"/>
          <w:sz w:val="24"/>
        </w:rPr>
        <w:t xml:space="preserve"> × </w:t>
      </w:r>
      <w:r>
        <w:rPr>
          <w:rFonts w:ascii="Georgia" w:hAnsi="Georgia" w:cs="Times New Roman"/>
          <w:b/>
          <w:i w:val="0"/>
          <w:color w:val="000000"/>
          <w:sz w:val="24"/>
          <w:rtl/>
          <w:szCs w:val="32"/>
        </w:rPr>
        <w:t>ה״י</w:t>
      </w:r>
      <w:r>
        <w:rPr>
          <w:rFonts w:ascii="Georgia" w:hAnsi="Georgia"/>
          <w:b w:val="0"/>
          <w:i w:val="0"/>
          <w:color w:val="000000"/>
          <w:sz w:val="24"/>
        </w:rPr>
        <w:t xml:space="preserve"> = 20 × 15 = 300), дает триста для Абы, а йод, помноженная на хэй через хэй (</w:t>
      </w:r>
      <w:r>
        <w:rPr>
          <w:rFonts w:ascii="Georgia" w:hAnsi="Georgia" w:cs="Times New Roman"/>
          <w:b/>
          <w:i w:val="0"/>
          <w:color w:val="000000"/>
          <w:sz w:val="24"/>
          <w:rtl/>
          <w:szCs w:val="32"/>
        </w:rPr>
        <w:t>יו״ד</w:t>
      </w:r>
      <w:r>
        <w:rPr>
          <w:rFonts w:ascii="Georgia" w:hAnsi="Georgia"/>
          <w:b w:val="0"/>
          <w:i w:val="0"/>
          <w:color w:val="000000"/>
          <w:sz w:val="24"/>
        </w:rPr>
        <w:t xml:space="preserve"> × </w:t>
      </w:r>
      <w:r>
        <w:rPr>
          <w:rFonts w:ascii="Georgia" w:hAnsi="Georgia" w:cs="Times New Roman"/>
          <w:b/>
          <w:i w:val="0"/>
          <w:color w:val="000000"/>
          <w:sz w:val="24"/>
          <w:rtl/>
          <w:szCs w:val="32"/>
        </w:rPr>
        <w:t>ה״ה</w:t>
      </w:r>
      <w:r>
        <w:rPr>
          <w:rFonts w:ascii="Georgia" w:hAnsi="Georgia"/>
          <w:b w:val="0"/>
          <w:i w:val="0"/>
          <w:color w:val="000000"/>
          <w:sz w:val="24"/>
        </w:rPr>
        <w:t xml:space="preserve"> = 20 × 10 = 200), дает двести для Имы, и вместе они составляют пятьсот (</w:t>
      </w:r>
      <w:r>
        <w:rPr>
          <w:rFonts w:ascii="Georgia" w:hAnsi="Georgia" w:cs="Times New Roman"/>
          <w:b/>
          <w:i w:val="0"/>
          <w:color w:val="000000"/>
          <w:sz w:val="24"/>
          <w:rtl/>
          <w:szCs w:val="32"/>
        </w:rPr>
        <w:t>ת״ק</w:t>
      </w:r>
      <w:r>
        <w:rPr>
          <w:rFonts w:ascii="Georgia" w:hAnsi="Georgia"/>
          <w:b w:val="0"/>
          <w:i w:val="0"/>
          <w:color w:val="000000"/>
          <w:sz w:val="24"/>
        </w:rPr>
        <w:t xml:space="preserve"> = 500). Кроме того, есть еще Имя ЙА в наполнении алеф: йод, помноженная на хэй через алеф (</w:t>
      </w:r>
      <w:r>
        <w:rPr>
          <w:rFonts w:ascii="Georgia" w:hAnsi="Georgia" w:cs="Times New Roman"/>
          <w:b/>
          <w:i w:val="0"/>
          <w:color w:val="000000"/>
          <w:sz w:val="24"/>
          <w:rtl/>
          <w:szCs w:val="32"/>
        </w:rPr>
        <w:t>יו״ד</w:t>
      </w:r>
      <w:r>
        <w:rPr>
          <w:rFonts w:ascii="Georgia" w:hAnsi="Georgia"/>
          <w:b w:val="0"/>
          <w:i w:val="0"/>
          <w:color w:val="000000"/>
          <w:sz w:val="24"/>
        </w:rPr>
        <w:t xml:space="preserve"> × </w:t>
      </w:r>
      <w:r>
        <w:rPr>
          <w:rFonts w:ascii="Georgia" w:hAnsi="Georgia" w:cs="Times New Roman"/>
          <w:b/>
          <w:i w:val="0"/>
          <w:color w:val="000000"/>
          <w:sz w:val="24"/>
          <w:rtl/>
          <w:szCs w:val="32"/>
        </w:rPr>
        <w:t>ה״א</w:t>
      </w:r>
      <w:r>
        <w:rPr>
          <w:rFonts w:ascii="Georgia" w:hAnsi="Georgia"/>
          <w:b w:val="0"/>
          <w:i w:val="0"/>
          <w:color w:val="000000"/>
          <w:sz w:val="24"/>
        </w:rPr>
        <w:t xml:space="preserve"> = 20 × 6 = 120), дает сто двадцать (</w:t>
      </w:r>
      <w:r>
        <w:rPr>
          <w:rFonts w:ascii="Georgia" w:hAnsi="Georgia" w:cs="Times New Roman"/>
          <w:b/>
          <w:i w:val="0"/>
          <w:color w:val="000000"/>
          <w:sz w:val="24"/>
          <w:rtl/>
          <w:szCs w:val="32"/>
        </w:rPr>
        <w:t>ק״ך</w:t>
      </w:r>
      <w:r>
        <w:rPr>
          <w:rFonts w:ascii="Georgia" w:hAnsi="Georgia"/>
          <w:b w:val="0"/>
          <w:i w:val="0"/>
          <w:color w:val="000000"/>
          <w:sz w:val="24"/>
        </w:rPr>
        <w:t xml:space="preserve"> = 120). А всего получается шестьсот двадцать — по гематрии слова Кетер (</w:t>
      </w:r>
      <w:r>
        <w:rPr>
          <w:rFonts w:ascii="Georgia" w:hAnsi="Georgia" w:cs="Times New Roman"/>
          <w:b/>
          <w:i w:val="0"/>
          <w:color w:val="000000"/>
          <w:sz w:val="24"/>
          <w:rtl/>
          <w:szCs w:val="32"/>
        </w:rPr>
        <w:t>כֶּתֶר</w:t>
      </w:r>
      <w:r>
        <w:rPr>
          <w:rFonts w:ascii="Georgia" w:hAnsi="Georgia"/>
          <w:b w:val="0"/>
          <w:i w:val="0"/>
          <w:color w:val="000000"/>
          <w:sz w:val="24"/>
        </w:rPr>
        <w:t xml:space="preserve"> = 620). Выходит, что свойство Кетера образуется из этих трех упомянутых Имен ЙА, и два его свойства — наполнение через йодин и наполнение через хэйин — отданы Аба ве-Има. Вот каким образом Кетер распространяется до Аба ве-Има.</w:t>
      </w:r>
    </w:p>
    <w:p>
      <w:pPr>
        <w:spacing w:before="40" w:after="120"/>
        <w:jc w:val="both"/>
      </w:pPr>
      <w:r>
        <w:rPr>
          <w:rFonts w:ascii="Georgia" w:hAnsi="Georgia"/>
          <w:b w:val="0"/>
          <w:i w:val="0"/>
          <w:color w:val="000000"/>
          <w:sz w:val="24"/>
        </w:rPr>
        <w:t>Одно единение, которому научил меня мой учитель, благословенной памяти, чтобы изгонять злого духа (</w:t>
      </w:r>
      <w:r>
        <w:rPr>
          <w:rFonts w:ascii="Georgia" w:hAnsi="Georgia"/>
          <w:b w:val="0"/>
          <w:i/>
          <w:color w:val="000000"/>
          <w:sz w:val="24"/>
        </w:rPr>
        <w:t>руах раа</w:t>
      </w:r>
      <w:r>
        <w:rPr>
          <w:rFonts w:ascii="Georgia" w:hAnsi="Georgia"/>
          <w:b w:val="0"/>
          <w:i w:val="0"/>
          <w:color w:val="000000"/>
          <w:sz w:val="24"/>
        </w:rPr>
        <w:t>). Смысл в том, что иногда душа некоего злодея из-за обилия своих прегрешений еще не может войти в Гехином; она блуждает, скитаясь и странствуя, и порой входит в тело мужчины или женщины, повергает человека и вызывает припадки, что называют падучей болезнью. Посредством этого единения его душа немного исправляется и выходит из тела человека.</w:t>
      </w:r>
    </w:p>
    <w:p>
      <w:pPr>
        <w:spacing w:before="40" w:after="120"/>
        <w:jc w:val="both"/>
      </w:pPr>
      <w:r>
        <w:rPr>
          <w:rFonts w:ascii="Georgia" w:hAnsi="Georgia"/>
          <w:b w:val="0"/>
          <w:i w:val="0"/>
          <w:color w:val="000000"/>
          <w:sz w:val="24"/>
        </w:rPr>
        <w:t>И вот как это делается — так, как я совершал собственными руками и проверил на опыте: я брал руку того человека и клал свою руку на его пульс на левом или правом предплечье, потому что там находится одеяние нефеш, в которое она облачается. И я направлял намерение на ту душу, облаченную в этот пульс, чтобы она вышла оттуда силой единения. И пока я держал его руку на пульсе, я произносил этот стих в прямом и в обратном порядке и направлял намерение на те Имена, которые выходят из него — как по числу каждого слова, так и по его начальным и конечным буквам, как тебе известно. И этим я выражал намерение, чтобы она вышла; и тогда [дух] говорит изнутри тела все, о чем ты его спросишь, а ты прикажи ему выйти.</w:t>
      </w:r>
    </w:p>
    <w:p>
      <w:pPr>
        <w:spacing w:before="40" w:after="120"/>
        <w:jc w:val="both"/>
      </w:pPr>
      <w:r>
        <w:rPr>
          <w:rFonts w:ascii="Georgia" w:hAnsi="Georgia"/>
          <w:b w:val="0"/>
          <w:i w:val="0"/>
          <w:color w:val="000000"/>
          <w:sz w:val="24"/>
        </w:rPr>
        <w:t xml:space="preserve">И иногда требуется протрубить в шофар возле его уха и направить намерение на Имя </w:t>
      </w:r>
      <w:r>
        <w:rPr>
          <w:rFonts w:ascii="Georgia" w:hAnsi="Georgia" w:cs="Times New Roman"/>
          <w:b/>
          <w:i w:val="0"/>
          <w:color w:val="000000"/>
          <w:sz w:val="24"/>
          <w:rtl/>
          <w:szCs w:val="32"/>
        </w:rPr>
        <w:t>קְרְעְ שְטְןְ</w:t>
      </w:r>
      <w:r>
        <w:rPr>
          <w:rFonts w:ascii="Georgia" w:hAnsi="Georgia"/>
          <w:b w:val="0"/>
          <w:i w:val="0"/>
          <w:color w:val="000000"/>
          <w:sz w:val="24"/>
        </w:rPr>
        <w:t>, то есть [где все буквы] со шва, а также на его замену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также всю со шва — и это следующее Имя: </w:t>
      </w:r>
      <w:r>
        <w:rPr>
          <w:rFonts w:ascii="Georgia" w:hAnsi="Georgia" w:cs="Times New Roman"/>
          <w:b/>
          <w:i w:val="0"/>
          <w:color w:val="000000"/>
          <w:sz w:val="24"/>
          <w:rtl/>
          <w:szCs w:val="32"/>
        </w:rPr>
        <w:t>דְגְזְבְנְטְ</w:t>
      </w:r>
      <w:r>
        <w:rPr>
          <w:rFonts w:ascii="Georgia" w:hAnsi="Georgia"/>
          <w:b w:val="0"/>
          <w:i w:val="0"/>
          <w:color w:val="000000"/>
          <w:sz w:val="24"/>
        </w:rPr>
        <w:t xml:space="preserve">. И знай, что этот дух приходит не один: некий сатан держит его и водит скитальцем в таком виде, чтобы восполнить воздаяние за его прегрешения, и он ничего не может сделать без его разрешения, потому что Всевышний поставил над ним надсмотрщика. Как сказано в Зоаре (раздел Бо): </w:t>
      </w:r>
      <w:r>
        <w:rPr>
          <w:rFonts w:ascii="Georgia" w:hAnsi="Georgia"/>
          <w:b w:val="0"/>
          <w:i/>
          <w:color w:val="000000"/>
          <w:sz w:val="24"/>
        </w:rPr>
        <w:t>«У нечестивца дурное побуждение — его судья»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в Писании: </w:t>
      </w:r>
      <w:r>
        <w:rPr>
          <w:rFonts w:ascii="Georgia" w:hAnsi="Georgia"/>
          <w:b w:val="0"/>
          <w:i/>
          <w:color w:val="000000"/>
          <w:sz w:val="24"/>
        </w:rPr>
        <w:t>«Поставь над ним нечестивца, и сатан да станет по правую руку его»</w:t>
      </w:r>
      <w:r>
        <w:rPr>
          <w:rFonts w:ascii="Georgia" w:hAnsi="Georgia"/>
          <w:b w:val="0"/>
          <w:i w:val="0"/>
          <w:color w:val="000000"/>
          <w:sz w:val="24"/>
        </w:rPr>
        <w:t xml:space="preserve"> (Теилим 109:6). Ведь Давид, мир ему, проклинал нечестивцев, [желая], чтобы Святой, благословен Он, приставил к нему душу нечестивца, которая войдет в него и причинит ему вред, и чтобы пришел с ним некий сатан, чтобы стоять по правую руку той грешной души и помогать ей оставаться там.</w:t>
      </w:r>
    </w:p>
    <w:p>
      <w:pPr>
        <w:spacing w:before="40" w:after="120"/>
        <w:jc w:val="both"/>
      </w:pPr>
      <w:r>
        <w:rPr>
          <w:rFonts w:ascii="Georgia" w:hAnsi="Georgia"/>
          <w:b w:val="0"/>
          <w:i w:val="0"/>
          <w:color w:val="000000"/>
          <w:sz w:val="24"/>
        </w:rPr>
        <w:t>И порой эта нефеш выходит оттуда, а сатан остается один, охраняя ее место. Поэтому не во всякий час эта переселившаяся душа находится там; и когда она выходит и отправляется в определенные часы для наказания — ведь ей приходится выходить оттуда, чтобы принять свое наказание, — в это время назначенный над ней сатан сидит там, чтобы стеречь это место. И человек не исцеляется от той болезни до тех пор, пока не выйдут они оба. И ты знаешь, что Святой, благословен Он, услаждает горькое горьким; напротив, именно в этом стихе, который на первый взгляд выглядит как повеление приставить к нему душу того нечестивца, напротив — именно там намеком передано ее исправление посредством тех намерений, которые мы запишем. И я не могу подробнее распространяться об этом из-за обилия того, о чем здесь можно сказать. Я перепишу перед тобой текст намерения, а ты сам поймешь, как это выводится из стиха; возможно также, что начиная с Имени Согзогиэль (</w:t>
      </w:r>
      <w:r>
        <w:rPr>
          <w:rFonts w:ascii="Georgia" w:hAnsi="Georgia" w:cs="Times New Roman"/>
          <w:b/>
          <w:i w:val="0"/>
          <w:color w:val="000000"/>
          <w:sz w:val="24"/>
          <w:rtl/>
          <w:szCs w:val="32"/>
        </w:rPr>
        <w:t>סֹגֹזֹגֹיֹאֹלֹ</w:t>
      </w:r>
      <w:r>
        <w:rPr>
          <w:rFonts w:ascii="Georgia" w:hAnsi="Georgia"/>
          <w:b w:val="0"/>
          <w:i w:val="0"/>
          <w:color w:val="000000"/>
          <w:sz w:val="24"/>
        </w:rPr>
        <w:t>) и далее [Имена] уже не выводятся из стиха «Поставь...».</w:t>
      </w:r>
    </w:p>
    <w:p>
      <w:pPr>
        <w:spacing w:before="40" w:after="120"/>
        <w:jc w:val="both"/>
      </w:pPr>
      <w:r>
        <w:rPr>
          <w:rFonts w:ascii="Georgia" w:hAnsi="Georgia"/>
          <w:b w:val="0"/>
          <w:i w:val="0"/>
          <w:color w:val="000000"/>
          <w:sz w:val="24"/>
        </w:rPr>
        <w:t xml:space="preserve">И вот этот стих (Теилим 109:6 [в тексте: 119]): </w:t>
      </w:r>
      <w:r>
        <w:rPr>
          <w:rFonts w:ascii="Georgia" w:hAnsi="Georgia"/>
          <w:b w:val="0"/>
          <w:i/>
          <w:color w:val="000000"/>
          <w:sz w:val="24"/>
        </w:rPr>
        <w:t>«Поставь над ним нечестивца, и сатан да станет по правую руку его»</w:t>
      </w:r>
      <w:r>
        <w:rPr>
          <w:rFonts w:ascii="Georgia" w:hAnsi="Georgia"/>
          <w:b w:val="0"/>
          <w:i w:val="0"/>
          <w:color w:val="000000"/>
          <w:sz w:val="24"/>
        </w:rPr>
        <w:t xml:space="preserve"> (</w:t>
      </w:r>
      <w:r>
        <w:rPr>
          <w:rFonts w:ascii="Georgia" w:hAnsi="Georgia" w:cs="Times New Roman"/>
          <w:b/>
          <w:i w:val="0"/>
          <w:color w:val="000000"/>
          <w:sz w:val="24"/>
          <w:rtl/>
          <w:szCs w:val="32"/>
        </w:rPr>
        <w:t>הפקד עליו רשע ושטן יעמוד על ימינו</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обратном порядке по словам: </w:t>
      </w:r>
      <w:r>
        <w:rPr>
          <w:rFonts w:ascii="Georgia" w:hAnsi="Georgia"/>
          <w:b w:val="0"/>
          <w:i/>
          <w:color w:val="000000"/>
          <w:sz w:val="24"/>
        </w:rPr>
        <w:t>йемино аль яамод ве-сатан раша алав афкед</w:t>
      </w:r>
      <w:r>
        <w:rPr>
          <w:rFonts w:ascii="Georgia" w:hAnsi="Georgia"/>
          <w:b w:val="0"/>
          <w:i w:val="0"/>
          <w:color w:val="000000"/>
          <w:sz w:val="24"/>
        </w:rPr>
        <w:t xml:space="preserve"> (</w:t>
      </w:r>
      <w:r>
        <w:rPr>
          <w:rFonts w:ascii="Georgia" w:hAnsi="Georgia" w:cs="Times New Roman"/>
          <w:b/>
          <w:i w:val="0"/>
          <w:color w:val="000000"/>
          <w:sz w:val="24"/>
          <w:rtl/>
          <w:szCs w:val="32"/>
        </w:rPr>
        <w:t>ימינו על יעמוד ושטן רשע עליו הפקד</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 огласовками [в обратном порядке по буквам]: </w:t>
      </w:r>
      <w:r>
        <w:rPr>
          <w:rFonts w:ascii="Georgia" w:hAnsi="Georgia" w:cs="Times New Roman"/>
          <w:b/>
          <w:i w:val="0"/>
          <w:color w:val="000000"/>
          <w:sz w:val="24"/>
          <w:rtl/>
          <w:szCs w:val="32"/>
        </w:rPr>
        <w:t>ונָימי לַע דמֵעי נטֶשו עֹשְר ויֹלע דקפה</w:t>
      </w:r>
      <w:r>
        <w:rPr>
          <w:rFonts w:ascii="Georgia" w:hAnsi="Georgia"/>
          <w:b w:val="0"/>
          <w:i w:val="0"/>
          <w:color w:val="000000"/>
          <w:sz w:val="24"/>
        </w:rPr>
        <w:t xml:space="preserve"> — это огласовки Кетера, Хохмы, Бины, Хеседа, Гвуры, Тиферет и Нецаха [говорит Шмуэль: мне кажется, что следует огласовать каждое слово: слово «унейми» (</w:t>
      </w:r>
      <w:r>
        <w:rPr>
          <w:rFonts w:ascii="Georgia" w:hAnsi="Georgia" w:cs="Times New Roman"/>
          <w:b/>
          <w:i w:val="0"/>
          <w:color w:val="000000"/>
          <w:sz w:val="24"/>
          <w:rtl/>
          <w:szCs w:val="32"/>
        </w:rPr>
        <w:t>ונימ״י</w:t>
      </w:r>
      <w:r>
        <w:rPr>
          <w:rFonts w:ascii="Georgia" w:hAnsi="Georgia"/>
          <w:b w:val="0"/>
          <w:i w:val="0"/>
          <w:color w:val="000000"/>
          <w:sz w:val="24"/>
        </w:rPr>
        <w:t>) камацем, слово «ла» (</w:t>
      </w:r>
      <w:r>
        <w:rPr>
          <w:rFonts w:ascii="Georgia" w:hAnsi="Georgia" w:cs="Times New Roman"/>
          <w:b/>
          <w:i w:val="0"/>
          <w:color w:val="000000"/>
          <w:sz w:val="24"/>
          <w:rtl/>
          <w:szCs w:val="32"/>
        </w:rPr>
        <w:t>ל״ע</w:t>
      </w:r>
      <w:r>
        <w:rPr>
          <w:rFonts w:ascii="Georgia" w:hAnsi="Georgia"/>
          <w:b w:val="0"/>
          <w:i w:val="0"/>
          <w:color w:val="000000"/>
          <w:sz w:val="24"/>
        </w:rPr>
        <w:t>) патахом, и так же остальные слова стиха].</w:t>
      </w:r>
    </w:p>
    <w:p>
      <w:pPr>
        <w:spacing w:before="40" w:after="120"/>
        <w:jc w:val="both"/>
      </w:pPr>
      <w:r>
        <w:rPr>
          <w:rFonts w:ascii="Georgia" w:hAnsi="Georgia" w:cs="Times New Roman"/>
          <w:b/>
          <w:i w:val="0"/>
          <w:color w:val="000000"/>
          <w:sz w:val="24"/>
          <w:rtl/>
          <w:szCs w:val="32"/>
        </w:rPr>
        <w:t>סֹגֹזֹגֹיֹאֹלֹ מֳטֳטֳרֳוֳןֳ נֳוֳרֳטֳטֳמֳיְנְנְגְפְטְ</w:t>
      </w:r>
      <w:r>
        <w:rPr>
          <w:rFonts w:ascii="Georgia" w:hAnsi="Georgia"/>
          <w:b w:val="0"/>
          <w:i w:val="0"/>
          <w:color w:val="000000"/>
          <w:sz w:val="24"/>
        </w:rPr>
        <w:t xml:space="preserve"> — это Имя Метатрон в замене атбаш (</w:t>
      </w:r>
      <w:r>
        <w:rPr>
          <w:rFonts w:ascii="Georgia" w:hAnsi="Georgia" w:cs="Times New Roman"/>
          <w:b/>
          <w:i w:val="0"/>
          <w:color w:val="000000"/>
          <w:sz w:val="24"/>
          <w:rtl/>
          <w:szCs w:val="32"/>
        </w:rPr>
        <w:t>א״ת ב״ש</w:t>
      </w:r>
      <w:r>
        <w:rPr>
          <w:rFonts w:ascii="Georgia" w:hAnsi="Georgia"/>
          <w:b w:val="0"/>
          <w:i w:val="0"/>
          <w:color w:val="000000"/>
          <w:sz w:val="24"/>
        </w:rPr>
        <w:t>).</w:t>
      </w:r>
    </w:p>
    <w:p>
      <w:pPr>
        <w:spacing w:before="40" w:after="120"/>
        <w:jc w:val="center"/>
      </w:pPr>
      <w:r>
        <w:rPr>
          <w:rFonts w:ascii="Georgia" w:hAnsi="Georgia" w:cs="Times New Roman"/>
          <w:b/>
          <w:i w:val="0"/>
          <w:color w:val="000000"/>
          <w:sz w:val="32"/>
          <w:rtl/>
          <w:szCs w:val="44"/>
        </w:rPr>
        <w:t>יֳיֳהֳ יֳהֳוֳ יהֳוֳהֳ יֳוֳדֳ יֳוֳדֳ הֳא יֳוֳד הֳא וֳאוֳ יוֳד הֳא וֳאוֳ הֳא יְוָאִחֶצַצָ בֶיַרְוַןְ קְרְעְ שְטְןְ יְלְיְ מְכְסְ</w:t>
      </w:r>
    </w:p>
    <w:p>
      <w:pPr>
        <w:spacing w:before="40" w:after="120"/>
        <w:jc w:val="both"/>
      </w:pPr>
      <w:r>
        <w:rPr>
          <w:rFonts w:ascii="Georgia" w:hAnsi="Georgia"/>
          <w:b w:val="0"/>
          <w:i w:val="0"/>
          <w:color w:val="000000"/>
          <w:sz w:val="24"/>
        </w:rPr>
        <w:t xml:space="preserve">[Говорит Шмуэль: знай, что в самом конце книги я нашел один пропуск, трактующий об упомянутом единении, который учитель мой, благословенной памяти, упустил, а ведь это основа упомянутого действия, и потому я переписал его здесь перед тобой]. И вот его слова: «Знай, что я забыл его суть, так как нашел его записанным [еще более] кратко, чем слышал его, когда переписывал его смысл там. И мне представляется, что таков порядок этого действия: сначала ты произносишь стих </w:t>
      </w:r>
      <w:r>
        <w:rPr>
          <w:rFonts w:ascii="Georgia" w:hAnsi="Georgia"/>
          <w:b w:val="0"/>
          <w:i/>
          <w:color w:val="000000"/>
          <w:sz w:val="24"/>
        </w:rPr>
        <w:t>«Поставь над ним нечестивца...»</w:t>
      </w:r>
      <w:r>
        <w:rPr>
          <w:rFonts w:ascii="Georgia" w:hAnsi="Georgia"/>
          <w:b w:val="0"/>
          <w:i w:val="0"/>
          <w:color w:val="000000"/>
          <w:sz w:val="24"/>
        </w:rPr>
        <w:t xml:space="preserve"> (Теилим 109:6) в прямом порядке, а затем — в обратном порядке, то есть переставив слова наоборот, начиная со слов </w:t>
      </w:r>
      <w:r>
        <w:rPr>
          <w:rFonts w:ascii="Georgia" w:hAnsi="Georgia"/>
          <w:b w:val="0"/>
          <w:i/>
          <w:color w:val="000000"/>
          <w:sz w:val="24"/>
        </w:rPr>
        <w:t>йемино аль яамод</w:t>
      </w:r>
      <w:r>
        <w:rPr>
          <w:rFonts w:ascii="Georgia" w:hAnsi="Georgia"/>
          <w:b w:val="0"/>
          <w:i w:val="0"/>
          <w:color w:val="000000"/>
          <w:sz w:val="24"/>
        </w:rPr>
        <w:t xml:space="preserve"> («по правую руку его да станет...», </w:t>
      </w:r>
      <w:r>
        <w:rPr>
          <w:rFonts w:ascii="Georgia" w:hAnsi="Georgia" w:cs="Times New Roman"/>
          <w:b/>
          <w:i w:val="0"/>
          <w:color w:val="000000"/>
          <w:sz w:val="24"/>
          <w:rtl/>
          <w:szCs w:val="32"/>
        </w:rPr>
        <w:t>ימינו על יעמד</w:t>
      </w:r>
      <w:r>
        <w:rPr>
          <w:rFonts w:ascii="Georgia" w:hAnsi="Georgia"/>
          <w:b w:val="0"/>
          <w:i w:val="0"/>
          <w:color w:val="000000"/>
          <w:sz w:val="24"/>
        </w:rPr>
        <w:t xml:space="preserve">), как сказано выше. А затем — в обратном порядке относительно всех самих букв, от их конца к началу, вот так: </w:t>
      </w:r>
      <w:r>
        <w:rPr>
          <w:rFonts w:ascii="Georgia" w:hAnsi="Georgia" w:cs="Times New Roman"/>
          <w:b/>
          <w:i w:val="0"/>
          <w:color w:val="000000"/>
          <w:sz w:val="24"/>
          <w:rtl/>
          <w:szCs w:val="32"/>
        </w:rPr>
        <w:t>ונימי לע דמעי נטשו עשר וילע דקפה</w:t>
      </w:r>
      <w:r>
        <w:rPr>
          <w:rFonts w:ascii="Georgia" w:hAnsi="Georgia"/>
          <w:b w:val="0"/>
          <w:i w:val="0"/>
          <w:color w:val="000000"/>
          <w:sz w:val="24"/>
        </w:rPr>
        <w:t xml:space="preserve"> и так далее.</w:t>
      </w:r>
    </w:p>
    <w:p>
      <w:pPr>
        <w:spacing w:before="40" w:after="120"/>
        <w:jc w:val="both"/>
      </w:pPr>
      <w:r>
        <w:rPr>
          <w:rFonts w:ascii="Georgia" w:hAnsi="Georgia"/>
          <w:b w:val="0"/>
          <w:i w:val="0"/>
          <w:color w:val="000000"/>
          <w:sz w:val="24"/>
        </w:rPr>
        <w:t xml:space="preserve">При этом ты огласуешь каждую букву слова </w:t>
      </w:r>
      <w:r>
        <w:rPr>
          <w:rFonts w:ascii="Georgia" w:hAnsi="Georgia"/>
          <w:b w:val="0"/>
          <w:i/>
          <w:color w:val="000000"/>
          <w:sz w:val="24"/>
        </w:rPr>
        <w:t>йемино</w:t>
      </w:r>
      <w:r>
        <w:rPr>
          <w:rFonts w:ascii="Georgia" w:hAnsi="Georgia"/>
          <w:b w:val="0"/>
          <w:i w:val="0"/>
          <w:color w:val="000000"/>
          <w:sz w:val="24"/>
        </w:rPr>
        <w:t xml:space="preserve"> (</w:t>
      </w:r>
      <w:r>
        <w:rPr>
          <w:rFonts w:ascii="Georgia" w:hAnsi="Georgia" w:cs="Times New Roman"/>
          <w:b/>
          <w:i w:val="0"/>
          <w:color w:val="000000"/>
          <w:sz w:val="24"/>
          <w:rtl/>
          <w:szCs w:val="32"/>
        </w:rPr>
        <w:t>יְמִינוֹ</w:t>
      </w:r>
      <w:r>
        <w:rPr>
          <w:rFonts w:ascii="Georgia" w:hAnsi="Georgia"/>
          <w:b w:val="0"/>
          <w:i w:val="0"/>
          <w:color w:val="000000"/>
          <w:sz w:val="24"/>
        </w:rPr>
        <w:t xml:space="preserve">) камацем, все буквы слова </w:t>
      </w:r>
      <w:r>
        <w:rPr>
          <w:rFonts w:ascii="Georgia" w:hAnsi="Georgia"/>
          <w:b w:val="0"/>
          <w:i/>
          <w:color w:val="000000"/>
          <w:sz w:val="24"/>
        </w:rPr>
        <w:t>аль</w:t>
      </w:r>
      <w:r>
        <w:rPr>
          <w:rFonts w:ascii="Georgia" w:hAnsi="Georgia"/>
          <w:b w:val="0"/>
          <w:i w:val="0"/>
          <w:color w:val="000000"/>
          <w:sz w:val="24"/>
        </w:rPr>
        <w:t xml:space="preserve"> (</w:t>
      </w:r>
      <w:r>
        <w:rPr>
          <w:rFonts w:ascii="Georgia" w:hAnsi="Georgia" w:cs="Times New Roman"/>
          <w:b/>
          <w:i w:val="0"/>
          <w:color w:val="000000"/>
          <w:sz w:val="24"/>
          <w:rtl/>
          <w:szCs w:val="32"/>
        </w:rPr>
        <w:t>עַל</w:t>
      </w:r>
      <w:r>
        <w:rPr>
          <w:rFonts w:ascii="Georgia" w:hAnsi="Georgia"/>
          <w:b w:val="0"/>
          <w:i w:val="0"/>
          <w:color w:val="000000"/>
          <w:sz w:val="24"/>
        </w:rPr>
        <w:t xml:space="preserve">) — патахом, все буквы слова </w:t>
      </w:r>
      <w:r>
        <w:rPr>
          <w:rFonts w:ascii="Georgia" w:hAnsi="Georgia"/>
          <w:b w:val="0"/>
          <w:i/>
          <w:color w:val="000000"/>
          <w:sz w:val="24"/>
        </w:rPr>
        <w:t>яамод</w:t>
      </w:r>
      <w:r>
        <w:rPr>
          <w:rFonts w:ascii="Georgia" w:hAnsi="Georgia"/>
          <w:b w:val="0"/>
          <w:i w:val="0"/>
          <w:color w:val="000000"/>
          <w:sz w:val="24"/>
        </w:rPr>
        <w:t xml:space="preserve"> (</w:t>
      </w:r>
      <w:r>
        <w:rPr>
          <w:rFonts w:ascii="Georgia" w:hAnsi="Georgia" w:cs="Times New Roman"/>
          <w:b/>
          <w:i w:val="0"/>
          <w:color w:val="000000"/>
          <w:sz w:val="24"/>
          <w:rtl/>
          <w:szCs w:val="32"/>
        </w:rPr>
        <w:t>יַעֲמֹד</w:t>
      </w:r>
      <w:r>
        <w:rPr>
          <w:rFonts w:ascii="Georgia" w:hAnsi="Georgia"/>
          <w:b w:val="0"/>
          <w:i w:val="0"/>
          <w:color w:val="000000"/>
          <w:sz w:val="24"/>
        </w:rPr>
        <w:t xml:space="preserve">) — цере, все буквы слова </w:t>
      </w:r>
      <w:r>
        <w:rPr>
          <w:rFonts w:ascii="Georgia" w:hAnsi="Georgia"/>
          <w:b w:val="0"/>
          <w:i/>
          <w:color w:val="000000"/>
          <w:sz w:val="24"/>
        </w:rPr>
        <w:t>ве-сатан</w:t>
      </w:r>
      <w:r>
        <w:rPr>
          <w:rFonts w:ascii="Georgia" w:hAnsi="Georgia"/>
          <w:b w:val="0"/>
          <w:i w:val="0"/>
          <w:color w:val="000000"/>
          <w:sz w:val="24"/>
        </w:rPr>
        <w:t xml:space="preserve"> (</w:t>
      </w:r>
      <w:r>
        <w:rPr>
          <w:rFonts w:ascii="Georgia" w:hAnsi="Georgia" w:cs="Times New Roman"/>
          <w:b/>
          <w:i w:val="0"/>
          <w:color w:val="000000"/>
          <w:sz w:val="24"/>
          <w:rtl/>
          <w:szCs w:val="32"/>
        </w:rPr>
        <w:t>וְשָׂטָן</w:t>
      </w:r>
      <w:r>
        <w:rPr>
          <w:rFonts w:ascii="Georgia" w:hAnsi="Georgia"/>
          <w:b w:val="0"/>
          <w:i w:val="0"/>
          <w:color w:val="000000"/>
          <w:sz w:val="24"/>
        </w:rPr>
        <w:t xml:space="preserve">) — сеголем, все буквы слова </w:t>
      </w:r>
      <w:r>
        <w:rPr>
          <w:rFonts w:ascii="Georgia" w:hAnsi="Georgia"/>
          <w:b w:val="0"/>
          <w:i/>
          <w:color w:val="000000"/>
          <w:sz w:val="24"/>
        </w:rPr>
        <w:t>раша</w:t>
      </w:r>
      <w:r>
        <w:rPr>
          <w:rFonts w:ascii="Georgia" w:hAnsi="Georgia"/>
          <w:b w:val="0"/>
          <w:i w:val="0"/>
          <w:color w:val="000000"/>
          <w:sz w:val="24"/>
        </w:rPr>
        <w:t xml:space="preserve"> (</w:t>
      </w:r>
      <w:r>
        <w:rPr>
          <w:rFonts w:ascii="Georgia" w:hAnsi="Georgia" w:cs="Times New Roman"/>
          <w:b/>
          <w:i w:val="0"/>
          <w:color w:val="000000"/>
          <w:sz w:val="24"/>
          <w:rtl/>
          <w:szCs w:val="32"/>
        </w:rPr>
        <w:t>רָשָׁע</w:t>
      </w:r>
      <w:r>
        <w:rPr>
          <w:rFonts w:ascii="Georgia" w:hAnsi="Georgia"/>
          <w:b w:val="0"/>
          <w:i w:val="0"/>
          <w:color w:val="000000"/>
          <w:sz w:val="24"/>
        </w:rPr>
        <w:t xml:space="preserve">) — шва, все буквы слова </w:t>
      </w:r>
      <w:r>
        <w:rPr>
          <w:rFonts w:ascii="Georgia" w:hAnsi="Georgia"/>
          <w:b w:val="0"/>
          <w:i/>
          <w:color w:val="000000"/>
          <w:sz w:val="24"/>
        </w:rPr>
        <w:t>алав</w:t>
      </w:r>
      <w:r>
        <w:rPr>
          <w:rFonts w:ascii="Georgia" w:hAnsi="Georgia"/>
          <w:b w:val="0"/>
          <w:i w:val="0"/>
          <w:color w:val="000000"/>
          <w:sz w:val="24"/>
        </w:rPr>
        <w:t xml:space="preserve"> (</w:t>
      </w:r>
      <w:r>
        <w:rPr>
          <w:rFonts w:ascii="Georgia" w:hAnsi="Georgia" w:cs="Times New Roman"/>
          <w:b/>
          <w:i w:val="0"/>
          <w:color w:val="000000"/>
          <w:sz w:val="24"/>
          <w:rtl/>
          <w:szCs w:val="32"/>
        </w:rPr>
        <w:t>עָלָיו</w:t>
      </w:r>
      <w:r>
        <w:rPr>
          <w:rFonts w:ascii="Georgia" w:hAnsi="Georgia"/>
          <w:b w:val="0"/>
          <w:i w:val="0"/>
          <w:color w:val="000000"/>
          <w:sz w:val="24"/>
        </w:rPr>
        <w:t xml:space="preserve">) — холамом, а все буквы слова </w:t>
      </w:r>
      <w:r>
        <w:rPr>
          <w:rFonts w:ascii="Georgia" w:hAnsi="Georgia"/>
          <w:b w:val="0"/>
          <w:i/>
          <w:color w:val="000000"/>
          <w:sz w:val="24"/>
        </w:rPr>
        <w:t>афкед</w:t>
      </w:r>
      <w:r>
        <w:rPr>
          <w:rFonts w:ascii="Georgia" w:hAnsi="Georgia"/>
          <w:b w:val="0"/>
          <w:i w:val="0"/>
          <w:color w:val="000000"/>
          <w:sz w:val="24"/>
        </w:rPr>
        <w:t xml:space="preserve"> (</w:t>
      </w:r>
      <w:r>
        <w:rPr>
          <w:rFonts w:ascii="Georgia" w:hAnsi="Georgia" w:cs="Times New Roman"/>
          <w:b/>
          <w:i w:val="0"/>
          <w:color w:val="000000"/>
          <w:sz w:val="24"/>
          <w:rtl/>
          <w:szCs w:val="32"/>
        </w:rPr>
        <w:t>הַפְקֵד</w:t>
      </w:r>
      <w:r>
        <w:rPr>
          <w:rFonts w:ascii="Georgia" w:hAnsi="Georgia"/>
          <w:b w:val="0"/>
          <w:i w:val="0"/>
          <w:color w:val="000000"/>
          <w:sz w:val="24"/>
        </w:rPr>
        <w:t xml:space="preserve">) — хириком, и так же все остальные. И все это станет понятно, когда они будут перевернуты, как упомянуто, таким образом: </w:t>
      </w:r>
      <w:r>
        <w:rPr>
          <w:rFonts w:ascii="Georgia" w:hAnsi="Georgia" w:cs="Times New Roman"/>
          <w:b/>
          <w:i w:val="0"/>
          <w:color w:val="000000"/>
          <w:sz w:val="24"/>
          <w:rtl/>
          <w:szCs w:val="32"/>
        </w:rPr>
        <w:t>וָנָיָמָיָ</w:t>
      </w:r>
      <w:r>
        <w:rPr>
          <w:rFonts w:ascii="Georgia" w:hAnsi="Georgia"/>
          <w:b w:val="0"/>
          <w:i w:val="0"/>
          <w:color w:val="000000"/>
          <w:sz w:val="24"/>
        </w:rPr>
        <w:t xml:space="preserve"> и так далее до </w:t>
      </w:r>
      <w:r>
        <w:rPr>
          <w:rFonts w:ascii="Georgia" w:hAnsi="Georgia" w:cs="Times New Roman"/>
          <w:b/>
          <w:i w:val="0"/>
          <w:color w:val="000000"/>
          <w:sz w:val="24"/>
          <w:rtl/>
          <w:szCs w:val="32"/>
        </w:rPr>
        <w:t>דִקִפִהִ</w:t>
      </w:r>
      <w:r>
        <w:rPr>
          <w:rFonts w:ascii="Georgia" w:hAnsi="Georgia"/>
          <w:b w:val="0"/>
          <w:i w:val="0"/>
          <w:color w:val="000000"/>
          <w:sz w:val="24"/>
        </w:rPr>
        <w:t xml:space="preserve">. И порядок этих семи огласовок соответствует порядку семи сфирот от Кетера до Нецаха, как сказано в «Тиккуней [Зоар]»: камац — в Кетере, патах — в Хохме и так далее. И знай, что эти семь слов, будучи перевернуты упомянутым образом, представляют собой святые Имена, выходящие из этого стиха. И я сомневаюсь: нужно ли направлять намерение на эти Имена во время чтения стиха в обратном порядке слов, или же после того, как он произнесет стих в прямом порядке и в обратном порядке его слов, он затем направит намерение на эти Имена. И это представляется мне более верным. А затем пусть направит намерение на все остальные Имена с их огласовками в том порядке, как мы выписали выше; и все они не выходят из стиха </w:t>
      </w:r>
      <w:r>
        <w:rPr>
          <w:rFonts w:ascii="Georgia" w:hAnsi="Georgia"/>
          <w:b w:val="0"/>
          <w:i/>
          <w:color w:val="000000"/>
          <w:sz w:val="24"/>
        </w:rPr>
        <w:t>«Поставь над ним нечестивца...»</w:t>
      </w:r>
      <w:r>
        <w:rPr>
          <w:rFonts w:ascii="Georgia" w:hAnsi="Georgia"/>
          <w:b w:val="0"/>
          <w:i w:val="0"/>
          <w:color w:val="000000"/>
          <w:sz w:val="24"/>
        </w:rPr>
        <w:t xml:space="preserve"> (Теилим 109:6).</w:t>
      </w:r>
    </w:p>
    <w:p>
      <w:pPr>
        <w:spacing w:before="40" w:after="120"/>
        <w:jc w:val="both"/>
      </w:pPr>
      <w:r>
        <w:rPr>
          <w:rFonts w:ascii="Georgia" w:hAnsi="Georgia"/>
          <w:b w:val="0"/>
          <w:i w:val="0"/>
          <w:color w:val="000000"/>
          <w:sz w:val="24"/>
        </w:rPr>
        <w:t>И пусть сначала направит намерение на Имя Согзогиэль (</w:t>
      </w:r>
      <w:r>
        <w:rPr>
          <w:rFonts w:ascii="Georgia" w:hAnsi="Georgia" w:cs="Times New Roman"/>
          <w:b/>
          <w:i w:val="0"/>
          <w:color w:val="000000"/>
          <w:sz w:val="24"/>
          <w:rtl/>
          <w:szCs w:val="32"/>
        </w:rPr>
        <w:t>סֹגֹזֹגֹיֹאֹלֹ</w:t>
      </w:r>
      <w:r>
        <w:rPr>
          <w:rFonts w:ascii="Georgia" w:hAnsi="Georgia"/>
          <w:b w:val="0"/>
          <w:i w:val="0"/>
          <w:color w:val="000000"/>
          <w:sz w:val="24"/>
        </w:rPr>
        <w:t>), целиком огласованное холамом; затем — на [Имя] Метатрон в прямом порядке, целиком огласованное шва и камацем; затем — на Метатрон в обратном порядке букв, целиком огласованный шва и камацем; затем — на Метатрон в замене атбаш (</w:t>
      </w:r>
      <w:r>
        <w:rPr>
          <w:rFonts w:ascii="Georgia" w:hAnsi="Georgia" w:cs="Times New Roman"/>
          <w:b/>
          <w:i w:val="0"/>
          <w:color w:val="000000"/>
          <w:sz w:val="24"/>
          <w:rtl/>
          <w:szCs w:val="32"/>
        </w:rPr>
        <w:t>א״ת ב״ש</w:t>
      </w:r>
      <w:r>
        <w:rPr>
          <w:rFonts w:ascii="Georgia" w:hAnsi="Georgia"/>
          <w:b w:val="0"/>
          <w:i w:val="0"/>
          <w:color w:val="000000"/>
          <w:sz w:val="24"/>
        </w:rPr>
        <w:t>), целиком огласованный шва; затем — на квадрат простых задних раскрытий (</w:t>
      </w:r>
      <w:r>
        <w:rPr>
          <w:rFonts w:ascii="Georgia" w:hAnsi="Georgia"/>
          <w:b w:val="0"/>
          <w:i/>
          <w:color w:val="000000"/>
          <w:sz w:val="24"/>
        </w:rPr>
        <w:t>ахораим пшутим</w:t>
      </w:r>
      <w:r>
        <w:rPr>
          <w:rFonts w:ascii="Georgia" w:hAnsi="Georgia"/>
          <w:b w:val="0"/>
          <w:i w:val="0"/>
          <w:color w:val="000000"/>
          <w:sz w:val="24"/>
        </w:rPr>
        <w:t>) [Имени] АВАЯ, где каждая буква огласована шва и камацем; затем — на упомянутый квадрат в их наполнении через алеф, весь с огласовкой шва и камац; затем — на Имя Йоахцацбейрон (</w:t>
      </w:r>
      <w:r>
        <w:rPr>
          <w:rFonts w:ascii="Georgia" w:hAnsi="Georgia" w:cs="Times New Roman"/>
          <w:b/>
          <w:i w:val="0"/>
          <w:color w:val="000000"/>
          <w:sz w:val="24"/>
          <w:rtl/>
          <w:szCs w:val="32"/>
        </w:rPr>
        <w:t>יְוָאִחֶצַצָ בֶיַרְוַןְ</w:t>
      </w:r>
      <w:r>
        <w:rPr>
          <w:rFonts w:ascii="Georgia" w:hAnsi="Georgia"/>
          <w:b w:val="0"/>
          <w:i w:val="0"/>
          <w:color w:val="000000"/>
          <w:sz w:val="24"/>
        </w:rPr>
        <w:t xml:space="preserve">) с его огласовками, которые там приведены; затем — на Имя </w:t>
      </w:r>
      <w:r>
        <w:rPr>
          <w:rFonts w:ascii="Georgia" w:hAnsi="Georgia" w:cs="Times New Roman"/>
          <w:b/>
          <w:i w:val="0"/>
          <w:color w:val="000000"/>
          <w:sz w:val="24"/>
          <w:rtl/>
          <w:szCs w:val="32"/>
        </w:rPr>
        <w:t>קְרְעְ שְטְןְ</w:t>
      </w:r>
      <w:r>
        <w:rPr>
          <w:rFonts w:ascii="Georgia" w:hAnsi="Georgia"/>
          <w:b w:val="0"/>
          <w:i w:val="0"/>
          <w:color w:val="000000"/>
          <w:sz w:val="24"/>
        </w:rPr>
        <w:t xml:space="preserve">, целиком с огласовкой шва; затем — на Имя </w:t>
      </w:r>
      <w:r>
        <w:rPr>
          <w:rFonts w:ascii="Georgia" w:hAnsi="Georgia" w:cs="Times New Roman"/>
          <w:b/>
          <w:i w:val="0"/>
          <w:color w:val="000000"/>
          <w:sz w:val="24"/>
          <w:rtl/>
          <w:szCs w:val="32"/>
        </w:rPr>
        <w:t>יְלְיְ</w:t>
      </w:r>
      <w:r>
        <w:rPr>
          <w:rFonts w:ascii="Georgia" w:hAnsi="Georgia"/>
          <w:b w:val="0"/>
          <w:i w:val="0"/>
          <w:color w:val="000000"/>
          <w:sz w:val="24"/>
        </w:rPr>
        <w:t xml:space="preserve">, целиком с огласовкой шва; а затем — на Имя </w:t>
      </w:r>
      <w:r>
        <w:rPr>
          <w:rFonts w:ascii="Georgia" w:hAnsi="Georgia" w:cs="Times New Roman"/>
          <w:b/>
          <w:i w:val="0"/>
          <w:color w:val="000000"/>
          <w:sz w:val="24"/>
          <w:rtl/>
          <w:szCs w:val="32"/>
        </w:rPr>
        <w:t>מכ״ם</w:t>
      </w:r>
      <w:r>
        <w:rPr>
          <w:rFonts w:ascii="Georgia" w:hAnsi="Georgia"/>
          <w:b w:val="0"/>
          <w:i w:val="0"/>
          <w:color w:val="000000"/>
          <w:sz w:val="24"/>
        </w:rPr>
        <w:t>, целиком с огласовкой шва.</w:t>
      </w:r>
    </w:p>
    <w:p>
      <w:pPr>
        <w:spacing w:before="40" w:after="120"/>
        <w:jc w:val="both"/>
      </w:pPr>
      <w:r>
        <w:rPr>
          <w:rFonts w:ascii="Georgia" w:hAnsi="Georgia"/>
          <w:b w:val="0"/>
          <w:i w:val="0"/>
          <w:color w:val="000000"/>
          <w:sz w:val="24"/>
        </w:rPr>
        <w:t>И направь намерение на то, чтобы он вышел силой всех этих Имен. А если не выйдет, снова произнеси упомянутый стих и направь намерение на все упомянутые Имена, и в завершение каждого раза властно говори: «Выходи! Выходи скорее!» И знай, что главное зависит от того, чтобы ты укрепил и ободрил свое сердце подобно воину, без всякого страха, и чтобы не дрогнуло сердце твое — иначе [дух] осмелеет и не обратит внимания на твои слова. Также необходимо, чтобы ты повелел ему выходить не из какого-либо иного места, а только [через промежуток] между ногтем большого пальца ноги и плотью, чтобы не повредить тело, в котором он находится.</w:t>
      </w:r>
    </w:p>
    <w:p>
      <w:pPr>
        <w:spacing w:before="40" w:after="120"/>
        <w:jc w:val="both"/>
      </w:pPr>
      <w:r>
        <w:rPr>
          <w:rFonts w:ascii="Georgia" w:hAnsi="Georgia"/>
          <w:b w:val="0"/>
          <w:i w:val="0"/>
          <w:color w:val="000000"/>
          <w:sz w:val="24"/>
        </w:rPr>
        <w:t>Также повели ему всеми упомянутыми Именами, на которые ты направлял намерение, а также силой заклятия (</w:t>
      </w:r>
      <w:r>
        <w:rPr>
          <w:rFonts w:ascii="Georgia" w:hAnsi="Georgia"/>
          <w:b w:val="0"/>
          <w:i/>
          <w:color w:val="000000"/>
          <w:sz w:val="24"/>
        </w:rPr>
        <w:t>херем</w:t>
      </w:r>
      <w:r>
        <w:rPr>
          <w:rFonts w:ascii="Georgia" w:hAnsi="Georgia"/>
          <w:b w:val="0"/>
          <w:i w:val="0"/>
          <w:color w:val="000000"/>
          <w:sz w:val="24"/>
        </w:rPr>
        <w:t>) и отлучения (</w:t>
      </w:r>
      <w:r>
        <w:rPr>
          <w:rFonts w:ascii="Georgia" w:hAnsi="Georgia"/>
          <w:b w:val="0"/>
          <w:i/>
          <w:color w:val="000000"/>
          <w:sz w:val="24"/>
        </w:rPr>
        <w:t>нидуй</w:t>
      </w:r>
      <w:r>
        <w:rPr>
          <w:rFonts w:ascii="Georgia" w:hAnsi="Georgia"/>
          <w:b w:val="0"/>
          <w:i w:val="0"/>
          <w:color w:val="000000"/>
          <w:sz w:val="24"/>
        </w:rPr>
        <w:t>), чтобы он ничему не вредил и больше вообще никогда не входил ни в какое тело еврея.</w:t>
      </w:r>
    </w:p>
    <w:p>
      <w:pPr>
        <w:spacing w:before="40" w:after="120"/>
        <w:jc w:val="both"/>
      </w:pPr>
      <w:r>
        <w:rPr>
          <w:rFonts w:ascii="Georgia" w:hAnsi="Georgia"/>
          <w:b w:val="0"/>
          <w:i w:val="0"/>
          <w:color w:val="000000"/>
          <w:sz w:val="24"/>
        </w:rPr>
        <w:t>И знай, что он будет всячески упорствовать и отказываться говорить, чтобы не опозориться перед слушателями. И знай: когда он заговорит, тело человека останется подобным неподвижному камню, а голос того духа будет исходить из его уст без движения губ, тонким голоском, похожим на голос маленького ребенка. Также, когда он поднимается изнутри тела ко рту, чтобы говорить, он поднимается наподобие круглой ореховой косточки (</w:t>
      </w:r>
      <w:r>
        <w:rPr>
          <w:rFonts w:ascii="Georgia" w:hAnsi="Georgia"/>
          <w:b w:val="0"/>
          <w:i/>
          <w:color w:val="000000"/>
          <w:sz w:val="24"/>
        </w:rPr>
        <w:t>луз</w:t>
      </w:r>
      <w:r>
        <w:rPr>
          <w:rFonts w:ascii="Georgia" w:hAnsi="Georgia"/>
          <w:b w:val="0"/>
          <w:i w:val="0"/>
          <w:color w:val="000000"/>
          <w:sz w:val="24"/>
        </w:rPr>
        <w:t>), восходя по шее под кожей шеи; и точно так же — когда он опускается к ногтю большого пальца ноги, чтобы выйти, как упомянуто.</w:t>
      </w:r>
    </w:p>
    <w:p>
      <w:pPr>
        <w:spacing w:before="40" w:after="120"/>
        <w:jc w:val="both"/>
      </w:pPr>
      <w:r>
        <w:rPr>
          <w:rFonts w:ascii="Georgia" w:hAnsi="Georgia"/>
          <w:b w:val="0"/>
          <w:i w:val="0"/>
          <w:color w:val="000000"/>
          <w:sz w:val="24"/>
        </w:rPr>
        <w:t>И знай: когда ты спросишь его, кто он и как его имя, он станет лгать тебе и назовет чужое имя — либо чтобы посмеяться над тобой, либо для того, чтобы на него не пала наложенная тобой кара выйти вон. Поэтому необходимо заклясть его заклятием, отлучением и силой тех упомянутых Имен, на которые направлялось намерение, чтобы он ни в чем не лгал и назвал тебе, кто он и как его имя, в совершенной истине. Также необходимо, чтобы ты совершал это в чистоте, с омовением [в микве], в святости и с сугубым сосредоточением намерения.</w:t>
      </w:r>
    </w:p>
    <w:p>
      <w:pPr>
        <w:keepNext/>
        <w:spacing w:before="320" w:after="120"/>
      </w:pPr>
      <w:r>
        <w:rPr>
          <w:rFonts w:ascii="Georgia" w:hAnsi="Georgia"/>
          <w:b w:val="0"/>
          <w:i w:val="0"/>
          <w:color w:val="000000"/>
          <w:sz w:val="32"/>
        </w:rPr>
        <w:t>Ихуд 2</w:t>
      </w:r>
    </w:p>
    <w:p>
      <w:pPr>
        <w:spacing w:before="40" w:after="120"/>
        <w:jc w:val="both"/>
      </w:pPr>
      <w:r>
        <w:rPr>
          <w:rFonts w:ascii="Georgia" w:hAnsi="Georgia"/>
          <w:b w:val="0"/>
          <w:i w:val="0"/>
          <w:color w:val="000000"/>
          <w:sz w:val="24"/>
        </w:rPr>
        <w:t xml:space="preserve">[Относится] к вышеупомянутому, однако первый [ихуд] — основа их всех, а это — второй: стих в Теилим (глава 31), а именно: </w:t>
      </w:r>
      <w:r>
        <w:rPr>
          <w:rFonts w:ascii="Georgia" w:hAnsi="Georgia"/>
          <w:b w:val="0"/>
          <w:i/>
          <w:color w:val="000000"/>
          <w:sz w:val="24"/>
        </w:rPr>
        <w:t>«А я сказал в тревоге моей: "Отрезан я от очей Твоих", но Ты услышал голос молений моих, когда я возопил к Тебе»</w:t>
      </w:r>
      <w:r>
        <w:rPr>
          <w:rFonts w:ascii="Georgia" w:hAnsi="Georgia"/>
          <w:b w:val="0"/>
          <w:i w:val="0"/>
          <w:color w:val="000000"/>
          <w:sz w:val="24"/>
        </w:rPr>
        <w:t xml:space="preserve"> (Теилим 31:23). «А я» — ЭЙЕ, АВАЯ (</w:t>
      </w:r>
      <w:r>
        <w:rPr>
          <w:rFonts w:ascii="Georgia" w:hAnsi="Georgia" w:cs="Times New Roman"/>
          <w:b/>
          <w:i w:val="0"/>
          <w:color w:val="000000"/>
          <w:sz w:val="24"/>
          <w:rtl/>
          <w:szCs w:val="32"/>
        </w:rPr>
        <w:t>יהוה</w:t>
      </w:r>
      <w:r>
        <w:rPr>
          <w:rFonts w:ascii="Georgia" w:hAnsi="Georgia"/>
          <w:b w:val="0"/>
          <w:i w:val="0"/>
          <w:color w:val="000000"/>
          <w:sz w:val="24"/>
        </w:rPr>
        <w:t>), ЭЙЕ [говорит Шмуэль: мне представляется, [что это рассчитано] с коллелем]. «Сказал [я]» — десять раз имя АДОНАЙ [говорит Шмуэль: с коллелем]. «В тревоге моей» — ЭЙЕ, ЭЛОКИМ. «Отрезан я» — алеф, далет, нун, йод (</w:t>
      </w:r>
      <w:r>
        <w:rPr>
          <w:rFonts w:ascii="Georgia" w:hAnsi="Georgia" w:cs="Times New Roman"/>
          <w:b/>
          <w:i w:val="0"/>
          <w:color w:val="000000"/>
          <w:sz w:val="24"/>
          <w:rtl/>
          <w:szCs w:val="32"/>
        </w:rPr>
        <w:t>אלף דלת נון יוד</w:t>
      </w:r>
      <w:r>
        <w:rPr>
          <w:rFonts w:ascii="Georgia" w:hAnsi="Georgia"/>
          <w:b w:val="0"/>
          <w:i w:val="0"/>
          <w:color w:val="000000"/>
          <w:sz w:val="24"/>
        </w:rPr>
        <w:t>) [говорит Шмуэль: с коллелем]. «От [очей]» — ЭЛЬ, АДОНАЙ [говорит Шмуэль: с коллелем]. Мацмацит (</w:t>
      </w:r>
      <w:r>
        <w:rPr>
          <w:rFonts w:ascii="Georgia" w:hAnsi="Georgia" w:cs="Times New Roman"/>
          <w:b/>
          <w:i w:val="0"/>
          <w:color w:val="000000"/>
          <w:sz w:val="24"/>
          <w:rtl/>
          <w:szCs w:val="32"/>
        </w:rPr>
        <w:t>מצמצית</w:t>
      </w:r>
      <w:r>
        <w:rPr>
          <w:rFonts w:ascii="Georgia" w:hAnsi="Georgia"/>
          <w:b w:val="0"/>
          <w:i w:val="0"/>
          <w:color w:val="000000"/>
          <w:sz w:val="24"/>
        </w:rPr>
        <w:t>); АВАЯ с наполнением АБ (</w:t>
      </w:r>
      <w:r>
        <w:rPr>
          <w:rFonts w:ascii="Georgia" w:hAnsi="Georgia" w:cs="Times New Roman"/>
          <w:b/>
          <w:i w:val="0"/>
          <w:color w:val="000000"/>
          <w:sz w:val="24"/>
          <w:rtl/>
          <w:szCs w:val="32"/>
        </w:rPr>
        <w:t>יוד הי ויו הי</w:t>
      </w:r>
      <w:r>
        <w:rPr>
          <w:rFonts w:ascii="Georgia" w:hAnsi="Georgia"/>
          <w:b w:val="0"/>
          <w:i w:val="0"/>
          <w:color w:val="000000"/>
          <w:sz w:val="24"/>
        </w:rPr>
        <w:t>); ЭЙЕ с наполнением де-юдин (</w:t>
      </w:r>
      <w:r>
        <w:rPr>
          <w:rFonts w:ascii="Georgia" w:hAnsi="Georgia" w:cs="Times New Roman"/>
          <w:b/>
          <w:i w:val="0"/>
          <w:color w:val="000000"/>
          <w:sz w:val="24"/>
          <w:rtl/>
          <w:szCs w:val="32"/>
        </w:rPr>
        <w:t>אלף הי יוד הי</w:t>
      </w:r>
      <w:r>
        <w:rPr>
          <w:rFonts w:ascii="Georgia" w:hAnsi="Georgia"/>
          <w:b w:val="0"/>
          <w:i w:val="0"/>
          <w:color w:val="000000"/>
          <w:sz w:val="24"/>
        </w:rPr>
        <w:t>); йод, хэй (</w:t>
      </w:r>
      <w:r>
        <w:rPr>
          <w:rFonts w:ascii="Georgia" w:hAnsi="Georgia" w:cs="Times New Roman"/>
          <w:b/>
          <w:i w:val="0"/>
          <w:color w:val="000000"/>
          <w:sz w:val="24"/>
          <w:rtl/>
          <w:szCs w:val="32"/>
        </w:rPr>
        <w:t>יוד הא</w:t>
      </w:r>
      <w:r>
        <w:rPr>
          <w:rFonts w:ascii="Georgia" w:hAnsi="Georgia"/>
          <w:b w:val="0"/>
          <w:i w:val="0"/>
          <w:color w:val="000000"/>
          <w:sz w:val="24"/>
        </w:rPr>
        <w:t>); Ноам (</w:t>
      </w:r>
      <w:r>
        <w:rPr>
          <w:rFonts w:ascii="Georgia" w:hAnsi="Georgia" w:cs="Times New Roman"/>
          <w:b/>
          <w:i w:val="0"/>
          <w:color w:val="000000"/>
          <w:sz w:val="24"/>
          <w:rtl/>
          <w:szCs w:val="32"/>
        </w:rPr>
        <w:t>נועם</w:t>
      </w:r>
      <w:r>
        <w:rPr>
          <w:rFonts w:ascii="Georgia" w:hAnsi="Georgia"/>
          <w:b w:val="0"/>
          <w:i w:val="0"/>
          <w:color w:val="000000"/>
          <w:sz w:val="24"/>
        </w:rPr>
        <w:t>); йод, хэй, вав, хэй (</w:t>
      </w:r>
      <w:r>
        <w:rPr>
          <w:rFonts w:ascii="Georgia" w:hAnsi="Georgia" w:cs="Times New Roman"/>
          <w:b/>
          <w:i w:val="0"/>
          <w:color w:val="000000"/>
          <w:sz w:val="24"/>
          <w:rtl/>
          <w:szCs w:val="32"/>
        </w:rPr>
        <w:t>יוד הי ויו הי</w:t>
      </w:r>
      <w:r>
        <w:rPr>
          <w:rFonts w:ascii="Georgia" w:hAnsi="Georgia"/>
          <w:b w:val="0"/>
          <w:i w:val="0"/>
          <w:color w:val="000000"/>
          <w:sz w:val="24"/>
        </w:rPr>
        <w:t>); алеф с йодами (</w:t>
      </w:r>
      <w:r>
        <w:rPr>
          <w:rFonts w:ascii="Georgia" w:hAnsi="Georgia" w:cs="Times New Roman"/>
          <w:b/>
          <w:i w:val="0"/>
          <w:color w:val="000000"/>
          <w:sz w:val="24"/>
          <w:rtl/>
          <w:szCs w:val="32"/>
        </w:rPr>
        <w:t>לף יודי</w:t>
      </w:r>
      <w:r>
        <w:rPr>
          <w:rFonts w:ascii="Georgia" w:hAnsi="Georgia"/>
          <w:b w:val="0"/>
          <w:i w:val="0"/>
          <w:color w:val="000000"/>
          <w:sz w:val="24"/>
        </w:rPr>
        <w:t>), — то есть эти буквы представляют собой наполнение ЭЙЕ с йодами (де-юдин): алеф (</w:t>
      </w:r>
      <w:r>
        <w:rPr>
          <w:rFonts w:ascii="Georgia" w:hAnsi="Georgia" w:cs="Times New Roman"/>
          <w:b/>
          <w:i w:val="0"/>
          <w:color w:val="000000"/>
          <w:sz w:val="24"/>
          <w:rtl/>
          <w:szCs w:val="32"/>
        </w:rPr>
        <w:t>אלף</w:t>
      </w:r>
      <w:r>
        <w:rPr>
          <w:rFonts w:ascii="Georgia" w:hAnsi="Georgia"/>
          <w:b w:val="0"/>
          <w:i w:val="0"/>
          <w:color w:val="000000"/>
          <w:sz w:val="24"/>
        </w:rPr>
        <w:t>); алеф, хэй (</w:t>
      </w:r>
      <w:r>
        <w:rPr>
          <w:rFonts w:ascii="Georgia" w:hAnsi="Georgia" w:cs="Times New Roman"/>
          <w:b/>
          <w:i w:val="0"/>
          <w:color w:val="000000"/>
          <w:sz w:val="24"/>
          <w:rtl/>
          <w:szCs w:val="32"/>
        </w:rPr>
        <w:t>אלף הה</w:t>
      </w:r>
      <w:r>
        <w:rPr>
          <w:rFonts w:ascii="Georgia" w:hAnsi="Georgia"/>
          <w:b w:val="0"/>
          <w:i w:val="0"/>
          <w:color w:val="000000"/>
          <w:sz w:val="24"/>
        </w:rPr>
        <w:t>); алеф, хэй, йод (</w:t>
      </w:r>
      <w:r>
        <w:rPr>
          <w:rFonts w:ascii="Georgia" w:hAnsi="Georgia" w:cs="Times New Roman"/>
          <w:b/>
          <w:i w:val="0"/>
          <w:color w:val="000000"/>
          <w:sz w:val="24"/>
          <w:rtl/>
          <w:szCs w:val="32"/>
        </w:rPr>
        <w:t>אלף הה יוד</w:t>
      </w:r>
      <w:r>
        <w:rPr>
          <w:rFonts w:ascii="Georgia" w:hAnsi="Georgia"/>
          <w:b w:val="0"/>
          <w:i w:val="0"/>
          <w:color w:val="000000"/>
          <w:sz w:val="24"/>
        </w:rPr>
        <w:t>); алеф, хэй, вав (</w:t>
      </w:r>
      <w:r>
        <w:rPr>
          <w:rFonts w:ascii="Georgia" w:hAnsi="Georgia" w:cs="Times New Roman"/>
          <w:b/>
          <w:i w:val="0"/>
          <w:color w:val="000000"/>
          <w:sz w:val="24"/>
          <w:rtl/>
          <w:szCs w:val="32"/>
        </w:rPr>
        <w:t>אלף הי ויו</w:t>
      </w:r>
      <w:r>
        <w:rPr>
          <w:rFonts w:ascii="Georgia" w:hAnsi="Georgia"/>
          <w:b w:val="0"/>
          <w:i w:val="0"/>
          <w:color w:val="000000"/>
          <w:sz w:val="24"/>
        </w:rPr>
        <w:t>); йод, хэй, вав, хэй (</w:t>
      </w:r>
      <w:r>
        <w:rPr>
          <w:rFonts w:ascii="Georgia" w:hAnsi="Georgia" w:cs="Times New Roman"/>
          <w:b/>
          <w:i w:val="0"/>
          <w:color w:val="000000"/>
          <w:sz w:val="24"/>
          <w:rtl/>
          <w:szCs w:val="32"/>
        </w:rPr>
        <w:t>יוד הי ויו הי</w:t>
      </w:r>
      <w:r>
        <w:rPr>
          <w:rFonts w:ascii="Georgia" w:hAnsi="Georgia"/>
          <w:b w:val="0"/>
          <w:i w:val="0"/>
          <w:color w:val="000000"/>
          <w:sz w:val="24"/>
        </w:rPr>
        <w:t>); Тафтафья (</w:t>
      </w:r>
      <w:r>
        <w:rPr>
          <w:rFonts w:ascii="Georgia" w:hAnsi="Georgia" w:cs="Times New Roman"/>
          <w:b/>
          <w:i w:val="0"/>
          <w:color w:val="000000"/>
          <w:sz w:val="24"/>
          <w:rtl/>
          <w:szCs w:val="32"/>
        </w:rPr>
        <w:t>טפטפיה</w:t>
      </w:r>
      <w:r>
        <w:rPr>
          <w:rFonts w:ascii="Georgia" w:hAnsi="Georgia"/>
          <w:b w:val="0"/>
          <w:i w:val="0"/>
          <w:color w:val="000000"/>
          <w:sz w:val="24"/>
        </w:rPr>
        <w:t>), Йели (</w:t>
      </w:r>
      <w:r>
        <w:rPr>
          <w:rFonts w:ascii="Georgia" w:hAnsi="Georgia" w:cs="Times New Roman"/>
          <w:b/>
          <w:i w:val="0"/>
          <w:color w:val="000000"/>
          <w:sz w:val="24"/>
          <w:rtl/>
          <w:szCs w:val="32"/>
        </w:rPr>
        <w:t>ילי</w:t>
      </w:r>
      <w:r>
        <w:rPr>
          <w:rFonts w:ascii="Georgia" w:hAnsi="Georgia"/>
          <w:b w:val="0"/>
          <w:i w:val="0"/>
          <w:color w:val="000000"/>
          <w:sz w:val="24"/>
        </w:rPr>
        <w:t>), тэт, далет, хэй, далет (</w:t>
      </w:r>
      <w:r>
        <w:rPr>
          <w:rFonts w:ascii="Georgia" w:hAnsi="Georgia" w:cs="Times New Roman"/>
          <w:b/>
          <w:i w:val="0"/>
          <w:color w:val="000000"/>
          <w:sz w:val="24"/>
          <w:rtl/>
          <w:szCs w:val="32"/>
        </w:rPr>
        <w:t>טדהד</w:t>
      </w:r>
      <w:r>
        <w:rPr>
          <w:rFonts w:ascii="Georgia" w:hAnsi="Georgia"/>
          <w:b w:val="0"/>
          <w:i w:val="0"/>
          <w:color w:val="000000"/>
          <w:sz w:val="24"/>
        </w:rPr>
        <w:t>), Кузу (</w:t>
      </w:r>
      <w:r>
        <w:rPr>
          <w:rFonts w:ascii="Georgia" w:hAnsi="Georgia" w:cs="Times New Roman"/>
          <w:b/>
          <w:i w:val="0"/>
          <w:color w:val="000000"/>
          <w:sz w:val="24"/>
          <w:rtl/>
          <w:szCs w:val="32"/>
        </w:rPr>
        <w:t>כוזו</w:t>
      </w:r>
      <w:r>
        <w:rPr>
          <w:rFonts w:ascii="Georgia" w:hAnsi="Georgia"/>
          <w:b w:val="0"/>
          <w:i w:val="0"/>
          <w:color w:val="000000"/>
          <w:sz w:val="24"/>
        </w:rPr>
        <w:t>).</w:t>
      </w:r>
    </w:p>
    <w:p>
      <w:pPr>
        <w:keepNext/>
        <w:spacing w:before="320" w:after="120"/>
      </w:pPr>
      <w:r>
        <w:rPr>
          <w:rFonts w:ascii="Georgia" w:hAnsi="Georgia"/>
          <w:b w:val="0"/>
          <w:i w:val="0"/>
          <w:color w:val="000000"/>
          <w:sz w:val="32"/>
        </w:rPr>
        <w:t>Ихуд 3</w:t>
      </w:r>
    </w:p>
    <w:p>
      <w:pPr>
        <w:spacing w:before="40" w:after="120"/>
        <w:jc w:val="both"/>
      </w:pPr>
      <w:r>
        <w:rPr>
          <w:rFonts w:ascii="Georgia" w:hAnsi="Georgia"/>
          <w:b w:val="0"/>
          <w:i w:val="0"/>
          <w:color w:val="000000"/>
          <w:sz w:val="24"/>
        </w:rPr>
        <w:t xml:space="preserve">К упомянутому выше [относится] стих из Теилим (глава 50): </w:t>
      </w:r>
      <w:r>
        <w:rPr>
          <w:rFonts w:ascii="Georgia" w:hAnsi="Georgia"/>
          <w:b w:val="0"/>
          <w:i/>
          <w:color w:val="000000"/>
          <w:sz w:val="24"/>
        </w:rPr>
        <w:t>«Это ты делал, а Я молчал; ты вообразил, будто буду Я таким, как ты. Обличу тебя и представлю [все] пред глаза твои»</w:t>
      </w:r>
      <w:r>
        <w:rPr>
          <w:rFonts w:ascii="Georgia" w:hAnsi="Georgia"/>
          <w:b w:val="0"/>
          <w:i w:val="0"/>
          <w:color w:val="000000"/>
          <w:sz w:val="24"/>
        </w:rPr>
        <w:t xml:space="preserve"> (Теилим 50:21). А затем в обратном порядке, вот так: </w:t>
      </w:r>
      <w:r>
        <w:rPr>
          <w:rFonts w:ascii="Georgia" w:hAnsi="Georgia"/>
          <w:b w:val="0"/>
          <w:i/>
          <w:color w:val="000000"/>
          <w:sz w:val="24"/>
        </w:rPr>
        <w:t>«пред глаза твои, и представлю, обличу тебя, таким, как ты, буду Я, будто, ты вообразил, а Я молчал, ты делал, это»</w:t>
      </w:r>
      <w:r>
        <w:rPr>
          <w:rFonts w:ascii="Georgia" w:hAnsi="Georgia"/>
          <w:b w:val="0"/>
          <w:i w:val="0"/>
          <w:color w:val="000000"/>
          <w:sz w:val="24"/>
        </w:rPr>
        <w:t>. [Затем следует произносить и направлять намерение на Имя] АВАЯ в наполнении МА (45) (</w:t>
      </w:r>
      <w:r>
        <w:rPr>
          <w:rFonts w:ascii="Georgia" w:hAnsi="Georgia" w:cs="Times New Roman"/>
          <w:b/>
          <w:i w:val="0"/>
          <w:color w:val="000000"/>
          <w:sz w:val="24"/>
          <w:rtl/>
          <w:szCs w:val="32"/>
        </w:rPr>
        <w:t>יוד הא ואו הא</w:t>
      </w:r>
      <w:r>
        <w:rPr>
          <w:rFonts w:ascii="Georgia" w:hAnsi="Georgia"/>
          <w:b w:val="0"/>
          <w:i w:val="0"/>
          <w:color w:val="000000"/>
          <w:sz w:val="24"/>
        </w:rPr>
        <w:t>), простое Имя АВАЯ (</w:t>
      </w:r>
      <w:r>
        <w:rPr>
          <w:rFonts w:ascii="Georgia" w:hAnsi="Georgia" w:cs="Times New Roman"/>
          <w:b/>
          <w:i w:val="0"/>
          <w:color w:val="000000"/>
          <w:sz w:val="24"/>
          <w:rtl/>
          <w:szCs w:val="32"/>
        </w:rPr>
        <w:t>יהוה</w:t>
      </w:r>
      <w:r>
        <w:rPr>
          <w:rFonts w:ascii="Georgia" w:hAnsi="Georgia"/>
          <w:b w:val="0"/>
          <w:i w:val="0"/>
          <w:color w:val="000000"/>
          <w:sz w:val="24"/>
        </w:rPr>
        <w:t>) и сплетение букв наполнения со шва: вав, далет, хэй, алеф, алеф, хэй, далет, вав (</w:t>
      </w:r>
      <w:r>
        <w:rPr>
          <w:rFonts w:ascii="Georgia" w:hAnsi="Georgia" w:cs="Times New Roman"/>
          <w:b/>
          <w:i w:val="0"/>
          <w:color w:val="000000"/>
          <w:sz w:val="24"/>
          <w:rtl/>
          <w:szCs w:val="32"/>
        </w:rPr>
        <w:t>וְדְהְאְ אְהְדְוְ</w:t>
      </w:r>
      <w:r>
        <w:rPr>
          <w:rFonts w:ascii="Georgia" w:hAnsi="Georgia"/>
          <w:b w:val="0"/>
          <w:i w:val="0"/>
          <w:color w:val="000000"/>
          <w:sz w:val="24"/>
        </w:rPr>
        <w:t>). [Говорит Шмуэль: что касается счета, то, возможно, это [Имя] АВАЯ, наполовину с алефами, а наполовину с хэй, вплоть до одиннадцатой буквы, как сейчас будет разъяснено с Б-жьей помощью]. [Буквы] йод, хэй, вав (</w:t>
      </w:r>
      <w:r>
        <w:rPr>
          <w:rFonts w:ascii="Georgia" w:hAnsi="Georgia" w:cs="Times New Roman"/>
          <w:b/>
          <w:i w:val="0"/>
          <w:color w:val="000000"/>
          <w:sz w:val="24"/>
          <w:rtl/>
          <w:szCs w:val="32"/>
        </w:rPr>
        <w:t>יֳוֳדֳ הֳהֳ וֳאֳ</w:t>
      </w:r>
      <w:r>
        <w:rPr>
          <w:rFonts w:ascii="Georgia" w:hAnsi="Georgia"/>
          <w:b w:val="0"/>
          <w:i w:val="0"/>
          <w:color w:val="000000"/>
          <w:sz w:val="24"/>
        </w:rPr>
        <w:t>), все с огласовкой шва-камац; [Имя ЭЙЕ с наполнением йодин]: алеф, хэй, йод, хэй (</w:t>
      </w:r>
      <w:r>
        <w:rPr>
          <w:rFonts w:ascii="Georgia" w:hAnsi="Georgia" w:cs="Times New Roman"/>
          <w:b/>
          <w:i w:val="0"/>
          <w:color w:val="000000"/>
          <w:sz w:val="24"/>
          <w:rtl/>
          <w:szCs w:val="32"/>
        </w:rPr>
        <w:t>אלף הי יוד הי</w:t>
      </w:r>
      <w:r>
        <w:rPr>
          <w:rFonts w:ascii="Georgia" w:hAnsi="Georgia"/>
          <w:b w:val="0"/>
          <w:i w:val="0"/>
          <w:color w:val="000000"/>
          <w:sz w:val="24"/>
        </w:rPr>
        <w:t>); буквы со шва: алеф, ламэд, йод, хэй, вав, хэй, вав, далет, йод, алеф, вав, йод (</w:t>
      </w:r>
      <w:r>
        <w:rPr>
          <w:rFonts w:ascii="Georgia" w:hAnsi="Georgia" w:cs="Times New Roman"/>
          <w:b/>
          <w:i w:val="0"/>
          <w:color w:val="000000"/>
          <w:sz w:val="24"/>
          <w:rtl/>
          <w:szCs w:val="32"/>
        </w:rPr>
        <w:t>אְלְ יְהְוְהְ וְדְיְ אְוְיְ</w:t>
      </w:r>
      <w:r>
        <w:rPr>
          <w:rFonts w:ascii="Georgia" w:hAnsi="Georgia"/>
          <w:b w:val="0"/>
          <w:i w:val="0"/>
          <w:color w:val="000000"/>
          <w:sz w:val="24"/>
        </w:rPr>
        <w:t>), — и это наполнение АВАЯ с алефами. [Говорит Шмуэль: я не понял]. [Имя] САГ (63) (</w:t>
      </w:r>
      <w:r>
        <w:rPr>
          <w:rFonts w:ascii="Georgia" w:hAnsi="Georgia" w:cs="Times New Roman"/>
          <w:b/>
          <w:i w:val="0"/>
          <w:color w:val="000000"/>
          <w:sz w:val="24"/>
          <w:rtl/>
          <w:szCs w:val="32"/>
        </w:rPr>
        <w:t>יוד הי ואו הי</w:t>
      </w:r>
      <w:r>
        <w:rPr>
          <w:rFonts w:ascii="Georgia" w:hAnsi="Georgia"/>
          <w:b w:val="0"/>
          <w:i w:val="0"/>
          <w:color w:val="000000"/>
          <w:sz w:val="24"/>
        </w:rPr>
        <w:t>), [где в тексте написано] 73 (</w:t>
      </w:r>
      <w:r>
        <w:rPr>
          <w:rFonts w:ascii="Georgia" w:hAnsi="Georgia" w:cs="Times New Roman"/>
          <w:b/>
          <w:i w:val="0"/>
          <w:color w:val="000000"/>
          <w:sz w:val="24"/>
          <w:rtl/>
          <w:szCs w:val="32"/>
        </w:rPr>
        <w:t>ע״ג</w:t>
      </w:r>
      <w:r>
        <w:rPr>
          <w:rFonts w:ascii="Georgia" w:hAnsi="Georgia"/>
          <w:b w:val="0"/>
          <w:i w:val="0"/>
          <w:color w:val="000000"/>
          <w:sz w:val="24"/>
        </w:rPr>
        <w:t>). [Говорит Шмуэль: и этого я тоже не понял, ведь это САГ (63), а не 73]. [Затем буквы Имени ШАДАЙ]: шин, далет, йод (</w:t>
      </w:r>
      <w:r>
        <w:rPr>
          <w:rFonts w:ascii="Georgia" w:hAnsi="Georgia" w:cs="Times New Roman"/>
          <w:b/>
          <w:i w:val="0"/>
          <w:color w:val="000000"/>
          <w:sz w:val="24"/>
          <w:rtl/>
          <w:szCs w:val="32"/>
        </w:rPr>
        <w:t>שִיֵן דִלֵת יִוֵד</w:t>
      </w:r>
      <w:r>
        <w:rPr>
          <w:rFonts w:ascii="Georgia" w:hAnsi="Georgia"/>
          <w:b w:val="0"/>
          <w:i w:val="0"/>
          <w:color w:val="000000"/>
          <w:sz w:val="24"/>
        </w:rPr>
        <w:t>); [Имя] Кахат (</w:t>
      </w:r>
      <w:r>
        <w:rPr>
          <w:rFonts w:ascii="Georgia" w:hAnsi="Georgia" w:cs="Times New Roman"/>
          <w:b/>
          <w:i w:val="0"/>
          <w:color w:val="000000"/>
          <w:sz w:val="24"/>
          <w:rtl/>
          <w:szCs w:val="32"/>
        </w:rPr>
        <w:t>כהת</w:t>
      </w:r>
      <w:r>
        <w:rPr>
          <w:rFonts w:ascii="Georgia" w:hAnsi="Georgia"/>
          <w:b w:val="0"/>
          <w:i w:val="0"/>
          <w:color w:val="000000"/>
          <w:sz w:val="24"/>
        </w:rPr>
        <w:t>); и [Имя МА (45)], все буквы которого огласованы хириком: йод, хэй, вав, хэй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w:t>
      </w:r>
      <w:r>
        <w:rPr>
          <w:rFonts w:ascii="Georgia" w:hAnsi="Georgia"/>
          <w:b/>
          <w:i w:val="0"/>
          <w:color w:val="000000"/>
          <w:sz w:val="24"/>
        </w:rPr>
        <w:t>«Это»</w:t>
      </w:r>
      <w:r>
        <w:rPr>
          <w:rFonts w:ascii="Georgia" w:hAnsi="Georgia"/>
          <w:b w:val="0"/>
          <w:i w:val="0"/>
          <w:color w:val="000000"/>
          <w:sz w:val="24"/>
        </w:rPr>
        <w:t xml:space="preserve"> — [буквы двойного наполнения]: йод, вав, далет, хэй, хэй, вав, вав, хэй, хэй (</w:t>
      </w:r>
      <w:r>
        <w:rPr>
          <w:rFonts w:ascii="Georgia" w:hAnsi="Georgia" w:cs="Times New Roman"/>
          <w:b/>
          <w:i w:val="0"/>
          <w:color w:val="000000"/>
          <w:sz w:val="24"/>
          <w:rtl/>
          <w:szCs w:val="32"/>
        </w:rPr>
        <w:t>יוד ואו דלת הא הא ואו ואו הא הא</w:t>
      </w:r>
      <w:r>
        <w:rPr>
          <w:rFonts w:ascii="Georgia" w:hAnsi="Georgia"/>
          <w:b w:val="0"/>
          <w:i w:val="0"/>
          <w:color w:val="000000"/>
          <w:sz w:val="24"/>
        </w:rPr>
        <w:t>) и [Имя] БОН (52) (</w:t>
      </w:r>
      <w:r>
        <w:rPr>
          <w:rFonts w:ascii="Georgia" w:hAnsi="Georgia" w:cs="Times New Roman"/>
          <w:b/>
          <w:i w:val="0"/>
          <w:color w:val="000000"/>
          <w:sz w:val="24"/>
          <w:rtl/>
          <w:szCs w:val="32"/>
        </w:rPr>
        <w:t>יוד הה וו הה</w:t>
      </w:r>
      <w:r>
        <w:rPr>
          <w:rFonts w:ascii="Georgia" w:hAnsi="Georgia"/>
          <w:b w:val="0"/>
          <w:i w:val="0"/>
          <w:color w:val="000000"/>
          <w:sz w:val="24"/>
        </w:rPr>
        <w:t xml:space="preserve">). </w:t>
      </w:r>
      <w:r>
        <w:rPr>
          <w:rFonts w:ascii="Georgia" w:hAnsi="Georgia"/>
          <w:b/>
          <w:i w:val="0"/>
          <w:color w:val="000000"/>
          <w:sz w:val="24"/>
        </w:rPr>
        <w:t>«ты делал»</w:t>
      </w:r>
      <w:r>
        <w:rPr>
          <w:rFonts w:ascii="Georgia" w:hAnsi="Georgia"/>
          <w:b w:val="0"/>
          <w:i w:val="0"/>
          <w:color w:val="000000"/>
          <w:sz w:val="24"/>
        </w:rPr>
        <w:t xml:space="preserve"> — [развертывание Имени АБ (72)]: йод; йод, хэй; йод, хэй, вав; йод, хэй, вав, хэй (</w:t>
      </w:r>
      <w:r>
        <w:rPr>
          <w:rFonts w:ascii="Georgia" w:hAnsi="Georgia" w:cs="Times New Roman"/>
          <w:b/>
          <w:i w:val="0"/>
          <w:color w:val="000000"/>
          <w:sz w:val="24"/>
          <w:rtl/>
          <w:szCs w:val="32"/>
        </w:rPr>
        <w:t>יוד יוד הי יוד הי ויו יוד הי ויו הי</w:t>
      </w:r>
      <w:r>
        <w:rPr>
          <w:rFonts w:ascii="Georgia" w:hAnsi="Georgia"/>
          <w:b w:val="0"/>
          <w:i w:val="0"/>
          <w:color w:val="000000"/>
          <w:sz w:val="24"/>
        </w:rPr>
        <w:t xml:space="preserve">), [соответствующее] второму [слову] «Кадош». </w:t>
      </w:r>
      <w:r>
        <w:rPr>
          <w:rFonts w:ascii="Georgia" w:hAnsi="Georgia"/>
          <w:b/>
          <w:i w:val="0"/>
          <w:color w:val="000000"/>
          <w:sz w:val="24"/>
        </w:rPr>
        <w:t>«а Я молчал»</w:t>
      </w:r>
      <w:r>
        <w:rPr>
          <w:rFonts w:ascii="Georgia" w:hAnsi="Georgia"/>
          <w:b w:val="0"/>
          <w:i w:val="0"/>
          <w:color w:val="000000"/>
          <w:sz w:val="24"/>
        </w:rPr>
        <w:t xml:space="preserve"> — [буквенное развертывание]: ламэд-пэй; ламэд-пэй, мэм-далет; хэй, ламэд-пэй, мэм-далет; хэй, вав-далет, ламэд-пэй, мэм-далет; хэй, вав-далет, мэм софит, ламэд-пэй; хэй-вав-далет-хэй (</w:t>
      </w:r>
      <w:r>
        <w:rPr>
          <w:rFonts w:ascii="Georgia" w:hAnsi="Georgia" w:cs="Times New Roman"/>
          <w:b/>
          <w:i w:val="0"/>
          <w:color w:val="000000"/>
          <w:sz w:val="24"/>
          <w:rtl/>
          <w:szCs w:val="32"/>
        </w:rPr>
        <w:t>לף לף מד ה לף מד ה וד לף מד ה וד ם׳ לף הודה</w:t>
      </w:r>
      <w:r>
        <w:rPr>
          <w:rFonts w:ascii="Georgia" w:hAnsi="Georgia"/>
          <w:b w:val="0"/>
          <w:i w:val="0"/>
          <w:color w:val="000000"/>
          <w:sz w:val="24"/>
        </w:rPr>
        <w:t xml:space="preserve">). </w:t>
      </w:r>
      <w:r>
        <w:rPr>
          <w:rFonts w:ascii="Georgia" w:hAnsi="Georgia"/>
          <w:b/>
          <w:i w:val="0"/>
          <w:color w:val="000000"/>
          <w:sz w:val="24"/>
        </w:rPr>
        <w:t>«ты вообразил»</w:t>
      </w:r>
      <w:r>
        <w:rPr>
          <w:rFonts w:ascii="Georgia" w:hAnsi="Georgia"/>
          <w:b w:val="0"/>
          <w:i w:val="0"/>
          <w:color w:val="000000"/>
          <w:sz w:val="24"/>
        </w:rPr>
        <w:t xml:space="preserve"> — три наполнения [Имени] ЭЙЕ: с буквами йод (</w:t>
      </w:r>
      <w:r>
        <w:rPr>
          <w:rFonts w:ascii="Georgia" w:hAnsi="Georgia" w:cs="Times New Roman"/>
          <w:b/>
          <w:i w:val="0"/>
          <w:color w:val="000000"/>
          <w:sz w:val="24"/>
          <w:rtl/>
          <w:szCs w:val="32"/>
        </w:rPr>
        <w:t>אלף הי יוד הי</w:t>
      </w:r>
      <w:r>
        <w:rPr>
          <w:rFonts w:ascii="Georgia" w:hAnsi="Georgia"/>
          <w:b w:val="0"/>
          <w:i w:val="0"/>
          <w:color w:val="000000"/>
          <w:sz w:val="24"/>
        </w:rPr>
        <w:t>), с алефами (</w:t>
      </w:r>
      <w:r>
        <w:rPr>
          <w:rFonts w:ascii="Georgia" w:hAnsi="Georgia" w:cs="Times New Roman"/>
          <w:b/>
          <w:i w:val="0"/>
          <w:color w:val="000000"/>
          <w:sz w:val="24"/>
          <w:rtl/>
          <w:szCs w:val="32"/>
        </w:rPr>
        <w:t>אלף הא יוד הא</w:t>
      </w:r>
      <w:r>
        <w:rPr>
          <w:rFonts w:ascii="Georgia" w:hAnsi="Georgia"/>
          <w:b w:val="0"/>
          <w:i w:val="0"/>
          <w:color w:val="000000"/>
          <w:sz w:val="24"/>
        </w:rPr>
        <w:t>) и с хэй (</w:t>
      </w:r>
      <w:r>
        <w:rPr>
          <w:rFonts w:ascii="Georgia" w:hAnsi="Georgia" w:cs="Times New Roman"/>
          <w:b/>
          <w:i w:val="0"/>
          <w:color w:val="000000"/>
          <w:sz w:val="24"/>
          <w:rtl/>
          <w:szCs w:val="32"/>
        </w:rPr>
        <w:t>אלף הה יוד הה</w:t>
      </w:r>
      <w:r>
        <w:rPr>
          <w:rFonts w:ascii="Georgia" w:hAnsi="Georgia"/>
          <w:b w:val="0"/>
          <w:i w:val="0"/>
          <w:color w:val="000000"/>
          <w:sz w:val="24"/>
        </w:rPr>
        <w:t xml:space="preserve">). </w:t>
      </w:r>
      <w:r>
        <w:rPr>
          <w:rFonts w:ascii="Georgia" w:hAnsi="Georgia"/>
          <w:b/>
          <w:i w:val="0"/>
          <w:color w:val="000000"/>
          <w:sz w:val="24"/>
        </w:rPr>
        <w:t>«будто»</w:t>
      </w:r>
      <w:r>
        <w:rPr>
          <w:rFonts w:ascii="Georgia" w:hAnsi="Georgia"/>
          <w:b w:val="0"/>
          <w:i w:val="0"/>
          <w:color w:val="000000"/>
          <w:sz w:val="24"/>
        </w:rPr>
        <w:t xml:space="preserve"> [в чтении </w:t>
      </w:r>
      <w:r>
        <w:rPr>
          <w:rFonts w:ascii="Georgia" w:hAnsi="Georgia"/>
          <w:b w:val="0"/>
          <w:i/>
          <w:color w:val="000000"/>
          <w:sz w:val="24"/>
        </w:rPr>
        <w:t>хайут</w:t>
      </w:r>
      <w:r>
        <w:rPr>
          <w:rFonts w:ascii="Georgia" w:hAnsi="Georgia"/>
          <w:b w:val="0"/>
          <w:i w:val="0"/>
          <w:color w:val="000000"/>
          <w:sz w:val="24"/>
        </w:rPr>
        <w:t xml:space="preserve"> (</w:t>
      </w:r>
      <w:r>
        <w:rPr>
          <w:rFonts w:ascii="Georgia" w:hAnsi="Georgia" w:cs="Times New Roman"/>
          <w:b/>
          <w:i w:val="0"/>
          <w:color w:val="000000"/>
          <w:sz w:val="24"/>
          <w:rtl/>
          <w:szCs w:val="32"/>
        </w:rPr>
        <w:t>היוּת</w:t>
      </w:r>
      <w:r>
        <w:rPr>
          <w:rFonts w:ascii="Georgia" w:hAnsi="Georgia"/>
          <w:b w:val="0"/>
          <w:i w:val="0"/>
          <w:color w:val="000000"/>
          <w:sz w:val="24"/>
        </w:rPr>
        <w:t>)] — буквы тав и каф софит со шва (</w:t>
      </w:r>
      <w:r>
        <w:rPr>
          <w:rFonts w:ascii="Georgia" w:hAnsi="Georgia" w:cs="Times New Roman"/>
          <w:b/>
          <w:i w:val="0"/>
          <w:color w:val="000000"/>
          <w:sz w:val="24"/>
          <w:rtl/>
          <w:szCs w:val="32"/>
        </w:rPr>
        <w:t>תְךְ</w:t>
      </w:r>
      <w:r>
        <w:rPr>
          <w:rFonts w:ascii="Georgia" w:hAnsi="Georgia"/>
          <w:b w:val="0"/>
          <w:i w:val="0"/>
          <w:color w:val="000000"/>
          <w:sz w:val="24"/>
        </w:rPr>
        <w:t xml:space="preserve">). </w:t>
      </w:r>
      <w:r>
        <w:rPr>
          <w:rFonts w:ascii="Georgia" w:hAnsi="Georgia"/>
          <w:b/>
          <w:i w:val="0"/>
          <w:color w:val="000000"/>
          <w:sz w:val="24"/>
        </w:rPr>
        <w:t>«таким, как ты»</w:t>
      </w:r>
      <w:r>
        <w:rPr>
          <w:rFonts w:ascii="Georgia" w:hAnsi="Georgia"/>
          <w:b w:val="0"/>
          <w:i w:val="0"/>
          <w:color w:val="000000"/>
          <w:sz w:val="24"/>
        </w:rPr>
        <w:t xml:space="preserve"> — [Имя] ЭЛОКИМ. </w:t>
      </w:r>
      <w:r>
        <w:rPr>
          <w:rFonts w:ascii="Georgia" w:hAnsi="Georgia"/>
          <w:b/>
          <w:i w:val="0"/>
          <w:color w:val="000000"/>
          <w:sz w:val="24"/>
        </w:rPr>
        <w:t>«обличу тебя»</w:t>
      </w:r>
      <w:r>
        <w:rPr>
          <w:rFonts w:ascii="Georgia" w:hAnsi="Georgia"/>
          <w:b w:val="0"/>
          <w:i w:val="0"/>
          <w:color w:val="000000"/>
          <w:sz w:val="24"/>
        </w:rPr>
        <w:t xml:space="preserve"> — [Имя] АДОНАЙ. </w:t>
      </w:r>
      <w:r>
        <w:rPr>
          <w:rFonts w:ascii="Georgia" w:hAnsi="Georgia"/>
          <w:b/>
          <w:i w:val="0"/>
          <w:color w:val="000000"/>
          <w:sz w:val="24"/>
        </w:rPr>
        <w:t>«и представлю»</w:t>
      </w:r>
      <w:r>
        <w:rPr>
          <w:rFonts w:ascii="Georgia" w:hAnsi="Georgia"/>
          <w:b w:val="0"/>
          <w:i w:val="0"/>
          <w:color w:val="000000"/>
          <w:sz w:val="24"/>
        </w:rPr>
        <w:t xml:space="preserve"> — наполнение [Имени] ЭЙЕ с хэй (</w:t>
      </w:r>
      <w:r>
        <w:rPr>
          <w:rFonts w:ascii="Georgia" w:hAnsi="Georgia" w:cs="Times New Roman"/>
          <w:b/>
          <w:i w:val="0"/>
          <w:color w:val="000000"/>
          <w:sz w:val="24"/>
          <w:rtl/>
          <w:szCs w:val="32"/>
        </w:rPr>
        <w:t>אלף הה יוד הה</w:t>
      </w:r>
      <w:r>
        <w:rPr>
          <w:rFonts w:ascii="Georgia" w:hAnsi="Georgia"/>
          <w:b w:val="0"/>
          <w:i w:val="0"/>
          <w:color w:val="000000"/>
          <w:sz w:val="24"/>
        </w:rPr>
        <w:t xml:space="preserve">) дважды. </w:t>
      </w:r>
      <w:r>
        <w:rPr>
          <w:rFonts w:ascii="Georgia" w:hAnsi="Georgia"/>
          <w:b/>
          <w:i w:val="0"/>
          <w:color w:val="000000"/>
          <w:sz w:val="24"/>
        </w:rPr>
        <w:t>«пред глаза твои»</w:t>
      </w:r>
      <w:r>
        <w:rPr>
          <w:rFonts w:ascii="Georgia" w:hAnsi="Georgia"/>
          <w:b w:val="0"/>
          <w:i w:val="0"/>
          <w:color w:val="000000"/>
          <w:sz w:val="24"/>
        </w:rPr>
        <w:t xml:space="preserve"> — десять раз по десять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пять раз по пять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шесть раз по шесть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пять раз по пять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w:t>
      </w:r>
    </w:p>
    <w:p>
      <w:pPr>
        <w:keepNext/>
        <w:spacing w:before="320" w:after="120"/>
      </w:pPr>
      <w:r>
        <w:rPr>
          <w:rFonts w:ascii="Georgia" w:hAnsi="Georgia"/>
          <w:b w:val="0"/>
          <w:i w:val="0"/>
          <w:color w:val="000000"/>
          <w:sz w:val="32"/>
        </w:rPr>
        <w:t>Ихуд 4</w:t>
      </w:r>
    </w:p>
    <w:p>
      <w:pPr>
        <w:spacing w:before="40" w:after="120"/>
        <w:jc w:val="both"/>
      </w:pPr>
      <w:r>
        <w:rPr>
          <w:rFonts w:ascii="Georgia" w:hAnsi="Georgia"/>
          <w:b w:val="0"/>
          <w:i w:val="0"/>
          <w:color w:val="000000"/>
          <w:sz w:val="24"/>
        </w:rPr>
        <w:t xml:space="preserve">К вышеупомянутому: когда дочь некоего человека пострадала от злого духа, не дай Б-г, — [был открыт] стих из [книги] Йехезкеля, глава 31, а именно: </w:t>
      </w:r>
      <w:r>
        <w:rPr>
          <w:rFonts w:ascii="Georgia" w:hAnsi="Georgia"/>
          <w:b w:val="0"/>
          <w:i/>
          <w:color w:val="000000"/>
          <w:sz w:val="24"/>
        </w:rPr>
        <w:t>«Вот, Ашур — кедр на Ливане, с красивыми ветвями, тенистой рощей, высокого роста, и верхушка его была среди густых ветвей»</w:t>
      </w:r>
      <w:r>
        <w:rPr>
          <w:rFonts w:ascii="Georgia" w:hAnsi="Georgia"/>
          <w:b w:val="0"/>
          <w:i w:val="0"/>
          <w:color w:val="000000"/>
          <w:sz w:val="24"/>
        </w:rPr>
        <w:t xml:space="preserve"> (Йехезкель 31:3). Для [слова] </w:t>
      </w:r>
      <w:r>
        <w:rPr>
          <w:rFonts w:ascii="Georgia" w:hAnsi="Georgia"/>
          <w:b w:val="0"/>
          <w:i/>
          <w:color w:val="000000"/>
          <w:sz w:val="24"/>
        </w:rPr>
        <w:t>хине</w:t>
      </w:r>
      <w:r>
        <w:rPr>
          <w:rFonts w:ascii="Georgia" w:hAnsi="Georgia"/>
          <w:b w:val="0"/>
          <w:i w:val="0"/>
          <w:color w:val="000000"/>
          <w:sz w:val="24"/>
        </w:rPr>
        <w:t xml:space="preserve"> — «вот» (</w:t>
      </w:r>
      <w:r>
        <w:rPr>
          <w:rFonts w:ascii="Georgia" w:hAnsi="Georgia" w:cs="Times New Roman"/>
          <w:b/>
          <w:i w:val="0"/>
          <w:color w:val="000000"/>
          <w:sz w:val="24"/>
          <w:rtl/>
          <w:szCs w:val="32"/>
        </w:rPr>
        <w:t>הִנֵה</w:t>
      </w:r>
      <w:r>
        <w:rPr>
          <w:rFonts w:ascii="Georgia" w:hAnsi="Georgia"/>
          <w:b w:val="0"/>
          <w:i w:val="0"/>
          <w:color w:val="000000"/>
          <w:sz w:val="24"/>
        </w:rPr>
        <w:t>): [намерение — Имя МА в наполнении] йод, хэй, вав, хэй (</w:t>
      </w:r>
      <w:r>
        <w:rPr>
          <w:rFonts w:ascii="Georgia" w:hAnsi="Georgia" w:cs="Times New Roman"/>
          <w:b/>
          <w:i w:val="0"/>
          <w:color w:val="000000"/>
          <w:sz w:val="24"/>
          <w:rtl/>
          <w:szCs w:val="32"/>
        </w:rPr>
        <w:t>יוד הא ואו הא</w:t>
      </w:r>
      <w:r>
        <w:rPr>
          <w:rFonts w:ascii="Georgia" w:hAnsi="Georgia"/>
          <w:b w:val="0"/>
          <w:i w:val="0"/>
          <w:color w:val="000000"/>
          <w:sz w:val="24"/>
        </w:rPr>
        <w:t>) и [Имя] ЙА (</w:t>
      </w:r>
      <w:r>
        <w:rPr>
          <w:rFonts w:ascii="Georgia" w:hAnsi="Georgia" w:cs="Times New Roman"/>
          <w:b/>
          <w:i w:val="0"/>
          <w:color w:val="000000"/>
          <w:sz w:val="24"/>
          <w:rtl/>
          <w:szCs w:val="32"/>
        </w:rPr>
        <w:t>יה</w:t>
      </w:r>
      <w:r>
        <w:rPr>
          <w:rFonts w:ascii="Georgia" w:hAnsi="Georgia"/>
          <w:b w:val="0"/>
          <w:i w:val="0"/>
          <w:color w:val="000000"/>
          <w:sz w:val="24"/>
        </w:rPr>
        <w:t xml:space="preserve">). Для [слова] </w:t>
      </w:r>
      <w:r>
        <w:rPr>
          <w:rFonts w:ascii="Georgia" w:hAnsi="Georgia"/>
          <w:b w:val="0"/>
          <w:i/>
          <w:color w:val="000000"/>
          <w:sz w:val="24"/>
        </w:rPr>
        <w:t>Ашур</w:t>
      </w:r>
      <w:r>
        <w:rPr>
          <w:rFonts w:ascii="Georgia" w:hAnsi="Georgia"/>
          <w:b w:val="0"/>
          <w:i w:val="0"/>
          <w:color w:val="000000"/>
          <w:sz w:val="24"/>
        </w:rPr>
        <w:t xml:space="preserve"> (</w:t>
      </w:r>
      <w:r>
        <w:rPr>
          <w:rFonts w:ascii="Georgia" w:hAnsi="Georgia" w:cs="Times New Roman"/>
          <w:b/>
          <w:i w:val="0"/>
          <w:color w:val="000000"/>
          <w:sz w:val="24"/>
          <w:rtl/>
          <w:szCs w:val="32"/>
        </w:rPr>
        <w:t>אַשוּר</w:t>
      </w:r>
      <w:r>
        <w:rPr>
          <w:rFonts w:ascii="Georgia" w:hAnsi="Georgia"/>
          <w:b w:val="0"/>
          <w:i w:val="0"/>
          <w:color w:val="000000"/>
          <w:sz w:val="24"/>
        </w:rPr>
        <w:t xml:space="preserve">): </w:t>
      </w:r>
      <w:r>
        <w:rPr>
          <w:rFonts w:ascii="Georgia" w:hAnsi="Georgia" w:cs="Times New Roman"/>
          <w:b/>
          <w:i w:val="0"/>
          <w:color w:val="000000"/>
          <w:sz w:val="24"/>
          <w:rtl/>
          <w:szCs w:val="32"/>
        </w:rPr>
        <w:t>אבגיתץ</w:t>
      </w:r>
      <w:r>
        <w:rPr>
          <w:rFonts w:ascii="Georgia" w:hAnsi="Georgia"/>
          <w:b w:val="0"/>
          <w:i w:val="0"/>
          <w:color w:val="000000"/>
          <w:sz w:val="24"/>
        </w:rPr>
        <w:t xml:space="preserve"> [говорит Шмуэль: с коллелем]. [Слово] </w:t>
      </w:r>
      <w:r>
        <w:rPr>
          <w:rFonts w:ascii="Georgia" w:hAnsi="Georgia"/>
          <w:b w:val="0"/>
          <w:i/>
          <w:color w:val="000000"/>
          <w:sz w:val="24"/>
        </w:rPr>
        <w:t>эрез</w:t>
      </w:r>
      <w:r>
        <w:rPr>
          <w:rFonts w:ascii="Georgia" w:hAnsi="Georgia"/>
          <w:b w:val="0"/>
          <w:i w:val="0"/>
          <w:color w:val="000000"/>
          <w:sz w:val="24"/>
        </w:rPr>
        <w:t xml:space="preserve"> — «кедр» (</w:t>
      </w:r>
      <w:r>
        <w:rPr>
          <w:rFonts w:ascii="Georgia" w:hAnsi="Georgia" w:cs="Times New Roman"/>
          <w:b/>
          <w:i w:val="0"/>
          <w:color w:val="000000"/>
          <w:sz w:val="24"/>
          <w:rtl/>
          <w:szCs w:val="32"/>
        </w:rPr>
        <w:t>אֶרֶז</w:t>
      </w:r>
      <w:r>
        <w:rPr>
          <w:rFonts w:ascii="Georgia" w:hAnsi="Georgia"/>
          <w:b w:val="0"/>
          <w:i w:val="0"/>
          <w:color w:val="000000"/>
          <w:sz w:val="24"/>
        </w:rPr>
        <w:t>) — это четыре раза Имя БОН. «В Ливане» (</w:t>
      </w:r>
      <w:r>
        <w:rPr>
          <w:rFonts w:ascii="Georgia" w:hAnsi="Georgia"/>
          <w:b w:val="0"/>
          <w:i/>
          <w:color w:val="000000"/>
          <w:sz w:val="24"/>
        </w:rPr>
        <w:t>би-Лванон</w:t>
      </w:r>
      <w:r>
        <w:rPr>
          <w:rFonts w:ascii="Georgia" w:hAnsi="Georgia"/>
          <w:b w:val="0"/>
          <w:i w:val="0"/>
          <w:color w:val="000000"/>
          <w:sz w:val="24"/>
        </w:rPr>
        <w:t xml:space="preserve">, </w:t>
      </w:r>
      <w:r>
        <w:rPr>
          <w:rFonts w:ascii="Georgia" w:hAnsi="Georgia" w:cs="Times New Roman"/>
          <w:b/>
          <w:i w:val="0"/>
          <w:color w:val="000000"/>
          <w:sz w:val="24"/>
          <w:rtl/>
          <w:szCs w:val="32"/>
        </w:rPr>
        <w:t>בִּלְבָנוֹן</w:t>
      </w:r>
      <w:r>
        <w:rPr>
          <w:rFonts w:ascii="Georgia" w:hAnsi="Georgia"/>
          <w:b w:val="0"/>
          <w:i w:val="0"/>
          <w:color w:val="000000"/>
          <w:sz w:val="24"/>
        </w:rPr>
        <w:t>) — это наполнение [Имени] ЭЙЕ с буквами йод, [равное] 140 (</w:t>
      </w:r>
      <w:r>
        <w:rPr>
          <w:rFonts w:ascii="Georgia" w:hAnsi="Georgia" w:cs="Times New Roman"/>
          <w:b/>
          <w:i w:val="0"/>
          <w:color w:val="000000"/>
          <w:sz w:val="24"/>
          <w:rtl/>
          <w:szCs w:val="32"/>
        </w:rPr>
        <w:t>ק״מ</w:t>
      </w:r>
      <w:r>
        <w:rPr>
          <w:rFonts w:ascii="Georgia" w:hAnsi="Georgia"/>
          <w:b w:val="0"/>
          <w:i w:val="0"/>
          <w:color w:val="000000"/>
          <w:sz w:val="24"/>
        </w:rPr>
        <w:t xml:space="preserve">). </w:t>
      </w:r>
      <w:r>
        <w:rPr>
          <w:rFonts w:ascii="Georgia" w:hAnsi="Georgia"/>
          <w:b w:val="0"/>
          <w:i/>
          <w:color w:val="000000"/>
          <w:sz w:val="24"/>
        </w:rPr>
        <w:t>[Слово]</w:t>
      </w:r>
      <w:r>
        <w:rPr>
          <w:rFonts w:ascii="Georgia" w:hAnsi="Georgia"/>
          <w:b w:val="0"/>
          <w:i w:val="0"/>
          <w:color w:val="000000"/>
          <w:sz w:val="24"/>
        </w:rPr>
        <w:t xml:space="preserve"> </w:t>
      </w:r>
      <w:r>
        <w:rPr>
          <w:rFonts w:ascii="Georgia" w:hAnsi="Georgia"/>
          <w:b w:val="0"/>
          <w:i/>
          <w:color w:val="000000"/>
          <w:sz w:val="24"/>
        </w:rPr>
        <w:t>йафе</w:t>
      </w:r>
      <w:r>
        <w:rPr>
          <w:rFonts w:ascii="Georgia" w:hAnsi="Georgia"/>
          <w:b w:val="0"/>
          <w:i w:val="0"/>
          <w:color w:val="000000"/>
          <w:sz w:val="24"/>
        </w:rPr>
        <w:t xml:space="preserve"> — «красивый» (</w:t>
      </w:r>
      <w:r>
        <w:rPr>
          <w:rFonts w:ascii="Georgia" w:hAnsi="Georgia" w:cs="Times New Roman"/>
          <w:b/>
          <w:i w:val="0"/>
          <w:color w:val="000000"/>
          <w:sz w:val="24"/>
          <w:rtl/>
          <w:szCs w:val="32"/>
        </w:rPr>
        <w:t>יְפֵה</w:t>
      </w:r>
      <w:r>
        <w:rPr>
          <w:rFonts w:ascii="Georgia" w:hAnsi="Georgia"/>
          <w:b w:val="0"/>
          <w:i w:val="0"/>
          <w:color w:val="000000"/>
          <w:sz w:val="24"/>
        </w:rPr>
        <w:t xml:space="preserve">) — это [Имена] ЭЛЬ [и] АДОНАЙ [говорит Шмуэль: с коллелем]. </w:t>
      </w:r>
      <w:r>
        <w:rPr>
          <w:rFonts w:ascii="Georgia" w:hAnsi="Georgia"/>
          <w:b w:val="0"/>
          <w:i/>
          <w:color w:val="000000"/>
          <w:sz w:val="24"/>
        </w:rPr>
        <w:t>[Слово]</w:t>
      </w:r>
      <w:r>
        <w:rPr>
          <w:rFonts w:ascii="Georgia" w:hAnsi="Georgia"/>
          <w:b w:val="0"/>
          <w:i w:val="0"/>
          <w:color w:val="000000"/>
          <w:sz w:val="24"/>
        </w:rPr>
        <w:t xml:space="preserve"> </w:t>
      </w:r>
      <w:r>
        <w:rPr>
          <w:rFonts w:ascii="Georgia" w:hAnsi="Georgia"/>
          <w:b w:val="0"/>
          <w:i/>
          <w:color w:val="000000"/>
          <w:sz w:val="24"/>
        </w:rPr>
        <w:t>анаф</w:t>
      </w:r>
      <w:r>
        <w:rPr>
          <w:rFonts w:ascii="Georgia" w:hAnsi="Georgia"/>
          <w:b w:val="0"/>
          <w:i w:val="0"/>
          <w:color w:val="000000"/>
          <w:sz w:val="24"/>
        </w:rPr>
        <w:t xml:space="preserve"> — «ветвь» (</w:t>
      </w:r>
      <w:r>
        <w:rPr>
          <w:rFonts w:ascii="Georgia" w:hAnsi="Georgia" w:cs="Times New Roman"/>
          <w:b/>
          <w:i w:val="0"/>
          <w:color w:val="000000"/>
          <w:sz w:val="24"/>
          <w:rtl/>
          <w:szCs w:val="32"/>
        </w:rPr>
        <w:t>עַנַף</w:t>
      </w:r>
      <w:r>
        <w:rPr>
          <w:rFonts w:ascii="Georgia" w:hAnsi="Georgia"/>
          <w:b w:val="0"/>
          <w:i w:val="0"/>
          <w:color w:val="000000"/>
          <w:sz w:val="24"/>
        </w:rPr>
        <w:t>) — ахораим простого [Имени] ЭЙЕ [говорит Шмуэль: я не понял этого, ведь ахораим простого ЭЙЕ составляют 44 (</w:t>
      </w:r>
      <w:r>
        <w:rPr>
          <w:rFonts w:ascii="Georgia" w:hAnsi="Georgia" w:cs="Times New Roman"/>
          <w:b/>
          <w:i w:val="0"/>
          <w:color w:val="000000"/>
          <w:sz w:val="24"/>
          <w:rtl/>
          <w:szCs w:val="32"/>
        </w:rPr>
        <w:t>מ״ד</w:t>
      </w:r>
      <w:r>
        <w:rPr>
          <w:rFonts w:ascii="Georgia" w:hAnsi="Georgia"/>
          <w:b w:val="0"/>
          <w:i w:val="0"/>
          <w:color w:val="000000"/>
          <w:sz w:val="24"/>
        </w:rPr>
        <w:t xml:space="preserve">), а не 200; и потому я говорю: возможно, вкралась описка пера, и следует сказать: «ахораим простого ЭЛОКИМ», а это по гематрии двести, как число [слова] </w:t>
      </w:r>
      <w:r>
        <w:rPr>
          <w:rFonts w:ascii="Georgia" w:hAnsi="Georgia"/>
          <w:b w:val="0"/>
          <w:i/>
          <w:color w:val="000000"/>
          <w:sz w:val="24"/>
        </w:rPr>
        <w:t>анаф</w:t>
      </w:r>
      <w:r>
        <w:rPr>
          <w:rFonts w:ascii="Georgia" w:hAnsi="Georgia"/>
          <w:b w:val="0"/>
          <w:i w:val="0"/>
          <w:color w:val="000000"/>
          <w:sz w:val="24"/>
        </w:rPr>
        <w:t xml:space="preserve"> (</w:t>
      </w:r>
      <w:r>
        <w:rPr>
          <w:rFonts w:ascii="Georgia" w:hAnsi="Georgia" w:cs="Times New Roman"/>
          <w:b/>
          <w:i w:val="0"/>
          <w:color w:val="000000"/>
          <w:sz w:val="24"/>
          <w:rtl/>
          <w:szCs w:val="32"/>
        </w:rPr>
        <w:t>עָנָף</w:t>
      </w:r>
      <w:r>
        <w:rPr>
          <w:rFonts w:ascii="Georgia" w:hAnsi="Georgia"/>
          <w:b w:val="0"/>
          <w:i w:val="0"/>
          <w:color w:val="000000"/>
          <w:sz w:val="24"/>
        </w:rPr>
        <w:t xml:space="preserve">), как мне представляется]. </w:t>
      </w:r>
      <w:r>
        <w:rPr>
          <w:rFonts w:ascii="Georgia" w:hAnsi="Georgia"/>
          <w:b w:val="0"/>
          <w:i/>
          <w:color w:val="000000"/>
          <w:sz w:val="24"/>
        </w:rPr>
        <w:t>[Слово]</w:t>
      </w:r>
      <w:r>
        <w:rPr>
          <w:rFonts w:ascii="Georgia" w:hAnsi="Georgia"/>
          <w:b w:val="0"/>
          <w:i w:val="0"/>
          <w:color w:val="000000"/>
          <w:sz w:val="24"/>
        </w:rPr>
        <w:t xml:space="preserve"> </w:t>
      </w:r>
      <w:r>
        <w:rPr>
          <w:rFonts w:ascii="Georgia" w:hAnsi="Georgia"/>
          <w:b w:val="0"/>
          <w:i/>
          <w:color w:val="000000"/>
          <w:sz w:val="24"/>
        </w:rPr>
        <w:t>ве-хореш</w:t>
      </w:r>
      <w:r>
        <w:rPr>
          <w:rFonts w:ascii="Georgia" w:hAnsi="Georgia"/>
          <w:b w:val="0"/>
          <w:i w:val="0"/>
          <w:color w:val="000000"/>
          <w:sz w:val="24"/>
        </w:rPr>
        <w:t xml:space="preserve"> — «и роща» (</w:t>
      </w:r>
      <w:r>
        <w:rPr>
          <w:rFonts w:ascii="Georgia" w:hAnsi="Georgia" w:cs="Times New Roman"/>
          <w:b/>
          <w:i w:val="0"/>
          <w:color w:val="000000"/>
          <w:sz w:val="24"/>
          <w:rtl/>
          <w:szCs w:val="32"/>
        </w:rPr>
        <w:t>וְחֹרֶשׁ</w:t>
      </w:r>
      <w:r>
        <w:rPr>
          <w:rFonts w:ascii="Georgia" w:hAnsi="Georgia"/>
          <w:b w:val="0"/>
          <w:i w:val="0"/>
          <w:color w:val="000000"/>
          <w:sz w:val="24"/>
        </w:rPr>
        <w:t xml:space="preserve">) — [буквы] алеф, ламэд, хэй, йод, мэм софит [говорит Шмуэль: и этого я также не понял, ведь упомянутый [набор букв] ЭЛОКИМ с буквами йод по гематрии равен 300, как число буквы шин из слова </w:t>
      </w:r>
      <w:r>
        <w:rPr>
          <w:rFonts w:ascii="Georgia" w:hAnsi="Georgia"/>
          <w:b w:val="0"/>
          <w:i/>
          <w:color w:val="000000"/>
          <w:sz w:val="24"/>
        </w:rPr>
        <w:t>ве-хореш</w:t>
      </w:r>
      <w:r>
        <w:rPr>
          <w:rFonts w:ascii="Georgia" w:hAnsi="Georgia"/>
          <w:b w:val="0"/>
          <w:i w:val="0"/>
          <w:color w:val="000000"/>
          <w:sz w:val="24"/>
        </w:rPr>
        <w:t xml:space="preserve">, а с остальными буквами [этого слова] что сделано?]. </w:t>
      </w:r>
      <w:r>
        <w:rPr>
          <w:rFonts w:ascii="Georgia" w:hAnsi="Georgia"/>
          <w:b w:val="0"/>
          <w:i/>
          <w:color w:val="000000"/>
          <w:sz w:val="24"/>
        </w:rPr>
        <w:t>[Слово]</w:t>
      </w:r>
      <w:r>
        <w:rPr>
          <w:rFonts w:ascii="Georgia" w:hAnsi="Georgia"/>
          <w:b w:val="0"/>
          <w:i w:val="0"/>
          <w:color w:val="000000"/>
          <w:sz w:val="24"/>
        </w:rPr>
        <w:t xml:space="preserve"> </w:t>
      </w:r>
      <w:r>
        <w:rPr>
          <w:rFonts w:ascii="Georgia" w:hAnsi="Georgia"/>
          <w:b w:val="0"/>
          <w:i/>
          <w:color w:val="000000"/>
          <w:sz w:val="24"/>
        </w:rPr>
        <w:t>мецаль</w:t>
      </w:r>
      <w:r>
        <w:rPr>
          <w:rFonts w:ascii="Georgia" w:hAnsi="Georgia"/>
          <w:b w:val="0"/>
          <w:i w:val="0"/>
          <w:color w:val="000000"/>
          <w:sz w:val="24"/>
        </w:rPr>
        <w:t xml:space="preserve"> — «дающий тень» (</w:t>
      </w:r>
      <w:r>
        <w:rPr>
          <w:rFonts w:ascii="Georgia" w:hAnsi="Georgia" w:cs="Times New Roman"/>
          <w:b/>
          <w:i w:val="0"/>
          <w:color w:val="000000"/>
          <w:sz w:val="24"/>
          <w:rtl/>
          <w:szCs w:val="32"/>
        </w:rPr>
        <w:t>מֵצַל</w:t>
      </w:r>
      <w:r>
        <w:rPr>
          <w:rFonts w:ascii="Georgia" w:hAnsi="Georgia"/>
          <w:b w:val="0"/>
          <w:i w:val="0"/>
          <w:color w:val="000000"/>
          <w:sz w:val="24"/>
        </w:rPr>
        <w:t xml:space="preserve">) — это [Имя] ЭЙЕ с буквами йод [говорит Шмуэль: с коллелем]. </w:t>
      </w:r>
      <w:r>
        <w:rPr>
          <w:rFonts w:ascii="Georgia" w:hAnsi="Georgia"/>
          <w:b w:val="0"/>
          <w:i/>
          <w:color w:val="000000"/>
          <w:sz w:val="24"/>
        </w:rPr>
        <w:t>[Слово]</w:t>
      </w:r>
      <w:r>
        <w:rPr>
          <w:rFonts w:ascii="Georgia" w:hAnsi="Georgia"/>
          <w:b w:val="0"/>
          <w:i w:val="0"/>
          <w:color w:val="000000"/>
          <w:sz w:val="24"/>
        </w:rPr>
        <w:t xml:space="preserve"> </w:t>
      </w:r>
      <w:r>
        <w:rPr>
          <w:rFonts w:ascii="Georgia" w:hAnsi="Georgia"/>
          <w:b w:val="0"/>
          <w:i/>
          <w:color w:val="000000"/>
          <w:sz w:val="24"/>
        </w:rPr>
        <w:t>у-гва</w:t>
      </w:r>
      <w:r>
        <w:rPr>
          <w:rFonts w:ascii="Georgia" w:hAnsi="Georgia"/>
          <w:b w:val="0"/>
          <w:i w:val="0"/>
          <w:color w:val="000000"/>
          <w:sz w:val="24"/>
        </w:rPr>
        <w:t xml:space="preserve"> — «и высокого» (</w:t>
      </w:r>
      <w:r>
        <w:rPr>
          <w:rFonts w:ascii="Georgia" w:hAnsi="Georgia" w:cs="Times New Roman"/>
          <w:b/>
          <w:i w:val="0"/>
          <w:color w:val="000000"/>
          <w:sz w:val="24"/>
          <w:rtl/>
          <w:szCs w:val="32"/>
        </w:rPr>
        <w:t>וּגְבַהּ</w:t>
      </w:r>
      <w:r>
        <w:rPr>
          <w:rFonts w:ascii="Georgia" w:hAnsi="Georgia"/>
          <w:b w:val="0"/>
          <w:i w:val="0"/>
          <w:color w:val="000000"/>
          <w:sz w:val="24"/>
        </w:rPr>
        <w:t xml:space="preserve">) — наполнение ахораим [Имени] ЭЙЕ с буквами хэй [говорит Шмуэль: и этого я также не понял]. </w:t>
      </w:r>
      <w:r>
        <w:rPr>
          <w:rFonts w:ascii="Georgia" w:hAnsi="Georgia"/>
          <w:b w:val="0"/>
          <w:i/>
          <w:color w:val="000000"/>
          <w:sz w:val="24"/>
        </w:rPr>
        <w:t>[Слово]</w:t>
      </w:r>
      <w:r>
        <w:rPr>
          <w:rFonts w:ascii="Georgia" w:hAnsi="Georgia"/>
          <w:b w:val="0"/>
          <w:i w:val="0"/>
          <w:color w:val="000000"/>
          <w:sz w:val="24"/>
        </w:rPr>
        <w:t xml:space="preserve"> </w:t>
      </w:r>
      <w:r>
        <w:rPr>
          <w:rFonts w:ascii="Georgia" w:hAnsi="Georgia"/>
          <w:b w:val="0"/>
          <w:i/>
          <w:color w:val="000000"/>
          <w:sz w:val="24"/>
        </w:rPr>
        <w:t>кома</w:t>
      </w:r>
      <w:r>
        <w:rPr>
          <w:rFonts w:ascii="Georgia" w:hAnsi="Georgia"/>
          <w:b w:val="0"/>
          <w:i w:val="0"/>
          <w:color w:val="000000"/>
          <w:sz w:val="24"/>
        </w:rPr>
        <w:t xml:space="preserve"> — «ростом» (</w:t>
      </w:r>
      <w:r>
        <w:rPr>
          <w:rFonts w:ascii="Georgia" w:hAnsi="Georgia" w:cs="Times New Roman"/>
          <w:b/>
          <w:i w:val="0"/>
          <w:color w:val="000000"/>
          <w:sz w:val="24"/>
          <w:rtl/>
          <w:szCs w:val="32"/>
        </w:rPr>
        <w:t>קוֹמָה</w:t>
      </w:r>
      <w:r>
        <w:rPr>
          <w:rFonts w:ascii="Georgia" w:hAnsi="Georgia"/>
          <w:b w:val="0"/>
          <w:i w:val="0"/>
          <w:color w:val="000000"/>
          <w:sz w:val="24"/>
        </w:rPr>
        <w:t xml:space="preserve">) — это [Имя] ЭЙЕ с буквами хэй. </w:t>
      </w:r>
      <w:r>
        <w:rPr>
          <w:rFonts w:ascii="Georgia" w:hAnsi="Georgia"/>
          <w:b w:val="0"/>
          <w:i/>
          <w:color w:val="000000"/>
          <w:sz w:val="24"/>
        </w:rPr>
        <w:t>[Слово]</w:t>
      </w:r>
      <w:r>
        <w:rPr>
          <w:rFonts w:ascii="Georgia" w:hAnsi="Georgia"/>
          <w:b w:val="0"/>
          <w:i w:val="0"/>
          <w:color w:val="000000"/>
          <w:sz w:val="24"/>
        </w:rPr>
        <w:t xml:space="preserve"> </w:t>
      </w:r>
      <w:r>
        <w:rPr>
          <w:rFonts w:ascii="Georgia" w:hAnsi="Georgia"/>
          <w:b w:val="0"/>
          <w:i/>
          <w:color w:val="000000"/>
          <w:sz w:val="24"/>
        </w:rPr>
        <w:t>у-вейн</w:t>
      </w:r>
      <w:r>
        <w:rPr>
          <w:rFonts w:ascii="Georgia" w:hAnsi="Georgia"/>
          <w:b w:val="0"/>
          <w:i w:val="0"/>
          <w:color w:val="000000"/>
          <w:sz w:val="24"/>
        </w:rPr>
        <w:t xml:space="preserve"> — «и среди» (</w:t>
      </w:r>
      <w:r>
        <w:rPr>
          <w:rFonts w:ascii="Georgia" w:hAnsi="Georgia" w:cs="Times New Roman"/>
          <w:b/>
          <w:i w:val="0"/>
          <w:color w:val="000000"/>
          <w:sz w:val="24"/>
          <w:rtl/>
          <w:szCs w:val="32"/>
        </w:rPr>
        <w:t>וּבֵין</w:t>
      </w:r>
      <w:r>
        <w:rPr>
          <w:rFonts w:ascii="Georgia" w:hAnsi="Georgia"/>
          <w:b w:val="0"/>
          <w:i w:val="0"/>
          <w:color w:val="000000"/>
          <w:sz w:val="24"/>
        </w:rPr>
        <w:t xml:space="preserve">) — [это Имена] ЭЙЕ, АВАЯ, ЭЙЕ. </w:t>
      </w:r>
      <w:r>
        <w:rPr>
          <w:rFonts w:ascii="Georgia" w:hAnsi="Georgia"/>
          <w:b w:val="0"/>
          <w:i/>
          <w:color w:val="000000"/>
          <w:sz w:val="24"/>
        </w:rPr>
        <w:t>[Слово]</w:t>
      </w:r>
      <w:r>
        <w:rPr>
          <w:rFonts w:ascii="Georgia" w:hAnsi="Georgia"/>
          <w:b w:val="0"/>
          <w:i w:val="0"/>
          <w:color w:val="000000"/>
          <w:sz w:val="24"/>
        </w:rPr>
        <w:t xml:space="preserve"> </w:t>
      </w:r>
      <w:r>
        <w:rPr>
          <w:rFonts w:ascii="Georgia" w:hAnsi="Georgia"/>
          <w:b w:val="0"/>
          <w:i/>
          <w:color w:val="000000"/>
          <w:sz w:val="24"/>
        </w:rPr>
        <w:t>авотим</w:t>
      </w:r>
      <w:r>
        <w:rPr>
          <w:rFonts w:ascii="Georgia" w:hAnsi="Georgia"/>
          <w:b w:val="0"/>
          <w:i w:val="0"/>
          <w:color w:val="000000"/>
          <w:sz w:val="24"/>
        </w:rPr>
        <w:t xml:space="preserve"> — «густые ветви» (</w:t>
      </w:r>
      <w:r>
        <w:rPr>
          <w:rFonts w:ascii="Georgia" w:hAnsi="Georgia" w:cs="Times New Roman"/>
          <w:b/>
          <w:i w:val="0"/>
          <w:color w:val="000000"/>
          <w:sz w:val="24"/>
          <w:rtl/>
          <w:szCs w:val="32"/>
        </w:rPr>
        <w:t>עֲבוֹתִים</w:t>
      </w:r>
      <w:r>
        <w:rPr>
          <w:rFonts w:ascii="Georgia" w:hAnsi="Georgia"/>
          <w:b w:val="0"/>
          <w:i w:val="0"/>
          <w:color w:val="000000"/>
          <w:sz w:val="24"/>
        </w:rPr>
        <w:t>) — это десять раз Имя АВАЯ с буквами хэй [говорит Шмуэль: здесь еще два лишних сверх числа 520 (</w:t>
      </w:r>
      <w:r>
        <w:rPr>
          <w:rFonts w:ascii="Georgia" w:hAnsi="Georgia" w:cs="Times New Roman"/>
          <w:b/>
          <w:i w:val="0"/>
          <w:color w:val="000000"/>
          <w:sz w:val="24"/>
          <w:rtl/>
          <w:szCs w:val="32"/>
        </w:rPr>
        <w:t>תק״ך</w:t>
      </w:r>
      <w:r>
        <w:rPr>
          <w:rFonts w:ascii="Georgia" w:hAnsi="Georgia"/>
          <w:b w:val="0"/>
          <w:i w:val="0"/>
          <w:color w:val="000000"/>
          <w:sz w:val="24"/>
        </w:rPr>
        <w:t xml:space="preserve">), и, возможно, [автор] посчитал коллель и коллель коллеля, как во многих местах]. </w:t>
      </w:r>
      <w:r>
        <w:rPr>
          <w:rFonts w:ascii="Georgia" w:hAnsi="Georgia"/>
          <w:b w:val="0"/>
          <w:i/>
          <w:color w:val="000000"/>
          <w:sz w:val="24"/>
        </w:rPr>
        <w:t>[Слово]</w:t>
      </w:r>
      <w:r>
        <w:rPr>
          <w:rFonts w:ascii="Georgia" w:hAnsi="Georgia"/>
          <w:b w:val="0"/>
          <w:i w:val="0"/>
          <w:color w:val="000000"/>
          <w:sz w:val="24"/>
        </w:rPr>
        <w:t xml:space="preserve"> </w:t>
      </w:r>
      <w:r>
        <w:rPr>
          <w:rFonts w:ascii="Georgia" w:hAnsi="Georgia"/>
          <w:b w:val="0"/>
          <w:i/>
          <w:color w:val="000000"/>
          <w:sz w:val="24"/>
        </w:rPr>
        <w:t>хайта</w:t>
      </w:r>
      <w:r>
        <w:rPr>
          <w:rFonts w:ascii="Georgia" w:hAnsi="Georgia"/>
          <w:b w:val="0"/>
          <w:i w:val="0"/>
          <w:color w:val="000000"/>
          <w:sz w:val="24"/>
        </w:rPr>
        <w:t xml:space="preserve"> — «была» (</w:t>
      </w:r>
      <w:r>
        <w:rPr>
          <w:rFonts w:ascii="Georgia" w:hAnsi="Georgia" w:cs="Times New Roman"/>
          <w:b/>
          <w:i w:val="0"/>
          <w:color w:val="000000"/>
          <w:sz w:val="24"/>
          <w:rtl/>
          <w:szCs w:val="32"/>
        </w:rPr>
        <w:t>הָיְתָה</w:t>
      </w:r>
      <w:r>
        <w:rPr>
          <w:rFonts w:ascii="Georgia" w:hAnsi="Georgia"/>
          <w:b w:val="0"/>
          <w:i w:val="0"/>
          <w:color w:val="000000"/>
          <w:sz w:val="24"/>
        </w:rPr>
        <w:t>) — число его 420 (</w:t>
      </w:r>
      <w:r>
        <w:rPr>
          <w:rFonts w:ascii="Georgia" w:hAnsi="Georgia" w:cs="Times New Roman"/>
          <w:b/>
          <w:i w:val="0"/>
          <w:color w:val="000000"/>
          <w:sz w:val="24"/>
          <w:rtl/>
          <w:szCs w:val="32"/>
        </w:rPr>
        <w:t>ת״ך</w:t>
      </w:r>
      <w:r>
        <w:rPr>
          <w:rFonts w:ascii="Georgia" w:hAnsi="Georgia"/>
          <w:b w:val="0"/>
          <w:i w:val="0"/>
          <w:color w:val="000000"/>
          <w:sz w:val="24"/>
        </w:rPr>
        <w:t xml:space="preserve">): [наполнение] йод, вав, далет; хэй, алеф; вав, алеф, вав; хэй, алеф; [и Имя МА]: йод, хэй, вав, хэй; и десять раз Имя АВАЯ. </w:t>
      </w:r>
      <w:r>
        <w:rPr>
          <w:rFonts w:ascii="Georgia" w:hAnsi="Georgia"/>
          <w:b w:val="0"/>
          <w:i/>
          <w:color w:val="000000"/>
          <w:sz w:val="24"/>
        </w:rPr>
        <w:t>[Слово]</w:t>
      </w:r>
      <w:r>
        <w:rPr>
          <w:rFonts w:ascii="Georgia" w:hAnsi="Georgia"/>
          <w:b w:val="0"/>
          <w:i w:val="0"/>
          <w:color w:val="000000"/>
          <w:sz w:val="24"/>
        </w:rPr>
        <w:t xml:space="preserve"> </w:t>
      </w:r>
      <w:r>
        <w:rPr>
          <w:rFonts w:ascii="Georgia" w:hAnsi="Georgia"/>
          <w:b w:val="0"/>
          <w:i/>
          <w:color w:val="000000"/>
          <w:sz w:val="24"/>
        </w:rPr>
        <w:t>цамарто</w:t>
      </w:r>
      <w:r>
        <w:rPr>
          <w:rFonts w:ascii="Georgia" w:hAnsi="Georgia"/>
          <w:b w:val="0"/>
          <w:i w:val="0"/>
          <w:color w:val="000000"/>
          <w:sz w:val="24"/>
        </w:rPr>
        <w:t xml:space="preserve"> — «верхушка его» (</w:t>
      </w:r>
      <w:r>
        <w:rPr>
          <w:rFonts w:ascii="Georgia" w:hAnsi="Georgia" w:cs="Times New Roman"/>
          <w:b/>
          <w:i w:val="0"/>
          <w:color w:val="000000"/>
          <w:sz w:val="24"/>
          <w:rtl/>
          <w:szCs w:val="32"/>
        </w:rPr>
        <w:t>צַמַרְתוֹ</w:t>
      </w:r>
      <w:r>
        <w:rPr>
          <w:rFonts w:ascii="Georgia" w:hAnsi="Georgia"/>
          <w:b w:val="0"/>
          <w:i w:val="0"/>
          <w:color w:val="000000"/>
          <w:sz w:val="24"/>
        </w:rPr>
        <w:t>): десять раз [наполнение] хэй-йод, десять раз хэй-алеф, десять раз хэй-хэй; [затем три наполнения Имени ЙА]: йод, хэй-йод; йод, хэй-алеф; йод, хэй-хэй, и этого достаточно [примечание издателя: то есть три наполнения [Имени] ЙА — с буквами алеф, йод и хэй].</w:t>
      </w:r>
    </w:p>
    <w:p>
      <w:pPr>
        <w:spacing w:before="40" w:after="120"/>
        <w:jc w:val="both"/>
      </w:pPr>
      <w:r>
        <w:rPr>
          <w:rFonts w:ascii="Georgia" w:hAnsi="Georgia"/>
          <w:b w:val="0"/>
          <w:i w:val="0"/>
          <w:color w:val="000000"/>
          <w:sz w:val="24"/>
        </w:rPr>
        <w:t>Затем сосредоточь намерение (</w:t>
      </w:r>
      <w:r>
        <w:rPr>
          <w:rFonts w:ascii="Georgia" w:hAnsi="Georgia"/>
          <w:b w:val="0"/>
          <w:i/>
          <w:color w:val="000000"/>
          <w:sz w:val="24"/>
        </w:rPr>
        <w:t>кавана</w:t>
      </w:r>
      <w:r>
        <w:rPr>
          <w:rFonts w:ascii="Georgia" w:hAnsi="Georgia"/>
          <w:b w:val="0"/>
          <w:i w:val="0"/>
          <w:color w:val="000000"/>
          <w:sz w:val="24"/>
        </w:rPr>
        <w:t xml:space="preserve">) на этих Именах, а именно: </w:t>
      </w:r>
      <w:r>
        <w:rPr>
          <w:rFonts w:ascii="Georgia" w:hAnsi="Georgia" w:cs="Times New Roman"/>
          <w:b/>
          <w:i w:val="0"/>
          <w:color w:val="000000"/>
          <w:sz w:val="24"/>
          <w:rtl/>
          <w:szCs w:val="32"/>
        </w:rPr>
        <w:t>תגעץ</w:t>
      </w:r>
      <w:r>
        <w:rPr>
          <w:rFonts w:ascii="Georgia" w:hAnsi="Georgia"/>
          <w:b w:val="0"/>
          <w:i w:val="0"/>
          <w:color w:val="000000"/>
          <w:sz w:val="24"/>
        </w:rPr>
        <w:t xml:space="preserve">, </w:t>
      </w:r>
      <w:r>
        <w:rPr>
          <w:rFonts w:ascii="Georgia" w:hAnsi="Georgia" w:cs="Times New Roman"/>
          <w:b/>
          <w:i w:val="0"/>
          <w:color w:val="000000"/>
          <w:sz w:val="24"/>
          <w:rtl/>
          <w:szCs w:val="32"/>
        </w:rPr>
        <w:t>טעצץ</w:t>
      </w:r>
      <w:r>
        <w:rPr>
          <w:rFonts w:ascii="Georgia" w:hAnsi="Georgia"/>
          <w:b w:val="0"/>
          <w:i w:val="0"/>
          <w:color w:val="000000"/>
          <w:sz w:val="24"/>
        </w:rPr>
        <w:t xml:space="preserve">, Метатрон, </w:t>
      </w:r>
      <w:r>
        <w:rPr>
          <w:rFonts w:ascii="Georgia" w:hAnsi="Georgia" w:cs="Times New Roman"/>
          <w:b/>
          <w:i w:val="0"/>
          <w:color w:val="000000"/>
          <w:sz w:val="24"/>
          <w:rtl/>
          <w:szCs w:val="32"/>
        </w:rPr>
        <w:t>קרע שטן</w:t>
      </w:r>
      <w:r>
        <w:rPr>
          <w:rFonts w:ascii="Georgia" w:hAnsi="Georgia"/>
          <w:b w:val="0"/>
          <w:i w:val="0"/>
          <w:color w:val="000000"/>
          <w:sz w:val="24"/>
        </w:rPr>
        <w:t xml:space="preserve">. После этого [произнеси] этот стих: </w:t>
      </w:r>
      <w:r>
        <w:rPr>
          <w:rFonts w:ascii="Georgia" w:hAnsi="Georgia"/>
          <w:b w:val="0"/>
          <w:i/>
          <w:color w:val="000000"/>
          <w:sz w:val="24"/>
        </w:rPr>
        <w:t>«Счастлив человек, поступающий так…»</w:t>
      </w:r>
      <w:r>
        <w:rPr>
          <w:rFonts w:ascii="Georgia" w:hAnsi="Georgia"/>
          <w:b w:val="0"/>
          <w:i w:val="0"/>
          <w:color w:val="000000"/>
          <w:sz w:val="24"/>
        </w:rPr>
        <w:t xml:space="preserve"> (Йешаяу 56:2). Начальные буквы [слов этого стиха составляют] 19 (</w:t>
      </w:r>
      <w:r>
        <w:rPr>
          <w:rFonts w:ascii="Georgia" w:hAnsi="Georgia" w:cs="Times New Roman"/>
          <w:b/>
          <w:i w:val="0"/>
          <w:color w:val="000000"/>
          <w:sz w:val="24"/>
          <w:rtl/>
          <w:szCs w:val="32"/>
        </w:rPr>
        <w:t>י״ט</w:t>
      </w:r>
      <w:r>
        <w:rPr>
          <w:rFonts w:ascii="Georgia" w:hAnsi="Georgia"/>
          <w:b w:val="0"/>
          <w:i w:val="0"/>
          <w:color w:val="000000"/>
          <w:sz w:val="24"/>
        </w:rPr>
        <w:t xml:space="preserve">), что по гематрии равно наполнению [Имени] МА с буквами алеф. </w:t>
      </w:r>
      <w:r>
        <w:rPr>
          <w:rFonts w:ascii="Georgia" w:hAnsi="Georgia"/>
          <w:b w:val="0"/>
          <w:i/>
          <w:color w:val="000000"/>
          <w:sz w:val="24"/>
        </w:rPr>
        <w:t>[Слова]</w:t>
      </w:r>
      <w:r>
        <w:rPr>
          <w:rFonts w:ascii="Georgia" w:hAnsi="Georgia"/>
          <w:b w:val="0"/>
          <w:i w:val="0"/>
          <w:color w:val="000000"/>
          <w:sz w:val="24"/>
        </w:rPr>
        <w:t xml:space="preserve"> </w:t>
      </w:r>
      <w:r>
        <w:rPr>
          <w:rFonts w:ascii="Georgia" w:hAnsi="Georgia"/>
          <w:b w:val="0"/>
          <w:i/>
          <w:color w:val="000000"/>
          <w:sz w:val="24"/>
        </w:rPr>
        <w:t>«…и сын человеческий, держащийся этого…»</w:t>
      </w:r>
      <w:r>
        <w:rPr>
          <w:rFonts w:ascii="Georgia" w:hAnsi="Georgia"/>
          <w:b w:val="0"/>
          <w:i w:val="0"/>
          <w:color w:val="000000"/>
          <w:sz w:val="24"/>
        </w:rPr>
        <w:t xml:space="preserve">: также начальные буквы составляют 19, что по гематрии равно наполнению [Имени] МА, которое равно 19. </w:t>
      </w:r>
      <w:r>
        <w:rPr>
          <w:rFonts w:ascii="Georgia" w:hAnsi="Georgia"/>
          <w:b w:val="0"/>
          <w:i/>
          <w:color w:val="000000"/>
          <w:sz w:val="24"/>
        </w:rPr>
        <w:t>[Слова]</w:t>
      </w:r>
      <w:r>
        <w:rPr>
          <w:rFonts w:ascii="Georgia" w:hAnsi="Georgia"/>
          <w:b w:val="0"/>
          <w:i w:val="0"/>
          <w:color w:val="000000"/>
          <w:sz w:val="24"/>
        </w:rPr>
        <w:t xml:space="preserve"> </w:t>
      </w:r>
      <w:r>
        <w:rPr>
          <w:rFonts w:ascii="Georgia" w:hAnsi="Georgia"/>
          <w:b w:val="0"/>
          <w:i/>
          <w:color w:val="000000"/>
          <w:sz w:val="24"/>
        </w:rPr>
        <w:t>«…хранящий субботу от осквернения ее…»</w:t>
      </w:r>
      <w:r>
        <w:rPr>
          <w:rFonts w:ascii="Georgia" w:hAnsi="Georgia"/>
          <w:b w:val="0"/>
          <w:i w:val="0"/>
          <w:color w:val="000000"/>
          <w:sz w:val="24"/>
        </w:rPr>
        <w:t>: семь раз МА и пять раз [Имя] АДОНАЙ. Говорит Шмуэль: намерение заключается в том, что начальные буквы [этих слов] составляют 640 (</w:t>
      </w:r>
      <w:r>
        <w:rPr>
          <w:rFonts w:ascii="Georgia" w:hAnsi="Georgia" w:cs="Times New Roman"/>
          <w:b/>
          <w:i w:val="0"/>
          <w:color w:val="000000"/>
          <w:sz w:val="24"/>
          <w:rtl/>
          <w:szCs w:val="32"/>
        </w:rPr>
        <w:t>תר״מ</w:t>
      </w:r>
      <w:r>
        <w:rPr>
          <w:rFonts w:ascii="Georgia" w:hAnsi="Georgia"/>
          <w:b w:val="0"/>
          <w:i w:val="0"/>
          <w:color w:val="000000"/>
          <w:sz w:val="24"/>
        </w:rPr>
        <w:t>). Так, семь раз МА составляют 315 (</w:t>
      </w:r>
      <w:r>
        <w:rPr>
          <w:rFonts w:ascii="Georgia" w:hAnsi="Georgia" w:cs="Times New Roman"/>
          <w:b/>
          <w:i w:val="0"/>
          <w:color w:val="000000"/>
          <w:sz w:val="24"/>
          <w:rtl/>
          <w:szCs w:val="32"/>
        </w:rPr>
        <w:t>שט״ן</w:t>
      </w:r>
      <w:r>
        <w:rPr>
          <w:rFonts w:ascii="Georgia" w:hAnsi="Georgia"/>
          <w:b w:val="0"/>
          <w:i w:val="0"/>
          <w:color w:val="000000"/>
          <w:sz w:val="24"/>
        </w:rPr>
        <w:t>), а пять раз АДОНАЙ — 325 (</w:t>
      </w:r>
      <w:r>
        <w:rPr>
          <w:rFonts w:ascii="Georgia" w:hAnsi="Georgia" w:cs="Times New Roman"/>
          <w:b/>
          <w:i w:val="0"/>
          <w:color w:val="000000"/>
          <w:sz w:val="24"/>
          <w:rtl/>
          <w:szCs w:val="32"/>
        </w:rPr>
        <w:t>שכ״ה</w:t>
      </w:r>
      <w:r>
        <w:rPr>
          <w:rFonts w:ascii="Georgia" w:hAnsi="Georgia"/>
          <w:b w:val="0"/>
          <w:i w:val="0"/>
          <w:color w:val="000000"/>
          <w:sz w:val="24"/>
        </w:rPr>
        <w:t xml:space="preserve">), и оба они вместе составляют 640. </w:t>
      </w:r>
      <w:r>
        <w:rPr>
          <w:rFonts w:ascii="Georgia" w:hAnsi="Georgia"/>
          <w:b w:val="0"/>
          <w:i/>
          <w:color w:val="000000"/>
          <w:sz w:val="24"/>
        </w:rPr>
        <w:t>[Слова]</w:t>
      </w:r>
      <w:r>
        <w:rPr>
          <w:rFonts w:ascii="Georgia" w:hAnsi="Georgia"/>
          <w:b w:val="0"/>
          <w:i w:val="0"/>
          <w:color w:val="000000"/>
          <w:sz w:val="24"/>
        </w:rPr>
        <w:t xml:space="preserve"> </w:t>
      </w:r>
      <w:r>
        <w:rPr>
          <w:rFonts w:ascii="Georgia" w:hAnsi="Georgia"/>
          <w:b w:val="0"/>
          <w:i/>
          <w:color w:val="000000"/>
          <w:sz w:val="24"/>
        </w:rPr>
        <w:t>«…и берегущий руку свою от всякого зла»</w:t>
      </w:r>
      <w:r>
        <w:rPr>
          <w:rFonts w:ascii="Georgia" w:hAnsi="Georgia"/>
          <w:b w:val="0"/>
          <w:i w:val="0"/>
          <w:color w:val="000000"/>
          <w:sz w:val="24"/>
        </w:rPr>
        <w:t>: [слово] йод, умноженное на [слово] хэй; [слово] хэй, умноженное на [слово] вав; [слово] вав, умноженное на [слово] хэй [говорит Шмуэль: намерение в том, что начальные буквы составляют 276 (</w:t>
      </w:r>
      <w:r>
        <w:rPr>
          <w:rFonts w:ascii="Georgia" w:hAnsi="Georgia" w:cs="Times New Roman"/>
          <w:b/>
          <w:i w:val="0"/>
          <w:color w:val="000000"/>
          <w:sz w:val="24"/>
          <w:rtl/>
          <w:szCs w:val="32"/>
        </w:rPr>
        <w:t>רע״ו</w:t>
      </w:r>
      <w:r>
        <w:rPr>
          <w:rFonts w:ascii="Georgia" w:hAnsi="Georgia"/>
          <w:b w:val="0"/>
          <w:i w:val="0"/>
          <w:color w:val="000000"/>
          <w:sz w:val="24"/>
        </w:rPr>
        <w:t>). Так, [слово] йод [умноженное на] хэй — это 120 (</w:t>
      </w:r>
      <w:r>
        <w:rPr>
          <w:rFonts w:ascii="Georgia" w:hAnsi="Georgia" w:cs="Times New Roman"/>
          <w:b/>
          <w:i w:val="0"/>
          <w:color w:val="000000"/>
          <w:sz w:val="24"/>
          <w:rtl/>
          <w:szCs w:val="32"/>
        </w:rPr>
        <w:t>ק״ך</w:t>
      </w:r>
      <w:r>
        <w:rPr>
          <w:rFonts w:ascii="Georgia" w:hAnsi="Georgia"/>
          <w:b w:val="0"/>
          <w:i w:val="0"/>
          <w:color w:val="000000"/>
          <w:sz w:val="24"/>
        </w:rPr>
        <w:t>); [слово] хэй, умноженное на вав, — это 78 (</w:t>
      </w:r>
      <w:r>
        <w:rPr>
          <w:rFonts w:ascii="Georgia" w:hAnsi="Georgia" w:cs="Times New Roman"/>
          <w:b/>
          <w:i w:val="0"/>
          <w:color w:val="000000"/>
          <w:sz w:val="24"/>
          <w:rtl/>
          <w:szCs w:val="32"/>
        </w:rPr>
        <w:t>ע״ח</w:t>
      </w:r>
      <w:r>
        <w:rPr>
          <w:rFonts w:ascii="Georgia" w:hAnsi="Georgia"/>
          <w:b w:val="0"/>
          <w:i w:val="0"/>
          <w:color w:val="000000"/>
          <w:sz w:val="24"/>
        </w:rPr>
        <w:t xml:space="preserve">); вав, умноженное на хэй, — это 78, и всего получается 276]. После этого [произнеси] этот стих: </w:t>
      </w:r>
      <w:r>
        <w:rPr>
          <w:rFonts w:ascii="Georgia" w:hAnsi="Georgia"/>
          <w:b w:val="0"/>
          <w:i/>
          <w:color w:val="000000"/>
          <w:sz w:val="24"/>
        </w:rPr>
        <w:t>«Б-же, молю, исцели же ее!»</w:t>
      </w:r>
      <w:r>
        <w:rPr>
          <w:rFonts w:ascii="Georgia" w:hAnsi="Georgia"/>
          <w:b w:val="0"/>
          <w:i w:val="0"/>
          <w:color w:val="000000"/>
          <w:sz w:val="24"/>
        </w:rPr>
        <w:t xml:space="preserve"> (Бемидбар 12:13) — и сосредоточь намерение на подстановке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w:t>
      </w:r>
      <w:r>
        <w:rPr>
          <w:rFonts w:ascii="Georgia" w:hAnsi="Georgia" w:cs="Times New Roman"/>
          <w:b/>
          <w:i w:val="0"/>
          <w:color w:val="000000"/>
          <w:sz w:val="24"/>
          <w:rtl/>
          <w:szCs w:val="32"/>
        </w:rPr>
        <w:t>תך טת גות טתכץ</w:t>
      </w:r>
      <w:r>
        <w:rPr>
          <w:rFonts w:ascii="Georgia" w:hAnsi="Georgia"/>
          <w:b w:val="0"/>
          <w:i w:val="0"/>
          <w:color w:val="000000"/>
          <w:sz w:val="24"/>
        </w:rPr>
        <w:t>. В другой раз он дал мне единение (</w:t>
      </w:r>
      <w:r>
        <w:rPr>
          <w:rFonts w:ascii="Georgia" w:hAnsi="Georgia"/>
          <w:b w:val="0"/>
          <w:i/>
          <w:color w:val="000000"/>
          <w:sz w:val="24"/>
        </w:rPr>
        <w:t>ихуд</w:t>
      </w:r>
      <w:r>
        <w:rPr>
          <w:rFonts w:ascii="Georgia" w:hAnsi="Georgia"/>
          <w:b w:val="0"/>
          <w:i w:val="0"/>
          <w:color w:val="000000"/>
          <w:sz w:val="24"/>
        </w:rPr>
        <w:t xml:space="preserve">) для этого стиха: </w:t>
      </w:r>
      <w:r>
        <w:rPr>
          <w:rFonts w:ascii="Georgia" w:hAnsi="Georgia"/>
          <w:b w:val="0"/>
          <w:i/>
          <w:color w:val="000000"/>
          <w:sz w:val="24"/>
        </w:rPr>
        <w:t>«И если приходит [кто-нибудь] проведать меня, говорит пустое; сердце его собирает в себе неправду, [и он], выйдя вон, пересказывает»</w:t>
      </w:r>
      <w:r>
        <w:rPr>
          <w:rFonts w:ascii="Georgia" w:hAnsi="Georgia"/>
          <w:b w:val="0"/>
          <w:i w:val="0"/>
          <w:color w:val="000000"/>
          <w:sz w:val="24"/>
        </w:rPr>
        <w:t xml:space="preserve"> (Теилим 41:7) — и в обратном порядке: «пересказывает, вон, выйдет, себе, неправду, собирает, сердце его, говорит, пустое, проведать, приходит, и если» (</w:t>
      </w:r>
      <w:r>
        <w:rPr>
          <w:rFonts w:ascii="Georgia" w:hAnsi="Georgia" w:cs="Times New Roman"/>
          <w:b/>
          <w:i w:val="0"/>
          <w:color w:val="000000"/>
          <w:sz w:val="24"/>
          <w:rtl/>
          <w:szCs w:val="32"/>
        </w:rPr>
        <w:t>ידבר לחוץ יצא לו און יקבוץ לבו ידבר שוא לראות בא ואם</w:t>
      </w:r>
      <w:r>
        <w:rPr>
          <w:rFonts w:ascii="Georgia" w:hAnsi="Georgia"/>
          <w:b w:val="0"/>
          <w:i w:val="0"/>
          <w:color w:val="000000"/>
          <w:sz w:val="24"/>
        </w:rPr>
        <w:t xml:space="preserve">). И сказал мне [Учитель], чтобы я сосредоточил намерение на слове </w:t>
      </w:r>
      <w:r>
        <w:rPr>
          <w:rFonts w:ascii="Georgia" w:hAnsi="Georgia"/>
          <w:b w:val="0"/>
          <w:i/>
          <w:color w:val="000000"/>
          <w:sz w:val="24"/>
        </w:rPr>
        <w:t>йеце</w:t>
      </w:r>
      <w:r>
        <w:rPr>
          <w:rFonts w:ascii="Georgia" w:hAnsi="Georgia"/>
          <w:b w:val="0"/>
          <w:i w:val="0"/>
          <w:color w:val="000000"/>
          <w:sz w:val="24"/>
        </w:rPr>
        <w:t xml:space="preserve"> — «выйдет» (</w:t>
      </w:r>
      <w:r>
        <w:rPr>
          <w:rFonts w:ascii="Georgia" w:hAnsi="Georgia" w:cs="Times New Roman"/>
          <w:b/>
          <w:i w:val="0"/>
          <w:color w:val="000000"/>
          <w:sz w:val="24"/>
          <w:rtl/>
          <w:szCs w:val="32"/>
        </w:rPr>
        <w:t>יֵצֵא</w:t>
      </w:r>
      <w:r>
        <w:rPr>
          <w:rFonts w:ascii="Georgia" w:hAnsi="Georgia"/>
          <w:b w:val="0"/>
          <w:i w:val="0"/>
          <w:color w:val="000000"/>
          <w:sz w:val="24"/>
        </w:rPr>
        <w:t>), чтобы вышел тот дух оттуда. Однако само намерение единения для этого стиха я забыл.</w:t>
      </w:r>
    </w:p>
    <w:p>
      <w:pPr>
        <w:keepNext/>
        <w:spacing w:before="320" w:after="120"/>
      </w:pPr>
      <w:r>
        <w:rPr>
          <w:rFonts w:ascii="Georgia" w:hAnsi="Georgia"/>
          <w:b w:val="0"/>
          <w:i w:val="0"/>
          <w:color w:val="000000"/>
          <w:sz w:val="32"/>
        </w:rPr>
        <w:t>Ихуд 5</w:t>
      </w:r>
    </w:p>
    <w:p>
      <w:pPr>
        <w:spacing w:before="40" w:after="120"/>
        <w:jc w:val="both"/>
      </w:pPr>
      <w:r>
        <w:rPr>
          <w:rFonts w:ascii="Georgia" w:hAnsi="Georgia"/>
          <w:b w:val="0"/>
          <w:i w:val="0"/>
          <w:color w:val="000000"/>
          <w:sz w:val="24"/>
        </w:rPr>
        <w:t>Сказал мне вышеупомянутый, и вот его слова: «В другой раз один человек был поражен вредоносным духом, так что почти онемел и не мог говорить, а также не мог сдвинуться с места, но не падал и не бился в припадках. И передал он мне, чтобы я прошептал ему на ухо эти ихудим».</w:t>
      </w:r>
    </w:p>
    <w:p>
      <w:r>
        <w:br w:type="page"/>
      </w:r>
    </w:p>
    <w:p>
      <w:pPr>
        <w:keepNext/>
        <w:spacing w:before="360" w:after="160"/>
        <w:jc w:val="center"/>
      </w:pPr>
      <w:r>
        <w:rPr>
          <w:rFonts w:ascii="Georgia" w:hAnsi="Georgia"/>
          <w:b w:val="0"/>
          <w:i w:val="0"/>
          <w:color w:val="000000"/>
          <w:sz w:val="40"/>
        </w:rPr>
        <w:t>Ихудим на стихи Писания</w:t>
      </w:r>
    </w:p>
    <w:p>
      <w:pPr>
        <w:keepNext/>
        <w:spacing w:before="320" w:after="120"/>
      </w:pPr>
      <w:r>
        <w:rPr>
          <w:rFonts w:ascii="Georgia" w:hAnsi="Georgia"/>
          <w:b w:val="0"/>
          <w:i w:val="0"/>
          <w:color w:val="000000"/>
          <w:sz w:val="32"/>
        </w:rPr>
        <w:t>Ихуд 1</w:t>
      </w:r>
    </w:p>
    <w:p>
      <w:pPr>
        <w:spacing w:before="40" w:after="120"/>
        <w:jc w:val="both"/>
      </w:pPr>
      <w:r>
        <w:rPr>
          <w:rFonts w:ascii="Georgia" w:hAnsi="Georgia"/>
          <w:b w:val="0"/>
          <w:i w:val="0"/>
          <w:color w:val="000000"/>
          <w:sz w:val="24"/>
        </w:rPr>
        <w:t xml:space="preserve">Это — стих из Теилим (глава 30): </w:t>
      </w:r>
      <w:r>
        <w:rPr>
          <w:rFonts w:ascii="Georgia" w:hAnsi="Georgia"/>
          <w:b w:val="0"/>
          <w:i/>
          <w:color w:val="000000"/>
          <w:sz w:val="24"/>
        </w:rPr>
        <w:t>«Ты обратил скорбь мою в ликование, снял с меня вретище и препоясал меня весельем»</w:t>
      </w:r>
      <w:r>
        <w:rPr>
          <w:rFonts w:ascii="Georgia" w:hAnsi="Georgia"/>
          <w:b w:val="0"/>
          <w:i w:val="0"/>
          <w:color w:val="000000"/>
          <w:sz w:val="24"/>
        </w:rPr>
        <w:t xml:space="preserve"> (Теилим 30:12) — </w:t>
      </w:r>
      <w:r>
        <w:rPr>
          <w:rFonts w:ascii="Georgia" w:hAnsi="Georgia" w:cs="Times New Roman"/>
          <w:b/>
          <w:i w:val="0"/>
          <w:color w:val="000000"/>
          <w:sz w:val="24"/>
          <w:rtl/>
          <w:szCs w:val="32"/>
        </w:rPr>
        <w:t>שמחה ותאזרני שקי פתחתה לי למחול מספדי הפכת החמָש ינרזַאתוֹ יקְש תחָתפ יִל לוחְמל יד פְּסמ תכפה</w:t>
      </w:r>
      <w:r>
        <w:rPr>
          <w:rFonts w:ascii="Georgia" w:hAnsi="Georgia"/>
          <w:b w:val="0"/>
          <w:i w:val="0"/>
          <w:color w:val="000000"/>
          <w:sz w:val="24"/>
        </w:rPr>
        <w:t xml:space="preserve">. Затем — этот стих из Теилим (псалом 26): </w:t>
      </w:r>
      <w:r>
        <w:rPr>
          <w:rFonts w:ascii="Georgia" w:hAnsi="Georgia"/>
          <w:b w:val="0"/>
          <w:i/>
          <w:color w:val="000000"/>
          <w:sz w:val="24"/>
        </w:rPr>
        <w:t>«Нога моя стоит на ровном месте; в собраниях благословлю Г-спода»</w:t>
      </w:r>
      <w:r>
        <w:rPr>
          <w:rFonts w:ascii="Georgia" w:hAnsi="Georgia"/>
          <w:b w:val="0"/>
          <w:i w:val="0"/>
          <w:color w:val="000000"/>
          <w:sz w:val="24"/>
        </w:rPr>
        <w:t xml:space="preserve"> (Теилим 26:12) — </w:t>
      </w:r>
      <w:r>
        <w:rPr>
          <w:rFonts w:ascii="Georgia" w:hAnsi="Georgia" w:cs="Times New Roman"/>
          <w:b/>
          <w:i w:val="0"/>
          <w:color w:val="000000"/>
          <w:sz w:val="24"/>
          <w:rtl/>
          <w:szCs w:val="32"/>
        </w:rPr>
        <w:t>יהוה אברך במקהלים במישור עמדה רגלי</w:t>
      </w:r>
      <w:r>
        <w:rPr>
          <w:rFonts w:ascii="Georgia" w:hAnsi="Georgia"/>
          <w:b w:val="0"/>
          <w:i w:val="0"/>
          <w:color w:val="000000"/>
          <w:sz w:val="24"/>
        </w:rPr>
        <w:t xml:space="preserve">, </w:t>
      </w:r>
      <w:r>
        <w:rPr>
          <w:rFonts w:ascii="Georgia" w:hAnsi="Georgia" w:cs="Times New Roman"/>
          <w:b/>
          <w:i w:val="0"/>
          <w:color w:val="000000"/>
          <w:sz w:val="24"/>
          <w:rtl/>
          <w:szCs w:val="32"/>
        </w:rPr>
        <w:t>הוהי כרבא מילהקמב רושימב הרמע ילגר</w:t>
      </w:r>
      <w:r>
        <w:rPr>
          <w:rFonts w:ascii="Georgia" w:hAnsi="Georgia"/>
          <w:b w:val="0"/>
          <w:i w:val="0"/>
          <w:color w:val="000000"/>
          <w:sz w:val="24"/>
        </w:rPr>
        <w:t xml:space="preserve">. Затем — стих из [книги] Михи (глава 7): </w:t>
      </w:r>
      <w:r>
        <w:rPr>
          <w:rFonts w:ascii="Georgia" w:hAnsi="Georgia"/>
          <w:b w:val="0"/>
          <w:i/>
          <w:color w:val="000000"/>
          <w:sz w:val="24"/>
        </w:rPr>
        <w:t>«Кто Б-г, как Ты, прощающий прегрешение и не вменяющий преступления остатку наследия Своего? Не вечно держит Он гнев Свой, ведь благоволит к милосердию»</w:t>
      </w:r>
      <w:r>
        <w:rPr>
          <w:rFonts w:ascii="Georgia" w:hAnsi="Georgia"/>
          <w:b w:val="0"/>
          <w:i w:val="0"/>
          <w:color w:val="000000"/>
          <w:sz w:val="24"/>
        </w:rPr>
        <w:t xml:space="preserve"> (Миха 7:18) — </w:t>
      </w:r>
      <w:r>
        <w:rPr>
          <w:rFonts w:ascii="Georgia" w:hAnsi="Georgia" w:cs="Times New Roman"/>
          <w:b/>
          <w:i w:val="0"/>
          <w:color w:val="000000"/>
          <w:sz w:val="24"/>
          <w:rtl/>
          <w:szCs w:val="32"/>
        </w:rPr>
        <w:t>הוא חסר חפץ כי אפו לעד החזיק לא נחלתו</w:t>
      </w:r>
      <w:r>
        <w:rPr>
          <w:rFonts w:ascii="Georgia" w:hAnsi="Georgia"/>
          <w:b w:val="0"/>
          <w:i w:val="0"/>
          <w:color w:val="000000"/>
          <w:sz w:val="24"/>
        </w:rPr>
        <w:t xml:space="preserve">, </w:t>
      </w:r>
      <w:r>
        <w:rPr>
          <w:rFonts w:ascii="Georgia" w:hAnsi="Georgia" w:cs="Times New Roman"/>
          <w:b/>
          <w:i w:val="0"/>
          <w:color w:val="000000"/>
          <w:sz w:val="24"/>
          <w:rtl/>
          <w:szCs w:val="32"/>
        </w:rPr>
        <w:t>לשארית פשע על ועובר עון נשא כמוך אל מי</w:t>
      </w:r>
      <w:r>
        <w:rPr>
          <w:rFonts w:ascii="Georgia" w:hAnsi="Georgia"/>
          <w:b w:val="0"/>
          <w:i w:val="0"/>
          <w:color w:val="000000"/>
          <w:sz w:val="24"/>
        </w:rPr>
        <w:t>.</w:t>
      </w:r>
    </w:p>
    <w:p>
      <w:pPr>
        <w:keepNext/>
        <w:spacing w:before="320" w:after="120"/>
      </w:pPr>
      <w:r>
        <w:rPr>
          <w:rFonts w:ascii="Georgia" w:hAnsi="Georgia"/>
          <w:b w:val="0"/>
          <w:i w:val="0"/>
          <w:color w:val="000000"/>
          <w:sz w:val="32"/>
        </w:rPr>
        <w:t>Ихуд 2</w:t>
      </w:r>
    </w:p>
    <w:p>
      <w:pPr>
        <w:spacing w:before="40" w:after="120"/>
        <w:jc w:val="both"/>
      </w:pPr>
      <w:r>
        <w:rPr>
          <w:rFonts w:ascii="Georgia" w:hAnsi="Georgia"/>
          <w:b w:val="0"/>
          <w:i w:val="0"/>
          <w:color w:val="000000"/>
          <w:sz w:val="24"/>
        </w:rPr>
        <w:t xml:space="preserve">К упомянутому выше [относится] стих из Теилим (глава 110): </w:t>
      </w:r>
      <w:r>
        <w:rPr>
          <w:rFonts w:ascii="Georgia" w:hAnsi="Georgia"/>
          <w:b w:val="0"/>
          <w:i/>
          <w:color w:val="000000"/>
          <w:sz w:val="24"/>
        </w:rPr>
        <w:t>«Г-сподь по правую руку твою; сокрушит в день гнева Своего мелахим»</w:t>
      </w:r>
      <w:r>
        <w:rPr>
          <w:rFonts w:ascii="Georgia" w:hAnsi="Georgia"/>
          <w:b w:val="0"/>
          <w:i w:val="0"/>
          <w:color w:val="000000"/>
          <w:sz w:val="24"/>
        </w:rPr>
        <w:t xml:space="preserve"> (Теилим 110:5). Конечные буквы (</w:t>
      </w:r>
      <w:r>
        <w:rPr>
          <w:rFonts w:ascii="Georgia" w:hAnsi="Georgia" w:cs="Times New Roman"/>
          <w:b/>
          <w:i w:val="0"/>
          <w:color w:val="000000"/>
          <w:sz w:val="24"/>
          <w:rtl/>
          <w:szCs w:val="32"/>
        </w:rPr>
        <w:t>ס״ת</w:t>
      </w:r>
      <w:r>
        <w:rPr>
          <w:rFonts w:ascii="Georgia" w:hAnsi="Georgia"/>
          <w:b w:val="0"/>
          <w:i w:val="0"/>
          <w:color w:val="000000"/>
          <w:sz w:val="24"/>
        </w:rPr>
        <w:t xml:space="preserve">) слов </w:t>
      </w:r>
      <w:r>
        <w:rPr>
          <w:rFonts w:ascii="Georgia" w:hAnsi="Georgia"/>
          <w:b w:val="0"/>
          <w:i/>
          <w:color w:val="000000"/>
          <w:sz w:val="24"/>
        </w:rPr>
        <w:t>бе-йом апо мелахим</w:t>
      </w:r>
      <w:r>
        <w:rPr>
          <w:rFonts w:ascii="Georgia" w:hAnsi="Georgia"/>
          <w:b w:val="0"/>
          <w:i w:val="0"/>
          <w:color w:val="000000"/>
          <w:sz w:val="24"/>
        </w:rPr>
        <w:t xml:space="preserve"> — «в день гнева Своего мелахим» (</w:t>
      </w:r>
      <w:r>
        <w:rPr>
          <w:rFonts w:ascii="Georgia" w:hAnsi="Georgia" w:cs="Times New Roman"/>
          <w:b/>
          <w:i w:val="0"/>
          <w:color w:val="000000"/>
          <w:sz w:val="24"/>
          <w:rtl/>
          <w:szCs w:val="32"/>
        </w:rPr>
        <w:t>בְּיוֹם אַפּוֹ מְלָכִים</w:t>
      </w:r>
      <w:r>
        <w:rPr>
          <w:rFonts w:ascii="Georgia" w:hAnsi="Georgia"/>
          <w:b w:val="0"/>
          <w:i w:val="0"/>
          <w:color w:val="000000"/>
          <w:sz w:val="24"/>
        </w:rPr>
        <w:t xml:space="preserve">) [образуют слово] </w:t>
      </w:r>
      <w:r>
        <w:rPr>
          <w:rFonts w:ascii="Georgia" w:hAnsi="Georgia"/>
          <w:b w:val="0"/>
          <w:i/>
          <w:color w:val="000000"/>
          <w:sz w:val="24"/>
        </w:rPr>
        <w:t>мум</w:t>
      </w:r>
      <w:r>
        <w:rPr>
          <w:rFonts w:ascii="Georgia" w:hAnsi="Georgia"/>
          <w:b w:val="0"/>
          <w:i w:val="0"/>
          <w:color w:val="000000"/>
          <w:sz w:val="24"/>
        </w:rPr>
        <w:t xml:space="preserve"> (</w:t>
      </w:r>
      <w:r>
        <w:rPr>
          <w:rFonts w:ascii="Georgia" w:hAnsi="Georgia" w:cs="Times New Roman"/>
          <w:b/>
          <w:i w:val="0"/>
          <w:color w:val="000000"/>
          <w:sz w:val="24"/>
          <w:rtl/>
          <w:szCs w:val="32"/>
        </w:rPr>
        <w:t>מו״ם</w:t>
      </w:r>
      <w:r>
        <w:rPr>
          <w:rFonts w:ascii="Georgia" w:hAnsi="Georgia"/>
          <w:b w:val="0"/>
          <w:i w:val="0"/>
          <w:color w:val="000000"/>
          <w:sz w:val="24"/>
        </w:rPr>
        <w:t xml:space="preserve">); </w:t>
      </w:r>
      <w:r>
        <w:rPr>
          <w:rFonts w:ascii="Georgia" w:hAnsi="Georgia" w:cs="Times New Roman"/>
          <w:b/>
          <w:i w:val="0"/>
          <w:color w:val="000000"/>
          <w:sz w:val="24"/>
          <w:rtl/>
          <w:szCs w:val="32"/>
        </w:rPr>
        <w:t>מיכלם ופא מויב צחם כנימי לע ינדא</w:t>
      </w:r>
      <w:r>
        <w:rPr>
          <w:rFonts w:ascii="Georgia" w:hAnsi="Georgia"/>
          <w:b w:val="0"/>
          <w:i w:val="0"/>
          <w:color w:val="000000"/>
          <w:sz w:val="24"/>
        </w:rPr>
        <w:t>.</w:t>
      </w:r>
    </w:p>
    <w:p>
      <w:pPr>
        <w:keepNext/>
        <w:spacing w:before="320" w:after="120"/>
      </w:pPr>
      <w:r>
        <w:rPr>
          <w:rFonts w:ascii="Georgia" w:hAnsi="Georgia"/>
          <w:b w:val="0"/>
          <w:i w:val="0"/>
          <w:color w:val="000000"/>
          <w:sz w:val="32"/>
        </w:rPr>
        <w:t>Ихуд 3</w:t>
      </w:r>
    </w:p>
    <w:p>
      <w:pPr>
        <w:spacing w:before="40" w:after="120"/>
        <w:jc w:val="both"/>
      </w:pPr>
      <w:r>
        <w:rPr>
          <w:rFonts w:ascii="Georgia" w:hAnsi="Georgia"/>
          <w:b w:val="0"/>
          <w:i w:val="0"/>
          <w:color w:val="000000"/>
          <w:sz w:val="24"/>
        </w:rPr>
        <w:t xml:space="preserve">К упомянутому [выше] — стих из Теилим (глава 39): </w:t>
      </w:r>
      <w:r>
        <w:rPr>
          <w:rFonts w:ascii="Georgia" w:hAnsi="Georgia"/>
          <w:b w:val="0"/>
          <w:i/>
          <w:color w:val="000000"/>
          <w:sz w:val="24"/>
        </w:rPr>
        <w:t>«Сказал я: буду я хранить пути свои, чтобы не грешить языком моим; буду хранить уста свои уздою, доколе нечестивый передо мною»</w:t>
      </w:r>
      <w:r>
        <w:rPr>
          <w:rFonts w:ascii="Georgia" w:hAnsi="Georgia"/>
          <w:b w:val="0"/>
          <w:i w:val="0"/>
          <w:color w:val="000000"/>
          <w:sz w:val="24"/>
        </w:rPr>
        <w:t xml:space="preserve"> (Теилим 39:2). </w:t>
      </w:r>
      <w:r>
        <w:rPr>
          <w:rFonts w:ascii="Georgia" w:hAnsi="Georgia" w:cs="Times New Roman"/>
          <w:b/>
          <w:i w:val="0"/>
          <w:color w:val="000000"/>
          <w:sz w:val="24"/>
          <w:rtl/>
          <w:szCs w:val="32"/>
        </w:rPr>
        <w:t>יְדָגֹנְלָ עֹשְרָ דֹוְעָבֹ מְוָסֹחְםָ יֹפְלָ הֹרְמָשׂאְ יָֹנוְשָלבְ אָוֹטְחָםֹ יְכָרֹדְ הָרֹמְשָאֹ יְתָרֹמְאָ</w:t>
      </w:r>
      <w:r>
        <w:rPr>
          <w:rFonts w:ascii="Georgia" w:hAnsi="Georgia"/>
          <w:b w:val="0"/>
          <w:i w:val="0"/>
          <w:color w:val="000000"/>
          <w:sz w:val="24"/>
        </w:rPr>
        <w:t xml:space="preserve"> — и всё это с огласовками шва, камац, холам, повторяющимися по кругу.</w:t>
      </w:r>
    </w:p>
    <w:p>
      <w:pPr>
        <w:keepNext/>
        <w:spacing w:before="320" w:after="120"/>
      </w:pPr>
      <w:r>
        <w:rPr>
          <w:rFonts w:ascii="Georgia" w:hAnsi="Georgia"/>
          <w:b w:val="0"/>
          <w:i w:val="0"/>
          <w:color w:val="000000"/>
          <w:sz w:val="32"/>
        </w:rPr>
        <w:t>Ихуд 4</w:t>
      </w:r>
    </w:p>
    <w:p>
      <w:pPr>
        <w:spacing w:before="40" w:after="120"/>
        <w:jc w:val="both"/>
      </w:pPr>
      <w:r>
        <w:rPr>
          <w:rFonts w:ascii="Georgia" w:hAnsi="Georgia"/>
          <w:b w:val="0"/>
          <w:i w:val="0"/>
          <w:color w:val="000000"/>
          <w:sz w:val="24"/>
        </w:rPr>
        <w:t xml:space="preserve">К вышеупомянутому [относится] стих в Теилим (глава 73): </w:t>
      </w:r>
      <w:r>
        <w:rPr>
          <w:rFonts w:ascii="Georgia" w:hAnsi="Georgia"/>
          <w:b w:val="0"/>
          <w:i/>
          <w:color w:val="000000"/>
          <w:sz w:val="24"/>
        </w:rPr>
        <w:t>«А я — близость Б-га для меня благо; возложил я на Г-спода Б-га упование мое, чтобы возвещать обо всех деяниях Твоих»</w:t>
      </w:r>
      <w:r>
        <w:rPr>
          <w:rFonts w:ascii="Georgia" w:hAnsi="Georgia"/>
          <w:b w:val="0"/>
          <w:i w:val="0"/>
          <w:color w:val="000000"/>
          <w:sz w:val="24"/>
        </w:rPr>
        <w:t xml:space="preserve"> (Теилим 73:28). [Имена] ЭЙЕ и ЭЛОКИМ — это начальные буквы [слов] </w:t>
      </w:r>
      <w:r>
        <w:rPr>
          <w:rFonts w:ascii="Georgia" w:hAnsi="Georgia"/>
          <w:b w:val="0"/>
          <w:i/>
          <w:color w:val="000000"/>
          <w:sz w:val="24"/>
        </w:rPr>
        <w:t>«Ва-ани кирват ЭЛОКИМ»</w:t>
      </w:r>
      <w:r>
        <w:rPr>
          <w:rFonts w:ascii="Georgia" w:hAnsi="Georgia"/>
          <w:b w:val="0"/>
          <w:i w:val="0"/>
          <w:color w:val="000000"/>
          <w:sz w:val="24"/>
        </w:rPr>
        <w:t xml:space="preserve"> — «А я — близость Б-га» (</w:t>
      </w:r>
      <w:r>
        <w:rPr>
          <w:rFonts w:ascii="Georgia" w:hAnsi="Georgia" w:cs="Times New Roman"/>
          <w:b/>
          <w:i w:val="0"/>
          <w:color w:val="000000"/>
          <w:sz w:val="24"/>
          <w:rtl/>
          <w:szCs w:val="32"/>
        </w:rPr>
        <w:t>וַאֲנִי קִרְבַת אֱלֹקִים</w:t>
      </w:r>
      <w:r>
        <w:rPr>
          <w:rFonts w:ascii="Georgia" w:hAnsi="Georgia"/>
          <w:b w:val="0"/>
          <w:i w:val="0"/>
          <w:color w:val="000000"/>
          <w:sz w:val="24"/>
        </w:rPr>
        <w:t>); начальные буквы [этих слов] по гематрии составляют 107 (</w:t>
      </w:r>
      <w:r>
        <w:rPr>
          <w:rFonts w:ascii="Georgia" w:hAnsi="Georgia" w:cs="Times New Roman"/>
          <w:b/>
          <w:i w:val="0"/>
          <w:color w:val="000000"/>
          <w:sz w:val="24"/>
          <w:rtl/>
          <w:szCs w:val="32"/>
        </w:rPr>
        <w:t>ק״ז</w:t>
      </w:r>
      <w:r>
        <w:rPr>
          <w:rFonts w:ascii="Georgia" w:hAnsi="Georgia"/>
          <w:b w:val="0"/>
          <w:i w:val="0"/>
          <w:color w:val="000000"/>
          <w:sz w:val="24"/>
        </w:rPr>
        <w:t>):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буква куф (</w:t>
      </w:r>
      <w:r>
        <w:rPr>
          <w:rFonts w:ascii="Georgia" w:hAnsi="Georgia" w:cs="Times New Roman"/>
          <w:b/>
          <w:i w:val="0"/>
          <w:color w:val="000000"/>
          <w:sz w:val="24"/>
          <w:rtl/>
          <w:szCs w:val="32"/>
        </w:rPr>
        <w:t>ק</w:t>
      </w:r>
      <w:r>
        <w:rPr>
          <w:rFonts w:ascii="Georgia" w:hAnsi="Georgia"/>
          <w:b w:val="0"/>
          <w:i w:val="0"/>
          <w:color w:val="000000"/>
          <w:sz w:val="24"/>
        </w:rPr>
        <w:t xml:space="preserve"> = 100) и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[в сумме дают 107, что равно сумме Имен ЭЙЕ (21) и ЭЛОКИМ (86)]. Начальные буквы [слов] </w:t>
      </w:r>
      <w:r>
        <w:rPr>
          <w:rFonts w:ascii="Georgia" w:hAnsi="Georgia"/>
          <w:b w:val="0"/>
          <w:i/>
          <w:color w:val="000000"/>
          <w:sz w:val="24"/>
        </w:rPr>
        <w:t>«Ли тов»</w:t>
      </w:r>
      <w:r>
        <w:rPr>
          <w:rFonts w:ascii="Georgia" w:hAnsi="Georgia"/>
          <w:b w:val="0"/>
          <w:i w:val="0"/>
          <w:color w:val="000000"/>
          <w:sz w:val="24"/>
        </w:rPr>
        <w:t xml:space="preserve"> — «для меня благо» (</w:t>
      </w:r>
      <w:r>
        <w:rPr>
          <w:rFonts w:ascii="Georgia" w:hAnsi="Georgia" w:cs="Times New Roman"/>
          <w:b/>
          <w:i w:val="0"/>
          <w:color w:val="000000"/>
          <w:sz w:val="24"/>
          <w:rtl/>
          <w:szCs w:val="32"/>
        </w:rPr>
        <w:t>לִי טוֹב</w:t>
      </w:r>
      <w:r>
        <w:rPr>
          <w:rFonts w:ascii="Georgia" w:hAnsi="Georgia"/>
          <w:b w:val="0"/>
          <w:i w:val="0"/>
          <w:color w:val="000000"/>
          <w:sz w:val="24"/>
        </w:rPr>
        <w:t xml:space="preserve">) — это [наполнение] </w:t>
      </w:r>
      <w:r>
        <w:rPr>
          <w:rFonts w:ascii="Georgia" w:hAnsi="Georgia"/>
          <w:b w:val="0"/>
          <w:i/>
          <w:color w:val="000000"/>
          <w:sz w:val="24"/>
        </w:rPr>
        <w:t>йод, хэй, вав</w:t>
      </w:r>
      <w:r>
        <w:rPr>
          <w:rFonts w:ascii="Georgia" w:hAnsi="Georgia"/>
          <w:b w:val="0"/>
          <w:i w:val="0"/>
          <w:color w:val="000000"/>
          <w:sz w:val="24"/>
        </w:rPr>
        <w:t xml:space="preserve"> (</w:t>
      </w:r>
      <w:r>
        <w:rPr>
          <w:rFonts w:ascii="Georgia" w:hAnsi="Georgia" w:cs="Times New Roman"/>
          <w:b/>
          <w:i w:val="0"/>
          <w:color w:val="000000"/>
          <w:sz w:val="24"/>
          <w:rtl/>
          <w:szCs w:val="32"/>
        </w:rPr>
        <w:t>יוד הא ואו</w:t>
      </w:r>
      <w:r>
        <w:rPr>
          <w:rFonts w:ascii="Georgia" w:hAnsi="Georgia"/>
          <w:b w:val="0"/>
          <w:i w:val="0"/>
          <w:color w:val="000000"/>
          <w:sz w:val="24"/>
        </w:rPr>
        <w:t>):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и буква тэт (</w:t>
      </w:r>
      <w:r>
        <w:rPr>
          <w:rFonts w:ascii="Georgia" w:hAnsi="Georgia" w:cs="Times New Roman"/>
          <w:b/>
          <w:i w:val="0"/>
          <w:color w:val="000000"/>
          <w:sz w:val="24"/>
          <w:rtl/>
          <w:szCs w:val="32"/>
        </w:rPr>
        <w:t>ט</w:t>
      </w:r>
      <w:r>
        <w:rPr>
          <w:rFonts w:ascii="Georgia" w:hAnsi="Georgia"/>
          <w:b w:val="0"/>
          <w:i w:val="0"/>
          <w:color w:val="000000"/>
          <w:sz w:val="24"/>
        </w:rPr>
        <w:t xml:space="preserve"> = 9) [в сумме составляют 39, что равно сумме букв </w:t>
      </w:r>
      <w:r>
        <w:rPr>
          <w:rFonts w:ascii="Georgia" w:hAnsi="Georgia"/>
          <w:b w:val="0"/>
          <w:i/>
          <w:color w:val="000000"/>
          <w:sz w:val="24"/>
        </w:rPr>
        <w:t>йод</w:t>
      </w:r>
      <w:r>
        <w:rPr>
          <w:rFonts w:ascii="Georgia" w:hAnsi="Georgia"/>
          <w:b w:val="0"/>
          <w:i w:val="0"/>
          <w:color w:val="000000"/>
          <w:sz w:val="24"/>
        </w:rPr>
        <w:t xml:space="preserve"> (20), </w:t>
      </w:r>
      <w:r>
        <w:rPr>
          <w:rFonts w:ascii="Georgia" w:hAnsi="Georgia"/>
          <w:b w:val="0"/>
          <w:i/>
          <w:color w:val="000000"/>
          <w:sz w:val="24"/>
        </w:rPr>
        <w:t>хэй</w:t>
      </w:r>
      <w:r>
        <w:rPr>
          <w:rFonts w:ascii="Georgia" w:hAnsi="Georgia"/>
          <w:b w:val="0"/>
          <w:i w:val="0"/>
          <w:color w:val="000000"/>
          <w:sz w:val="24"/>
        </w:rPr>
        <w:t xml:space="preserve"> (6) и </w:t>
      </w:r>
      <w:r>
        <w:rPr>
          <w:rFonts w:ascii="Georgia" w:hAnsi="Georgia"/>
          <w:b w:val="0"/>
          <w:i/>
          <w:color w:val="000000"/>
          <w:sz w:val="24"/>
        </w:rPr>
        <w:t>вав</w:t>
      </w:r>
      <w:r>
        <w:rPr>
          <w:rFonts w:ascii="Georgia" w:hAnsi="Georgia"/>
          <w:b w:val="0"/>
          <w:i w:val="0"/>
          <w:color w:val="000000"/>
          <w:sz w:val="24"/>
        </w:rPr>
        <w:t xml:space="preserve"> (13)]. Начальные буквы [слов] </w:t>
      </w:r>
      <w:r>
        <w:rPr>
          <w:rFonts w:ascii="Georgia" w:hAnsi="Georgia"/>
          <w:b w:val="0"/>
          <w:i/>
          <w:color w:val="000000"/>
          <w:sz w:val="24"/>
        </w:rPr>
        <w:t>«шати бе-АДОНАЙ АВАЯ махси»</w:t>
      </w:r>
      <w:r>
        <w:rPr>
          <w:rFonts w:ascii="Georgia" w:hAnsi="Georgia"/>
          <w:b w:val="0"/>
          <w:i w:val="0"/>
          <w:color w:val="000000"/>
          <w:sz w:val="24"/>
        </w:rPr>
        <w:t xml:space="preserve"> — «возложил я на Г-спода Б-га упование мое» (</w:t>
      </w:r>
      <w:r>
        <w:rPr>
          <w:rFonts w:ascii="Georgia" w:hAnsi="Georgia" w:cs="Times New Roman"/>
          <w:b/>
          <w:i w:val="0"/>
          <w:color w:val="000000"/>
          <w:sz w:val="24"/>
          <w:rtl/>
          <w:szCs w:val="32"/>
        </w:rPr>
        <w:t>שַׁתִּי בַּאדֹנָי יְהוָה מַחְסִי</w:t>
      </w:r>
      <w:r>
        <w:rPr>
          <w:rFonts w:ascii="Georgia" w:hAnsi="Georgia"/>
          <w:b w:val="0"/>
          <w:i w:val="0"/>
          <w:color w:val="000000"/>
          <w:sz w:val="24"/>
        </w:rPr>
        <w:t>) по гематрии составляют 352 (</w:t>
      </w:r>
      <w:r>
        <w:rPr>
          <w:rFonts w:ascii="Georgia" w:hAnsi="Georgia" w:cs="Times New Roman"/>
          <w:b/>
          <w:i w:val="0"/>
          <w:color w:val="000000"/>
          <w:sz w:val="24"/>
          <w:rtl/>
          <w:szCs w:val="32"/>
        </w:rPr>
        <w:t>שנ״ב</w:t>
      </w:r>
      <w:r>
        <w:rPr>
          <w:rFonts w:ascii="Georgia" w:hAnsi="Georgia"/>
          <w:b w:val="0"/>
          <w:i w:val="0"/>
          <w:color w:val="000000"/>
          <w:sz w:val="24"/>
        </w:rPr>
        <w:t>):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 по числу [наполнений] </w:t>
      </w:r>
      <w:r>
        <w:rPr>
          <w:rFonts w:ascii="Georgia" w:hAnsi="Georgia"/>
          <w:b w:val="0"/>
          <w:i/>
          <w:color w:val="000000"/>
          <w:sz w:val="24"/>
        </w:rPr>
        <w:t>алеф, ламэд, хэй, йод, мэм</w:t>
      </w:r>
      <w:r>
        <w:rPr>
          <w:rFonts w:ascii="Georgia" w:hAnsi="Georgia"/>
          <w:b w:val="0"/>
          <w:i w:val="0"/>
          <w:color w:val="000000"/>
          <w:sz w:val="24"/>
        </w:rPr>
        <w:t xml:space="preserve"> (</w:t>
      </w:r>
      <w:r>
        <w:rPr>
          <w:rFonts w:ascii="Georgia" w:hAnsi="Georgia" w:cs="Times New Roman"/>
          <w:b/>
          <w:i w:val="0"/>
          <w:color w:val="000000"/>
          <w:sz w:val="24"/>
          <w:rtl/>
          <w:szCs w:val="32"/>
        </w:rPr>
        <w:t>אלף למד הי יוד מם</w:t>
      </w:r>
      <w:r>
        <w:rPr>
          <w:rFonts w:ascii="Georgia" w:hAnsi="Georgia"/>
          <w:b w:val="0"/>
          <w:i w:val="0"/>
          <w:color w:val="000000"/>
          <w:sz w:val="24"/>
        </w:rPr>
        <w:t xml:space="preserve"> [= 300]) и </w:t>
      </w:r>
      <w:r>
        <w:rPr>
          <w:rFonts w:ascii="Georgia" w:hAnsi="Georgia"/>
          <w:b w:val="0"/>
          <w:i/>
          <w:color w:val="000000"/>
          <w:sz w:val="24"/>
        </w:rPr>
        <w:t>йод, хэй, вав, хэй</w:t>
      </w:r>
      <w:r>
        <w:rPr>
          <w:rFonts w:ascii="Georgia" w:hAnsi="Georgia"/>
          <w:b w:val="0"/>
          <w:i w:val="0"/>
          <w:color w:val="000000"/>
          <w:sz w:val="24"/>
        </w:rPr>
        <w:t xml:space="preserve"> (</w:t>
      </w:r>
      <w:r>
        <w:rPr>
          <w:rFonts w:ascii="Georgia" w:hAnsi="Georgia" w:cs="Times New Roman"/>
          <w:b/>
          <w:i w:val="0"/>
          <w:color w:val="000000"/>
          <w:sz w:val="24"/>
          <w:rtl/>
          <w:szCs w:val="32"/>
        </w:rPr>
        <w:t>יוד הה וו הה</w:t>
      </w:r>
      <w:r>
        <w:rPr>
          <w:rFonts w:ascii="Georgia" w:hAnsi="Georgia"/>
          <w:b w:val="0"/>
          <w:i w:val="0"/>
          <w:color w:val="000000"/>
          <w:sz w:val="24"/>
        </w:rPr>
        <w:t xml:space="preserve"> [= 52]). Говорит Шмуэль: и это [наполнение] ЭЛОКИМ буквами йод, в его полном значении [равное] 300, и АВАЯ де-БОН. Начальные буквы [слов] </w:t>
      </w:r>
      <w:r>
        <w:rPr>
          <w:rFonts w:ascii="Georgia" w:hAnsi="Georgia"/>
          <w:b w:val="0"/>
          <w:i/>
          <w:color w:val="000000"/>
          <w:sz w:val="24"/>
        </w:rPr>
        <w:t>«лесапер коль малахотейха»</w:t>
      </w:r>
      <w:r>
        <w:rPr>
          <w:rFonts w:ascii="Georgia" w:hAnsi="Georgia"/>
          <w:b w:val="0"/>
          <w:i w:val="0"/>
          <w:color w:val="000000"/>
          <w:sz w:val="24"/>
        </w:rPr>
        <w:t xml:space="preserve"> — «возвещать обо всех деяниях Твоих» (</w:t>
      </w:r>
      <w:r>
        <w:rPr>
          <w:rFonts w:ascii="Georgia" w:hAnsi="Georgia" w:cs="Times New Roman"/>
          <w:b/>
          <w:i w:val="0"/>
          <w:color w:val="000000"/>
          <w:sz w:val="24"/>
          <w:rtl/>
          <w:szCs w:val="32"/>
        </w:rPr>
        <w:t>לְסַפֵּר כָּל מַלְאֲכוֹתֶיךָ</w:t>
      </w:r>
      <w:r>
        <w:rPr>
          <w:rFonts w:ascii="Georgia" w:hAnsi="Georgia"/>
          <w:b w:val="0"/>
          <w:i w:val="0"/>
          <w:color w:val="000000"/>
          <w:sz w:val="24"/>
        </w:rPr>
        <w:t>) — по гематрии равны [Именам]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и АДОНАЙ (</w:t>
      </w:r>
      <w:r>
        <w:rPr>
          <w:rFonts w:ascii="Georgia" w:hAnsi="Georgia" w:cs="Times New Roman"/>
          <w:b/>
          <w:i w:val="0"/>
          <w:color w:val="000000"/>
          <w:sz w:val="24"/>
          <w:rtl/>
          <w:szCs w:val="32"/>
        </w:rPr>
        <w:t>אדני</w:t>
      </w:r>
      <w:r>
        <w:rPr>
          <w:rFonts w:ascii="Georgia" w:hAnsi="Georgia"/>
          <w:b w:val="0"/>
          <w:i w:val="0"/>
          <w:color w:val="000000"/>
          <w:sz w:val="24"/>
        </w:rPr>
        <w:t xml:space="preserve"> [= 65]):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буква каф (</w:t>
      </w:r>
      <w:r>
        <w:rPr>
          <w:rFonts w:ascii="Georgia" w:hAnsi="Georgia" w:cs="Times New Roman"/>
          <w:b/>
          <w:i w:val="0"/>
          <w:color w:val="000000"/>
          <w:sz w:val="24"/>
          <w:rtl/>
          <w:szCs w:val="32"/>
        </w:rPr>
        <w:t>כ</w:t>
      </w:r>
      <w:r>
        <w:rPr>
          <w:rFonts w:ascii="Georgia" w:hAnsi="Georgia"/>
          <w:b w:val="0"/>
          <w:i w:val="0"/>
          <w:color w:val="000000"/>
          <w:sz w:val="24"/>
        </w:rPr>
        <w:t xml:space="preserve"> = 20) и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[в сумме составляют 90]. [Говорит Шмуэль: это с колелем; и имеются в виду наполнения] АБ (</w:t>
      </w:r>
      <w:r>
        <w:rPr>
          <w:rFonts w:ascii="Georgia" w:hAnsi="Georgia" w:cs="Times New Roman"/>
          <w:b/>
          <w:i w:val="0"/>
          <w:color w:val="000000"/>
          <w:sz w:val="24"/>
          <w:rtl/>
          <w:szCs w:val="32"/>
        </w:rPr>
        <w:t>יוד הי ויו הי</w:t>
      </w:r>
      <w:r>
        <w:rPr>
          <w:rFonts w:ascii="Georgia" w:hAnsi="Georgia"/>
          <w:b w:val="0"/>
          <w:i w:val="0"/>
          <w:color w:val="000000"/>
          <w:sz w:val="24"/>
        </w:rPr>
        <w:t>) и БОН (</w:t>
      </w:r>
      <w:r>
        <w:rPr>
          <w:rFonts w:ascii="Georgia" w:hAnsi="Georgia" w:cs="Times New Roman"/>
          <w:b/>
          <w:i w:val="0"/>
          <w:color w:val="000000"/>
          <w:sz w:val="24"/>
          <w:rtl/>
          <w:szCs w:val="32"/>
        </w:rPr>
        <w:t>יוד הה וו הה</w:t>
      </w:r>
      <w:r>
        <w:rPr>
          <w:rFonts w:ascii="Georgia" w:hAnsi="Georgia"/>
          <w:b w:val="0"/>
          <w:i w:val="0"/>
          <w:color w:val="000000"/>
          <w:sz w:val="24"/>
        </w:rPr>
        <w:t>).</w:t>
      </w:r>
    </w:p>
    <w:p>
      <w:pPr>
        <w:keepNext/>
        <w:spacing w:before="320" w:after="120"/>
      </w:pPr>
      <w:r>
        <w:rPr>
          <w:rFonts w:ascii="Georgia" w:hAnsi="Georgia"/>
          <w:b w:val="0"/>
          <w:i w:val="0"/>
          <w:color w:val="000000"/>
          <w:sz w:val="32"/>
        </w:rPr>
        <w:t>Ихуд 5</w:t>
      </w:r>
    </w:p>
    <w:p>
      <w:pPr>
        <w:spacing w:before="40" w:after="120"/>
        <w:jc w:val="both"/>
      </w:pPr>
      <w:r>
        <w:rPr>
          <w:rFonts w:ascii="Georgia" w:hAnsi="Georgia"/>
          <w:b w:val="0"/>
          <w:i w:val="0"/>
          <w:color w:val="000000"/>
          <w:sz w:val="24"/>
        </w:rPr>
        <w:t xml:space="preserve">К упомянутому [выше] — стих в Торе в недельном разделе Ваэтханан: </w:t>
      </w:r>
      <w:r>
        <w:rPr>
          <w:rFonts w:ascii="Georgia" w:hAnsi="Georgia"/>
          <w:b w:val="0"/>
          <w:i/>
          <w:color w:val="000000"/>
          <w:sz w:val="24"/>
        </w:rPr>
        <w:t>«Чтобы вы не развратились и не сделали себе изваяния, изображения какого-либо кумира…»</w:t>
      </w:r>
      <w:r>
        <w:rPr>
          <w:rFonts w:ascii="Georgia" w:hAnsi="Georgia"/>
          <w:b w:val="0"/>
          <w:i w:val="0"/>
          <w:color w:val="000000"/>
          <w:sz w:val="24"/>
        </w:rPr>
        <w:t xml:space="preserve"> (Дварим 4:16; </w:t>
      </w:r>
      <w:r>
        <w:rPr>
          <w:rFonts w:ascii="Georgia" w:hAnsi="Georgia" w:cs="Times New Roman"/>
          <w:b/>
          <w:i w:val="0"/>
          <w:color w:val="000000"/>
          <w:sz w:val="24"/>
          <w:rtl/>
          <w:szCs w:val="32"/>
        </w:rPr>
        <w:t>פן תשחיתון ועשיתם לכם פסל תמונת כל סמל</w:t>
      </w:r>
      <w:r>
        <w:rPr>
          <w:rFonts w:ascii="Georgia" w:hAnsi="Georgia"/>
          <w:b w:val="0"/>
          <w:i w:val="0"/>
          <w:color w:val="000000"/>
          <w:sz w:val="24"/>
        </w:rPr>
        <w:t>). [Буквы этого стиха в обратном порядке:] (</w:t>
      </w:r>
      <w:r>
        <w:rPr>
          <w:rFonts w:ascii="Georgia" w:hAnsi="Georgia" w:cs="Times New Roman"/>
          <w:b/>
          <w:i w:val="0"/>
          <w:color w:val="000000"/>
          <w:sz w:val="24"/>
          <w:rtl/>
          <w:szCs w:val="32"/>
        </w:rPr>
        <w:t>לְמָס לְךַ תנֱוּמת לְסָף מְכַּל מתְיֶשעו נוְתָיחשת נְףַ</w:t>
      </w:r>
      <w:r>
        <w:rPr>
          <w:rFonts w:ascii="Georgia" w:hAnsi="Georgia"/>
          <w:b w:val="0"/>
          <w:i w:val="0"/>
          <w:color w:val="000000"/>
          <w:sz w:val="24"/>
        </w:rPr>
        <w:t>). И всё это огласовано: шва — камац, шва — патах, шва — сеголь. [Сочетание] (</w:t>
      </w:r>
      <w:r>
        <w:rPr>
          <w:rFonts w:ascii="Georgia" w:hAnsi="Georgia" w:cs="Times New Roman"/>
          <w:b/>
          <w:i w:val="0"/>
          <w:color w:val="000000"/>
          <w:sz w:val="24"/>
          <w:rtl/>
          <w:szCs w:val="32"/>
        </w:rPr>
        <w:t>דְגְזְבְנְטְ</w:t>
      </w:r>
      <w:r>
        <w:rPr>
          <w:rFonts w:ascii="Georgia" w:hAnsi="Georgia"/>
          <w:b w:val="0"/>
          <w:i w:val="0"/>
          <w:color w:val="000000"/>
          <w:sz w:val="24"/>
        </w:rPr>
        <w:t>) — это замена имени Кра Сатан. [А буквы] (</w:t>
      </w:r>
      <w:r>
        <w:rPr>
          <w:rFonts w:ascii="Georgia" w:hAnsi="Georgia" w:cs="Times New Roman"/>
          <w:b/>
          <w:i w:val="0"/>
          <w:color w:val="000000"/>
          <w:sz w:val="24"/>
          <w:rtl/>
          <w:szCs w:val="32"/>
        </w:rPr>
        <w:t>כְדְיְ לְפְנְלְוְ נְטְבְ תְוְבְצְלְ</w:t>
      </w:r>
      <w:r>
        <w:rPr>
          <w:rFonts w:ascii="Georgia" w:hAnsi="Georgia"/>
          <w:b w:val="0"/>
          <w:i w:val="0"/>
          <w:color w:val="000000"/>
          <w:sz w:val="24"/>
        </w:rPr>
        <w:t xml:space="preserve">) целиком огласованы шва, и это слова </w:t>
      </w:r>
      <w:r>
        <w:rPr>
          <w:rFonts w:ascii="Georgia" w:hAnsi="Georgia"/>
          <w:b w:val="0"/>
          <w:i/>
          <w:color w:val="000000"/>
          <w:sz w:val="24"/>
        </w:rPr>
        <w:t>«…чтобы вздулся живот и опало бедро…»</w:t>
      </w:r>
      <w:r>
        <w:rPr>
          <w:rFonts w:ascii="Georgia" w:hAnsi="Georgia"/>
          <w:b w:val="0"/>
          <w:i w:val="0"/>
          <w:color w:val="000000"/>
          <w:sz w:val="24"/>
        </w:rPr>
        <w:t xml:space="preserve"> (Бемидбар 5:22; </w:t>
      </w:r>
      <w:r>
        <w:rPr>
          <w:rFonts w:ascii="Georgia" w:hAnsi="Georgia" w:cs="Times New Roman"/>
          <w:b/>
          <w:i w:val="0"/>
          <w:color w:val="000000"/>
          <w:sz w:val="24"/>
          <w:rtl/>
          <w:szCs w:val="32"/>
        </w:rPr>
        <w:t>לצבות בטן ולנפלירך</w:t>
      </w:r>
      <w:r>
        <w:rPr>
          <w:rFonts w:ascii="Georgia" w:hAnsi="Georgia"/>
          <w:b w:val="0"/>
          <w:i w:val="0"/>
          <w:color w:val="000000"/>
          <w:sz w:val="24"/>
        </w:rPr>
        <w:t>) в обратном порядке.</w:t>
      </w:r>
    </w:p>
    <w:p>
      <w:pPr>
        <w:keepNext/>
        <w:spacing w:before="320" w:after="120"/>
      </w:pPr>
      <w:r>
        <w:rPr>
          <w:rFonts w:ascii="Georgia" w:hAnsi="Georgia"/>
          <w:b w:val="0"/>
          <w:i w:val="0"/>
          <w:color w:val="000000"/>
          <w:sz w:val="32"/>
        </w:rPr>
        <w:t>Ихуд 6</w:t>
      </w:r>
    </w:p>
    <w:p>
      <w:pPr>
        <w:spacing w:before="40" w:after="120"/>
        <w:jc w:val="both"/>
      </w:pPr>
      <w:r>
        <w:rPr>
          <w:rFonts w:ascii="Georgia" w:hAnsi="Georgia"/>
          <w:b w:val="0"/>
          <w:i w:val="0"/>
          <w:color w:val="000000"/>
          <w:sz w:val="24"/>
        </w:rPr>
        <w:t xml:space="preserve">К упомянутому выше [относится] стих из Теилим (псалом 109): </w:t>
      </w:r>
      <w:r>
        <w:rPr>
          <w:rFonts w:ascii="Georgia" w:hAnsi="Georgia"/>
          <w:b w:val="0"/>
          <w:i/>
          <w:color w:val="000000"/>
          <w:sz w:val="24"/>
        </w:rPr>
        <w:t>«И возлюбил он проклятие — и оно пришло к нему; и не пожелал благословения — и оно удалилось от него»</w:t>
      </w:r>
      <w:r>
        <w:rPr>
          <w:rFonts w:ascii="Georgia" w:hAnsi="Georgia"/>
          <w:b w:val="0"/>
          <w:i w:val="0"/>
          <w:color w:val="000000"/>
          <w:sz w:val="24"/>
        </w:rPr>
        <w:t xml:space="preserve"> (Теилим 109:17). </w:t>
      </w:r>
      <w:r>
        <w:rPr>
          <w:rFonts w:ascii="Georgia" w:hAnsi="Georgia" w:cs="Times New Roman"/>
          <w:b/>
          <w:i w:val="0"/>
          <w:color w:val="000000"/>
          <w:sz w:val="24"/>
          <w:rtl/>
          <w:szCs w:val="32"/>
        </w:rPr>
        <w:t>ונמַס קחרְתו הכרֱבב צָפּח אַלו והאֶובתו הְלֶלק בַהאיו</w:t>
      </w:r>
      <w:r>
        <w:rPr>
          <w:rFonts w:ascii="Georgia" w:hAnsi="Georgia"/>
          <w:b w:val="0"/>
          <w:i w:val="0"/>
          <w:color w:val="000000"/>
          <w:sz w:val="24"/>
        </w:rPr>
        <w:t>. Говорит Шмуэль: мне неизвестно, повторяются ли огласовки по кругу или нет.</w:t>
      </w:r>
    </w:p>
    <w:p>
      <w:pPr>
        <w:keepNext/>
        <w:spacing w:before="320" w:after="120"/>
      </w:pPr>
      <w:r>
        <w:rPr>
          <w:rFonts w:ascii="Georgia" w:hAnsi="Georgia"/>
          <w:b w:val="0"/>
          <w:i w:val="0"/>
          <w:color w:val="000000"/>
          <w:sz w:val="32"/>
        </w:rPr>
        <w:t>Ихуд 7</w:t>
      </w:r>
    </w:p>
    <w:p>
      <w:pPr>
        <w:spacing w:before="40" w:after="120"/>
        <w:jc w:val="both"/>
      </w:pPr>
      <w:r>
        <w:rPr>
          <w:rFonts w:ascii="Georgia" w:hAnsi="Georgia"/>
          <w:b w:val="0"/>
          <w:i w:val="0"/>
          <w:color w:val="000000"/>
          <w:sz w:val="24"/>
        </w:rPr>
        <w:t xml:space="preserve">К вышеупомянутому — стих из [книги] Овадьи (глава 1): </w:t>
      </w:r>
      <w:r>
        <w:rPr>
          <w:rFonts w:ascii="Georgia" w:hAnsi="Georgia"/>
          <w:b w:val="0"/>
          <w:i/>
          <w:color w:val="000000"/>
          <w:sz w:val="24"/>
        </w:rPr>
        <w:t>«Вот, малым сделал Я тебя среди народов, весьма презрен ты»</w:t>
      </w:r>
      <w:r>
        <w:rPr>
          <w:rFonts w:ascii="Georgia" w:hAnsi="Georgia"/>
          <w:b w:val="0"/>
          <w:i w:val="0"/>
          <w:color w:val="000000"/>
          <w:sz w:val="24"/>
        </w:rPr>
        <w:t xml:space="preserve"> (Овадья 1:2) — </w:t>
      </w:r>
      <w:r>
        <w:rPr>
          <w:rFonts w:ascii="Georgia" w:hAnsi="Georgia" w:cs="Times New Roman"/>
          <w:b/>
          <w:i w:val="0"/>
          <w:color w:val="000000"/>
          <w:sz w:val="24"/>
          <w:rtl/>
          <w:szCs w:val="32"/>
        </w:rPr>
        <w:t>דאם התֵא יוֹזָב מיוִגב כיתֵתן נטק הׁנה יְוָדָ יְוָדָ הְיָ יָוְדָ הָיְ וָּאָוְּ יָוָּדְ הָיָ וְּאָוָּ הְיָ</w:t>
      </w:r>
      <w:r>
        <w:rPr>
          <w:rFonts w:ascii="Georgia" w:hAnsi="Georgia"/>
          <w:b w:val="0"/>
          <w:i w:val="0"/>
          <w:color w:val="000000"/>
          <w:sz w:val="24"/>
        </w:rPr>
        <w:t>. И всё это повторяется по кругу: камац, камац, шва, кроме первой буквы, которая начинается со шва.</w:t>
      </w:r>
    </w:p>
    <w:p>
      <w:pPr>
        <w:keepNext/>
        <w:spacing w:before="320" w:after="120"/>
      </w:pPr>
      <w:r>
        <w:rPr>
          <w:rFonts w:ascii="Georgia" w:hAnsi="Georgia"/>
          <w:b w:val="0"/>
          <w:i w:val="0"/>
          <w:color w:val="000000"/>
          <w:sz w:val="32"/>
        </w:rPr>
        <w:t>Ихуд 8</w:t>
      </w:r>
    </w:p>
    <w:p>
      <w:pPr>
        <w:spacing w:before="40" w:after="120"/>
        <w:jc w:val="both"/>
      </w:pPr>
      <w:r>
        <w:rPr>
          <w:rFonts w:ascii="Georgia" w:hAnsi="Georgia"/>
          <w:b w:val="0"/>
          <w:i w:val="0"/>
          <w:color w:val="000000"/>
          <w:sz w:val="24"/>
        </w:rPr>
        <w:t xml:space="preserve">К упомянутому выше [Имени] ЭЛЬ — стих из Торы в недельном разделе Насо: </w:t>
      </w:r>
      <w:r>
        <w:rPr>
          <w:rFonts w:ascii="Georgia" w:hAnsi="Georgia"/>
          <w:b w:val="0"/>
          <w:i/>
          <w:color w:val="000000"/>
          <w:sz w:val="24"/>
        </w:rPr>
        <w:t>«Да благословит тебя Г-сподь и сохранит тебя»</w:t>
      </w:r>
      <w:r>
        <w:rPr>
          <w:rFonts w:ascii="Georgia" w:hAnsi="Georgia"/>
          <w:b w:val="0"/>
          <w:i w:val="0"/>
          <w:color w:val="000000"/>
          <w:sz w:val="24"/>
        </w:rPr>
        <w:t xml:space="preserve"> (Бемидбар 6:24). [Буквы этого стиха в обратном порядке образуют сочетание] </w:t>
      </w:r>
      <w:r>
        <w:rPr>
          <w:rFonts w:ascii="Georgia" w:hAnsi="Georgia" w:cs="Times New Roman"/>
          <w:b/>
          <w:i w:val="0"/>
          <w:color w:val="000000"/>
          <w:sz w:val="24"/>
          <w:rtl/>
          <w:szCs w:val="32"/>
        </w:rPr>
        <w:t>כָרֹמֹשָיֵוָּ הוֹהָיֵ כָכרֹבָיֵ</w:t>
      </w:r>
      <w:r>
        <w:rPr>
          <w:rFonts w:ascii="Georgia" w:hAnsi="Georgia"/>
          <w:b w:val="0"/>
          <w:i w:val="0"/>
          <w:color w:val="000000"/>
          <w:sz w:val="24"/>
        </w:rPr>
        <w:t xml:space="preserve">, где [огласовка] повторяется циклически: камац, шурук, холам, камац, цере. Далее — </w:t>
      </w:r>
      <w:r>
        <w:rPr>
          <w:rFonts w:ascii="Georgia" w:hAnsi="Georgia" w:cs="Times New Roman"/>
          <w:b/>
          <w:i w:val="0"/>
          <w:color w:val="000000"/>
          <w:sz w:val="24"/>
          <w:rtl/>
          <w:szCs w:val="32"/>
        </w:rPr>
        <w:t>אָנקֹתָםֵ מֵתָקֹנָא</w:t>
      </w:r>
      <w:r>
        <w:rPr>
          <w:rFonts w:ascii="Georgia" w:hAnsi="Georgia"/>
          <w:b w:val="0"/>
          <w:i w:val="0"/>
          <w:color w:val="000000"/>
          <w:sz w:val="24"/>
        </w:rPr>
        <w:t xml:space="preserve">: это Имя </w:t>
      </w:r>
      <w:r>
        <w:rPr>
          <w:rFonts w:ascii="Georgia" w:hAnsi="Georgia" w:cs="Times New Roman"/>
          <w:b/>
          <w:i w:val="0"/>
          <w:color w:val="000000"/>
          <w:sz w:val="24"/>
          <w:rtl/>
          <w:szCs w:val="32"/>
        </w:rPr>
        <w:t>אנקת״ם</w:t>
      </w:r>
      <w:r>
        <w:rPr>
          <w:rFonts w:ascii="Georgia" w:hAnsi="Georgia"/>
          <w:b w:val="0"/>
          <w:i w:val="0"/>
          <w:color w:val="000000"/>
          <w:sz w:val="24"/>
        </w:rPr>
        <w:t xml:space="preserve"> в обратном порядке и с упомянутой огласовкой также в обратном порядке. Затем — </w:t>
      </w:r>
      <w:r>
        <w:rPr>
          <w:rFonts w:ascii="Georgia" w:hAnsi="Georgia" w:cs="Times New Roman"/>
          <w:b/>
          <w:i w:val="0"/>
          <w:color w:val="000000"/>
          <w:sz w:val="24"/>
          <w:rtl/>
          <w:szCs w:val="32"/>
        </w:rPr>
        <w:t>דְגְזְבְנְטְ</w:t>
      </w:r>
      <w:r>
        <w:rPr>
          <w:rFonts w:ascii="Georgia" w:hAnsi="Georgia"/>
          <w:b w:val="0"/>
          <w:i w:val="0"/>
          <w:color w:val="000000"/>
          <w:sz w:val="24"/>
        </w:rPr>
        <w:t xml:space="preserve">: это замена Имени </w:t>
      </w:r>
      <w:r>
        <w:rPr>
          <w:rFonts w:ascii="Georgia" w:hAnsi="Georgia" w:cs="Times New Roman"/>
          <w:b/>
          <w:i w:val="0"/>
          <w:color w:val="000000"/>
          <w:sz w:val="24"/>
          <w:rtl/>
          <w:szCs w:val="32"/>
        </w:rPr>
        <w:t>קר״ע שט״ן</w:t>
      </w:r>
      <w:r>
        <w:rPr>
          <w:rFonts w:ascii="Georgia" w:hAnsi="Georgia"/>
          <w:b w:val="0"/>
          <w:i w:val="0"/>
          <w:color w:val="000000"/>
          <w:sz w:val="24"/>
        </w:rPr>
        <w:t xml:space="preserve"> по [системе] ат-баш. А затем — стих из Теилим, псалом 91: </w:t>
      </w:r>
      <w:r>
        <w:rPr>
          <w:rFonts w:ascii="Georgia" w:hAnsi="Georgia"/>
          <w:b w:val="0"/>
          <w:i/>
          <w:color w:val="000000"/>
          <w:sz w:val="24"/>
        </w:rPr>
        <w:t>«Падет подле тебя тысяча и десять тысяч по правую руку твою; к тебе же не приблизится»</w:t>
      </w:r>
      <w:r>
        <w:rPr>
          <w:rFonts w:ascii="Georgia" w:hAnsi="Georgia"/>
          <w:b w:val="0"/>
          <w:i w:val="0"/>
          <w:color w:val="000000"/>
          <w:sz w:val="24"/>
        </w:rPr>
        <w:t xml:space="preserve"> (Теилим 91:7) — </w:t>
      </w:r>
      <w:r>
        <w:rPr>
          <w:rFonts w:ascii="Georgia" w:hAnsi="Georgia" w:cs="Times New Roman"/>
          <w:b/>
          <w:i w:val="0"/>
          <w:color w:val="000000"/>
          <w:sz w:val="24"/>
          <w:rtl/>
          <w:szCs w:val="32"/>
        </w:rPr>
        <w:t>שָׁגי אַל כֵילא כנֶימים הבְכרוּ פֹלא כִדצם לפֻי</w:t>
      </w:r>
      <w:r>
        <w:rPr>
          <w:rFonts w:ascii="Georgia" w:hAnsi="Georgia"/>
          <w:b w:val="0"/>
          <w:i w:val="0"/>
          <w:color w:val="000000"/>
          <w:sz w:val="24"/>
        </w:rPr>
        <w:t xml:space="preserve">, [а также со словами в обратном порядке:] </w:t>
      </w:r>
      <w:r>
        <w:rPr>
          <w:rFonts w:ascii="Georgia" w:hAnsi="Georgia" w:cs="Times New Roman"/>
          <w:b/>
          <w:i w:val="0"/>
          <w:color w:val="000000"/>
          <w:sz w:val="24"/>
          <w:rtl/>
          <w:szCs w:val="32"/>
        </w:rPr>
        <w:t>יגש לא אליךָ מימינךּ ורבבה אלף מצדך יפל</w:t>
      </w:r>
      <w:r>
        <w:rPr>
          <w:rFonts w:ascii="Georgia" w:hAnsi="Georgia"/>
          <w:b w:val="0"/>
          <w:i w:val="0"/>
          <w:color w:val="000000"/>
          <w:sz w:val="24"/>
        </w:rPr>
        <w:t>. И это — огласовки восьми сфирот: КАХАБ, ХАГАТ и Нецах-Ход, как сказано в «Тиккуней [Зоар]».</w:t>
      </w:r>
    </w:p>
    <w:p>
      <w:r>
        <w:br w:type="page"/>
      </w:r>
    </w:p>
    <w:p>
      <w:pPr>
        <w:keepNext/>
        <w:spacing w:before="360" w:after="160"/>
        <w:jc w:val="center"/>
      </w:pPr>
      <w:r>
        <w:rPr>
          <w:rFonts w:ascii="Georgia" w:hAnsi="Georgia"/>
          <w:b w:val="0"/>
          <w:i w:val="0"/>
          <w:color w:val="000000"/>
          <w:sz w:val="40"/>
        </w:rPr>
        <w:t>Ихуд, чтобы женщина не выкинула</w:t>
      </w:r>
    </w:p>
    <w:p>
      <w:pPr>
        <w:spacing w:before="40" w:after="120"/>
        <w:jc w:val="both"/>
      </w:pPr>
      <w:r>
        <w:rPr>
          <w:rFonts w:ascii="Georgia" w:hAnsi="Georgia"/>
          <w:b w:val="0"/>
          <w:i w:val="0"/>
          <w:color w:val="000000"/>
          <w:sz w:val="24"/>
        </w:rPr>
        <w:t xml:space="preserve">Мой учитель, благословенна его память для жизни будущего мира, передал мне [средство], чтобы у женщины не случился выкидыш: пусть произносит каждую ночь перед отходом ко сну целиком двадцатый псалом: </w:t>
      </w:r>
      <w:r>
        <w:rPr>
          <w:rFonts w:ascii="Georgia" w:hAnsi="Georgia"/>
          <w:b w:val="0"/>
          <w:i/>
          <w:color w:val="000000"/>
          <w:sz w:val="24"/>
        </w:rPr>
        <w:t>«Да ответит тебе Г-сподь в день бедствия…»</w:t>
      </w:r>
      <w:r>
        <w:rPr>
          <w:rFonts w:ascii="Georgia" w:hAnsi="Georgia"/>
          <w:b w:val="0"/>
          <w:i w:val="0"/>
          <w:color w:val="000000"/>
          <w:sz w:val="24"/>
        </w:rPr>
        <w:t xml:space="preserve"> (Теилим 20:2), а затем снова произнесет стих </w:t>
      </w:r>
      <w:r>
        <w:rPr>
          <w:rFonts w:ascii="Georgia" w:hAnsi="Georgia"/>
          <w:b w:val="0"/>
          <w:i/>
          <w:color w:val="000000"/>
          <w:sz w:val="24"/>
        </w:rPr>
        <w:t>«Да ответит тебе Г-сподь в день бедствия…»</w:t>
      </w:r>
      <w:r>
        <w:rPr>
          <w:rFonts w:ascii="Georgia" w:hAnsi="Georgia"/>
          <w:b w:val="0"/>
          <w:i w:val="0"/>
          <w:color w:val="000000"/>
          <w:sz w:val="24"/>
        </w:rPr>
        <w:t xml:space="preserve"> с каванот (намерениями), которые мы разъясним, — и это поможет; и я сам проверил это [на опыте]. Тебе уже известно сказанное в Зоаре, что в этом псалме семьдесят слов — соответственно семидесяти ключам, которыми отпираются [врата от] семидесяти криков, издаваемых женщиной перед родами. И в этом стихе следует сосредоточивать намерение на его замене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 в прямом порядке и в обратном, а также на каванот, заключенных в каждом из этих слов, гематрия которого дает определенное число, как мы покажем на схеме.</w:t>
      </w:r>
    </w:p>
    <w:p>
      <w:pPr>
        <w:spacing w:before="40" w:after="120"/>
        <w:jc w:val="both"/>
      </w:pPr>
      <w:r>
        <w:rPr>
          <w:rFonts w:ascii="Georgia" w:hAnsi="Georgia"/>
          <w:b w:val="0"/>
          <w:i w:val="0"/>
          <w:color w:val="000000"/>
          <w:sz w:val="24"/>
        </w:rPr>
        <w:t xml:space="preserve">И вот его порядок: </w:t>
      </w:r>
      <w:r>
        <w:rPr>
          <w:rFonts w:ascii="Georgia" w:hAnsi="Georgia"/>
          <w:b w:val="0"/>
          <w:i/>
          <w:color w:val="000000"/>
          <w:sz w:val="24"/>
        </w:rPr>
        <w:t>«Да ответит тебе Г-сподь в день бедствия, укрепит тебя Имя Б-га Яакова»</w:t>
      </w:r>
      <w:r>
        <w:rPr>
          <w:rFonts w:ascii="Georgia" w:hAnsi="Georgia"/>
          <w:b w:val="0"/>
          <w:i w:val="0"/>
          <w:color w:val="000000"/>
          <w:sz w:val="24"/>
        </w:rPr>
        <w:t xml:space="preserve"> (</w:t>
      </w:r>
      <w:r>
        <w:rPr>
          <w:rFonts w:ascii="Georgia" w:hAnsi="Georgia" w:cs="Times New Roman"/>
          <w:b/>
          <w:i w:val="0"/>
          <w:color w:val="000000"/>
          <w:sz w:val="24"/>
          <w:rtl/>
          <w:szCs w:val="32"/>
        </w:rPr>
        <w:t>יענךְ יהוֹה ביום צרה ישגבךָ שם אלהי יעקב</w:t>
      </w:r>
      <w:r>
        <w:rPr>
          <w:rFonts w:ascii="Georgia" w:hAnsi="Georgia"/>
          <w:b w:val="0"/>
          <w:i w:val="0"/>
          <w:color w:val="000000"/>
          <w:sz w:val="24"/>
        </w:rPr>
        <w:t xml:space="preserve">) — </w:t>
      </w:r>
      <w:r>
        <w:rPr>
          <w:rFonts w:ascii="Georgia" w:hAnsi="Georgia" w:cs="Times New Roman"/>
          <w:b/>
          <w:i w:val="0"/>
          <w:color w:val="000000"/>
          <w:sz w:val="24"/>
          <w:rtl/>
          <w:szCs w:val="32"/>
        </w:rPr>
        <w:t>מַזַטְלָ מְצֹפָּץ שְֹמֹפּי הָגָץ מְבַרֶ שְלָבֵּי תֱכֹצֵם מֲזַרֹש</w:t>
      </w:r>
      <w:r>
        <w:rPr>
          <w:rFonts w:ascii="Georgia" w:hAnsi="Georgia"/>
          <w:b w:val="0"/>
          <w:i w:val="0"/>
          <w:color w:val="000000"/>
          <w:sz w:val="24"/>
        </w:rPr>
        <w:t xml:space="preserve">. А в обратном порядке: </w:t>
      </w:r>
      <w:r>
        <w:rPr>
          <w:rFonts w:ascii="Georgia" w:hAnsi="Georgia" w:cs="Times New Roman"/>
          <w:b/>
          <w:i w:val="0"/>
          <w:color w:val="000000"/>
          <w:sz w:val="24"/>
          <w:rtl/>
          <w:szCs w:val="32"/>
        </w:rPr>
        <w:t>שֲרַזֹם מֱצֹכֵת יֵבּ לְשַרֶבְּמָ צָגָה יְפֹּמשׂ צְפֹּצָם לטַזַם</w:t>
      </w:r>
      <w:r>
        <w:rPr>
          <w:rFonts w:ascii="Georgia" w:hAnsi="Georgia"/>
          <w:b w:val="0"/>
          <w:i w:val="0"/>
          <w:color w:val="000000"/>
          <w:sz w:val="24"/>
        </w:rPr>
        <w:t>, и огласовки их — по огласовкам самого стиха. И вот эти каванот: буквы мэм-зайн (</w:t>
      </w:r>
      <w:r>
        <w:rPr>
          <w:rFonts w:ascii="Georgia" w:hAnsi="Georgia" w:cs="Times New Roman"/>
          <w:b/>
          <w:i w:val="0"/>
          <w:color w:val="000000"/>
          <w:sz w:val="24"/>
          <w:rtl/>
          <w:szCs w:val="32"/>
        </w:rPr>
        <w:t>מז</w:t>
      </w:r>
      <w:r>
        <w:rPr>
          <w:rFonts w:ascii="Georgia" w:hAnsi="Georgia"/>
          <w:b w:val="0"/>
          <w:i w:val="0"/>
          <w:color w:val="000000"/>
          <w:sz w:val="24"/>
        </w:rPr>
        <w:t xml:space="preserve"> = 47) — это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и ЭЙЕ (</w:t>
      </w:r>
      <w:r>
        <w:rPr>
          <w:rFonts w:ascii="Georgia" w:hAnsi="Georgia" w:cs="Times New Roman"/>
          <w:b/>
          <w:i w:val="0"/>
          <w:color w:val="000000"/>
          <w:sz w:val="24"/>
          <w:rtl/>
          <w:szCs w:val="32"/>
        </w:rPr>
        <w:t>אהיה</w:t>
      </w:r>
      <w:r>
        <w:rPr>
          <w:rFonts w:ascii="Georgia" w:hAnsi="Georgia"/>
          <w:b w:val="0"/>
          <w:i w:val="0"/>
          <w:color w:val="000000"/>
          <w:sz w:val="24"/>
        </w:rPr>
        <w:t xml:space="preserve"> = 21, в сумме 47); буквы тэт-ламэд (</w:t>
      </w:r>
      <w:r>
        <w:rPr>
          <w:rFonts w:ascii="Georgia" w:hAnsi="Georgia" w:cs="Times New Roman"/>
          <w:b/>
          <w:i w:val="0"/>
          <w:color w:val="000000"/>
          <w:sz w:val="24"/>
          <w:rtl/>
          <w:szCs w:val="32"/>
        </w:rPr>
        <w:t>טל</w:t>
      </w:r>
      <w:r>
        <w:rPr>
          <w:rFonts w:ascii="Georgia" w:hAnsi="Georgia"/>
          <w:b w:val="0"/>
          <w:i w:val="0"/>
          <w:color w:val="000000"/>
          <w:sz w:val="24"/>
        </w:rPr>
        <w:t xml:space="preserve"> = 39) — это наполнение [первых трех букв]: йод, хэй, вав (</w:t>
      </w:r>
      <w:r>
        <w:rPr>
          <w:rFonts w:ascii="Georgia" w:hAnsi="Georgia" w:cs="Times New Roman"/>
          <w:b/>
          <w:i w:val="0"/>
          <w:color w:val="000000"/>
          <w:sz w:val="24"/>
          <w:rtl/>
          <w:szCs w:val="32"/>
        </w:rPr>
        <w:t>יוּד הא וּאוּ</w:t>
      </w:r>
      <w:r>
        <w:rPr>
          <w:rFonts w:ascii="Georgia" w:hAnsi="Georgia"/>
          <w:b w:val="0"/>
          <w:i w:val="0"/>
          <w:color w:val="000000"/>
          <w:sz w:val="24"/>
        </w:rPr>
        <w:t xml:space="preserve"> = 39); буквы мэм-цади (</w:t>
      </w:r>
      <w:r>
        <w:rPr>
          <w:rFonts w:ascii="Georgia" w:hAnsi="Georgia" w:cs="Times New Roman"/>
          <w:b/>
          <w:i w:val="0"/>
          <w:color w:val="000000"/>
          <w:sz w:val="24"/>
          <w:rtl/>
          <w:szCs w:val="32"/>
        </w:rPr>
        <w:t>מצ</w:t>
      </w:r>
      <w:r>
        <w:rPr>
          <w:rFonts w:ascii="Georgia" w:hAnsi="Georgia"/>
          <w:b w:val="0"/>
          <w:i w:val="0"/>
          <w:color w:val="000000"/>
          <w:sz w:val="24"/>
        </w:rPr>
        <w:t xml:space="preserve"> = 130) — это рибуа [Имени МА: йод; йод-хэй; йод-хэй-вав; йод-хэй-вав-хэй] (</w:t>
      </w:r>
      <w:r>
        <w:rPr>
          <w:rFonts w:ascii="Georgia" w:hAnsi="Georgia" w:cs="Times New Roman"/>
          <w:b/>
          <w:i w:val="0"/>
          <w:color w:val="000000"/>
          <w:sz w:val="24"/>
          <w:rtl/>
          <w:szCs w:val="32"/>
        </w:rPr>
        <w:t>יוּד יוד הא יוּד הא וּאוּ יוּד הא וּאוּ הא</w:t>
      </w:r>
      <w:r>
        <w:rPr>
          <w:rFonts w:ascii="Georgia" w:hAnsi="Georgia"/>
          <w:b w:val="0"/>
          <w:i w:val="0"/>
          <w:color w:val="000000"/>
          <w:sz w:val="24"/>
        </w:rPr>
        <w:t xml:space="preserve"> = 130); буквы пэй-цади (</w:t>
      </w:r>
      <w:r>
        <w:rPr>
          <w:rFonts w:ascii="Georgia" w:hAnsi="Georgia" w:cs="Times New Roman"/>
          <w:b/>
          <w:i w:val="0"/>
          <w:color w:val="000000"/>
          <w:sz w:val="24"/>
          <w:rtl/>
          <w:szCs w:val="32"/>
        </w:rPr>
        <w:t>פּצ</w:t>
      </w:r>
      <w:r>
        <w:rPr>
          <w:rFonts w:ascii="Georgia" w:hAnsi="Georgia"/>
          <w:b w:val="0"/>
          <w:i w:val="0"/>
          <w:color w:val="000000"/>
          <w:sz w:val="24"/>
        </w:rPr>
        <w:t xml:space="preserve"> = 170) — это наполнение [Имени ЭЙЕ]: алеф, хэй, йод, хэй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 161) вместе с числом его десяти букв. [Говорит Шмуэль: вместе с колелем.] Буквы шин-мэм (</w:t>
      </w:r>
      <w:r>
        <w:rPr>
          <w:rFonts w:ascii="Georgia" w:hAnsi="Georgia" w:cs="Times New Roman"/>
          <w:b/>
          <w:i w:val="0"/>
          <w:color w:val="000000"/>
          <w:sz w:val="24"/>
          <w:rtl/>
          <w:szCs w:val="32"/>
        </w:rPr>
        <w:t>שמ</w:t>
      </w:r>
      <w:r>
        <w:rPr>
          <w:rFonts w:ascii="Georgia" w:hAnsi="Georgia"/>
          <w:b w:val="0"/>
          <w:i w:val="0"/>
          <w:color w:val="000000"/>
          <w:sz w:val="24"/>
        </w:rPr>
        <w:t xml:space="preserve"> = 340) — это АБ (72), САГ (63) и десять его букв (10), МА (45), АВАЯ (</w:t>
      </w:r>
      <w:r>
        <w:rPr>
          <w:rFonts w:ascii="Georgia" w:hAnsi="Georgia" w:cs="Times New Roman"/>
          <w:b/>
          <w:i w:val="0"/>
          <w:color w:val="000000"/>
          <w:sz w:val="24"/>
          <w:rtl/>
          <w:szCs w:val="32"/>
        </w:rPr>
        <w:t>יהוה</w:t>
      </w:r>
      <w:r>
        <w:rPr>
          <w:rFonts w:ascii="Georgia" w:hAnsi="Georgia"/>
          <w:b w:val="0"/>
          <w:i w:val="0"/>
          <w:color w:val="000000"/>
          <w:sz w:val="24"/>
        </w:rPr>
        <w:t xml:space="preserve"> = 26), [рибуа АВАЯ]: </w:t>
      </w:r>
      <w:r>
        <w:rPr>
          <w:rFonts w:ascii="Georgia" w:hAnsi="Georgia" w:cs="Times New Roman"/>
          <w:b/>
          <w:i w:val="0"/>
          <w:color w:val="000000"/>
          <w:sz w:val="24"/>
          <w:rtl/>
          <w:szCs w:val="32"/>
        </w:rPr>
        <w:t>י יה יוה יהוּה</w:t>
      </w:r>
      <w:r>
        <w:rPr>
          <w:rFonts w:ascii="Georgia" w:hAnsi="Georgia"/>
          <w:b w:val="0"/>
          <w:i w:val="0"/>
          <w:color w:val="000000"/>
          <w:sz w:val="24"/>
        </w:rPr>
        <w:t xml:space="preserve"> (= 72), и БОН (52; в сумме 72 + 63 + 10 + 45 + 26 + 72 + 52 = 340). Буквы пэй-йод (</w:t>
      </w:r>
      <w:r>
        <w:rPr>
          <w:rFonts w:ascii="Georgia" w:hAnsi="Georgia" w:cs="Times New Roman"/>
          <w:b/>
          <w:i w:val="0"/>
          <w:color w:val="000000"/>
          <w:sz w:val="24"/>
          <w:rtl/>
          <w:szCs w:val="32"/>
        </w:rPr>
        <w:t>פּי</w:t>
      </w:r>
      <w:r>
        <w:rPr>
          <w:rFonts w:ascii="Georgia" w:hAnsi="Georgia"/>
          <w:b w:val="0"/>
          <w:i w:val="0"/>
          <w:color w:val="000000"/>
          <w:sz w:val="24"/>
        </w:rPr>
        <w:t xml:space="preserve"> = 90) — это два Имени МА (</w:t>
      </w:r>
      <w:r>
        <w:rPr>
          <w:rFonts w:ascii="Georgia" w:hAnsi="Georgia" w:cs="Times New Roman"/>
          <w:b/>
          <w:i w:val="0"/>
          <w:color w:val="000000"/>
          <w:sz w:val="24"/>
          <w:rtl/>
          <w:szCs w:val="32"/>
        </w:rPr>
        <w:t>מ״ה</w:t>
      </w:r>
      <w:r>
        <w:rPr>
          <w:rFonts w:ascii="Georgia" w:hAnsi="Georgia"/>
          <w:b w:val="0"/>
          <w:i w:val="0"/>
          <w:color w:val="000000"/>
          <w:sz w:val="24"/>
        </w:rPr>
        <w:t>) от АВАЯ с наполнением алефин (45 + 45 = 90). Буквы хэй-гимель-цади (</w:t>
      </w:r>
      <w:r>
        <w:rPr>
          <w:rFonts w:ascii="Georgia" w:hAnsi="Georgia" w:cs="Times New Roman"/>
          <w:b/>
          <w:i w:val="0"/>
          <w:color w:val="000000"/>
          <w:sz w:val="24"/>
          <w:rtl/>
          <w:szCs w:val="32"/>
        </w:rPr>
        <w:t>הג״ץ</w:t>
      </w:r>
      <w:r>
        <w:rPr>
          <w:rFonts w:ascii="Georgia" w:hAnsi="Georgia"/>
          <w:b w:val="0"/>
          <w:i w:val="0"/>
          <w:color w:val="000000"/>
          <w:sz w:val="24"/>
        </w:rPr>
        <w:t xml:space="preserve"> = 98) — это МА (45), БОН (52) и колель (1; в сумме 45 + 52 + 1 = 98). Буквы мэм-бэт (</w:t>
      </w:r>
      <w:r>
        <w:rPr>
          <w:rFonts w:ascii="Georgia" w:hAnsi="Georgia" w:cs="Times New Roman"/>
          <w:b/>
          <w:i w:val="0"/>
          <w:color w:val="000000"/>
          <w:sz w:val="24"/>
          <w:rtl/>
          <w:szCs w:val="32"/>
        </w:rPr>
        <w:t>מ״ב</w:t>
      </w:r>
      <w:r>
        <w:rPr>
          <w:rFonts w:ascii="Georgia" w:hAnsi="Georgia"/>
          <w:b w:val="0"/>
          <w:i w:val="0"/>
          <w:color w:val="000000"/>
          <w:sz w:val="24"/>
        </w:rPr>
        <w:t xml:space="preserve"> = 42) — это два Имени ЭЙЕ (</w:t>
      </w:r>
      <w:r>
        <w:rPr>
          <w:rFonts w:ascii="Georgia" w:hAnsi="Georgia" w:cs="Times New Roman"/>
          <w:b/>
          <w:i w:val="0"/>
          <w:color w:val="000000"/>
          <w:sz w:val="24"/>
          <w:rtl/>
          <w:szCs w:val="32"/>
        </w:rPr>
        <w:t>אהי״ה</w:t>
      </w:r>
      <w:r>
        <w:rPr>
          <w:rFonts w:ascii="Georgia" w:hAnsi="Georgia"/>
          <w:b w:val="0"/>
          <w:i w:val="0"/>
          <w:color w:val="000000"/>
          <w:sz w:val="24"/>
        </w:rPr>
        <w:t xml:space="preserve"> = 21; 21 + 21 = 42). Буквы рэйш-шин-ламэд (</w:t>
      </w:r>
      <w:r>
        <w:rPr>
          <w:rFonts w:ascii="Georgia" w:hAnsi="Georgia" w:cs="Times New Roman"/>
          <w:b/>
          <w:i w:val="0"/>
          <w:color w:val="000000"/>
          <w:sz w:val="24"/>
          <w:rtl/>
          <w:szCs w:val="32"/>
        </w:rPr>
        <w:t>רש״ל</w:t>
      </w:r>
      <w:r>
        <w:rPr>
          <w:rFonts w:ascii="Georgia" w:hAnsi="Georgia"/>
          <w:b w:val="0"/>
          <w:i w:val="0"/>
          <w:color w:val="000000"/>
          <w:sz w:val="24"/>
        </w:rPr>
        <w:t>):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с наполнением йодин и рибуа простого ЭЛОКИМ. [Говорит Шмуэль: я не понял этого, так как ЭЛОКИМ с наполнением йодин составляет 300 (буква шин, </w:t>
      </w:r>
      <w:r>
        <w:rPr>
          <w:rFonts w:ascii="Georgia" w:hAnsi="Georgia" w:cs="Times New Roman"/>
          <w:b/>
          <w:i w:val="0"/>
          <w:color w:val="000000"/>
          <w:sz w:val="24"/>
          <w:rtl/>
          <w:szCs w:val="32"/>
        </w:rPr>
        <w:t>ש</w:t>
      </w:r>
      <w:r>
        <w:rPr>
          <w:rFonts w:ascii="Georgia" w:hAnsi="Georgia"/>
          <w:b w:val="0"/>
          <w:i w:val="0"/>
          <w:color w:val="000000"/>
          <w:sz w:val="24"/>
        </w:rPr>
        <w:t xml:space="preserve">), а рибуа простого ЭЛОКИМ составляет 200 (буква рэйш, </w:t>
      </w:r>
      <w:r>
        <w:rPr>
          <w:rFonts w:ascii="Georgia" w:hAnsi="Georgia" w:cs="Times New Roman"/>
          <w:b/>
          <w:i w:val="0"/>
          <w:color w:val="000000"/>
          <w:sz w:val="24"/>
          <w:rtl/>
          <w:szCs w:val="32"/>
        </w:rPr>
        <w:t>ר</w:t>
      </w:r>
      <w:r>
        <w:rPr>
          <w:rFonts w:ascii="Georgia" w:hAnsi="Georgia"/>
          <w:b w:val="0"/>
          <w:i w:val="0"/>
          <w:color w:val="000000"/>
          <w:sz w:val="24"/>
        </w:rPr>
        <w:t>), буква же ламэд (</w:t>
      </w:r>
      <w:r>
        <w:rPr>
          <w:rFonts w:ascii="Georgia" w:hAnsi="Georgia" w:cs="Times New Roman"/>
          <w:b/>
          <w:i w:val="0"/>
          <w:color w:val="000000"/>
          <w:sz w:val="24"/>
          <w:rtl/>
          <w:szCs w:val="32"/>
        </w:rPr>
        <w:t>ל</w:t>
      </w:r>
      <w:r>
        <w:rPr>
          <w:rFonts w:ascii="Georgia" w:hAnsi="Georgia"/>
          <w:b w:val="0"/>
          <w:i w:val="0"/>
          <w:color w:val="000000"/>
          <w:sz w:val="24"/>
        </w:rPr>
        <w:t xml:space="preserve"> = 30) здесь лишняя.] Буквы бэт-йод (</w:t>
      </w:r>
      <w:r>
        <w:rPr>
          <w:rFonts w:ascii="Georgia" w:hAnsi="Georgia" w:cs="Times New Roman"/>
          <w:b/>
          <w:i w:val="0"/>
          <w:color w:val="000000"/>
          <w:sz w:val="24"/>
          <w:rtl/>
          <w:szCs w:val="32"/>
        </w:rPr>
        <w:t>ב״י</w:t>
      </w:r>
      <w:r>
        <w:rPr>
          <w:rFonts w:ascii="Georgia" w:hAnsi="Georgia"/>
          <w:b w:val="0"/>
          <w:i w:val="0"/>
          <w:color w:val="000000"/>
          <w:sz w:val="24"/>
        </w:rPr>
        <w:t xml:space="preserve"> = 12) — это двенадцать букв [наполнения Имени АДОНАЙ]: алеф, далет, нун, йод (</w:t>
      </w:r>
      <w:r>
        <w:rPr>
          <w:rFonts w:ascii="Georgia" w:hAnsi="Georgia" w:cs="Times New Roman"/>
          <w:b/>
          <w:i w:val="0"/>
          <w:color w:val="000000"/>
          <w:sz w:val="24"/>
          <w:rtl/>
          <w:szCs w:val="32"/>
        </w:rPr>
        <w:t>אל״ף דל״ת נו״ן יו״ד</w:t>
      </w:r>
      <w:r>
        <w:rPr>
          <w:rFonts w:ascii="Georgia" w:hAnsi="Georgia"/>
          <w:b w:val="0"/>
          <w:i w:val="0"/>
          <w:color w:val="000000"/>
          <w:sz w:val="24"/>
        </w:rPr>
        <w:t>). Буквы тав-каф (</w:t>
      </w:r>
      <w:r>
        <w:rPr>
          <w:rFonts w:ascii="Georgia" w:hAnsi="Georgia" w:cs="Times New Roman"/>
          <w:b/>
          <w:i w:val="0"/>
          <w:color w:val="000000"/>
          <w:sz w:val="24"/>
          <w:rtl/>
          <w:szCs w:val="32"/>
        </w:rPr>
        <w:t>ת״כ</w:t>
      </w:r>
      <w:r>
        <w:rPr>
          <w:rFonts w:ascii="Georgia" w:hAnsi="Georgia"/>
          <w:b w:val="0"/>
          <w:i w:val="0"/>
          <w:color w:val="000000"/>
          <w:sz w:val="24"/>
        </w:rPr>
        <w:t xml:space="preserve"> = 420) — это десять [сочетаний по] 42 от [Имен] АВАЯ де-МА, как известно (10 × 42 = 420). Буквы цади-мэм (</w:t>
      </w:r>
      <w:r>
        <w:rPr>
          <w:rFonts w:ascii="Georgia" w:hAnsi="Georgia" w:cs="Times New Roman"/>
          <w:b/>
          <w:i w:val="0"/>
          <w:color w:val="000000"/>
          <w:sz w:val="24"/>
          <w:rtl/>
          <w:szCs w:val="32"/>
        </w:rPr>
        <w:t>צ״מ</w:t>
      </w:r>
      <w:r>
        <w:rPr>
          <w:rFonts w:ascii="Georgia" w:hAnsi="Georgia"/>
          <w:b w:val="0"/>
          <w:i w:val="0"/>
          <w:color w:val="000000"/>
          <w:sz w:val="24"/>
        </w:rPr>
        <w:t xml:space="preserve"> = 130) — это рибуа Имени МА, составляющий 130 (</w:t>
      </w:r>
      <w:r>
        <w:rPr>
          <w:rFonts w:ascii="Georgia" w:hAnsi="Georgia" w:cs="Times New Roman"/>
          <w:b/>
          <w:i w:val="0"/>
          <w:color w:val="000000"/>
          <w:sz w:val="24"/>
          <w:rtl/>
          <w:szCs w:val="32"/>
        </w:rPr>
        <w:t>ק״ל</w:t>
      </w:r>
      <w:r>
        <w:rPr>
          <w:rFonts w:ascii="Georgia" w:hAnsi="Georgia"/>
          <w:b w:val="0"/>
          <w:i w:val="0"/>
          <w:color w:val="000000"/>
          <w:sz w:val="24"/>
        </w:rPr>
        <w:t xml:space="preserve"> = 130). Буквы мэм-зайн (</w:t>
      </w:r>
      <w:r>
        <w:rPr>
          <w:rFonts w:ascii="Georgia" w:hAnsi="Georgia" w:cs="Times New Roman"/>
          <w:b/>
          <w:i w:val="0"/>
          <w:color w:val="000000"/>
          <w:sz w:val="24"/>
          <w:rtl/>
          <w:szCs w:val="32"/>
        </w:rPr>
        <w:t>מ״ז</w:t>
      </w:r>
      <w:r>
        <w:rPr>
          <w:rFonts w:ascii="Georgia" w:hAnsi="Georgia"/>
          <w:b w:val="0"/>
          <w:i w:val="0"/>
          <w:color w:val="000000"/>
          <w:sz w:val="24"/>
        </w:rPr>
        <w:t xml:space="preserve"> = 47) — это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и ЭЙЕ (</w:t>
      </w:r>
      <w:r>
        <w:rPr>
          <w:rFonts w:ascii="Georgia" w:hAnsi="Georgia" w:cs="Times New Roman"/>
          <w:b/>
          <w:i w:val="0"/>
          <w:color w:val="000000"/>
          <w:sz w:val="24"/>
          <w:rtl/>
          <w:szCs w:val="32"/>
        </w:rPr>
        <w:t>אהיה</w:t>
      </w:r>
      <w:r>
        <w:rPr>
          <w:rFonts w:ascii="Georgia" w:hAnsi="Georgia"/>
          <w:b w:val="0"/>
          <w:i w:val="0"/>
          <w:color w:val="000000"/>
          <w:sz w:val="24"/>
        </w:rPr>
        <w:t xml:space="preserve"> = 21, в сумме 47); буквы далет-шин (</w:t>
      </w:r>
      <w:r>
        <w:rPr>
          <w:rFonts w:ascii="Georgia" w:hAnsi="Georgia" w:cs="Times New Roman"/>
          <w:b/>
          <w:i w:val="0"/>
          <w:color w:val="000000"/>
          <w:sz w:val="24"/>
          <w:rtl/>
          <w:szCs w:val="32"/>
        </w:rPr>
        <w:t>ד״ש</w:t>
      </w:r>
      <w:r>
        <w:rPr>
          <w:rFonts w:ascii="Georgia" w:hAnsi="Georgia"/>
          <w:b w:val="0"/>
          <w:i w:val="0"/>
          <w:color w:val="000000"/>
          <w:sz w:val="24"/>
        </w:rPr>
        <w:t xml:space="preserve"> = 304) — это ЭЙЕ с наполнением йодин — 161 (</w:t>
      </w:r>
      <w:r>
        <w:rPr>
          <w:rFonts w:ascii="Georgia" w:hAnsi="Georgia" w:cs="Times New Roman"/>
          <w:b/>
          <w:i w:val="0"/>
          <w:color w:val="000000"/>
          <w:sz w:val="24"/>
          <w:rtl/>
          <w:szCs w:val="32"/>
        </w:rPr>
        <w:t>קס״א</w:t>
      </w:r>
      <w:r>
        <w:rPr>
          <w:rFonts w:ascii="Georgia" w:hAnsi="Georgia"/>
          <w:b w:val="0"/>
          <w:i w:val="0"/>
          <w:color w:val="000000"/>
          <w:sz w:val="24"/>
        </w:rPr>
        <w:t xml:space="preserve"> = 161) и [ЭЙЕ с наполнением] алефин — 143 (</w:t>
      </w:r>
      <w:r>
        <w:rPr>
          <w:rFonts w:ascii="Georgia" w:hAnsi="Georgia" w:cs="Times New Roman"/>
          <w:b/>
          <w:i w:val="0"/>
          <w:color w:val="000000"/>
          <w:sz w:val="24"/>
          <w:rtl/>
          <w:szCs w:val="32"/>
        </w:rPr>
        <w:t>קמ״ג</w:t>
      </w:r>
      <w:r>
        <w:rPr>
          <w:rFonts w:ascii="Georgia" w:hAnsi="Georgia"/>
          <w:b w:val="0"/>
          <w:i w:val="0"/>
          <w:color w:val="000000"/>
          <w:sz w:val="24"/>
        </w:rPr>
        <w:t xml:space="preserve"> = 143), и оба они вместе составляют 304. [Говорит Шмуэль: все эти каванот следуют в порядке упомянутых выше слов: </w:t>
      </w:r>
      <w:r>
        <w:rPr>
          <w:rFonts w:ascii="Georgia" w:hAnsi="Georgia" w:cs="Times New Roman"/>
          <w:b/>
          <w:i w:val="0"/>
          <w:color w:val="000000"/>
          <w:sz w:val="24"/>
          <w:rtl/>
          <w:szCs w:val="32"/>
        </w:rPr>
        <w:t>מזט״ל מצפ״ץ שמפ״י הג״ץ מברש״ל ב״י תכצ״ם מזד״ש</w:t>
      </w:r>
      <w:r>
        <w:rPr>
          <w:rFonts w:ascii="Georgia" w:hAnsi="Georgia"/>
          <w:b w:val="0"/>
          <w:i w:val="0"/>
          <w:color w:val="000000"/>
          <w:sz w:val="24"/>
        </w:rPr>
        <w:t>. Отсюда и до единения 19 — от нашего учителя, рабби Йегуды Гдальи.]</w:t>
      </w:r>
    </w:p>
    <w:p>
      <w:r>
        <w:br w:type="page"/>
      </w:r>
    </w:p>
    <w:p>
      <w:pPr>
        <w:keepNext/>
        <w:spacing w:before="360" w:after="160"/>
        <w:jc w:val="center"/>
      </w:pPr>
      <w:r>
        <w:rPr>
          <w:rFonts w:ascii="Georgia" w:hAnsi="Georgia"/>
          <w:b w:val="0"/>
          <w:i w:val="0"/>
          <w:color w:val="000000"/>
          <w:sz w:val="40"/>
        </w:rPr>
        <w:t>Ихудим для исправления греха мужеложства</w:t>
      </w:r>
    </w:p>
    <w:p>
      <w:pPr>
        <w:keepNext/>
        <w:spacing w:before="320" w:after="120"/>
      </w:pPr>
      <w:r>
        <w:rPr>
          <w:rFonts w:ascii="Georgia" w:hAnsi="Georgia"/>
          <w:b w:val="0"/>
          <w:i w:val="0"/>
          <w:color w:val="000000"/>
          <w:sz w:val="32"/>
        </w:rPr>
        <w:t>Ихуд 1</w:t>
      </w:r>
    </w:p>
    <w:p>
      <w:pPr>
        <w:spacing w:before="40" w:after="120"/>
        <w:jc w:val="both"/>
      </w:pPr>
      <w:r>
        <w:rPr>
          <w:rFonts w:ascii="Georgia" w:hAnsi="Georgia"/>
          <w:b w:val="0"/>
          <w:i w:val="0"/>
          <w:color w:val="000000"/>
          <w:sz w:val="24"/>
        </w:rPr>
        <w:t>Для [исправления] прегрешения мужеложства. Сначала разберем, какое повреждение причинил [согрешивший]. Это повреждение состоит в следующем: прежде Есод Твуны опускался не до Есода ЗА, а лишь до [его] хазе. Тот же, кто совершил прегрешение мужеложства, привел к тому, что он опустился вплоть до самого Есода ЗА, так что Твуна оказалась вровень с ЗА. Тем самым он заставил и ступень Исраэль Саба опуститься туда, чтобы совершить зивуг с Твуной. В итоге ЗА и его нуква стали задней стороной (ахораим) ИШСУТ, и [согрешивший] привел к тому, что их свет уменьшился и померк, а также опустил их вниз, вплоть до самого сиюм раглин де-ЗА, вровень [с ним]. Поэтому [человеку] необходимо выдержать 233 (</w:t>
      </w:r>
      <w:r>
        <w:rPr>
          <w:rFonts w:ascii="Georgia" w:hAnsi="Georgia" w:cs="Times New Roman"/>
          <w:b/>
          <w:i w:val="0"/>
          <w:color w:val="000000"/>
          <w:sz w:val="24"/>
          <w:rtl/>
          <w:szCs w:val="32"/>
        </w:rPr>
        <w:t>רג״ל</w:t>
      </w:r>
      <w:r>
        <w:rPr>
          <w:rFonts w:ascii="Georgia" w:hAnsi="Georgia"/>
          <w:b w:val="0"/>
          <w:i w:val="0"/>
          <w:color w:val="000000"/>
          <w:sz w:val="24"/>
        </w:rPr>
        <w:t xml:space="preserve">) поста — по гематрии слова </w:t>
      </w:r>
      <w:r>
        <w:rPr>
          <w:rFonts w:ascii="Georgia" w:hAnsi="Georgia"/>
          <w:b w:val="0"/>
          <w:i/>
          <w:color w:val="000000"/>
          <w:sz w:val="24"/>
        </w:rPr>
        <w:t>захор</w:t>
      </w:r>
      <w:r>
        <w:rPr>
          <w:rFonts w:ascii="Georgia" w:hAnsi="Georgia"/>
          <w:b w:val="0"/>
          <w:i w:val="0"/>
          <w:color w:val="000000"/>
          <w:sz w:val="24"/>
        </w:rPr>
        <w:t xml:space="preserve"> (</w:t>
      </w:r>
      <w:r>
        <w:rPr>
          <w:rFonts w:ascii="Georgia" w:hAnsi="Georgia" w:cs="Times New Roman"/>
          <w:b/>
          <w:i w:val="0"/>
          <w:color w:val="000000"/>
          <w:sz w:val="24"/>
          <w:rtl/>
          <w:szCs w:val="32"/>
        </w:rPr>
        <w:t>זָכוֹר</w:t>
      </w:r>
      <w:r>
        <w:rPr>
          <w:rFonts w:ascii="Georgia" w:hAnsi="Georgia"/>
          <w:b w:val="0"/>
          <w:i w:val="0"/>
          <w:color w:val="000000"/>
          <w:sz w:val="24"/>
        </w:rPr>
        <w:t xml:space="preserve"> = 233). Они складываются из АБ (72) и 161 (</w:t>
      </w:r>
      <w:r>
        <w:rPr>
          <w:rFonts w:ascii="Georgia" w:hAnsi="Georgia" w:cs="Times New Roman"/>
          <w:b/>
          <w:i w:val="0"/>
          <w:color w:val="000000"/>
          <w:sz w:val="24"/>
          <w:rtl/>
          <w:szCs w:val="32"/>
        </w:rPr>
        <w:t>קס״א</w:t>
      </w:r>
      <w:r>
        <w:rPr>
          <w:rFonts w:ascii="Georgia" w:hAnsi="Georgia"/>
          <w:b w:val="0"/>
          <w:i w:val="0"/>
          <w:color w:val="000000"/>
          <w:sz w:val="24"/>
        </w:rPr>
        <w:t>) [Имен] Аба ве-Има в аспекте их лицевой стороны (паним). Задняя же их сторона (ахораим) составляет 184 (</w:t>
      </w:r>
      <w:r>
        <w:rPr>
          <w:rFonts w:ascii="Georgia" w:hAnsi="Georgia" w:cs="Times New Roman"/>
          <w:b/>
          <w:i w:val="0"/>
          <w:color w:val="000000"/>
          <w:sz w:val="24"/>
          <w:rtl/>
          <w:szCs w:val="32"/>
        </w:rPr>
        <w:t>קפ״ד</w:t>
      </w:r>
      <w:r>
        <w:rPr>
          <w:rFonts w:ascii="Georgia" w:hAnsi="Georgia"/>
          <w:b w:val="0"/>
          <w:i w:val="0"/>
          <w:color w:val="000000"/>
          <w:sz w:val="24"/>
        </w:rPr>
        <w:t>) и 544 (</w:t>
      </w:r>
      <w:r>
        <w:rPr>
          <w:rFonts w:ascii="Georgia" w:hAnsi="Georgia" w:cs="Times New Roman"/>
          <w:b/>
          <w:i w:val="0"/>
          <w:color w:val="000000"/>
          <w:sz w:val="24"/>
          <w:rtl/>
          <w:szCs w:val="32"/>
        </w:rPr>
        <w:t>קדמ״ת</w:t>
      </w:r>
      <w:r>
        <w:rPr>
          <w:rFonts w:ascii="Georgia" w:hAnsi="Georgia"/>
          <w:b w:val="0"/>
          <w:i w:val="0"/>
          <w:color w:val="000000"/>
          <w:sz w:val="24"/>
        </w:rPr>
        <w:t>), что в гематрии дает 728 (</w:t>
      </w:r>
      <w:r>
        <w:rPr>
          <w:rFonts w:ascii="Georgia" w:hAnsi="Georgia" w:cs="Times New Roman"/>
          <w:b/>
          <w:i w:val="0"/>
          <w:color w:val="000000"/>
          <w:sz w:val="24"/>
          <w:rtl/>
          <w:szCs w:val="32"/>
        </w:rPr>
        <w:t>תשכ״ח</w:t>
      </w:r>
      <w:r>
        <w:rPr>
          <w:rFonts w:ascii="Georgia" w:hAnsi="Georgia"/>
          <w:b w:val="0"/>
          <w:i w:val="0"/>
          <w:color w:val="000000"/>
          <w:sz w:val="24"/>
        </w:rPr>
        <w:t>). И в каждый день [поста] нужно направлять намерение на одну ступень из паним и на три — из ахораим.</w:t>
      </w:r>
    </w:p>
    <w:p>
      <w:pPr>
        <w:spacing w:before="40" w:after="120"/>
        <w:jc w:val="both"/>
      </w:pPr>
      <w:r>
        <w:rPr>
          <w:rFonts w:ascii="Georgia" w:hAnsi="Georgia"/>
          <w:b w:val="0"/>
          <w:i w:val="0"/>
          <w:color w:val="000000"/>
          <w:sz w:val="24"/>
        </w:rPr>
        <w:t>Получается, что за 233 дня постов ты охватишь намерением все [ступени] паним, число которых также 233. Однако из ахораим ты направишь намерение лишь на 700 (</w:t>
      </w:r>
      <w:r>
        <w:rPr>
          <w:rFonts w:ascii="Georgia" w:hAnsi="Georgia" w:cs="Times New Roman"/>
          <w:b/>
          <w:i w:val="0"/>
          <w:color w:val="000000"/>
          <w:sz w:val="24"/>
          <w:rtl/>
          <w:szCs w:val="32"/>
        </w:rPr>
        <w:t>ת״ש</w:t>
      </w:r>
      <w:r>
        <w:rPr>
          <w:rFonts w:ascii="Georgia" w:hAnsi="Georgia"/>
          <w:b w:val="0"/>
          <w:i w:val="0"/>
          <w:color w:val="000000"/>
          <w:sz w:val="24"/>
        </w:rPr>
        <w:t>), что равняется трем разам по 233. Поэтому на оставшиеся 28 (</w:t>
      </w:r>
      <w:r>
        <w:rPr>
          <w:rFonts w:ascii="Georgia" w:hAnsi="Georgia" w:cs="Times New Roman"/>
          <w:b/>
          <w:i w:val="0"/>
          <w:color w:val="000000"/>
          <w:sz w:val="24"/>
          <w:rtl/>
          <w:szCs w:val="32"/>
        </w:rPr>
        <w:t>כ״ח</w:t>
      </w:r>
      <w:r>
        <w:rPr>
          <w:rFonts w:ascii="Georgia" w:hAnsi="Georgia"/>
          <w:b w:val="0"/>
          <w:i w:val="0"/>
          <w:color w:val="000000"/>
          <w:sz w:val="24"/>
        </w:rPr>
        <w:t>) ты направишь намерение в последний из 233 дней: на протяжении 24 часов этого дня — на 24 из них, а в последний час — на оставшиеся четыре. [Говорит Шмуэль: мне это трудно понять, ведь в расчете 700 есть еще одна лишняя [единица], поскольку сотня при делении на три части дает 99, а не 100. Почему же Учитель, благословенной памяти, опустил ее? И это требует изучения]. И поскольку в Твуне есть три Имени ЭЙЕ — с наполнениями буквами йод, алеф и хэй, — три буквы алеф (</w:t>
      </w:r>
      <w:r>
        <w:rPr>
          <w:rFonts w:ascii="Georgia" w:hAnsi="Georgia" w:cs="Times New Roman"/>
          <w:b/>
          <w:i w:val="0"/>
          <w:color w:val="000000"/>
          <w:sz w:val="24"/>
          <w:rtl/>
          <w:szCs w:val="32"/>
        </w:rPr>
        <w:t>אל״ף</w:t>
      </w:r>
      <w:r>
        <w:rPr>
          <w:rFonts w:ascii="Georgia" w:hAnsi="Georgia"/>
          <w:b w:val="0"/>
          <w:i w:val="0"/>
          <w:color w:val="000000"/>
          <w:sz w:val="24"/>
        </w:rPr>
        <w:t>) в трех названных Именах ЭЙЕ по гематрии равны 333 (</w:t>
      </w:r>
      <w:r>
        <w:rPr>
          <w:rFonts w:ascii="Georgia" w:hAnsi="Georgia" w:cs="Times New Roman"/>
          <w:b/>
          <w:i w:val="0"/>
          <w:color w:val="000000"/>
          <w:sz w:val="24"/>
          <w:rtl/>
          <w:szCs w:val="32"/>
        </w:rPr>
        <w:t>של״ג</w:t>
      </w:r>
      <w:r>
        <w:rPr>
          <w:rFonts w:ascii="Georgia" w:hAnsi="Georgia"/>
          <w:b w:val="0"/>
          <w:i w:val="0"/>
          <w:color w:val="000000"/>
          <w:sz w:val="24"/>
        </w:rPr>
        <w:t xml:space="preserve">). Это соответствует совершенному тобой греху, ведь ты превратил их в </w:t>
      </w:r>
      <w:r>
        <w:rPr>
          <w:rFonts w:ascii="Georgia" w:hAnsi="Georgia"/>
          <w:b w:val="0"/>
          <w:i/>
          <w:color w:val="000000"/>
          <w:sz w:val="24"/>
        </w:rPr>
        <w:t>шегаль</w:t>
      </w:r>
      <w:r>
        <w:rPr>
          <w:rFonts w:ascii="Georgia" w:hAnsi="Georgia"/>
          <w:b w:val="0"/>
          <w:i w:val="0"/>
          <w:color w:val="000000"/>
          <w:sz w:val="24"/>
        </w:rPr>
        <w:t xml:space="preserve"> (</w:t>
      </w:r>
      <w:r>
        <w:rPr>
          <w:rFonts w:ascii="Georgia" w:hAnsi="Georgia" w:cs="Times New Roman"/>
          <w:b/>
          <w:i w:val="0"/>
          <w:color w:val="000000"/>
          <w:sz w:val="24"/>
          <w:rtl/>
          <w:szCs w:val="32"/>
        </w:rPr>
        <w:t>שָׁגָל</w:t>
      </w:r>
      <w:r>
        <w:rPr>
          <w:rFonts w:ascii="Georgia" w:hAnsi="Georgia"/>
          <w:b w:val="0"/>
          <w:i w:val="0"/>
          <w:color w:val="000000"/>
          <w:sz w:val="24"/>
        </w:rPr>
        <w:t xml:space="preserve"> = 333). Поэтому тебе также необходимо окунаться в снег (</w:t>
      </w:r>
      <w:r>
        <w:rPr>
          <w:rFonts w:ascii="Georgia" w:hAnsi="Georgia"/>
          <w:b w:val="0"/>
          <w:i/>
          <w:color w:val="000000"/>
          <w:sz w:val="24"/>
        </w:rPr>
        <w:t>шелег</w:t>
      </w:r>
      <w:r>
        <w:rPr>
          <w:rFonts w:ascii="Georgia" w:hAnsi="Georgia"/>
          <w:b w:val="0"/>
          <w:i w:val="0"/>
          <w:color w:val="000000"/>
          <w:sz w:val="24"/>
        </w:rPr>
        <w:t xml:space="preserve">, </w:t>
      </w:r>
      <w:r>
        <w:rPr>
          <w:rFonts w:ascii="Georgia" w:hAnsi="Georgia" w:cs="Times New Roman"/>
          <w:b/>
          <w:i w:val="0"/>
          <w:color w:val="000000"/>
          <w:sz w:val="24"/>
          <w:rtl/>
          <w:szCs w:val="32"/>
        </w:rPr>
        <w:t>שֶׁלֶג</w:t>
      </w:r>
      <w:r>
        <w:rPr>
          <w:rFonts w:ascii="Georgia" w:hAnsi="Georgia"/>
          <w:b w:val="0"/>
          <w:i w:val="0"/>
          <w:color w:val="000000"/>
          <w:sz w:val="24"/>
        </w:rPr>
        <w:t>), чтобы искупить это прегрешение.</w:t>
      </w:r>
    </w:p>
    <w:p>
      <w:pPr>
        <w:spacing w:before="40" w:after="120"/>
        <w:jc w:val="both"/>
      </w:pPr>
      <w:r>
        <w:rPr>
          <w:rFonts w:ascii="Georgia" w:hAnsi="Georgia"/>
          <w:b w:val="0"/>
          <w:i w:val="0"/>
          <w:color w:val="000000"/>
          <w:sz w:val="24"/>
        </w:rPr>
        <w:t xml:space="preserve">И вот единение, которое ты должен совершить: [Имя АВАЯ с наполнением АБ] — </w:t>
      </w:r>
      <w:r>
        <w:rPr>
          <w:rFonts w:ascii="Georgia" w:hAnsi="Georgia" w:cs="Times New Roman"/>
          <w:b/>
          <w:i w:val="0"/>
          <w:color w:val="000000"/>
          <w:sz w:val="24"/>
          <w:rtl/>
          <w:szCs w:val="32"/>
        </w:rPr>
        <w:t>יוד הי ויו הי</w:t>
      </w:r>
      <w:r>
        <w:rPr>
          <w:rFonts w:ascii="Georgia" w:hAnsi="Georgia"/>
          <w:b w:val="0"/>
          <w:i w:val="0"/>
          <w:color w:val="000000"/>
          <w:sz w:val="24"/>
        </w:rPr>
        <w:t xml:space="preserve">, и [Имя ЭЙЕ с наполнением] —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вместе они составляют в гематрии 233, как и слово </w:t>
      </w:r>
      <w:r>
        <w:rPr>
          <w:rFonts w:ascii="Georgia" w:hAnsi="Georgia"/>
          <w:b w:val="0"/>
          <w:i/>
          <w:color w:val="000000"/>
          <w:sz w:val="24"/>
        </w:rPr>
        <w:t>захор</w:t>
      </w:r>
      <w:r>
        <w:rPr>
          <w:rFonts w:ascii="Georgia" w:hAnsi="Georgia"/>
          <w:b w:val="0"/>
          <w:i w:val="0"/>
          <w:color w:val="000000"/>
          <w:sz w:val="24"/>
        </w:rPr>
        <w:t xml:space="preserve">. И нужно направлять намерение на них по числу букв, [распределяя их] по дням [поста]. Также направляй намерение на Имя </w:t>
      </w:r>
      <w:r>
        <w:rPr>
          <w:rFonts w:ascii="Georgia" w:hAnsi="Georgia" w:cs="Times New Roman"/>
          <w:b/>
          <w:i w:val="0"/>
          <w:color w:val="000000"/>
          <w:sz w:val="24"/>
          <w:rtl/>
          <w:szCs w:val="32"/>
        </w:rPr>
        <w:t>מְצְמְצַיְת</w:t>
      </w:r>
      <w:r>
        <w:rPr>
          <w:rFonts w:ascii="Georgia" w:hAnsi="Georgia"/>
          <w:b w:val="0"/>
          <w:i w:val="0"/>
          <w:color w:val="000000"/>
          <w:sz w:val="24"/>
        </w:rPr>
        <w:t xml:space="preserve">, огласовка которого берется из начальных букв слов: </w:t>
      </w:r>
      <w:r>
        <w:rPr>
          <w:rFonts w:ascii="Georgia" w:hAnsi="Georgia" w:cs="Times New Roman"/>
          <w:b/>
          <w:i w:val="0"/>
          <w:color w:val="000000"/>
          <w:sz w:val="24"/>
          <w:rtl/>
          <w:szCs w:val="32"/>
        </w:rPr>
        <w:t>יגלח אדני בתער השכיר׳ בעברי</w:t>
      </w:r>
      <w:r>
        <w:rPr>
          <w:rFonts w:ascii="Georgia" w:hAnsi="Georgia"/>
          <w:b w:val="0"/>
          <w:i w:val="0"/>
          <w:color w:val="000000"/>
          <w:sz w:val="24"/>
        </w:rPr>
        <w:t xml:space="preserve"> — </w:t>
      </w:r>
      <w:r>
        <w:rPr>
          <w:rFonts w:ascii="Georgia" w:hAnsi="Georgia"/>
          <w:b w:val="0"/>
          <w:i/>
          <w:color w:val="000000"/>
          <w:sz w:val="24"/>
        </w:rPr>
        <w:t>«оббреет Г-сподь бритвой, нанятой в заречье…»</w:t>
      </w:r>
      <w:r>
        <w:rPr>
          <w:rFonts w:ascii="Georgia" w:hAnsi="Georgia"/>
          <w:b w:val="0"/>
          <w:i w:val="0"/>
          <w:color w:val="000000"/>
          <w:sz w:val="24"/>
        </w:rPr>
        <w:t xml:space="preserve"> (Йешаяу 7:20). [Говорит Шмуэль: смысл здесь в том, что в Имени АДОНАЙ стоит огласовка со шва и патахом, и берется именно шва]. И эти огласовки по гематрии равны Имени ЭЛОКИМ. [Говорит Шмуэль: смысл в том, что в упомянутых огласовках содержится восемь точек — это восемь букв йод, дающих 80, и один патах со значением шесть, что в сумме дает 86 — число Имени ЭЛОКИМ]. Само же это Имя по гематрии равно слову </w:t>
      </w:r>
      <w:r>
        <w:rPr>
          <w:rFonts w:ascii="Georgia" w:hAnsi="Georgia"/>
          <w:b w:val="0"/>
          <w:i/>
          <w:color w:val="000000"/>
          <w:sz w:val="24"/>
        </w:rPr>
        <w:t>таар</w:t>
      </w:r>
      <w:r>
        <w:rPr>
          <w:rFonts w:ascii="Georgia" w:hAnsi="Georgia"/>
          <w:b w:val="0"/>
          <w:i w:val="0"/>
          <w:color w:val="000000"/>
          <w:sz w:val="24"/>
        </w:rPr>
        <w:t xml:space="preserve"> (</w:t>
      </w:r>
      <w:r>
        <w:rPr>
          <w:rFonts w:ascii="Georgia" w:hAnsi="Georgia" w:cs="Times New Roman"/>
          <w:b/>
          <w:i w:val="0"/>
          <w:color w:val="000000"/>
          <w:sz w:val="24"/>
          <w:rtl/>
          <w:szCs w:val="32"/>
        </w:rPr>
        <w:t>תַּעַר</w:t>
      </w:r>
      <w:r>
        <w:rPr>
          <w:rFonts w:ascii="Georgia" w:hAnsi="Georgia"/>
          <w:b w:val="0"/>
          <w:i w:val="0"/>
          <w:color w:val="000000"/>
          <w:sz w:val="24"/>
        </w:rPr>
        <w:t xml:space="preserve"> = 670), а также полному наполнению Имени АДОНАЙ — </w:t>
      </w:r>
      <w:r>
        <w:rPr>
          <w:rFonts w:ascii="Georgia" w:hAnsi="Georgia" w:cs="Times New Roman"/>
          <w:b/>
          <w:i w:val="0"/>
          <w:color w:val="000000"/>
          <w:sz w:val="24"/>
          <w:rtl/>
          <w:szCs w:val="32"/>
        </w:rPr>
        <w:t>אלף דלת נון יוד</w:t>
      </w:r>
      <w:r>
        <w:rPr>
          <w:rFonts w:ascii="Georgia" w:hAnsi="Georgia"/>
          <w:b w:val="0"/>
          <w:i w:val="0"/>
          <w:color w:val="000000"/>
          <w:sz w:val="24"/>
        </w:rPr>
        <w:t xml:space="preserve"> [Говорит Шмуэль: число слова </w:t>
      </w:r>
      <w:r>
        <w:rPr>
          <w:rFonts w:ascii="Georgia" w:hAnsi="Georgia"/>
          <w:b w:val="0"/>
          <w:i/>
          <w:color w:val="000000"/>
          <w:sz w:val="24"/>
        </w:rPr>
        <w:t>таар</w:t>
      </w:r>
      <w:r>
        <w:rPr>
          <w:rFonts w:ascii="Georgia" w:hAnsi="Georgia"/>
          <w:b w:val="0"/>
          <w:i w:val="0"/>
          <w:color w:val="000000"/>
          <w:sz w:val="24"/>
        </w:rPr>
        <w:t xml:space="preserve"> берется с коллелем] — в количестве 671 (</w:t>
      </w:r>
      <w:r>
        <w:rPr>
          <w:rFonts w:ascii="Georgia" w:hAnsi="Georgia" w:cs="Times New Roman"/>
          <w:b/>
          <w:i w:val="0"/>
          <w:color w:val="000000"/>
          <w:sz w:val="24"/>
          <w:rtl/>
          <w:szCs w:val="32"/>
        </w:rPr>
        <w:t>תרע״א</w:t>
      </w:r>
      <w:r>
        <w:rPr>
          <w:rFonts w:ascii="Georgia" w:hAnsi="Georgia"/>
          <w:b w:val="0"/>
          <w:i w:val="0"/>
          <w:color w:val="000000"/>
          <w:sz w:val="24"/>
        </w:rPr>
        <w:t xml:space="preserve">). И в этом тайна сказанного в Писании: </w:t>
      </w:r>
      <w:r>
        <w:rPr>
          <w:rFonts w:ascii="Georgia" w:hAnsi="Georgia"/>
          <w:b w:val="0"/>
          <w:i/>
          <w:color w:val="000000"/>
          <w:sz w:val="24"/>
        </w:rPr>
        <w:t>«оббреет Г-сподь бритвой…»</w:t>
      </w:r>
      <w:r>
        <w:rPr>
          <w:rFonts w:ascii="Georgia" w:hAnsi="Georgia"/>
          <w:b w:val="0"/>
          <w:i w:val="0"/>
          <w:color w:val="000000"/>
          <w:sz w:val="24"/>
        </w:rPr>
        <w:t xml:space="preserve"> — простое [Имя] вместе с его наполнением. И если ты сложишь числовое значение огласовок, составляющее 86 (</w:t>
      </w:r>
      <w:r>
        <w:rPr>
          <w:rFonts w:ascii="Georgia" w:hAnsi="Georgia" w:cs="Times New Roman"/>
          <w:b/>
          <w:i w:val="0"/>
          <w:color w:val="000000"/>
          <w:sz w:val="24"/>
          <w:rtl/>
          <w:szCs w:val="32"/>
        </w:rPr>
        <w:t>פ״ו</w:t>
      </w:r>
      <w:r>
        <w:rPr>
          <w:rFonts w:ascii="Georgia" w:hAnsi="Georgia"/>
          <w:b w:val="0"/>
          <w:i w:val="0"/>
          <w:color w:val="000000"/>
          <w:sz w:val="24"/>
        </w:rPr>
        <w:t>), с простым Именем АДОНАЙ [65], то в итоге оба они составят в гематрии 151 (</w:t>
      </w:r>
      <w:r>
        <w:rPr>
          <w:rFonts w:ascii="Georgia" w:hAnsi="Georgia" w:cs="Times New Roman"/>
          <w:b/>
          <w:i w:val="0"/>
          <w:color w:val="000000"/>
          <w:sz w:val="24"/>
          <w:rtl/>
          <w:szCs w:val="32"/>
        </w:rPr>
        <w:t>קנ״א</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как устроено это Имя, численно равное слову </w:t>
      </w:r>
      <w:r>
        <w:rPr>
          <w:rFonts w:ascii="Georgia" w:hAnsi="Georgia"/>
          <w:b w:val="0"/>
          <w:i/>
          <w:color w:val="000000"/>
          <w:sz w:val="24"/>
        </w:rPr>
        <w:t>таар</w:t>
      </w:r>
      <w:r>
        <w:rPr>
          <w:rFonts w:ascii="Georgia" w:hAnsi="Georgia"/>
          <w:b w:val="0"/>
          <w:i w:val="0"/>
          <w:color w:val="000000"/>
          <w:sz w:val="24"/>
        </w:rPr>
        <w:t>: первое сочетание букв мэм-цади дает в гематрии 130 (</w:t>
      </w:r>
      <w:r>
        <w:rPr>
          <w:rFonts w:ascii="Georgia" w:hAnsi="Georgia" w:cs="Times New Roman"/>
          <w:b/>
          <w:i w:val="0"/>
          <w:color w:val="000000"/>
          <w:sz w:val="24"/>
          <w:rtl/>
          <w:szCs w:val="32"/>
        </w:rPr>
        <w:t>ק״ל</w:t>
      </w:r>
      <w:r>
        <w:rPr>
          <w:rFonts w:ascii="Georgia" w:hAnsi="Georgia"/>
          <w:b w:val="0"/>
          <w:i w:val="0"/>
          <w:color w:val="000000"/>
          <w:sz w:val="24"/>
        </w:rPr>
        <w:t>), что соответствует пяти Именам АВАЯ, и второе сочетание мэм-цади также равно 130 — еще пяти Именам АВАЯ. Они представляют собой тайну двух венцов в Аба ве-Има, служащих для соединения пяти хасадим Аба с пятью гвурот Има. Ведь когда человек совершил названное прегрешение, он сбился с пути — в смысле того, что зовется мерзостью (</w:t>
      </w:r>
      <w:r>
        <w:rPr>
          <w:rFonts w:ascii="Georgia" w:hAnsi="Georgia"/>
          <w:b w:val="0"/>
          <w:i/>
          <w:color w:val="000000"/>
          <w:sz w:val="24"/>
        </w:rPr>
        <w:t>тоэва</w:t>
      </w:r>
      <w:r>
        <w:rPr>
          <w:rFonts w:ascii="Georgia" w:hAnsi="Georgia"/>
          <w:b w:val="0"/>
          <w:i w:val="0"/>
          <w:color w:val="000000"/>
          <w:sz w:val="24"/>
        </w:rPr>
        <w:t>): «ты сбиваешься с пути в этом» (</w:t>
      </w:r>
      <w:r>
        <w:rPr>
          <w:rFonts w:ascii="Georgia" w:hAnsi="Georgia"/>
          <w:b w:val="0"/>
          <w:i/>
          <w:color w:val="000000"/>
          <w:sz w:val="24"/>
        </w:rPr>
        <w:t>тое ата ба</w:t>
      </w:r>
      <w:r>
        <w:rPr>
          <w:rFonts w:ascii="Georgia" w:hAnsi="Georgia"/>
          <w:b w:val="0"/>
          <w:i w:val="0"/>
          <w:color w:val="000000"/>
          <w:sz w:val="24"/>
        </w:rPr>
        <w:t xml:space="preserve">, </w:t>
      </w:r>
      <w:r>
        <w:rPr>
          <w:rFonts w:ascii="Georgia" w:hAnsi="Georgia" w:cs="Times New Roman"/>
          <w:b/>
          <w:i w:val="0"/>
          <w:color w:val="000000"/>
          <w:sz w:val="24"/>
          <w:rtl/>
          <w:szCs w:val="32"/>
        </w:rPr>
        <w:t>תּוֹעֶה אַתָּה בָּהּ</w:t>
      </w:r>
      <w:r>
        <w:rPr>
          <w:rFonts w:ascii="Georgia" w:hAnsi="Georgia"/>
          <w:b w:val="0"/>
          <w:i w:val="0"/>
          <w:color w:val="000000"/>
          <w:sz w:val="24"/>
        </w:rPr>
        <w:t>), — опустив Твуну до сиюм раглин де-ЗА, который есть мужское начало (</w:t>
      </w:r>
      <w:r>
        <w:rPr>
          <w:rFonts w:ascii="Georgia" w:hAnsi="Georgia"/>
          <w:b w:val="0"/>
          <w:i/>
          <w:color w:val="000000"/>
          <w:sz w:val="24"/>
        </w:rPr>
        <w:t>дхира</w:t>
      </w:r>
      <w:r>
        <w:rPr>
          <w:rFonts w:ascii="Georgia" w:hAnsi="Georgia"/>
          <w:b w:val="0"/>
          <w:i w:val="0"/>
          <w:color w:val="000000"/>
          <w:sz w:val="24"/>
        </w:rPr>
        <w:t xml:space="preserve">, </w:t>
      </w:r>
      <w:r>
        <w:rPr>
          <w:rFonts w:ascii="Georgia" w:hAnsi="Georgia" w:cs="Times New Roman"/>
          <w:b/>
          <w:i w:val="0"/>
          <w:color w:val="000000"/>
          <w:sz w:val="24"/>
          <w:rtl/>
          <w:szCs w:val="32"/>
        </w:rPr>
        <w:t>דְּכִירָא</w:t>
      </w:r>
      <w:r>
        <w:rPr>
          <w:rFonts w:ascii="Georgia" w:hAnsi="Georgia"/>
          <w:b w:val="0"/>
          <w:i w:val="0"/>
          <w:color w:val="000000"/>
          <w:sz w:val="24"/>
        </w:rPr>
        <w:t xml:space="preserve">), соответствующее слову </w:t>
      </w:r>
      <w:r>
        <w:rPr>
          <w:rFonts w:ascii="Georgia" w:hAnsi="Georgia"/>
          <w:b w:val="0"/>
          <w:i/>
          <w:color w:val="000000"/>
          <w:sz w:val="24"/>
        </w:rPr>
        <w:t>захор</w:t>
      </w:r>
      <w:r>
        <w:rPr>
          <w:rFonts w:ascii="Georgia" w:hAnsi="Georgia"/>
          <w:b w:val="0"/>
          <w:i w:val="0"/>
          <w:color w:val="000000"/>
          <w:sz w:val="24"/>
        </w:rPr>
        <w:t>. И теперь требуется вернуть ее наверх, чтобы соединить ее в зивуге с ее супругом Исраэль Саба, поскольку согрешивший своим грехом отделил ее от него, как сказано выше. На оставшиеся же буквы йод и тав (</w:t>
      </w:r>
      <w:r>
        <w:rPr>
          <w:rFonts w:ascii="Georgia" w:hAnsi="Georgia" w:cs="Times New Roman"/>
          <w:b/>
          <w:i w:val="0"/>
          <w:color w:val="000000"/>
          <w:sz w:val="24"/>
          <w:rtl/>
          <w:szCs w:val="32"/>
        </w:rPr>
        <w:t>י״ת</w:t>
      </w:r>
      <w:r>
        <w:rPr>
          <w:rFonts w:ascii="Georgia" w:hAnsi="Georgia"/>
          <w:b w:val="0"/>
          <w:i w:val="0"/>
          <w:color w:val="000000"/>
          <w:sz w:val="24"/>
        </w:rPr>
        <w:t xml:space="preserve">) из [Имени] </w:t>
      </w:r>
      <w:r>
        <w:rPr>
          <w:rFonts w:ascii="Georgia" w:hAnsi="Georgia" w:cs="Times New Roman"/>
          <w:b/>
          <w:i w:val="0"/>
          <w:color w:val="000000"/>
          <w:sz w:val="24"/>
          <w:rtl/>
          <w:szCs w:val="32"/>
        </w:rPr>
        <w:t>מְצְמְצַיְת</w:t>
      </w:r>
      <w:r>
        <w:rPr>
          <w:rFonts w:ascii="Georgia" w:hAnsi="Georgia"/>
          <w:b w:val="0"/>
          <w:i w:val="0"/>
          <w:color w:val="000000"/>
          <w:sz w:val="24"/>
        </w:rPr>
        <w:t xml:space="preserve"> направь намерение на то, что необходимо привлечь к ней из рош де-АА ступень 410 (</w:t>
      </w:r>
      <w:r>
        <w:rPr>
          <w:rFonts w:ascii="Georgia" w:hAnsi="Georgia" w:cs="Times New Roman"/>
          <w:b/>
          <w:i w:val="0"/>
          <w:color w:val="000000"/>
          <w:sz w:val="24"/>
          <w:rtl/>
          <w:szCs w:val="32"/>
        </w:rPr>
        <w:t>ת״י</w:t>
      </w:r>
      <w:r>
        <w:rPr>
          <w:rFonts w:ascii="Georgia" w:hAnsi="Georgia"/>
          <w:b w:val="0"/>
          <w:i w:val="0"/>
          <w:color w:val="000000"/>
          <w:sz w:val="24"/>
        </w:rPr>
        <w:t xml:space="preserve">), находящуюся там и равную по гематрии слову </w:t>
      </w:r>
      <w:r>
        <w:rPr>
          <w:rFonts w:ascii="Georgia" w:hAnsi="Georgia"/>
          <w:b w:val="0"/>
          <w:i/>
          <w:color w:val="000000"/>
          <w:sz w:val="24"/>
        </w:rPr>
        <w:t>кадош</w:t>
      </w:r>
      <w:r>
        <w:rPr>
          <w:rFonts w:ascii="Georgia" w:hAnsi="Georgia"/>
          <w:b w:val="0"/>
          <w:i w:val="0"/>
          <w:color w:val="000000"/>
          <w:sz w:val="24"/>
        </w:rPr>
        <w:t xml:space="preserve"> — «свят» (</w:t>
      </w:r>
      <w:r>
        <w:rPr>
          <w:rFonts w:ascii="Georgia" w:hAnsi="Georgia" w:cs="Times New Roman"/>
          <w:b/>
          <w:i w:val="0"/>
          <w:color w:val="000000"/>
          <w:sz w:val="24"/>
          <w:rtl/>
          <w:szCs w:val="32"/>
        </w:rPr>
        <w:t>קָדוֹשׁ</w:t>
      </w:r>
      <w:r>
        <w:rPr>
          <w:rFonts w:ascii="Georgia" w:hAnsi="Georgia"/>
          <w:b w:val="0"/>
          <w:i w:val="0"/>
          <w:color w:val="000000"/>
          <w:sz w:val="24"/>
        </w:rPr>
        <w:t xml:space="preserve"> = 410). Ведь буква йод указывает на десять букв Имени АВАЯ с наполнением АБ (буквами йод) в рош де-АА, а буква тав — это четыре содержащиеся в нем буквы йод, каждая из которых включает в себя десять [раз по десять, составляя сотню], и вместе они дают 400. А поскольку это Имя АВАЯ принадлежит АА, его числовое значение велико. И нужно осветить Твуну от этого Имени, чтобы соединить ее в зивуге с ее супругом, как сказано. В этом также тайна того, почему Первый Храм простоял 410 лет: ведь Первый Храм — это тайна Има Илаа, в которой светили эти упомянутые 410 лет.</w:t>
      </w:r>
    </w:p>
    <w:p>
      <w:pPr>
        <w:spacing w:before="40" w:after="120"/>
        <w:jc w:val="both"/>
      </w:pPr>
      <w:r>
        <w:rPr>
          <w:rFonts w:ascii="Georgia" w:hAnsi="Georgia"/>
          <w:b w:val="0"/>
          <w:i w:val="0"/>
          <w:color w:val="000000"/>
          <w:sz w:val="24"/>
        </w:rPr>
        <w:t xml:space="preserve">И знай, что в каждую пятницу, которая является второй в посте… Представляется мне, пишущему, Хаиму, что смысл этих слов таков: этот человек постился два дня подряд — в четверг и пятницу, и получалось, что пятница была вторым днем его постов. И вот в пятницу, являющуюся вторым днем постов, как сказано, направляй намерение на протяжении всего дня на это Имя, и пусть оно всегда будет перед твоими глазами — </w:t>
      </w:r>
      <w:r>
        <w:rPr>
          <w:rFonts w:ascii="Georgia" w:hAnsi="Georgia"/>
          <w:b w:val="0"/>
          <w:i/>
          <w:color w:val="000000"/>
          <w:sz w:val="24"/>
        </w:rPr>
        <w:t>Игбахия</w:t>
      </w:r>
      <w:r>
        <w:rPr>
          <w:rFonts w:ascii="Georgia" w:hAnsi="Georgia"/>
          <w:b w:val="0"/>
          <w:i w:val="0"/>
          <w:color w:val="000000"/>
          <w:sz w:val="24"/>
        </w:rPr>
        <w:t xml:space="preserve"> (</w:t>
      </w:r>
      <w:r>
        <w:rPr>
          <w:rFonts w:ascii="Georgia" w:hAnsi="Georgia" w:cs="Times New Roman"/>
          <w:b/>
          <w:i w:val="0"/>
          <w:color w:val="000000"/>
          <w:sz w:val="24"/>
          <w:rtl/>
          <w:szCs w:val="32"/>
        </w:rPr>
        <w:t>יגביהיה</w:t>
      </w:r>
      <w:r>
        <w:rPr>
          <w:rFonts w:ascii="Georgia" w:hAnsi="Georgia"/>
          <w:b w:val="0"/>
          <w:i w:val="0"/>
          <w:color w:val="000000"/>
          <w:sz w:val="24"/>
        </w:rPr>
        <w:t xml:space="preserve">). Это четвертое имя из 42-буквенного Имени, происходящее от буквы йод слова </w:t>
      </w:r>
      <w:r>
        <w:rPr>
          <w:rFonts w:ascii="Georgia" w:hAnsi="Georgia" w:cs="Times New Roman"/>
          <w:b/>
          <w:i w:val="0"/>
          <w:color w:val="000000"/>
          <w:sz w:val="24"/>
          <w:rtl/>
          <w:szCs w:val="32"/>
        </w:rPr>
        <w:t>אבגית״ץ</w:t>
      </w:r>
      <w:r>
        <w:rPr>
          <w:rFonts w:ascii="Georgia" w:hAnsi="Georgia"/>
          <w:b w:val="0"/>
          <w:i w:val="0"/>
          <w:color w:val="000000"/>
          <w:sz w:val="24"/>
        </w:rPr>
        <w:t xml:space="preserve">, как известно и как упомянуто в «Тиккуней Зоар» (Тиккун 70). И вот порядок его огласовки: </w:t>
      </w:r>
      <w:r>
        <w:rPr>
          <w:rFonts w:ascii="Georgia" w:hAnsi="Georgia" w:cs="Times New Roman"/>
          <w:b/>
          <w:i w:val="0"/>
          <w:color w:val="000000"/>
          <w:sz w:val="24"/>
          <w:rtl/>
          <w:szCs w:val="32"/>
        </w:rPr>
        <w:t>יוּגְבֹיהיִה</w:t>
      </w:r>
      <w:r>
        <w:rPr>
          <w:rFonts w:ascii="Georgia" w:hAnsi="Georgia"/>
          <w:b w:val="0"/>
          <w:i w:val="0"/>
          <w:color w:val="000000"/>
          <w:sz w:val="24"/>
        </w:rPr>
        <w:t xml:space="preserve">, а берется эта огласовка из [слов]: </w:t>
      </w:r>
      <w:r>
        <w:rPr>
          <w:rFonts w:ascii="Georgia" w:hAnsi="Georgia" w:cs="Times New Roman"/>
          <w:b/>
          <w:i w:val="0"/>
          <w:color w:val="000000"/>
          <w:sz w:val="24"/>
          <w:rtl/>
          <w:szCs w:val="32"/>
        </w:rPr>
        <w:t>וּגְבוֹהִי׳ עֲלֵיהֶם</w:t>
      </w:r>
      <w:r>
        <w:rPr>
          <w:rFonts w:ascii="Georgia" w:hAnsi="Georgia"/>
          <w:b w:val="0"/>
          <w:i w:val="0"/>
          <w:color w:val="000000"/>
          <w:sz w:val="24"/>
        </w:rPr>
        <w:t xml:space="preserve"> — </w:t>
      </w:r>
      <w:r>
        <w:rPr>
          <w:rFonts w:ascii="Georgia" w:hAnsi="Georgia"/>
          <w:b w:val="0"/>
          <w:i/>
          <w:color w:val="000000"/>
          <w:sz w:val="24"/>
        </w:rPr>
        <w:t>«а над ними — еще более высокие»</w:t>
      </w:r>
      <w:r>
        <w:rPr>
          <w:rFonts w:ascii="Georgia" w:hAnsi="Georgia"/>
          <w:b w:val="0"/>
          <w:i w:val="0"/>
          <w:color w:val="000000"/>
          <w:sz w:val="24"/>
        </w:rPr>
        <w:t xml:space="preserve"> (Коэлет 5:7). Это Имя по гематрии равно трем [Именам] ЙА (</w:t>
      </w:r>
      <w:r>
        <w:rPr>
          <w:rFonts w:ascii="Georgia" w:hAnsi="Georgia" w:cs="Times New Roman"/>
          <w:b/>
          <w:i w:val="0"/>
          <w:color w:val="000000"/>
          <w:sz w:val="24"/>
          <w:rtl/>
          <w:szCs w:val="32"/>
        </w:rPr>
        <w:t>יָהּ</w:t>
      </w:r>
      <w:r>
        <w:rPr>
          <w:rFonts w:ascii="Georgia" w:hAnsi="Georgia"/>
          <w:b w:val="0"/>
          <w:i w:val="0"/>
          <w:color w:val="000000"/>
          <w:sz w:val="24"/>
        </w:rPr>
        <w:t>) [то есть 3 × 15 = 45], и оно равно гематрии Имени АВАЯ со значением МА (45) с наполнением буквами алеф.</w:t>
      </w:r>
    </w:p>
    <w:p>
      <w:pPr>
        <w:keepNext/>
        <w:spacing w:before="320" w:after="120"/>
      </w:pPr>
      <w:r>
        <w:rPr>
          <w:rFonts w:ascii="Georgia" w:hAnsi="Georgia"/>
          <w:b w:val="0"/>
          <w:i w:val="0"/>
          <w:color w:val="000000"/>
          <w:sz w:val="32"/>
        </w:rPr>
        <w:t>Ихуд 2</w:t>
      </w:r>
    </w:p>
    <w:p>
      <w:pPr>
        <w:spacing w:before="40" w:after="120"/>
        <w:jc w:val="both"/>
      </w:pPr>
      <w:r>
        <w:rPr>
          <w:rFonts w:ascii="Georgia" w:hAnsi="Georgia"/>
          <w:b w:val="0"/>
          <w:i w:val="0"/>
          <w:color w:val="000000"/>
          <w:sz w:val="24"/>
        </w:rPr>
        <w:t xml:space="preserve">К вышеупомянутому [стиху]: в словах </w:t>
      </w:r>
      <w:r>
        <w:rPr>
          <w:rFonts w:ascii="Georgia" w:hAnsi="Georgia"/>
          <w:b w:val="0"/>
          <w:i/>
          <w:color w:val="000000"/>
          <w:sz w:val="24"/>
        </w:rPr>
        <w:t>«Ведь Ты…»</w:t>
      </w:r>
      <w:r>
        <w:rPr>
          <w:rFonts w:ascii="Georgia" w:hAnsi="Georgia"/>
          <w:b w:val="0"/>
          <w:i w:val="0"/>
          <w:color w:val="000000"/>
          <w:sz w:val="24"/>
        </w:rPr>
        <w:t xml:space="preserve"> (Теилим 91:9) начальные буквы — каф (</w:t>
      </w:r>
      <w:r>
        <w:rPr>
          <w:rFonts w:ascii="Georgia" w:hAnsi="Georgia" w:cs="Times New Roman"/>
          <w:b/>
          <w:i w:val="0"/>
          <w:color w:val="000000"/>
          <w:sz w:val="24"/>
          <w:rtl/>
          <w:szCs w:val="32"/>
        </w:rPr>
        <w:t>כ</w:t>
      </w:r>
      <w:r>
        <w:rPr>
          <w:rFonts w:ascii="Georgia" w:hAnsi="Georgia"/>
          <w:b w:val="0"/>
          <w:i w:val="0"/>
          <w:color w:val="000000"/>
          <w:sz w:val="24"/>
        </w:rPr>
        <w:t xml:space="preserve"> = 20) и алеф (</w:t>
      </w:r>
      <w:r>
        <w:rPr>
          <w:rFonts w:ascii="Georgia" w:hAnsi="Georgia" w:cs="Times New Roman"/>
          <w:b/>
          <w:i w:val="0"/>
          <w:color w:val="000000"/>
          <w:sz w:val="24"/>
          <w:rtl/>
          <w:szCs w:val="32"/>
        </w:rPr>
        <w:t>א</w:t>
      </w:r>
      <w:r>
        <w:rPr>
          <w:rFonts w:ascii="Georgia" w:hAnsi="Georgia"/>
          <w:b w:val="0"/>
          <w:i w:val="0"/>
          <w:color w:val="000000"/>
          <w:sz w:val="24"/>
        </w:rPr>
        <w:t xml:space="preserve"> = 1) — составляют 21 (</w:t>
      </w:r>
      <w:r>
        <w:rPr>
          <w:rFonts w:ascii="Georgia" w:hAnsi="Georgia" w:cs="Times New Roman"/>
          <w:b/>
          <w:i w:val="0"/>
          <w:color w:val="000000"/>
          <w:sz w:val="24"/>
          <w:rtl/>
          <w:szCs w:val="32"/>
        </w:rPr>
        <w:t>כ״א</w:t>
      </w:r>
      <w:r>
        <w:rPr>
          <w:rFonts w:ascii="Georgia" w:hAnsi="Georgia"/>
          <w:b w:val="0"/>
          <w:i w:val="0"/>
          <w:color w:val="000000"/>
          <w:sz w:val="24"/>
        </w:rPr>
        <w:t xml:space="preserve">), что равно числу Имени ЭЙЕ. В словах </w:t>
      </w:r>
      <w:r>
        <w:rPr>
          <w:rFonts w:ascii="Georgia" w:hAnsi="Georgia"/>
          <w:b w:val="0"/>
          <w:i/>
          <w:color w:val="000000"/>
          <w:sz w:val="24"/>
        </w:rPr>
        <w:t>«Ведь Ты, Г-сподь…»</w:t>
      </w:r>
      <w:r>
        <w:rPr>
          <w:rFonts w:ascii="Georgia" w:hAnsi="Georgia"/>
          <w:b w:val="0"/>
          <w:i w:val="0"/>
          <w:color w:val="000000"/>
          <w:sz w:val="24"/>
        </w:rPr>
        <w:t xml:space="preserve"> начальные буквы [вместе] образуют три буквы йод (</w:t>
      </w:r>
      <w:r>
        <w:rPr>
          <w:rFonts w:ascii="Georgia" w:hAnsi="Georgia" w:cs="Times New Roman"/>
          <w:b/>
          <w:i w:val="0"/>
          <w:color w:val="000000"/>
          <w:sz w:val="24"/>
          <w:rtl/>
          <w:szCs w:val="32"/>
        </w:rPr>
        <w:t>י</w:t>
      </w:r>
      <w:r>
        <w:rPr>
          <w:rFonts w:ascii="Georgia" w:hAnsi="Georgia"/>
          <w:b w:val="0"/>
          <w:i w:val="0"/>
          <w:color w:val="000000"/>
          <w:sz w:val="24"/>
        </w:rPr>
        <w:t>) и букву алеф (</w:t>
      </w:r>
      <w:r>
        <w:rPr>
          <w:rFonts w:ascii="Georgia" w:hAnsi="Georgia" w:cs="Times New Roman"/>
          <w:b/>
          <w:i w:val="0"/>
          <w:color w:val="000000"/>
          <w:sz w:val="24"/>
          <w:rtl/>
          <w:szCs w:val="32"/>
        </w:rPr>
        <w:t>א</w:t>
      </w:r>
      <w:r>
        <w:rPr>
          <w:rFonts w:ascii="Georgia" w:hAnsi="Georgia"/>
          <w:b w:val="0"/>
          <w:i w:val="0"/>
          <w:color w:val="000000"/>
          <w:sz w:val="24"/>
        </w:rPr>
        <w:t>), входящие в Имя ЭЙЕ с наполнением йодин: [буква каф равна двум йодам, а вместе с йодом слова АВАЯ получается три йода].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слова </w:t>
      </w:r>
      <w:r>
        <w:rPr>
          <w:rFonts w:ascii="Georgia" w:hAnsi="Georgia"/>
          <w:b w:val="0"/>
          <w:i/>
          <w:color w:val="000000"/>
          <w:sz w:val="24"/>
        </w:rPr>
        <w:t>«упование мое»</w:t>
      </w:r>
      <w:r>
        <w:rPr>
          <w:rFonts w:ascii="Georgia" w:hAnsi="Georgia"/>
          <w:b w:val="0"/>
          <w:i w:val="0"/>
          <w:color w:val="000000"/>
          <w:sz w:val="24"/>
        </w:rPr>
        <w:t xml:space="preserve"> (</w:t>
      </w:r>
      <w:r>
        <w:rPr>
          <w:rFonts w:ascii="Georgia" w:hAnsi="Georgia"/>
          <w:b w:val="0"/>
          <w:i/>
          <w:color w:val="000000"/>
          <w:sz w:val="24"/>
        </w:rPr>
        <w:t>махси</w:t>
      </w:r>
      <w:r>
        <w:rPr>
          <w:rFonts w:ascii="Georgia" w:hAnsi="Georgia"/>
          <w:b w:val="0"/>
          <w:i w:val="0"/>
          <w:color w:val="000000"/>
          <w:sz w:val="24"/>
        </w:rPr>
        <w:t xml:space="preserve">) соответствует четырем буквам йод Имени АВАЯ с наполнением йодин [так как четыре йода равны сорока]. Кроме того, начальные буквы [слов] </w:t>
      </w:r>
      <w:r>
        <w:rPr>
          <w:rFonts w:ascii="Georgia" w:hAnsi="Georgia"/>
          <w:b w:val="0"/>
          <w:i/>
          <w:color w:val="000000"/>
          <w:sz w:val="24"/>
        </w:rPr>
        <w:t>«Ведь Ты, Г-сподь, упование мое»</w:t>
      </w:r>
      <w:r>
        <w:rPr>
          <w:rFonts w:ascii="Georgia" w:hAnsi="Georgia"/>
          <w:b w:val="0"/>
          <w:i w:val="0"/>
          <w:color w:val="000000"/>
          <w:sz w:val="24"/>
        </w:rPr>
        <w:t xml:space="preserve"> составляют сочетание </w:t>
      </w:r>
      <w:r>
        <w:rPr>
          <w:rFonts w:ascii="Georgia" w:hAnsi="Georgia"/>
          <w:b w:val="0"/>
          <w:i/>
          <w:color w:val="000000"/>
          <w:sz w:val="24"/>
        </w:rPr>
        <w:t>Кайма</w:t>
      </w:r>
      <w:r>
        <w:rPr>
          <w:rFonts w:ascii="Georgia" w:hAnsi="Georgia"/>
          <w:b w:val="0"/>
          <w:i w:val="0"/>
          <w:color w:val="000000"/>
          <w:sz w:val="24"/>
        </w:rPr>
        <w:t xml:space="preserve"> (</w:t>
      </w:r>
      <w:r>
        <w:rPr>
          <w:rFonts w:ascii="Georgia" w:hAnsi="Georgia" w:cs="Times New Roman"/>
          <w:b/>
          <w:i w:val="0"/>
          <w:color w:val="000000"/>
          <w:sz w:val="24"/>
          <w:rtl/>
          <w:szCs w:val="32"/>
        </w:rPr>
        <w:t>כִאַיְמַ</w:t>
      </w:r>
      <w:r>
        <w:rPr>
          <w:rFonts w:ascii="Georgia" w:hAnsi="Georgia"/>
          <w:b w:val="0"/>
          <w:i w:val="0"/>
          <w:color w:val="000000"/>
          <w:sz w:val="24"/>
        </w:rPr>
        <w:t>), и это самостоятельное Имя, числовое значение которого с коллелем (с учетом самого слова) равно значению АБ (72), а его огласовки (</w:t>
      </w:r>
      <w:r>
        <w:rPr>
          <w:rFonts w:ascii="Georgia" w:hAnsi="Georgia"/>
          <w:b w:val="0"/>
          <w:i/>
          <w:color w:val="000000"/>
          <w:sz w:val="24"/>
        </w:rPr>
        <w:t>некудот</w:t>
      </w:r>
      <w:r>
        <w:rPr>
          <w:rFonts w:ascii="Georgia" w:hAnsi="Georgia"/>
          <w:b w:val="0"/>
          <w:i w:val="0"/>
          <w:color w:val="000000"/>
          <w:sz w:val="24"/>
        </w:rPr>
        <w:t>) — это те самые огласовки, что стоят в стихе. [Говорит Шмуэль: если бы я не опасался, то сказал бы, что и число огласовок равно по гематрии 42 (</w:t>
      </w:r>
      <w:r>
        <w:rPr>
          <w:rFonts w:ascii="Georgia" w:hAnsi="Georgia" w:cs="Times New Roman"/>
          <w:b/>
          <w:i w:val="0"/>
          <w:color w:val="000000"/>
          <w:sz w:val="24"/>
          <w:rtl/>
          <w:szCs w:val="32"/>
        </w:rPr>
        <w:t>מ״ב</w:t>
      </w:r>
      <w:r>
        <w:rPr>
          <w:rFonts w:ascii="Georgia" w:hAnsi="Georgia"/>
          <w:b w:val="0"/>
          <w:i w:val="0"/>
          <w:color w:val="000000"/>
          <w:sz w:val="24"/>
        </w:rPr>
        <w:t>)].</w:t>
      </w:r>
    </w:p>
    <w:p>
      <w:pPr>
        <w:spacing w:before="40" w:after="120"/>
        <w:jc w:val="both"/>
      </w:pPr>
      <w:r>
        <w:rPr>
          <w:rFonts w:ascii="Georgia" w:hAnsi="Georgia"/>
          <w:b w:val="0"/>
          <w:i w:val="0"/>
          <w:color w:val="000000"/>
          <w:sz w:val="24"/>
        </w:rPr>
        <w:t>Также конечные буквы четырех упомянутых слов образуют пары йод-хэй (</w:t>
      </w:r>
      <w:r>
        <w:rPr>
          <w:rFonts w:ascii="Georgia" w:hAnsi="Georgia" w:cs="Times New Roman"/>
          <w:b/>
          <w:i w:val="0"/>
          <w:color w:val="000000"/>
          <w:sz w:val="24"/>
          <w:rtl/>
          <w:szCs w:val="32"/>
        </w:rPr>
        <w:t>י״ה</w:t>
      </w:r>
      <w:r>
        <w:rPr>
          <w:rFonts w:ascii="Georgia" w:hAnsi="Georgia"/>
          <w:b w:val="0"/>
          <w:i w:val="0"/>
          <w:color w:val="000000"/>
          <w:sz w:val="24"/>
        </w:rPr>
        <w:t>) и хэй-йод (</w:t>
      </w:r>
      <w:r>
        <w:rPr>
          <w:rFonts w:ascii="Georgia" w:hAnsi="Georgia" w:cs="Times New Roman"/>
          <w:b/>
          <w:i w:val="0"/>
          <w:color w:val="000000"/>
          <w:sz w:val="24"/>
          <w:rtl/>
          <w:szCs w:val="32"/>
        </w:rPr>
        <w:t>ה״י</w:t>
      </w:r>
      <w:r>
        <w:rPr>
          <w:rFonts w:ascii="Georgia" w:hAnsi="Georgia"/>
          <w:b w:val="0"/>
          <w:i w:val="0"/>
          <w:color w:val="000000"/>
          <w:sz w:val="24"/>
        </w:rPr>
        <w:t>): буквы йод и хэй (</w:t>
      </w:r>
      <w:r>
        <w:rPr>
          <w:rFonts w:ascii="Georgia" w:hAnsi="Georgia" w:cs="Times New Roman"/>
          <w:b/>
          <w:i w:val="0"/>
          <w:color w:val="000000"/>
          <w:sz w:val="24"/>
          <w:rtl/>
          <w:szCs w:val="32"/>
        </w:rPr>
        <w:t>י״ה</w:t>
      </w:r>
      <w:r>
        <w:rPr>
          <w:rFonts w:ascii="Georgia" w:hAnsi="Georgia"/>
          <w:b w:val="0"/>
          <w:i w:val="0"/>
          <w:color w:val="000000"/>
          <w:sz w:val="24"/>
        </w:rPr>
        <w:t>) в наполнении йодин дают 35 (</w:t>
      </w:r>
      <w:r>
        <w:rPr>
          <w:rFonts w:ascii="Georgia" w:hAnsi="Georgia" w:cs="Times New Roman"/>
          <w:b/>
          <w:i w:val="0"/>
          <w:color w:val="000000"/>
          <w:sz w:val="24"/>
          <w:rtl/>
          <w:szCs w:val="32"/>
        </w:rPr>
        <w:t>ל״ה</w:t>
      </w:r>
      <w:r>
        <w:rPr>
          <w:rFonts w:ascii="Georgia" w:hAnsi="Georgia"/>
          <w:b w:val="0"/>
          <w:i w:val="0"/>
          <w:color w:val="000000"/>
          <w:sz w:val="24"/>
        </w:rPr>
        <w:t>), а буквы хэй и йод (</w:t>
      </w:r>
      <w:r>
        <w:rPr>
          <w:rFonts w:ascii="Georgia" w:hAnsi="Georgia" w:cs="Times New Roman"/>
          <w:b/>
          <w:i w:val="0"/>
          <w:color w:val="000000"/>
          <w:sz w:val="24"/>
          <w:rtl/>
          <w:szCs w:val="32"/>
        </w:rPr>
        <w:t>ה״י</w:t>
      </w:r>
      <w:r>
        <w:rPr>
          <w:rFonts w:ascii="Georgia" w:hAnsi="Georgia"/>
          <w:b w:val="0"/>
          <w:i w:val="0"/>
          <w:color w:val="000000"/>
          <w:sz w:val="24"/>
        </w:rPr>
        <w:t>) в наполнении хэйин дают 30 (</w:t>
      </w:r>
      <w:r>
        <w:rPr>
          <w:rFonts w:ascii="Georgia" w:hAnsi="Georgia" w:cs="Times New Roman"/>
          <w:b/>
          <w:i w:val="0"/>
          <w:color w:val="000000"/>
          <w:sz w:val="24"/>
          <w:rtl/>
          <w:szCs w:val="32"/>
        </w:rPr>
        <w:t>ל</w:t>
      </w:r>
      <w:r>
        <w:rPr>
          <w:rFonts w:ascii="Georgia" w:hAnsi="Georgia"/>
          <w:b w:val="0"/>
          <w:i w:val="0"/>
          <w:color w:val="000000"/>
          <w:sz w:val="24"/>
        </w:rPr>
        <w:t>); оба же этих наполнения в сумме по гематрии равны 65 (</w:t>
      </w:r>
      <w:r>
        <w:rPr>
          <w:rFonts w:ascii="Georgia" w:hAnsi="Georgia" w:cs="Times New Roman"/>
          <w:b/>
          <w:i w:val="0"/>
          <w:color w:val="000000"/>
          <w:sz w:val="24"/>
          <w:rtl/>
          <w:szCs w:val="32"/>
        </w:rPr>
        <w:t>ס״ה</w:t>
      </w:r>
      <w:r>
        <w:rPr>
          <w:rFonts w:ascii="Georgia" w:hAnsi="Georgia"/>
          <w:b w:val="0"/>
          <w:i w:val="0"/>
          <w:color w:val="000000"/>
          <w:sz w:val="24"/>
        </w:rPr>
        <w:t xml:space="preserve">), что соответствует Имени АДОНАЙ. Слово </w:t>
      </w:r>
      <w:r>
        <w:rPr>
          <w:rFonts w:ascii="Georgia" w:hAnsi="Georgia"/>
          <w:b w:val="0"/>
          <w:i/>
          <w:color w:val="000000"/>
          <w:sz w:val="24"/>
        </w:rPr>
        <w:t>«Всевышний»</w:t>
      </w:r>
      <w:r>
        <w:rPr>
          <w:rFonts w:ascii="Georgia" w:hAnsi="Georgia"/>
          <w:b w:val="0"/>
          <w:i w:val="0"/>
          <w:color w:val="000000"/>
          <w:sz w:val="24"/>
        </w:rPr>
        <w:t xml:space="preserve"> (</w:t>
      </w:r>
      <w:r>
        <w:rPr>
          <w:rFonts w:ascii="Georgia" w:hAnsi="Georgia"/>
          <w:b w:val="0"/>
          <w:i/>
          <w:color w:val="000000"/>
          <w:sz w:val="24"/>
        </w:rPr>
        <w:t>Эльон</w:t>
      </w:r>
      <w:r>
        <w:rPr>
          <w:rFonts w:ascii="Georgia" w:hAnsi="Georgia"/>
          <w:b w:val="0"/>
          <w:i w:val="0"/>
          <w:color w:val="000000"/>
          <w:sz w:val="24"/>
        </w:rPr>
        <w:t xml:space="preserve">, </w:t>
      </w:r>
      <w:r>
        <w:rPr>
          <w:rFonts w:ascii="Georgia" w:hAnsi="Georgia" w:cs="Times New Roman"/>
          <w:b/>
          <w:i w:val="0"/>
          <w:color w:val="000000"/>
          <w:sz w:val="24"/>
          <w:rtl/>
          <w:szCs w:val="32"/>
        </w:rPr>
        <w:t>עֶלְיוֹן</w:t>
      </w:r>
      <w:r>
        <w:rPr>
          <w:rFonts w:ascii="Georgia" w:hAnsi="Georgia"/>
          <w:b w:val="0"/>
          <w:i w:val="0"/>
          <w:color w:val="000000"/>
          <w:sz w:val="24"/>
        </w:rPr>
        <w:t>) по гематрии равно 166 (</w:t>
      </w:r>
      <w:r>
        <w:rPr>
          <w:rFonts w:ascii="Georgia" w:hAnsi="Georgia" w:cs="Times New Roman"/>
          <w:b/>
          <w:i w:val="0"/>
          <w:color w:val="000000"/>
          <w:sz w:val="24"/>
          <w:rtl/>
          <w:szCs w:val="32"/>
        </w:rPr>
        <w:t>קס״ו</w:t>
      </w:r>
      <w:r>
        <w:rPr>
          <w:rFonts w:ascii="Georgia" w:hAnsi="Georgia"/>
          <w:b w:val="0"/>
          <w:i w:val="0"/>
          <w:color w:val="000000"/>
          <w:sz w:val="24"/>
        </w:rPr>
        <w:t xml:space="preserve">), что соответствует обратной стороне (ахораим) Имени АВАЯ де-САГ. В словах </w:t>
      </w:r>
      <w:r>
        <w:rPr>
          <w:rFonts w:ascii="Georgia" w:hAnsi="Georgia"/>
          <w:b w:val="0"/>
          <w:i/>
          <w:color w:val="000000"/>
          <w:sz w:val="24"/>
        </w:rPr>
        <w:t>«избрал ты обителью своей»</w:t>
      </w:r>
      <w:r>
        <w:rPr>
          <w:rFonts w:ascii="Georgia" w:hAnsi="Georgia"/>
          <w:b w:val="0"/>
          <w:i w:val="0"/>
          <w:color w:val="000000"/>
          <w:sz w:val="24"/>
        </w:rPr>
        <w:t xml:space="preserve"> (</w:t>
      </w:r>
      <w:r>
        <w:rPr>
          <w:rFonts w:ascii="Georgia" w:hAnsi="Georgia"/>
          <w:b w:val="0"/>
          <w:i/>
          <w:color w:val="000000"/>
          <w:sz w:val="24"/>
        </w:rPr>
        <w:t>самта меонеха</w:t>
      </w:r>
      <w:r>
        <w:rPr>
          <w:rFonts w:ascii="Georgia" w:hAnsi="Georgia"/>
          <w:b w:val="0"/>
          <w:i w:val="0"/>
          <w:color w:val="000000"/>
          <w:sz w:val="24"/>
        </w:rPr>
        <w:t xml:space="preserve">, </w:t>
      </w:r>
      <w:r>
        <w:rPr>
          <w:rFonts w:ascii="Georgia" w:hAnsi="Georgia" w:cs="Times New Roman"/>
          <w:b/>
          <w:i w:val="0"/>
          <w:color w:val="000000"/>
          <w:sz w:val="24"/>
          <w:rtl/>
          <w:szCs w:val="32"/>
        </w:rPr>
        <w:t>שַׂמְתָּ מְעוֹנֶךָ</w:t>
      </w:r>
      <w:r>
        <w:rPr>
          <w:rFonts w:ascii="Georgia" w:hAnsi="Georgia"/>
          <w:b w:val="0"/>
          <w:i w:val="0"/>
          <w:color w:val="000000"/>
          <w:sz w:val="24"/>
        </w:rPr>
        <w:t>) начальные буквы —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и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 образуют сочетание </w:t>
      </w:r>
      <w:r>
        <w:rPr>
          <w:rFonts w:ascii="Georgia" w:hAnsi="Georgia"/>
          <w:b w:val="0"/>
          <w:i/>
          <w:color w:val="000000"/>
          <w:sz w:val="24"/>
        </w:rPr>
        <w:t>шем</w:t>
      </w:r>
      <w:r>
        <w:rPr>
          <w:rFonts w:ascii="Georgia" w:hAnsi="Georgia"/>
          <w:b w:val="0"/>
          <w:i w:val="0"/>
          <w:color w:val="000000"/>
          <w:sz w:val="24"/>
        </w:rPr>
        <w:t xml:space="preserve"> (</w:t>
      </w:r>
      <w:r>
        <w:rPr>
          <w:rFonts w:ascii="Georgia" w:hAnsi="Georgia" w:cs="Times New Roman"/>
          <w:b/>
          <w:i w:val="0"/>
          <w:color w:val="000000"/>
          <w:sz w:val="24"/>
          <w:rtl/>
          <w:szCs w:val="32"/>
        </w:rPr>
        <w:t>ש״ם</w:t>
      </w:r>
      <w:r>
        <w:rPr>
          <w:rFonts w:ascii="Georgia" w:hAnsi="Georgia"/>
          <w:b w:val="0"/>
          <w:i w:val="0"/>
          <w:color w:val="000000"/>
          <w:sz w:val="24"/>
        </w:rPr>
        <w:t xml:space="preserve"> = 340), и это равно [сумме Имен] АВАЯ и ШАДАЙ. В словах </w:t>
      </w:r>
      <w:r>
        <w:rPr>
          <w:rFonts w:ascii="Georgia" w:hAnsi="Georgia"/>
          <w:b w:val="0"/>
          <w:i/>
          <w:color w:val="000000"/>
          <w:sz w:val="24"/>
        </w:rPr>
        <w:t>«Всевышнего избрал ты обителью своей»</w:t>
      </w:r>
      <w:r>
        <w:rPr>
          <w:rFonts w:ascii="Georgia" w:hAnsi="Georgia"/>
          <w:b w:val="0"/>
          <w:i w:val="0"/>
          <w:color w:val="000000"/>
          <w:sz w:val="24"/>
        </w:rPr>
        <w:t xml:space="preserve"> начальные буквы — айн (</w:t>
      </w:r>
      <w:r>
        <w:rPr>
          <w:rFonts w:ascii="Georgia" w:hAnsi="Georgia" w:cs="Times New Roman"/>
          <w:b/>
          <w:i w:val="0"/>
          <w:color w:val="000000"/>
          <w:sz w:val="24"/>
          <w:rtl/>
          <w:szCs w:val="32"/>
        </w:rPr>
        <w:t>ע</w:t>
      </w:r>
      <w:r>
        <w:rPr>
          <w:rFonts w:ascii="Georgia" w:hAnsi="Georgia"/>
          <w:b w:val="0"/>
          <w:i w:val="0"/>
          <w:color w:val="000000"/>
          <w:sz w:val="24"/>
        </w:rPr>
        <w:t xml:space="preserve"> = 70), шин (</w:t>
      </w:r>
      <w:r>
        <w:rPr>
          <w:rFonts w:ascii="Georgia" w:hAnsi="Georgia" w:cs="Times New Roman"/>
          <w:b/>
          <w:i w:val="0"/>
          <w:color w:val="000000"/>
          <w:sz w:val="24"/>
          <w:rtl/>
          <w:szCs w:val="32"/>
        </w:rPr>
        <w:t>ש</w:t>
      </w:r>
      <w:r>
        <w:rPr>
          <w:rFonts w:ascii="Georgia" w:hAnsi="Georgia"/>
          <w:b w:val="0"/>
          <w:i w:val="0"/>
          <w:color w:val="000000"/>
          <w:sz w:val="24"/>
        </w:rPr>
        <w:t xml:space="preserve"> = 300) и мэм (</w:t>
      </w:r>
      <w:r>
        <w:rPr>
          <w:rFonts w:ascii="Georgia" w:hAnsi="Georgia" w:cs="Times New Roman"/>
          <w:b/>
          <w:i w:val="0"/>
          <w:color w:val="000000"/>
          <w:sz w:val="24"/>
          <w:rtl/>
          <w:szCs w:val="32"/>
        </w:rPr>
        <w:t>מ</w:t>
      </w:r>
      <w:r>
        <w:rPr>
          <w:rFonts w:ascii="Georgia" w:hAnsi="Georgia"/>
          <w:b w:val="0"/>
          <w:i w:val="0"/>
          <w:color w:val="000000"/>
          <w:sz w:val="24"/>
        </w:rPr>
        <w:t xml:space="preserve"> = 40) — дают в сумме 410 (</w:t>
      </w:r>
      <w:r>
        <w:rPr>
          <w:rFonts w:ascii="Georgia" w:hAnsi="Georgia" w:cs="Times New Roman"/>
          <w:b/>
          <w:i w:val="0"/>
          <w:color w:val="000000"/>
          <w:sz w:val="24"/>
          <w:rtl/>
          <w:szCs w:val="32"/>
        </w:rPr>
        <w:t>ת״י</w:t>
      </w:r>
      <w:r>
        <w:rPr>
          <w:rFonts w:ascii="Georgia" w:hAnsi="Georgia"/>
          <w:b w:val="0"/>
          <w:i w:val="0"/>
          <w:color w:val="000000"/>
          <w:sz w:val="24"/>
        </w:rPr>
        <w:t xml:space="preserve">), что равно также числу слова </w:t>
      </w:r>
      <w:r>
        <w:rPr>
          <w:rFonts w:ascii="Georgia" w:hAnsi="Georgia"/>
          <w:b w:val="0"/>
          <w:i/>
          <w:color w:val="000000"/>
          <w:sz w:val="24"/>
        </w:rPr>
        <w:t>кадош</w:t>
      </w:r>
      <w:r>
        <w:rPr>
          <w:rFonts w:ascii="Georgia" w:hAnsi="Georgia"/>
          <w:b w:val="0"/>
          <w:i w:val="0"/>
          <w:color w:val="000000"/>
          <w:sz w:val="24"/>
        </w:rPr>
        <w:t xml:space="preserve"> — «святой» (</w:t>
      </w:r>
      <w:r>
        <w:rPr>
          <w:rFonts w:ascii="Georgia" w:hAnsi="Georgia" w:cs="Times New Roman"/>
          <w:b/>
          <w:i w:val="0"/>
          <w:color w:val="000000"/>
          <w:sz w:val="24"/>
          <w:rtl/>
          <w:szCs w:val="32"/>
        </w:rPr>
        <w:t>קָדוֹשׁ</w:t>
      </w:r>
      <w:r>
        <w:rPr>
          <w:rFonts w:ascii="Georgia" w:hAnsi="Georgia"/>
          <w:b w:val="0"/>
          <w:i w:val="0"/>
          <w:color w:val="000000"/>
          <w:sz w:val="24"/>
        </w:rPr>
        <w:t>). И это же соответствует Имени АВАЯ с наполнением йодин: четыре буквы йод дают 400 (</w:t>
      </w:r>
      <w:r>
        <w:rPr>
          <w:rFonts w:ascii="Georgia" w:hAnsi="Georgia" w:cs="Times New Roman"/>
          <w:b/>
          <w:i w:val="0"/>
          <w:color w:val="000000"/>
          <w:sz w:val="24"/>
          <w:rtl/>
          <w:szCs w:val="32"/>
        </w:rPr>
        <w:t>ת</w:t>
      </w:r>
      <w:r>
        <w:rPr>
          <w:rFonts w:ascii="Georgia" w:hAnsi="Georgia"/>
          <w:b w:val="0"/>
          <w:i w:val="0"/>
          <w:color w:val="000000"/>
          <w:sz w:val="24"/>
        </w:rPr>
        <w:t>), а вместе с десятью буквами (</w:t>
      </w:r>
      <w:r>
        <w:rPr>
          <w:rFonts w:ascii="Georgia" w:hAnsi="Georgia"/>
          <w:b w:val="0"/>
          <w:i/>
          <w:color w:val="000000"/>
          <w:sz w:val="24"/>
        </w:rPr>
        <w:t>отиет</w:t>
      </w:r>
      <w:r>
        <w:rPr>
          <w:rFonts w:ascii="Georgia" w:hAnsi="Georgia"/>
          <w:b w:val="0"/>
          <w:i w:val="0"/>
          <w:color w:val="000000"/>
          <w:sz w:val="24"/>
        </w:rPr>
        <w:t>) наполнения получается 410. Конечные же буквы [этих слов] — нун, тав и каф (</w:t>
      </w:r>
      <w:r>
        <w:rPr>
          <w:rFonts w:ascii="Georgia" w:hAnsi="Georgia" w:cs="Times New Roman"/>
          <w:b/>
          <w:i w:val="0"/>
          <w:color w:val="000000"/>
          <w:sz w:val="24"/>
          <w:rtl/>
          <w:szCs w:val="32"/>
        </w:rPr>
        <w:t>נת״ך</w:t>
      </w:r>
      <w:r>
        <w:rPr>
          <w:rFonts w:ascii="Georgia" w:hAnsi="Georgia"/>
          <w:b w:val="0"/>
          <w:i w:val="0"/>
          <w:color w:val="000000"/>
          <w:sz w:val="24"/>
        </w:rPr>
        <w:t>) — по гематрии составляют 470 (</w:t>
      </w:r>
      <w:r>
        <w:rPr>
          <w:rFonts w:ascii="Georgia" w:hAnsi="Georgia" w:cs="Times New Roman"/>
          <w:b/>
          <w:i w:val="0"/>
          <w:color w:val="000000"/>
          <w:sz w:val="24"/>
          <w:rtl/>
          <w:szCs w:val="32"/>
        </w:rPr>
        <w:t>ע״ת</w:t>
      </w:r>
      <w:r>
        <w:rPr>
          <w:rFonts w:ascii="Georgia" w:hAnsi="Georgia"/>
          <w:b w:val="0"/>
          <w:i w:val="0"/>
          <w:color w:val="000000"/>
          <w:sz w:val="24"/>
        </w:rPr>
        <w:t>), что складывается из значения АБ (72), 130 (</w:t>
      </w:r>
      <w:r>
        <w:rPr>
          <w:rFonts w:ascii="Georgia" w:hAnsi="Georgia" w:cs="Times New Roman"/>
          <w:b/>
          <w:i w:val="0"/>
          <w:color w:val="000000"/>
          <w:sz w:val="24"/>
          <w:rtl/>
          <w:szCs w:val="32"/>
        </w:rPr>
        <w:t>ק״ל</w:t>
      </w:r>
      <w:r>
        <w:rPr>
          <w:rFonts w:ascii="Georgia" w:hAnsi="Georgia"/>
          <w:b w:val="0"/>
          <w:i w:val="0"/>
          <w:color w:val="000000"/>
          <w:sz w:val="24"/>
        </w:rPr>
        <w:t>), снова значения АБ (72), 144 (</w:t>
      </w:r>
      <w:r>
        <w:rPr>
          <w:rFonts w:ascii="Georgia" w:hAnsi="Georgia"/>
          <w:b w:val="0"/>
          <w:i/>
          <w:color w:val="000000"/>
          <w:sz w:val="24"/>
        </w:rPr>
        <w:t>кедем</w:t>
      </w:r>
      <w:r>
        <w:rPr>
          <w:rFonts w:ascii="Georgia" w:hAnsi="Georgia"/>
          <w:b w:val="0"/>
          <w:i w:val="0"/>
          <w:color w:val="000000"/>
          <w:sz w:val="24"/>
        </w:rPr>
        <w:t xml:space="preserve">, </w:t>
      </w:r>
      <w:r>
        <w:rPr>
          <w:rFonts w:ascii="Georgia" w:hAnsi="Georgia" w:cs="Times New Roman"/>
          <w:b/>
          <w:i w:val="0"/>
          <w:color w:val="000000"/>
          <w:sz w:val="24"/>
          <w:rtl/>
          <w:szCs w:val="32"/>
        </w:rPr>
        <w:t>קֶדֶם</w:t>
      </w:r>
      <w:r>
        <w:rPr>
          <w:rFonts w:ascii="Georgia" w:hAnsi="Georgia"/>
          <w:b w:val="0"/>
          <w:i w:val="0"/>
          <w:color w:val="000000"/>
          <w:sz w:val="24"/>
        </w:rPr>
        <w:t>) и Имени АВАЯ де-БОН с наполнением хэйин (52).</w:t>
      </w:r>
    </w:p>
    <w:p>
      <w:pPr>
        <w:keepNext/>
        <w:spacing w:before="320" w:after="120"/>
      </w:pPr>
      <w:r>
        <w:rPr>
          <w:rFonts w:ascii="Georgia" w:hAnsi="Georgia"/>
          <w:b w:val="0"/>
          <w:i w:val="0"/>
          <w:color w:val="000000"/>
          <w:sz w:val="32"/>
        </w:rPr>
        <w:t>Ихуд 3</w:t>
      </w:r>
    </w:p>
    <w:p>
      <w:pPr>
        <w:spacing w:before="40" w:after="120"/>
        <w:jc w:val="both"/>
      </w:pPr>
      <w:r>
        <w:rPr>
          <w:rFonts w:ascii="Georgia" w:hAnsi="Georgia"/>
          <w:b w:val="0"/>
          <w:i w:val="0"/>
          <w:color w:val="000000"/>
          <w:sz w:val="24"/>
        </w:rPr>
        <w:t xml:space="preserve">К вышеупомянутому [исправлению]: начальные буквы слов стиха </w:t>
      </w:r>
      <w:r>
        <w:rPr>
          <w:rFonts w:ascii="Georgia" w:hAnsi="Georgia"/>
          <w:b w:val="0"/>
          <w:i/>
          <w:color w:val="000000"/>
          <w:sz w:val="24"/>
        </w:rPr>
        <w:t>«...да пойдет же Г-сподь среди нас...»</w:t>
      </w:r>
      <w:r>
        <w:rPr>
          <w:rFonts w:ascii="Georgia" w:hAnsi="Georgia"/>
          <w:b w:val="0"/>
          <w:i w:val="0"/>
          <w:color w:val="000000"/>
          <w:sz w:val="24"/>
        </w:rPr>
        <w:t xml:space="preserve"> (</w:t>
      </w:r>
      <w:r>
        <w:rPr>
          <w:rFonts w:ascii="Georgia" w:hAnsi="Georgia" w:cs="Times New Roman"/>
          <w:b/>
          <w:i w:val="0"/>
          <w:color w:val="000000"/>
          <w:sz w:val="24"/>
          <w:rtl/>
          <w:szCs w:val="32"/>
        </w:rPr>
        <w:t>ילך נא אדני בקרבנו</w:t>
      </w:r>
      <w:r>
        <w:rPr>
          <w:rFonts w:ascii="Georgia" w:hAnsi="Georgia"/>
          <w:b w:val="0"/>
          <w:i w:val="0"/>
          <w:color w:val="000000"/>
          <w:sz w:val="24"/>
        </w:rPr>
        <w:t>, Шмот 34:9) составляют САГ (</w:t>
      </w:r>
      <w:r>
        <w:rPr>
          <w:rFonts w:ascii="Georgia" w:hAnsi="Georgia" w:cs="Times New Roman"/>
          <w:b/>
          <w:i w:val="0"/>
          <w:color w:val="000000"/>
          <w:sz w:val="24"/>
          <w:rtl/>
          <w:szCs w:val="32"/>
        </w:rPr>
        <w:t>ס״ג</w:t>
      </w:r>
      <w:r>
        <w:rPr>
          <w:rFonts w:ascii="Georgia" w:hAnsi="Georgia"/>
          <w:b w:val="0"/>
          <w:i w:val="0"/>
          <w:color w:val="000000"/>
          <w:sz w:val="24"/>
        </w:rPr>
        <w:t xml:space="preserve"> = 63). Конечные буквы слов </w:t>
      </w:r>
      <w:r>
        <w:rPr>
          <w:rFonts w:ascii="Georgia" w:hAnsi="Georgia"/>
          <w:b w:val="0"/>
          <w:i/>
          <w:color w:val="000000"/>
          <w:sz w:val="24"/>
        </w:rPr>
        <w:t>«пойдет же»</w:t>
      </w:r>
      <w:r>
        <w:rPr>
          <w:rFonts w:ascii="Georgia" w:hAnsi="Georgia"/>
          <w:b w:val="0"/>
          <w:i w:val="0"/>
          <w:color w:val="000000"/>
          <w:sz w:val="24"/>
        </w:rPr>
        <w:t xml:space="preserve"> дают 21 (</w:t>
      </w:r>
      <w:r>
        <w:rPr>
          <w:rFonts w:ascii="Georgia" w:hAnsi="Georgia" w:cs="Times New Roman"/>
          <w:b/>
          <w:i w:val="0"/>
          <w:color w:val="000000"/>
          <w:sz w:val="24"/>
          <w:rtl/>
          <w:szCs w:val="32"/>
        </w:rPr>
        <w:t>כ״א</w:t>
      </w:r>
      <w:r>
        <w:rPr>
          <w:rFonts w:ascii="Georgia" w:hAnsi="Georgia"/>
          <w:b w:val="0"/>
          <w:i w:val="0"/>
          <w:color w:val="000000"/>
          <w:sz w:val="24"/>
        </w:rPr>
        <w:t>), что равно [числу Имени] ЭЙЕ (</w:t>
      </w:r>
      <w:r>
        <w:rPr>
          <w:rFonts w:ascii="Georgia" w:hAnsi="Georgia" w:cs="Times New Roman"/>
          <w:b/>
          <w:i w:val="0"/>
          <w:color w:val="000000"/>
          <w:sz w:val="24"/>
          <w:rtl/>
          <w:szCs w:val="32"/>
        </w:rPr>
        <w:t>אהיה</w:t>
      </w:r>
      <w:r>
        <w:rPr>
          <w:rFonts w:ascii="Georgia" w:hAnsi="Georgia"/>
          <w:b w:val="0"/>
          <w:i w:val="0"/>
          <w:color w:val="000000"/>
          <w:sz w:val="24"/>
        </w:rPr>
        <w:t xml:space="preserve">). А конечные буквы [всех четырех слов] </w:t>
      </w:r>
      <w:r>
        <w:rPr>
          <w:rFonts w:ascii="Georgia" w:hAnsi="Georgia"/>
          <w:b w:val="0"/>
          <w:i/>
          <w:color w:val="000000"/>
          <w:sz w:val="24"/>
        </w:rPr>
        <w:t>«пойдет же Г-сподь среди нас»</w:t>
      </w:r>
      <w:r>
        <w:rPr>
          <w:rFonts w:ascii="Georgia" w:hAnsi="Georgia"/>
          <w:b w:val="0"/>
          <w:i w:val="0"/>
          <w:color w:val="000000"/>
          <w:sz w:val="24"/>
        </w:rPr>
        <w:t xml:space="preserve"> дают 37 (</w:t>
      </w:r>
      <w:r>
        <w:rPr>
          <w:rFonts w:ascii="Georgia" w:hAnsi="Georgia" w:cs="Times New Roman"/>
          <w:b/>
          <w:i w:val="0"/>
          <w:color w:val="000000"/>
          <w:sz w:val="24"/>
          <w:rtl/>
          <w:szCs w:val="32"/>
        </w:rPr>
        <w:t>ל״ז</w:t>
      </w:r>
      <w:r>
        <w:rPr>
          <w:rFonts w:ascii="Georgia" w:hAnsi="Georgia"/>
          <w:b w:val="0"/>
          <w:i w:val="0"/>
          <w:color w:val="000000"/>
          <w:sz w:val="24"/>
        </w:rPr>
        <w:t xml:space="preserve">), и это — [число] наполнения АВАЯ де-САГ. Слово </w:t>
      </w:r>
      <w:r>
        <w:rPr>
          <w:rFonts w:ascii="Georgia" w:hAnsi="Georgia"/>
          <w:b w:val="0"/>
          <w:i/>
          <w:color w:val="000000"/>
          <w:sz w:val="24"/>
        </w:rPr>
        <w:t>«среди нас»</w:t>
      </w:r>
      <w:r>
        <w:rPr>
          <w:rFonts w:ascii="Georgia" w:hAnsi="Georgia"/>
          <w:b w:val="0"/>
          <w:i w:val="0"/>
          <w:color w:val="000000"/>
          <w:sz w:val="24"/>
        </w:rPr>
        <w:t xml:space="preserve"> (</w:t>
      </w:r>
      <w:r>
        <w:rPr>
          <w:rFonts w:ascii="Georgia" w:hAnsi="Georgia"/>
          <w:b w:val="0"/>
          <w:i/>
          <w:color w:val="000000"/>
          <w:sz w:val="24"/>
        </w:rPr>
        <w:t>бе-кирбейну</w:t>
      </w:r>
      <w:r>
        <w:rPr>
          <w:rFonts w:ascii="Georgia" w:hAnsi="Georgia"/>
          <w:b w:val="0"/>
          <w:i w:val="0"/>
          <w:color w:val="000000"/>
          <w:sz w:val="24"/>
        </w:rPr>
        <w:t>) по гематрии равно [букве] шин в ее полном написании (</w:t>
      </w:r>
      <w:r>
        <w:rPr>
          <w:rFonts w:ascii="Georgia" w:hAnsi="Georgia" w:cs="Times New Roman"/>
          <w:b/>
          <w:i w:val="0"/>
          <w:color w:val="000000"/>
          <w:sz w:val="24"/>
          <w:rtl/>
          <w:szCs w:val="32"/>
        </w:rPr>
        <w:t>שִׁי״ן</w:t>
      </w:r>
      <w:r>
        <w:rPr>
          <w:rFonts w:ascii="Georgia" w:hAnsi="Georgia"/>
          <w:b w:val="0"/>
          <w:i w:val="0"/>
          <w:color w:val="000000"/>
          <w:sz w:val="24"/>
        </w:rPr>
        <w:t xml:space="preserve"> = 360), а также числу 360 (</w:t>
      </w:r>
      <w:r>
        <w:rPr>
          <w:rFonts w:ascii="Georgia" w:hAnsi="Georgia" w:cs="Times New Roman"/>
          <w:b/>
          <w:i w:val="0"/>
          <w:color w:val="000000"/>
          <w:sz w:val="24"/>
          <w:rtl/>
          <w:szCs w:val="32"/>
        </w:rPr>
        <w:t>ש״ם</w:t>
      </w:r>
      <w:r>
        <w:rPr>
          <w:rFonts w:ascii="Georgia" w:hAnsi="Georgia"/>
          <w:b w:val="0"/>
          <w:i w:val="0"/>
          <w:color w:val="000000"/>
          <w:sz w:val="24"/>
        </w:rPr>
        <w:t xml:space="preserve">), которое образуют начальные буквы [слов в стихе] </w:t>
      </w:r>
      <w:r>
        <w:rPr>
          <w:rFonts w:ascii="Georgia" w:hAnsi="Georgia"/>
          <w:b w:val="0"/>
          <w:i/>
          <w:color w:val="000000"/>
          <w:sz w:val="24"/>
        </w:rPr>
        <w:t>«Г-споди, услышь! Г-споди, прости!..»</w:t>
      </w:r>
      <w:r>
        <w:rPr>
          <w:rFonts w:ascii="Georgia" w:hAnsi="Georgia"/>
          <w:b w:val="0"/>
          <w:i w:val="0"/>
          <w:color w:val="000000"/>
          <w:sz w:val="24"/>
        </w:rPr>
        <w:t xml:space="preserve"> (</w:t>
      </w:r>
      <w:r>
        <w:rPr>
          <w:rFonts w:ascii="Georgia" w:hAnsi="Georgia" w:cs="Times New Roman"/>
          <w:b/>
          <w:i w:val="0"/>
          <w:color w:val="000000"/>
          <w:sz w:val="24"/>
          <w:rtl/>
          <w:szCs w:val="32"/>
        </w:rPr>
        <w:t>אדנ״י שמעה אדנ״י סלח</w:t>
      </w:r>
      <w:r>
        <w:rPr>
          <w:rFonts w:ascii="Georgia" w:hAnsi="Georgia"/>
          <w:b w:val="0"/>
          <w:i w:val="0"/>
          <w:color w:val="000000"/>
          <w:sz w:val="24"/>
        </w:rPr>
        <w:t xml:space="preserve">, Даниэль 9:19). Слова стиха </w:t>
      </w:r>
      <w:r>
        <w:rPr>
          <w:rFonts w:ascii="Georgia" w:hAnsi="Georgia"/>
          <w:b w:val="0"/>
          <w:i/>
          <w:color w:val="000000"/>
          <w:sz w:val="24"/>
        </w:rPr>
        <w:t>«Г-сподь среди нас»</w:t>
      </w:r>
      <w:r>
        <w:rPr>
          <w:rFonts w:ascii="Georgia" w:hAnsi="Georgia"/>
          <w:b w:val="0"/>
          <w:i w:val="0"/>
          <w:color w:val="000000"/>
          <w:sz w:val="24"/>
        </w:rPr>
        <w:t xml:space="preserve"> (</w:t>
      </w:r>
      <w:r>
        <w:rPr>
          <w:rFonts w:ascii="Georgia" w:hAnsi="Georgia"/>
          <w:b w:val="0"/>
          <w:i/>
          <w:color w:val="000000"/>
          <w:sz w:val="24"/>
        </w:rPr>
        <w:t>АДОНАЙ бе-кирбейну</w:t>
      </w:r>
      <w:r>
        <w:rPr>
          <w:rFonts w:ascii="Georgia" w:hAnsi="Georgia"/>
          <w:b w:val="0"/>
          <w:i w:val="0"/>
          <w:color w:val="000000"/>
          <w:sz w:val="24"/>
        </w:rPr>
        <w:t xml:space="preserve">, </w:t>
      </w:r>
      <w:r>
        <w:rPr>
          <w:rFonts w:ascii="Georgia" w:hAnsi="Georgia" w:cs="Times New Roman"/>
          <w:b/>
          <w:i w:val="0"/>
          <w:color w:val="000000"/>
          <w:sz w:val="24"/>
          <w:rtl/>
          <w:szCs w:val="32"/>
        </w:rPr>
        <w:t>אדני בקרבנו</w:t>
      </w:r>
      <w:r>
        <w:rPr>
          <w:rFonts w:ascii="Georgia" w:hAnsi="Georgia"/>
          <w:b w:val="0"/>
          <w:i w:val="0"/>
          <w:color w:val="000000"/>
          <w:sz w:val="24"/>
        </w:rPr>
        <w:t>) по гематрии равны 425 — Кахат (</w:t>
      </w:r>
      <w:r>
        <w:rPr>
          <w:rFonts w:ascii="Georgia" w:hAnsi="Georgia" w:cs="Times New Roman"/>
          <w:b/>
          <w:i w:val="0"/>
          <w:color w:val="000000"/>
          <w:sz w:val="24"/>
          <w:rtl/>
          <w:szCs w:val="32"/>
        </w:rPr>
        <w:t>כָּהָת</w:t>
      </w:r>
      <w:r>
        <w:rPr>
          <w:rFonts w:ascii="Georgia" w:hAnsi="Georgia"/>
          <w:b w:val="0"/>
          <w:i w:val="0"/>
          <w:color w:val="000000"/>
          <w:sz w:val="24"/>
        </w:rPr>
        <w:t xml:space="preserve">), и это одно из Имен [в составе Имени] АБ. Кроме того, [само] слово </w:t>
      </w:r>
      <w:r>
        <w:rPr>
          <w:rFonts w:ascii="Georgia" w:hAnsi="Georgia"/>
          <w:b w:val="0"/>
          <w:i/>
          <w:color w:val="000000"/>
          <w:sz w:val="24"/>
        </w:rPr>
        <w:t>«среди нас»</w:t>
      </w:r>
      <w:r>
        <w:rPr>
          <w:rFonts w:ascii="Georgia" w:hAnsi="Georgia"/>
          <w:b w:val="0"/>
          <w:i w:val="0"/>
          <w:color w:val="000000"/>
          <w:sz w:val="24"/>
        </w:rPr>
        <w:t xml:space="preserve"> (</w:t>
      </w:r>
      <w:r>
        <w:rPr>
          <w:rFonts w:ascii="Georgia" w:hAnsi="Georgia"/>
          <w:b w:val="0"/>
          <w:i/>
          <w:color w:val="000000"/>
          <w:sz w:val="24"/>
        </w:rPr>
        <w:t>бе-кирбейну</w:t>
      </w:r>
      <w:r>
        <w:rPr>
          <w:rFonts w:ascii="Georgia" w:hAnsi="Georgia"/>
          <w:b w:val="0"/>
          <w:i w:val="0"/>
          <w:color w:val="000000"/>
          <w:sz w:val="24"/>
        </w:rPr>
        <w:t>) имеет гематрию 360, как сказано, а это — дважды по 180 (</w:t>
      </w:r>
      <w:r>
        <w:rPr>
          <w:rFonts w:ascii="Georgia" w:hAnsi="Georgia" w:cs="Times New Roman"/>
          <w:b/>
          <w:i w:val="0"/>
          <w:color w:val="000000"/>
          <w:sz w:val="24"/>
          <w:rtl/>
          <w:szCs w:val="32"/>
        </w:rPr>
        <w:t>ק״פ</w:t>
      </w:r>
      <w:r>
        <w:rPr>
          <w:rFonts w:ascii="Georgia" w:hAnsi="Georgia"/>
          <w:b w:val="0"/>
          <w:i w:val="0"/>
          <w:color w:val="000000"/>
          <w:sz w:val="24"/>
        </w:rPr>
        <w:t>). Число 128 (</w:t>
      </w:r>
      <w:r>
        <w:rPr>
          <w:rFonts w:ascii="Georgia" w:hAnsi="Georgia" w:cs="Times New Roman"/>
          <w:b/>
          <w:i w:val="0"/>
          <w:color w:val="000000"/>
          <w:sz w:val="24"/>
          <w:rtl/>
          <w:szCs w:val="32"/>
        </w:rPr>
        <w:t>קכ״ח</w:t>
      </w:r>
      <w:r>
        <w:rPr>
          <w:rFonts w:ascii="Georgia" w:hAnsi="Georgia"/>
          <w:b w:val="0"/>
          <w:i w:val="0"/>
          <w:color w:val="000000"/>
          <w:sz w:val="24"/>
        </w:rPr>
        <w:t>) — это [сумма] наполнений четырех [Имен] АВАЯ, а именно: 46 (</w:t>
      </w:r>
      <w:r>
        <w:rPr>
          <w:rFonts w:ascii="Georgia" w:hAnsi="Georgia" w:cs="Times New Roman"/>
          <w:b/>
          <w:i w:val="0"/>
          <w:color w:val="000000"/>
          <w:sz w:val="24"/>
          <w:rtl/>
          <w:szCs w:val="32"/>
        </w:rPr>
        <w:t>מ״ו</w:t>
      </w:r>
      <w:r>
        <w:rPr>
          <w:rFonts w:ascii="Georgia" w:hAnsi="Georgia"/>
          <w:b w:val="0"/>
          <w:i w:val="0"/>
          <w:color w:val="000000"/>
          <w:sz w:val="24"/>
        </w:rPr>
        <w:t>), 37, 19 (</w:t>
      </w:r>
      <w:r>
        <w:rPr>
          <w:rFonts w:ascii="Georgia" w:hAnsi="Georgia" w:cs="Times New Roman"/>
          <w:b/>
          <w:i w:val="0"/>
          <w:color w:val="000000"/>
          <w:sz w:val="24"/>
          <w:rtl/>
          <w:szCs w:val="32"/>
        </w:rPr>
        <w:t>י״ט</w:t>
      </w:r>
      <w:r>
        <w:rPr>
          <w:rFonts w:ascii="Georgia" w:hAnsi="Georgia"/>
          <w:b w:val="0"/>
          <w:i w:val="0"/>
          <w:color w:val="000000"/>
          <w:sz w:val="24"/>
        </w:rPr>
        <w:t>) и 26 (</w:t>
      </w:r>
      <w:r>
        <w:rPr>
          <w:rFonts w:ascii="Georgia" w:hAnsi="Georgia" w:cs="Times New Roman"/>
          <w:b/>
          <w:i w:val="0"/>
          <w:color w:val="000000"/>
          <w:sz w:val="24"/>
          <w:rtl/>
          <w:szCs w:val="32"/>
        </w:rPr>
        <w:t>כ״ו</w:t>
      </w:r>
      <w:r>
        <w:rPr>
          <w:rFonts w:ascii="Georgia" w:hAnsi="Georgia"/>
          <w:b w:val="0"/>
          <w:i w:val="0"/>
          <w:color w:val="000000"/>
          <w:sz w:val="24"/>
        </w:rPr>
        <w:t>). Прибавь к нему БОН (</w:t>
      </w:r>
      <w:r>
        <w:rPr>
          <w:rFonts w:ascii="Georgia" w:hAnsi="Georgia" w:cs="Times New Roman"/>
          <w:b/>
          <w:i w:val="0"/>
          <w:color w:val="000000"/>
          <w:sz w:val="24"/>
          <w:rtl/>
          <w:szCs w:val="32"/>
        </w:rPr>
        <w:t>ב״ן</w:t>
      </w:r>
      <w:r>
        <w:rPr>
          <w:rFonts w:ascii="Georgia" w:hAnsi="Georgia"/>
          <w:b w:val="0"/>
          <w:i w:val="0"/>
          <w:color w:val="000000"/>
          <w:sz w:val="24"/>
        </w:rPr>
        <w:t xml:space="preserve"> = 52) от АВАЯ с наполнением буквами хэй — и вот 180; удвой же его: два раза по 180 составят число [слова] </w:t>
      </w:r>
      <w:r>
        <w:rPr>
          <w:rFonts w:ascii="Georgia" w:hAnsi="Georgia"/>
          <w:b w:val="0"/>
          <w:i/>
          <w:color w:val="000000"/>
          <w:sz w:val="24"/>
        </w:rPr>
        <w:t>«среди нас»</w:t>
      </w:r>
      <w:r>
        <w:rPr>
          <w:rFonts w:ascii="Georgia" w:hAnsi="Georgia"/>
          <w:b w:val="0"/>
          <w:i w:val="0"/>
          <w:color w:val="000000"/>
          <w:sz w:val="24"/>
        </w:rPr>
        <w:t xml:space="preserve"> (</w:t>
      </w:r>
      <w:r>
        <w:rPr>
          <w:rFonts w:ascii="Georgia" w:hAnsi="Georgia"/>
          <w:b w:val="0"/>
          <w:i/>
          <w:color w:val="000000"/>
          <w:sz w:val="24"/>
        </w:rPr>
        <w:t>бе-кирбейну</w:t>
      </w:r>
      <w:r>
        <w:rPr>
          <w:rFonts w:ascii="Georgia" w:hAnsi="Georgia"/>
          <w:b w:val="0"/>
          <w:i w:val="0"/>
          <w:color w:val="000000"/>
          <w:sz w:val="24"/>
        </w:rPr>
        <w:t>).</w:t>
      </w:r>
    </w:p>
    <w:p>
      <w:pPr>
        <w:keepNext/>
        <w:spacing w:before="320" w:after="120"/>
      </w:pPr>
      <w:r>
        <w:rPr>
          <w:rFonts w:ascii="Georgia" w:hAnsi="Georgia"/>
          <w:b w:val="0"/>
          <w:i w:val="0"/>
          <w:color w:val="000000"/>
          <w:sz w:val="32"/>
        </w:rPr>
        <w:t>Ихуд 4</w:t>
      </w:r>
    </w:p>
    <w:p>
      <w:pPr>
        <w:spacing w:before="40" w:after="120"/>
        <w:jc w:val="both"/>
      </w:pPr>
      <w:r>
        <w:rPr>
          <w:rFonts w:ascii="Georgia" w:hAnsi="Georgia"/>
          <w:b w:val="0"/>
          <w:i w:val="0"/>
          <w:color w:val="000000"/>
          <w:sz w:val="24"/>
        </w:rPr>
        <w:t xml:space="preserve">К упомянутому выше [относится стих]: </w:t>
      </w:r>
      <w:r>
        <w:rPr>
          <w:rFonts w:ascii="Georgia" w:hAnsi="Georgia"/>
          <w:b w:val="0"/>
          <w:i/>
          <w:color w:val="000000"/>
          <w:sz w:val="24"/>
        </w:rPr>
        <w:t>«Поэтому обратится народ Его сюда, и воды полные…»</w:t>
      </w:r>
      <w:r>
        <w:rPr>
          <w:rFonts w:ascii="Georgia" w:hAnsi="Georgia"/>
          <w:b w:val="0"/>
          <w:i w:val="0"/>
          <w:color w:val="000000"/>
          <w:sz w:val="24"/>
        </w:rPr>
        <w:t xml:space="preserve"> (Теилим 73:10). Начальные буквы слов </w:t>
      </w:r>
      <w:r>
        <w:rPr>
          <w:rFonts w:ascii="Georgia" w:hAnsi="Georgia"/>
          <w:b w:val="0"/>
          <w:i/>
          <w:color w:val="000000"/>
          <w:sz w:val="24"/>
        </w:rPr>
        <w:t>«лахен яшув амо алом у-мей мале»</w:t>
      </w:r>
      <w:r>
        <w:rPr>
          <w:rFonts w:ascii="Georgia" w:hAnsi="Georgia"/>
          <w:b w:val="0"/>
          <w:i w:val="0"/>
          <w:color w:val="000000"/>
          <w:sz w:val="24"/>
        </w:rPr>
        <w:t xml:space="preserve"> (</w:t>
      </w:r>
      <w:r>
        <w:rPr>
          <w:rFonts w:ascii="Georgia" w:hAnsi="Georgia" w:cs="Times New Roman"/>
          <w:b/>
          <w:i w:val="0"/>
          <w:color w:val="000000"/>
          <w:sz w:val="24"/>
          <w:rtl/>
          <w:szCs w:val="32"/>
        </w:rPr>
        <w:t>לָכֵן יָשׁוּב עַמּוֹ הֲלוֹם וּמֵי מָלֵא</w:t>
      </w:r>
      <w:r>
        <w:rPr>
          <w:rFonts w:ascii="Georgia" w:hAnsi="Georgia"/>
          <w:b w:val="0"/>
          <w:i w:val="0"/>
          <w:color w:val="000000"/>
          <w:sz w:val="24"/>
        </w:rPr>
        <w:t>):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буква айн (</w:t>
      </w:r>
      <w:r>
        <w:rPr>
          <w:rFonts w:ascii="Georgia" w:hAnsi="Georgia" w:cs="Times New Roman"/>
          <w:b/>
          <w:i w:val="0"/>
          <w:color w:val="000000"/>
          <w:sz w:val="24"/>
          <w:rtl/>
          <w:szCs w:val="32"/>
        </w:rPr>
        <w:t>ע</w:t>
      </w:r>
      <w:r>
        <w:rPr>
          <w:rFonts w:ascii="Georgia" w:hAnsi="Georgia"/>
          <w:b w:val="0"/>
          <w:i w:val="0"/>
          <w:color w:val="000000"/>
          <w:sz w:val="24"/>
        </w:rPr>
        <w:t xml:space="preserve"> = 70),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и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 дают в сумме 161 (</w:t>
      </w:r>
      <w:r>
        <w:rPr>
          <w:rFonts w:ascii="Georgia" w:hAnsi="Georgia" w:cs="Times New Roman"/>
          <w:b/>
          <w:i w:val="0"/>
          <w:color w:val="000000"/>
          <w:sz w:val="24"/>
          <w:rtl/>
          <w:szCs w:val="32"/>
        </w:rPr>
        <w:t>קס״א</w:t>
      </w:r>
      <w:r>
        <w:rPr>
          <w:rFonts w:ascii="Georgia" w:hAnsi="Georgia"/>
          <w:b w:val="0"/>
          <w:i w:val="0"/>
          <w:color w:val="000000"/>
          <w:sz w:val="24"/>
        </w:rPr>
        <w:t xml:space="preserve">), [число Имени] ЭЙЕ с наполнением йодин. А начальные буквы слов </w:t>
      </w:r>
      <w:r>
        <w:rPr>
          <w:rFonts w:ascii="Georgia" w:hAnsi="Georgia"/>
          <w:b w:val="0"/>
          <w:i/>
          <w:color w:val="000000"/>
          <w:sz w:val="24"/>
        </w:rPr>
        <w:t>«у-мей мале йимацу ламо»</w:t>
      </w:r>
      <w:r>
        <w:rPr>
          <w:rFonts w:ascii="Georgia" w:hAnsi="Georgia"/>
          <w:b w:val="0"/>
          <w:i w:val="0"/>
          <w:color w:val="000000"/>
          <w:sz w:val="24"/>
        </w:rPr>
        <w:t xml:space="preserve"> (</w:t>
      </w:r>
      <w:r>
        <w:rPr>
          <w:rFonts w:ascii="Georgia" w:hAnsi="Georgia" w:cs="Times New Roman"/>
          <w:b/>
          <w:i w:val="0"/>
          <w:color w:val="000000"/>
          <w:sz w:val="24"/>
          <w:rtl/>
          <w:szCs w:val="32"/>
        </w:rPr>
        <w:t>וּמֵי מָלֵא יִמָּצוּ לָמוֹ</w:t>
      </w:r>
      <w:r>
        <w:rPr>
          <w:rFonts w:ascii="Georgia" w:hAnsi="Georgia"/>
          <w:b w:val="0"/>
          <w:i w:val="0"/>
          <w:color w:val="000000"/>
          <w:sz w:val="24"/>
        </w:rPr>
        <w:t>):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 составляют в сумме 86, гематрию [Имени]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 86).</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лахен</w:t>
      </w:r>
      <w:r>
        <w:rPr>
          <w:rFonts w:ascii="Georgia" w:hAnsi="Georgia"/>
          <w:b w:val="0"/>
          <w:i w:val="0"/>
          <w:color w:val="000000"/>
          <w:sz w:val="24"/>
        </w:rPr>
        <w:t xml:space="preserve"> (</w:t>
      </w:r>
      <w:r>
        <w:rPr>
          <w:rFonts w:ascii="Georgia" w:hAnsi="Georgia" w:cs="Times New Roman"/>
          <w:b/>
          <w:i w:val="0"/>
          <w:color w:val="000000"/>
          <w:sz w:val="24"/>
          <w:rtl/>
          <w:szCs w:val="32"/>
        </w:rPr>
        <w:t>לָכֵן</w:t>
      </w:r>
      <w:r>
        <w:rPr>
          <w:rFonts w:ascii="Georgia" w:hAnsi="Georgia"/>
          <w:b w:val="0"/>
          <w:i w:val="0"/>
          <w:color w:val="000000"/>
          <w:sz w:val="24"/>
        </w:rPr>
        <w:t>) по гематрии равно 100: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буква каф (</w:t>
      </w:r>
      <w:r>
        <w:rPr>
          <w:rFonts w:ascii="Georgia" w:hAnsi="Georgia" w:cs="Times New Roman"/>
          <w:b/>
          <w:i w:val="0"/>
          <w:color w:val="000000"/>
          <w:sz w:val="24"/>
          <w:rtl/>
          <w:szCs w:val="32"/>
        </w:rPr>
        <w:t>כ</w:t>
      </w:r>
      <w:r>
        <w:rPr>
          <w:rFonts w:ascii="Georgia" w:hAnsi="Georgia"/>
          <w:b w:val="0"/>
          <w:i w:val="0"/>
          <w:color w:val="000000"/>
          <w:sz w:val="24"/>
        </w:rPr>
        <w:t xml:space="preserve"> = 20) и буква нун софит (</w:t>
      </w:r>
      <w:r>
        <w:rPr>
          <w:rFonts w:ascii="Georgia" w:hAnsi="Georgia" w:cs="Times New Roman"/>
          <w:b/>
          <w:i w:val="0"/>
          <w:color w:val="000000"/>
          <w:sz w:val="24"/>
          <w:rtl/>
          <w:szCs w:val="32"/>
        </w:rPr>
        <w:t>ן</w:t>
      </w:r>
      <w:r>
        <w:rPr>
          <w:rFonts w:ascii="Georgia" w:hAnsi="Georgia"/>
          <w:b w:val="0"/>
          <w:i w:val="0"/>
          <w:color w:val="000000"/>
          <w:sz w:val="24"/>
        </w:rPr>
        <w:t xml:space="preserve"> = 50); это [соответствует] Имени АДОНАЙ — 65 (</w:t>
      </w:r>
      <w:r>
        <w:rPr>
          <w:rFonts w:ascii="Georgia" w:hAnsi="Georgia" w:cs="Times New Roman"/>
          <w:b/>
          <w:i w:val="0"/>
          <w:color w:val="000000"/>
          <w:sz w:val="24"/>
          <w:rtl/>
          <w:szCs w:val="32"/>
        </w:rPr>
        <w:t>ס״ה</w:t>
      </w:r>
      <w:r>
        <w:rPr>
          <w:rFonts w:ascii="Georgia" w:hAnsi="Georgia"/>
          <w:b w:val="0"/>
          <w:i w:val="0"/>
          <w:color w:val="000000"/>
          <w:sz w:val="24"/>
        </w:rPr>
        <w:t>) — и 34 (</w:t>
      </w:r>
      <w:r>
        <w:rPr>
          <w:rFonts w:ascii="Georgia" w:hAnsi="Georgia" w:cs="Times New Roman"/>
          <w:b/>
          <w:i w:val="0"/>
          <w:color w:val="000000"/>
          <w:sz w:val="24"/>
          <w:rtl/>
          <w:szCs w:val="32"/>
        </w:rPr>
        <w:t>ל״ד</w:t>
      </w:r>
      <w:r>
        <w:rPr>
          <w:rFonts w:ascii="Georgia" w:hAnsi="Georgia"/>
          <w:b w:val="0"/>
          <w:i w:val="0"/>
          <w:color w:val="000000"/>
          <w:sz w:val="24"/>
        </w:rPr>
        <w:t>) [с колелем — 35, числу] букв его наполнения.</w:t>
      </w:r>
    </w:p>
    <w:p>
      <w:pPr>
        <w:spacing w:before="40" w:after="120"/>
        <w:jc w:val="both"/>
      </w:pPr>
      <w:r>
        <w:rPr>
          <w:rFonts w:ascii="Georgia" w:hAnsi="Georgia"/>
          <w:b w:val="0"/>
          <w:i w:val="0"/>
          <w:color w:val="000000"/>
          <w:sz w:val="24"/>
        </w:rPr>
        <w:t>В слове «яшув» чтение (</w:t>
      </w:r>
      <w:r>
        <w:rPr>
          <w:rFonts w:ascii="Georgia" w:hAnsi="Georgia"/>
          <w:b w:val="0"/>
          <w:i/>
          <w:color w:val="000000"/>
          <w:sz w:val="24"/>
        </w:rPr>
        <w:t>кери</w:t>
      </w:r>
      <w:r>
        <w:rPr>
          <w:rFonts w:ascii="Georgia" w:hAnsi="Georgia"/>
          <w:b w:val="0"/>
          <w:i w:val="0"/>
          <w:color w:val="000000"/>
          <w:sz w:val="24"/>
        </w:rPr>
        <w:t>) — «яшув» (</w:t>
      </w:r>
      <w:r>
        <w:rPr>
          <w:rFonts w:ascii="Georgia" w:hAnsi="Georgia" w:cs="Times New Roman"/>
          <w:b/>
          <w:i w:val="0"/>
          <w:color w:val="000000"/>
          <w:sz w:val="24"/>
          <w:rtl/>
          <w:szCs w:val="32"/>
        </w:rPr>
        <w:t>יָשׁוּב</w:t>
      </w:r>
      <w:r>
        <w:rPr>
          <w:rFonts w:ascii="Georgia" w:hAnsi="Georgia"/>
          <w:b w:val="0"/>
          <w:i w:val="0"/>
          <w:color w:val="000000"/>
          <w:sz w:val="24"/>
        </w:rPr>
        <w:t>), а написано (</w:t>
      </w:r>
      <w:r>
        <w:rPr>
          <w:rFonts w:ascii="Georgia" w:hAnsi="Georgia"/>
          <w:b w:val="0"/>
          <w:i/>
          <w:color w:val="000000"/>
          <w:sz w:val="24"/>
        </w:rPr>
        <w:t>ктив</w:t>
      </w:r>
      <w:r>
        <w:rPr>
          <w:rFonts w:ascii="Georgia" w:hAnsi="Georgia"/>
          <w:b w:val="0"/>
          <w:i w:val="0"/>
          <w:color w:val="000000"/>
          <w:sz w:val="24"/>
        </w:rPr>
        <w:t>) — «яшив» (</w:t>
      </w:r>
      <w:r>
        <w:rPr>
          <w:rFonts w:ascii="Georgia" w:hAnsi="Georgia" w:cs="Times New Roman"/>
          <w:b/>
          <w:i w:val="0"/>
          <w:color w:val="000000"/>
          <w:sz w:val="24"/>
          <w:rtl/>
          <w:szCs w:val="32"/>
        </w:rPr>
        <w:t>יָשִׁיב</w:t>
      </w:r>
      <w:r>
        <w:rPr>
          <w:rFonts w:ascii="Georgia" w:hAnsi="Georgia"/>
          <w:b w:val="0"/>
          <w:i w:val="0"/>
          <w:color w:val="000000"/>
          <w:sz w:val="24"/>
        </w:rPr>
        <w:t>). При этом чтение (</w:t>
      </w:r>
      <w:r>
        <w:rPr>
          <w:rFonts w:ascii="Georgia" w:hAnsi="Georgia"/>
          <w:b w:val="0"/>
          <w:i/>
          <w:color w:val="000000"/>
          <w:sz w:val="24"/>
        </w:rPr>
        <w:t>кери</w:t>
      </w:r>
      <w:r>
        <w:rPr>
          <w:rFonts w:ascii="Georgia" w:hAnsi="Georgia"/>
          <w:b w:val="0"/>
          <w:i w:val="0"/>
          <w:color w:val="000000"/>
          <w:sz w:val="24"/>
        </w:rPr>
        <w:t>), то есть «яшув», по гематрии [равно 318, что соответствует] Имени ЭЛОКИМ с наполнением йодин: оно равно 300, плюс тринадцать (</w:t>
      </w:r>
      <w:r>
        <w:rPr>
          <w:rFonts w:ascii="Georgia" w:hAnsi="Georgia" w:cs="Times New Roman"/>
          <w:b/>
          <w:i w:val="0"/>
          <w:color w:val="000000"/>
          <w:sz w:val="24"/>
          <w:rtl/>
          <w:szCs w:val="32"/>
        </w:rPr>
        <w:t>י״ג</w:t>
      </w:r>
      <w:r>
        <w:rPr>
          <w:rFonts w:ascii="Georgia" w:hAnsi="Georgia"/>
          <w:b w:val="0"/>
          <w:i w:val="0"/>
          <w:color w:val="000000"/>
          <w:sz w:val="24"/>
        </w:rPr>
        <w:t>) букв его наполнения и пять его простых букв. А написание (</w:t>
      </w:r>
      <w:r>
        <w:rPr>
          <w:rFonts w:ascii="Georgia" w:hAnsi="Georgia"/>
          <w:b w:val="0"/>
          <w:i/>
          <w:color w:val="000000"/>
          <w:sz w:val="24"/>
        </w:rPr>
        <w:t>ктив</w:t>
      </w:r>
      <w:r>
        <w:rPr>
          <w:rFonts w:ascii="Georgia" w:hAnsi="Georgia"/>
          <w:b w:val="0"/>
          <w:i w:val="0"/>
          <w:color w:val="000000"/>
          <w:sz w:val="24"/>
        </w:rPr>
        <w:t>) — «яшив» — равно двукратному значению [Имени] ЭЙЕ с наполнением йодин [161 × 2 = 322].</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амо</w:t>
      </w:r>
      <w:r>
        <w:rPr>
          <w:rFonts w:ascii="Georgia" w:hAnsi="Georgia"/>
          <w:b w:val="0"/>
          <w:i w:val="0"/>
          <w:color w:val="000000"/>
          <w:sz w:val="24"/>
        </w:rPr>
        <w:t xml:space="preserve"> (</w:t>
      </w:r>
      <w:r>
        <w:rPr>
          <w:rFonts w:ascii="Georgia" w:hAnsi="Georgia" w:cs="Times New Roman"/>
          <w:b/>
          <w:i w:val="0"/>
          <w:color w:val="000000"/>
          <w:sz w:val="24"/>
          <w:rtl/>
          <w:szCs w:val="32"/>
        </w:rPr>
        <w:t>עַמּוֹ</w:t>
      </w:r>
      <w:r>
        <w:rPr>
          <w:rFonts w:ascii="Georgia" w:hAnsi="Georgia"/>
          <w:b w:val="0"/>
          <w:i w:val="0"/>
          <w:color w:val="000000"/>
          <w:sz w:val="24"/>
        </w:rPr>
        <w:t>) [в гематрии равно 116]: это простые ахораим де-АВАЯ, составляющие 72 (</w:t>
      </w:r>
      <w:r>
        <w:rPr>
          <w:rFonts w:ascii="Georgia" w:hAnsi="Georgia" w:cs="Times New Roman"/>
          <w:b/>
          <w:i w:val="0"/>
          <w:color w:val="000000"/>
          <w:sz w:val="24"/>
          <w:rtl/>
          <w:szCs w:val="32"/>
        </w:rPr>
        <w:t>ע״ב</w:t>
      </w:r>
      <w:r>
        <w:rPr>
          <w:rFonts w:ascii="Georgia" w:hAnsi="Georgia"/>
          <w:b w:val="0"/>
          <w:i w:val="0"/>
          <w:color w:val="000000"/>
          <w:sz w:val="24"/>
        </w:rPr>
        <w:t>), и простые ахораим де-ЭЙЕ, составляющие 44 (</w:t>
      </w:r>
      <w:r>
        <w:rPr>
          <w:rFonts w:ascii="Georgia" w:hAnsi="Georgia" w:cs="Times New Roman"/>
          <w:b/>
          <w:i w:val="0"/>
          <w:color w:val="000000"/>
          <w:sz w:val="24"/>
          <w:rtl/>
          <w:szCs w:val="32"/>
        </w:rPr>
        <w:t>מ״ד</w:t>
      </w:r>
      <w:r>
        <w:rPr>
          <w:rFonts w:ascii="Georgia" w:hAnsi="Georgia"/>
          <w:b w:val="0"/>
          <w:i w:val="0"/>
          <w:color w:val="000000"/>
          <w:sz w:val="24"/>
        </w:rPr>
        <w:t>) [что в сумме дает 116].</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алом</w:t>
      </w:r>
      <w:r>
        <w:rPr>
          <w:rFonts w:ascii="Georgia" w:hAnsi="Georgia"/>
          <w:b w:val="0"/>
          <w:i w:val="0"/>
          <w:color w:val="000000"/>
          <w:sz w:val="24"/>
        </w:rPr>
        <w:t xml:space="preserve"> (</w:t>
      </w:r>
      <w:r>
        <w:rPr>
          <w:rFonts w:ascii="Georgia" w:hAnsi="Georgia" w:cs="Times New Roman"/>
          <w:b/>
          <w:i w:val="0"/>
          <w:color w:val="000000"/>
          <w:sz w:val="24"/>
          <w:rtl/>
          <w:szCs w:val="32"/>
        </w:rPr>
        <w:t>הֲלוֹם</w:t>
      </w:r>
      <w:r>
        <w:rPr>
          <w:rFonts w:ascii="Georgia" w:hAnsi="Georgia"/>
          <w:b w:val="0"/>
          <w:i w:val="0"/>
          <w:color w:val="000000"/>
          <w:sz w:val="24"/>
        </w:rPr>
        <w:t xml:space="preserve">) равно двукратному [значению слова] </w:t>
      </w:r>
      <w:r>
        <w:rPr>
          <w:rFonts w:ascii="Georgia" w:hAnsi="Georgia"/>
          <w:b w:val="0"/>
          <w:i/>
          <w:color w:val="000000"/>
          <w:sz w:val="24"/>
        </w:rPr>
        <w:t>эм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 [41 × 2 = 82] [говорит Шмуэль: с колелем].</w:t>
      </w:r>
    </w:p>
    <w:p>
      <w:pPr>
        <w:spacing w:before="40" w:after="120"/>
        <w:jc w:val="both"/>
      </w:pPr>
      <w:r>
        <w:rPr>
          <w:rFonts w:ascii="Georgia" w:hAnsi="Georgia"/>
          <w:b w:val="0"/>
          <w:i w:val="0"/>
          <w:color w:val="000000"/>
          <w:sz w:val="24"/>
        </w:rPr>
        <w:t xml:space="preserve">А [слово]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в гематрии равно [словам] ЭЛЬ ЙЕИЕ (</w:t>
      </w:r>
      <w:r>
        <w:rPr>
          <w:rFonts w:ascii="Georgia" w:hAnsi="Georgia" w:cs="Times New Roman"/>
          <w:b/>
          <w:i w:val="0"/>
          <w:color w:val="000000"/>
          <w:sz w:val="24"/>
          <w:rtl/>
          <w:szCs w:val="32"/>
        </w:rPr>
        <w:t>אֵל יִהְיֶה</w:t>
      </w:r>
      <w:r>
        <w:rPr>
          <w:rFonts w:ascii="Georgia" w:hAnsi="Georgia"/>
          <w:b w:val="0"/>
          <w:i w:val="0"/>
          <w:color w:val="000000"/>
          <w:sz w:val="24"/>
        </w:rPr>
        <w:t>) [говорит Шмуэль: с колелем].</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мале</w:t>
      </w:r>
      <w:r>
        <w:rPr>
          <w:rFonts w:ascii="Georgia" w:hAnsi="Georgia"/>
          <w:b w:val="0"/>
          <w:i w:val="0"/>
          <w:color w:val="000000"/>
          <w:sz w:val="24"/>
        </w:rPr>
        <w:t xml:space="preserve"> (</w:t>
      </w:r>
      <w:r>
        <w:rPr>
          <w:rFonts w:ascii="Georgia" w:hAnsi="Georgia" w:cs="Times New Roman"/>
          <w:b/>
          <w:i w:val="0"/>
          <w:color w:val="000000"/>
          <w:sz w:val="24"/>
          <w:rtl/>
          <w:szCs w:val="32"/>
        </w:rPr>
        <w:t>מָלֵא</w:t>
      </w:r>
      <w:r>
        <w:rPr>
          <w:rFonts w:ascii="Georgia" w:hAnsi="Georgia"/>
          <w:b w:val="0"/>
          <w:i w:val="0"/>
          <w:color w:val="000000"/>
          <w:sz w:val="24"/>
        </w:rPr>
        <w:t xml:space="preserve">) состоит из тех же букв, что и </w:t>
      </w:r>
      <w:r>
        <w:rPr>
          <w:rFonts w:ascii="Georgia" w:hAnsi="Georgia"/>
          <w:b w:val="0"/>
          <w:i/>
          <w:color w:val="000000"/>
          <w:sz w:val="24"/>
        </w:rPr>
        <w:t>элем</w:t>
      </w:r>
      <w:r>
        <w:rPr>
          <w:rFonts w:ascii="Georgia" w:hAnsi="Georgia"/>
          <w:b w:val="0"/>
          <w:i w:val="0"/>
          <w:color w:val="000000"/>
          <w:sz w:val="24"/>
        </w:rPr>
        <w:t xml:space="preserve"> (</w:t>
      </w:r>
      <w:r>
        <w:rPr>
          <w:rFonts w:ascii="Georgia" w:hAnsi="Georgia" w:cs="Times New Roman"/>
          <w:b/>
          <w:i w:val="0"/>
          <w:color w:val="000000"/>
          <w:sz w:val="24"/>
          <w:rtl/>
          <w:szCs w:val="32"/>
        </w:rPr>
        <w:t>אֵלֶם</w:t>
      </w:r>
      <w:r>
        <w:rPr>
          <w:rFonts w:ascii="Georgia" w:hAnsi="Georgia"/>
          <w:b w:val="0"/>
          <w:i w:val="0"/>
          <w:color w:val="000000"/>
          <w:sz w:val="24"/>
        </w:rPr>
        <w:t xml:space="preserve">) из [Имени] ЭЛОКИМ. И [слова] </w:t>
      </w:r>
      <w:r>
        <w:rPr>
          <w:rFonts w:ascii="Georgia" w:hAnsi="Georgia"/>
          <w:b w:val="0"/>
          <w:i/>
          <w:color w:val="000000"/>
          <w:sz w:val="24"/>
        </w:rPr>
        <w:t>ми мале</w:t>
      </w:r>
      <w:r>
        <w:rPr>
          <w:rFonts w:ascii="Georgia" w:hAnsi="Georgia"/>
          <w:b w:val="0"/>
          <w:i w:val="0"/>
          <w:color w:val="000000"/>
          <w:sz w:val="24"/>
        </w:rPr>
        <w:t xml:space="preserve"> (</w:t>
      </w:r>
      <w:r>
        <w:rPr>
          <w:rFonts w:ascii="Georgia" w:hAnsi="Georgia" w:cs="Times New Roman"/>
          <w:b/>
          <w:i w:val="0"/>
          <w:color w:val="000000"/>
          <w:sz w:val="24"/>
          <w:rtl/>
          <w:szCs w:val="32"/>
        </w:rPr>
        <w:t>מִי מָלֵא</w:t>
      </w:r>
      <w:r>
        <w:rPr>
          <w:rFonts w:ascii="Georgia" w:hAnsi="Georgia"/>
          <w:b w:val="0"/>
          <w:i w:val="0"/>
          <w:color w:val="000000"/>
          <w:sz w:val="24"/>
        </w:rPr>
        <w:t xml:space="preserve">) вместе — это самостоятельное Имя, а его огласовка берется из [слов]: </w:t>
      </w:r>
      <w:r>
        <w:rPr>
          <w:rFonts w:ascii="Georgia" w:hAnsi="Georgia"/>
          <w:b w:val="0"/>
          <w:i/>
          <w:color w:val="000000"/>
          <w:sz w:val="24"/>
        </w:rPr>
        <w:t>«Подлинно ли безмолвны…»</w:t>
      </w:r>
      <w:r>
        <w:rPr>
          <w:rFonts w:ascii="Georgia" w:hAnsi="Georgia"/>
          <w:b w:val="0"/>
          <w:i w:val="0"/>
          <w:color w:val="000000"/>
          <w:sz w:val="24"/>
        </w:rPr>
        <w:t xml:space="preserve"> (</w:t>
      </w:r>
      <w:r>
        <w:rPr>
          <w:rFonts w:ascii="Georgia" w:hAnsi="Georgia"/>
          <w:b w:val="0"/>
          <w:i/>
          <w:color w:val="000000"/>
          <w:sz w:val="24"/>
        </w:rPr>
        <w:t>а-омнам элем</w:t>
      </w:r>
      <w:r>
        <w:rPr>
          <w:rFonts w:ascii="Georgia" w:hAnsi="Georgia"/>
          <w:b w:val="0"/>
          <w:i w:val="0"/>
          <w:color w:val="000000"/>
          <w:sz w:val="24"/>
        </w:rPr>
        <w:t xml:space="preserve">, </w:t>
      </w:r>
      <w:r>
        <w:rPr>
          <w:rFonts w:ascii="Georgia" w:hAnsi="Georgia" w:cs="Times New Roman"/>
          <w:b/>
          <w:i w:val="0"/>
          <w:color w:val="000000"/>
          <w:sz w:val="24"/>
          <w:rtl/>
          <w:szCs w:val="32"/>
        </w:rPr>
        <w:t>הַאֻמְנָם אֵלֶם</w:t>
      </w:r>
      <w:r>
        <w:rPr>
          <w:rFonts w:ascii="Georgia" w:hAnsi="Georgia"/>
          <w:b w:val="0"/>
          <w:i w:val="0"/>
          <w:color w:val="000000"/>
          <w:sz w:val="24"/>
        </w:rPr>
        <w:t>; Теилим 58:2).</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йимацу</w:t>
      </w:r>
      <w:r>
        <w:rPr>
          <w:rFonts w:ascii="Georgia" w:hAnsi="Georgia"/>
          <w:b w:val="0"/>
          <w:i w:val="0"/>
          <w:color w:val="000000"/>
          <w:sz w:val="24"/>
        </w:rPr>
        <w:t xml:space="preserve"> (</w:t>
      </w:r>
      <w:r>
        <w:rPr>
          <w:rFonts w:ascii="Georgia" w:hAnsi="Georgia" w:cs="Times New Roman"/>
          <w:b/>
          <w:i w:val="0"/>
          <w:color w:val="000000"/>
          <w:sz w:val="24"/>
          <w:rtl/>
          <w:szCs w:val="32"/>
        </w:rPr>
        <w:t>יִמָּצוּ</w:t>
      </w:r>
      <w:r>
        <w:rPr>
          <w:rFonts w:ascii="Georgia" w:hAnsi="Georgia"/>
          <w:b w:val="0"/>
          <w:i w:val="0"/>
          <w:color w:val="000000"/>
          <w:sz w:val="24"/>
        </w:rPr>
        <w:t>) равно 146 (</w:t>
      </w:r>
      <w:r>
        <w:rPr>
          <w:rFonts w:ascii="Georgia" w:hAnsi="Georgia" w:cs="Times New Roman"/>
          <w:b/>
          <w:i w:val="0"/>
          <w:color w:val="000000"/>
          <w:sz w:val="24"/>
          <w:rtl/>
          <w:szCs w:val="32"/>
        </w:rPr>
        <w:t>קמ״ו</w:t>
      </w:r>
      <w:r>
        <w:rPr>
          <w:rFonts w:ascii="Georgia" w:hAnsi="Georgia"/>
          <w:b w:val="0"/>
          <w:i w:val="0"/>
          <w:color w:val="000000"/>
          <w:sz w:val="24"/>
        </w:rPr>
        <w:t>): это наполнение [Имени] ЭЙЕ с йодин, составляющее 140 (</w:t>
      </w:r>
      <w:r>
        <w:rPr>
          <w:rFonts w:ascii="Georgia" w:hAnsi="Georgia" w:cs="Times New Roman"/>
          <w:b/>
          <w:i w:val="0"/>
          <w:color w:val="000000"/>
          <w:sz w:val="24"/>
          <w:rtl/>
          <w:szCs w:val="32"/>
        </w:rPr>
        <w:t>ק״מ</w:t>
      </w:r>
      <w:r>
        <w:rPr>
          <w:rFonts w:ascii="Georgia" w:hAnsi="Georgia"/>
          <w:b w:val="0"/>
          <w:i w:val="0"/>
          <w:color w:val="000000"/>
          <w:sz w:val="24"/>
        </w:rPr>
        <w:t>), а вместе с шестью буквами наполнения получается 146 [говорит Шмуэль: и это [буквы] ламэд-пэй (</w:t>
      </w:r>
      <w:r>
        <w:rPr>
          <w:rFonts w:ascii="Georgia" w:hAnsi="Georgia" w:cs="Times New Roman"/>
          <w:b/>
          <w:i w:val="0"/>
          <w:color w:val="000000"/>
          <w:sz w:val="24"/>
          <w:rtl/>
          <w:szCs w:val="32"/>
        </w:rPr>
        <w:t>ל״ף</w:t>
      </w:r>
      <w:r>
        <w:rPr>
          <w:rFonts w:ascii="Georgia" w:hAnsi="Georgia"/>
          <w:b w:val="0"/>
          <w:i w:val="0"/>
          <w:color w:val="000000"/>
          <w:sz w:val="24"/>
        </w:rPr>
        <w:t>), йод (</w:t>
      </w:r>
      <w:r>
        <w:rPr>
          <w:rFonts w:ascii="Georgia" w:hAnsi="Georgia" w:cs="Times New Roman"/>
          <w:b/>
          <w:i w:val="0"/>
          <w:color w:val="000000"/>
          <w:sz w:val="24"/>
          <w:rtl/>
          <w:szCs w:val="32"/>
        </w:rPr>
        <w:t>י</w:t>
      </w:r>
      <w:r>
        <w:rPr>
          <w:rFonts w:ascii="Georgia" w:hAnsi="Georgia"/>
          <w:b w:val="0"/>
          <w:i w:val="0"/>
          <w:color w:val="000000"/>
          <w:sz w:val="24"/>
        </w:rPr>
        <w:t>), вав-далет (</w:t>
      </w:r>
      <w:r>
        <w:rPr>
          <w:rFonts w:ascii="Georgia" w:hAnsi="Georgia" w:cs="Times New Roman"/>
          <w:b/>
          <w:i w:val="0"/>
          <w:color w:val="000000"/>
          <w:sz w:val="24"/>
          <w:rtl/>
          <w:szCs w:val="32"/>
        </w:rPr>
        <w:t>ו״ד</w:t>
      </w:r>
      <w:r>
        <w:rPr>
          <w:rFonts w:ascii="Georgia" w:hAnsi="Georgia"/>
          <w:b w:val="0"/>
          <w:i w:val="0"/>
          <w:color w:val="000000"/>
          <w:sz w:val="24"/>
        </w:rPr>
        <w:t>) и йод (</w:t>
      </w:r>
      <w:r>
        <w:rPr>
          <w:rFonts w:ascii="Georgia" w:hAnsi="Georgia" w:cs="Times New Roman"/>
          <w:b/>
          <w:i w:val="0"/>
          <w:color w:val="000000"/>
          <w:sz w:val="24"/>
          <w:rtl/>
          <w:szCs w:val="32"/>
        </w:rPr>
        <w:t>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ламо</w:t>
      </w:r>
      <w:r>
        <w:rPr>
          <w:rFonts w:ascii="Georgia" w:hAnsi="Georgia"/>
          <w:b w:val="0"/>
          <w:i w:val="0"/>
          <w:color w:val="000000"/>
          <w:sz w:val="24"/>
        </w:rPr>
        <w:t xml:space="preserve"> (</w:t>
      </w:r>
      <w:r>
        <w:rPr>
          <w:rFonts w:ascii="Georgia" w:hAnsi="Georgia" w:cs="Times New Roman"/>
          <w:b/>
          <w:i w:val="0"/>
          <w:color w:val="000000"/>
          <w:sz w:val="24"/>
          <w:rtl/>
          <w:szCs w:val="32"/>
        </w:rPr>
        <w:t>לָמוֹ</w:t>
      </w:r>
      <w:r>
        <w:rPr>
          <w:rFonts w:ascii="Georgia" w:hAnsi="Georgia"/>
          <w:b w:val="0"/>
          <w:i w:val="0"/>
          <w:color w:val="000000"/>
          <w:sz w:val="24"/>
        </w:rPr>
        <w:t>) — это АВАЯ де-АБ [равная 72], а вместе с четырьмя ее простыми буквами получается 76 (</w:t>
      </w:r>
      <w:r>
        <w:rPr>
          <w:rFonts w:ascii="Georgia" w:hAnsi="Georgia" w:cs="Times New Roman"/>
          <w:b/>
          <w:i w:val="0"/>
          <w:color w:val="000000"/>
          <w:sz w:val="24"/>
          <w:rtl/>
          <w:szCs w:val="32"/>
        </w:rPr>
        <w:t>ע״ו</w:t>
      </w:r>
      <w:r>
        <w:rPr>
          <w:rFonts w:ascii="Georgia" w:hAnsi="Georgia"/>
          <w:b w:val="0"/>
          <w:i w:val="0"/>
          <w:color w:val="000000"/>
          <w:sz w:val="24"/>
        </w:rPr>
        <w:t>).</w:t>
      </w:r>
    </w:p>
    <w:p>
      <w:pPr>
        <w:keepNext/>
        <w:spacing w:before="320" w:after="120"/>
      </w:pPr>
      <w:r>
        <w:rPr>
          <w:rFonts w:ascii="Georgia" w:hAnsi="Georgia"/>
          <w:b w:val="0"/>
          <w:i w:val="0"/>
          <w:color w:val="000000"/>
          <w:sz w:val="32"/>
        </w:rPr>
        <w:t>Ихуд 5</w:t>
      </w:r>
    </w:p>
    <w:p>
      <w:pPr>
        <w:spacing w:before="40" w:after="120"/>
        <w:jc w:val="both"/>
      </w:pPr>
      <w:r>
        <w:rPr>
          <w:rFonts w:ascii="Georgia" w:hAnsi="Georgia"/>
          <w:b w:val="0"/>
          <w:i w:val="0"/>
          <w:color w:val="000000"/>
          <w:sz w:val="24"/>
        </w:rPr>
        <w:t xml:space="preserve">К упомянутому выше: </w:t>
      </w:r>
      <w:r>
        <w:rPr>
          <w:rFonts w:ascii="Georgia" w:hAnsi="Georgia"/>
          <w:b w:val="0"/>
          <w:i/>
          <w:color w:val="000000"/>
          <w:sz w:val="24"/>
        </w:rPr>
        <w:t>«Ибо Ты предваряешь его благословениями добра...»</w:t>
      </w:r>
      <w:r>
        <w:rPr>
          <w:rFonts w:ascii="Georgia" w:hAnsi="Georgia"/>
          <w:b w:val="0"/>
          <w:i w:val="0"/>
          <w:color w:val="000000"/>
          <w:sz w:val="24"/>
        </w:rPr>
        <w:t xml:space="preserve"> (Теилим 21:4) — начальные буквы (</w:t>
      </w:r>
      <w:r>
        <w:rPr>
          <w:rFonts w:ascii="Georgia" w:hAnsi="Georgia"/>
          <w:b w:val="0"/>
          <w:i/>
          <w:color w:val="000000"/>
          <w:sz w:val="24"/>
        </w:rPr>
        <w:t>рашей тевот</w:t>
      </w:r>
      <w:r>
        <w:rPr>
          <w:rFonts w:ascii="Georgia" w:hAnsi="Georgia"/>
          <w:b w:val="0"/>
          <w:i w:val="0"/>
          <w:color w:val="000000"/>
          <w:sz w:val="24"/>
        </w:rPr>
        <w:t xml:space="preserve">, </w:t>
      </w:r>
      <w:r>
        <w:rPr>
          <w:rFonts w:ascii="Georgia" w:hAnsi="Georgia" w:cs="Times New Roman"/>
          <w:b/>
          <w:i w:val="0"/>
          <w:color w:val="000000"/>
          <w:sz w:val="24"/>
          <w:rtl/>
          <w:szCs w:val="32"/>
        </w:rPr>
        <w:t>ר״ת</w:t>
      </w:r>
      <w:r>
        <w:rPr>
          <w:rFonts w:ascii="Georgia" w:hAnsi="Georgia"/>
          <w:b w:val="0"/>
          <w:i w:val="0"/>
          <w:color w:val="000000"/>
          <w:sz w:val="24"/>
        </w:rPr>
        <w:t>) [составляют] дважды по 216 (</w:t>
      </w:r>
      <w:r>
        <w:rPr>
          <w:rFonts w:ascii="Georgia" w:hAnsi="Georgia" w:cs="Times New Roman"/>
          <w:b/>
          <w:i w:val="0"/>
          <w:color w:val="000000"/>
          <w:sz w:val="24"/>
          <w:rtl/>
          <w:szCs w:val="32"/>
        </w:rPr>
        <w:t>רי״ו</w:t>
      </w:r>
      <w:r>
        <w:rPr>
          <w:rFonts w:ascii="Georgia" w:hAnsi="Georgia"/>
          <w:b w:val="0"/>
          <w:i w:val="0"/>
          <w:color w:val="000000"/>
          <w:sz w:val="24"/>
        </w:rPr>
        <w:t>). [Говорит Шмуэль: с колелем].</w:t>
      </w:r>
    </w:p>
    <w:p>
      <w:pPr>
        <w:spacing w:before="40" w:after="120"/>
        <w:jc w:val="both"/>
      </w:pPr>
      <w:r>
        <w:rPr>
          <w:rFonts w:ascii="Georgia" w:hAnsi="Georgia"/>
          <w:b w:val="0"/>
          <w:i w:val="0"/>
          <w:color w:val="000000"/>
          <w:sz w:val="24"/>
        </w:rPr>
        <w:t>Одно [число] 216 — это АВАЯ де-САГ (</w:t>
      </w:r>
      <w:r>
        <w:rPr>
          <w:rFonts w:ascii="Georgia" w:hAnsi="Georgia" w:cs="Times New Roman"/>
          <w:b/>
          <w:i w:val="0"/>
          <w:color w:val="000000"/>
          <w:sz w:val="24"/>
          <w:rtl/>
          <w:szCs w:val="32"/>
        </w:rPr>
        <w:t>ס״ג</w:t>
      </w:r>
      <w:r>
        <w:rPr>
          <w:rFonts w:ascii="Georgia" w:hAnsi="Georgia"/>
          <w:b w:val="0"/>
          <w:i w:val="0"/>
          <w:color w:val="000000"/>
          <w:sz w:val="24"/>
        </w:rPr>
        <w:t>) с десятью своими буквами, [что дает] 72 (</w:t>
      </w:r>
      <w:r>
        <w:rPr>
          <w:rFonts w:ascii="Georgia" w:hAnsi="Georgia" w:cs="Times New Roman"/>
          <w:b/>
          <w:i w:val="0"/>
          <w:color w:val="000000"/>
          <w:sz w:val="24"/>
          <w:rtl/>
          <w:szCs w:val="32"/>
        </w:rPr>
        <w:t>ע״ב</w:t>
      </w:r>
      <w:r>
        <w:rPr>
          <w:rFonts w:ascii="Georgia" w:hAnsi="Georgia"/>
          <w:b w:val="0"/>
          <w:i w:val="0"/>
          <w:color w:val="000000"/>
          <w:sz w:val="24"/>
        </w:rPr>
        <w:t>), и АВАЯ де-МА (</w:t>
      </w:r>
      <w:r>
        <w:rPr>
          <w:rFonts w:ascii="Georgia" w:hAnsi="Georgia" w:cs="Times New Roman"/>
          <w:b/>
          <w:i w:val="0"/>
          <w:color w:val="000000"/>
          <w:sz w:val="24"/>
          <w:rtl/>
          <w:szCs w:val="32"/>
        </w:rPr>
        <w:t>מ״ה</w:t>
      </w:r>
      <w:r>
        <w:rPr>
          <w:rFonts w:ascii="Georgia" w:hAnsi="Georgia"/>
          <w:b w:val="0"/>
          <w:i w:val="0"/>
          <w:color w:val="000000"/>
          <w:sz w:val="24"/>
        </w:rPr>
        <w:t>) с 26 (</w:t>
      </w:r>
      <w:r>
        <w:rPr>
          <w:rFonts w:ascii="Georgia" w:hAnsi="Georgia" w:cs="Times New Roman"/>
          <w:b/>
          <w:i w:val="0"/>
          <w:color w:val="000000"/>
          <w:sz w:val="24"/>
          <w:rtl/>
          <w:szCs w:val="32"/>
        </w:rPr>
        <w:t>כ״ו</w:t>
      </w:r>
      <w:r>
        <w:rPr>
          <w:rFonts w:ascii="Georgia" w:hAnsi="Georgia"/>
          <w:b w:val="0"/>
          <w:i w:val="0"/>
          <w:color w:val="000000"/>
          <w:sz w:val="24"/>
        </w:rPr>
        <w:t>) ее простого числа, что [также] дает 72. [Говорит Шмуэль: излишек первого [числа] 72 перенеси во второе 72, ведь они [составляют] 73 (</w:t>
      </w:r>
      <w:r>
        <w:rPr>
          <w:rFonts w:ascii="Georgia" w:hAnsi="Georgia" w:cs="Times New Roman"/>
          <w:b/>
          <w:i w:val="0"/>
          <w:color w:val="000000"/>
          <w:sz w:val="24"/>
          <w:rtl/>
          <w:szCs w:val="32"/>
        </w:rPr>
        <w:t>ע״ג</w:t>
      </w:r>
      <w:r>
        <w:rPr>
          <w:rFonts w:ascii="Georgia" w:hAnsi="Georgia"/>
          <w:b w:val="0"/>
          <w:i w:val="0"/>
          <w:color w:val="000000"/>
          <w:sz w:val="24"/>
        </w:rPr>
        <w:t>) и 71 (</w:t>
      </w:r>
      <w:r>
        <w:rPr>
          <w:rFonts w:ascii="Georgia" w:hAnsi="Georgia" w:cs="Times New Roman"/>
          <w:b/>
          <w:i w:val="0"/>
          <w:color w:val="000000"/>
          <w:sz w:val="24"/>
          <w:rtl/>
          <w:szCs w:val="32"/>
        </w:rPr>
        <w:t>ע״א</w:t>
      </w:r>
      <w:r>
        <w:rPr>
          <w:rFonts w:ascii="Georgia" w:hAnsi="Georgia"/>
          <w:b w:val="0"/>
          <w:i w:val="0"/>
          <w:color w:val="000000"/>
          <w:sz w:val="24"/>
        </w:rPr>
        <w:t>)]. И ахораим простой АВАЯ де-БОН (</w:t>
      </w:r>
      <w:r>
        <w:rPr>
          <w:rFonts w:ascii="Georgia" w:hAnsi="Georgia" w:cs="Times New Roman"/>
          <w:b/>
          <w:i w:val="0"/>
          <w:color w:val="000000"/>
          <w:sz w:val="24"/>
          <w:rtl/>
          <w:szCs w:val="32"/>
        </w:rPr>
        <w:t>ב״ן</w:t>
      </w:r>
      <w:r>
        <w:rPr>
          <w:rFonts w:ascii="Georgia" w:hAnsi="Georgia"/>
          <w:b w:val="0"/>
          <w:i w:val="0"/>
          <w:color w:val="000000"/>
          <w:sz w:val="24"/>
        </w:rPr>
        <w:t>) — это 72; вот три раза по 72 составляют первое [число] 216.</w:t>
      </w:r>
    </w:p>
    <w:p>
      <w:pPr>
        <w:spacing w:before="40" w:after="120"/>
        <w:jc w:val="both"/>
      </w:pPr>
      <w:r>
        <w:rPr>
          <w:rFonts w:ascii="Georgia" w:hAnsi="Georgia"/>
          <w:b w:val="0"/>
          <w:i w:val="0"/>
          <w:color w:val="000000"/>
          <w:sz w:val="24"/>
        </w:rPr>
        <w:t>А второе [число] 216 — это также три [раза по] 72 от ЭЙЕ. Вот 216 Хохмы и 216 Бины.</w:t>
      </w:r>
    </w:p>
    <w:p>
      <w:pPr>
        <w:spacing w:before="40" w:after="120"/>
        <w:jc w:val="both"/>
      </w:pPr>
      <w:r>
        <w:rPr>
          <w:rFonts w:ascii="Georgia" w:hAnsi="Georgia"/>
          <w:b w:val="0"/>
          <w:i w:val="0"/>
          <w:color w:val="000000"/>
          <w:sz w:val="24"/>
        </w:rPr>
        <w:t xml:space="preserve">Начальные буквы слов </w:t>
      </w:r>
      <w:r>
        <w:rPr>
          <w:rFonts w:ascii="Georgia" w:hAnsi="Georgia"/>
          <w:b w:val="0"/>
          <w:i/>
          <w:color w:val="000000"/>
          <w:sz w:val="24"/>
        </w:rPr>
        <w:t>«ки текадмену биркот»</w:t>
      </w:r>
      <w:r>
        <w:rPr>
          <w:rFonts w:ascii="Georgia" w:hAnsi="Georgia"/>
          <w:b w:val="0"/>
          <w:i w:val="0"/>
          <w:color w:val="000000"/>
          <w:sz w:val="24"/>
        </w:rPr>
        <w:t xml:space="preserve"> (</w:t>
      </w:r>
      <w:r>
        <w:rPr>
          <w:rFonts w:ascii="Georgia" w:hAnsi="Georgia" w:cs="Times New Roman"/>
          <w:b/>
          <w:i w:val="0"/>
          <w:color w:val="000000"/>
          <w:sz w:val="24"/>
          <w:rtl/>
          <w:szCs w:val="32"/>
        </w:rPr>
        <w:t>כי תקדמנו ברכות</w:t>
      </w:r>
      <w:r>
        <w:rPr>
          <w:rFonts w:ascii="Georgia" w:hAnsi="Georgia"/>
          <w:b w:val="0"/>
          <w:i w:val="0"/>
          <w:color w:val="000000"/>
          <w:sz w:val="24"/>
        </w:rPr>
        <w:t xml:space="preserve">) составляют слово </w:t>
      </w:r>
      <w:r>
        <w:rPr>
          <w:rFonts w:ascii="Georgia" w:hAnsi="Georgia"/>
          <w:b w:val="0"/>
          <w:i/>
          <w:color w:val="000000"/>
          <w:sz w:val="24"/>
        </w:rPr>
        <w:t>ктав</w:t>
      </w:r>
      <w:r>
        <w:rPr>
          <w:rFonts w:ascii="Georgia" w:hAnsi="Georgia"/>
          <w:b w:val="0"/>
          <w:i w:val="0"/>
          <w:color w:val="000000"/>
          <w:sz w:val="24"/>
        </w:rPr>
        <w:t xml:space="preserve"> — «письмо» (</w:t>
      </w:r>
      <w:r>
        <w:rPr>
          <w:rFonts w:ascii="Georgia" w:hAnsi="Georgia" w:cs="Times New Roman"/>
          <w:b/>
          <w:i w:val="0"/>
          <w:color w:val="000000"/>
          <w:sz w:val="24"/>
          <w:rtl/>
          <w:szCs w:val="32"/>
        </w:rPr>
        <w:t>כְּתָב</w:t>
      </w:r>
      <w:r>
        <w:rPr>
          <w:rFonts w:ascii="Georgia" w:hAnsi="Georgia"/>
          <w:b w:val="0"/>
          <w:i w:val="0"/>
          <w:color w:val="000000"/>
          <w:sz w:val="24"/>
        </w:rPr>
        <w:t xml:space="preserve">), а со словом </w:t>
      </w:r>
      <w:r>
        <w:rPr>
          <w:rFonts w:ascii="Georgia" w:hAnsi="Georgia"/>
          <w:b w:val="0"/>
          <w:i/>
          <w:color w:val="000000"/>
          <w:sz w:val="24"/>
        </w:rPr>
        <w:t>тов</w:t>
      </w:r>
      <w:r>
        <w:rPr>
          <w:rFonts w:ascii="Georgia" w:hAnsi="Georgia"/>
          <w:b w:val="0"/>
          <w:i w:val="0"/>
          <w:color w:val="000000"/>
          <w:sz w:val="24"/>
        </w:rPr>
        <w:t xml:space="preserve"> — «добро» (</w:t>
      </w:r>
      <w:r>
        <w:rPr>
          <w:rFonts w:ascii="Georgia" w:hAnsi="Georgia" w:cs="Times New Roman"/>
          <w:b/>
          <w:i w:val="0"/>
          <w:color w:val="000000"/>
          <w:sz w:val="24"/>
          <w:rtl/>
          <w:szCs w:val="32"/>
        </w:rPr>
        <w:t>טוֹב</w:t>
      </w:r>
      <w:r>
        <w:rPr>
          <w:rFonts w:ascii="Georgia" w:hAnsi="Georgia"/>
          <w:b w:val="0"/>
          <w:i w:val="0"/>
          <w:color w:val="000000"/>
          <w:sz w:val="24"/>
        </w:rPr>
        <w:t xml:space="preserve">) получается </w:t>
      </w:r>
      <w:r>
        <w:rPr>
          <w:rFonts w:ascii="Georgia" w:hAnsi="Georgia"/>
          <w:b w:val="0"/>
          <w:i/>
          <w:color w:val="000000"/>
          <w:sz w:val="24"/>
        </w:rPr>
        <w:t>ктав тов</w:t>
      </w:r>
      <w:r>
        <w:rPr>
          <w:rFonts w:ascii="Georgia" w:hAnsi="Georgia"/>
          <w:b w:val="0"/>
          <w:i w:val="0"/>
          <w:color w:val="000000"/>
          <w:sz w:val="24"/>
        </w:rPr>
        <w:t xml:space="preserve"> — «доброе письмо». И это намек на Тору, которая была дана [как] письмена белого огня (который есть Хохма) поверх черного огня (который есть Бина).</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«...возлагаешь на голову его венец из чистого золота»</w:t>
      </w:r>
      <w:r>
        <w:rPr>
          <w:rFonts w:ascii="Georgia" w:hAnsi="Georgia"/>
          <w:b w:val="0"/>
          <w:i w:val="0"/>
          <w:color w:val="000000"/>
          <w:sz w:val="24"/>
        </w:rPr>
        <w:t xml:space="preserve"> (</w:t>
      </w:r>
      <w:r>
        <w:rPr>
          <w:rFonts w:ascii="Georgia" w:hAnsi="Georgia" w:cs="Times New Roman"/>
          <w:b/>
          <w:i w:val="0"/>
          <w:color w:val="000000"/>
          <w:sz w:val="24"/>
          <w:rtl/>
          <w:szCs w:val="32"/>
        </w:rPr>
        <w:t>תשית לראשו עטרת פז</w:t>
      </w:r>
      <w:r>
        <w:rPr>
          <w:rFonts w:ascii="Georgia" w:hAnsi="Georgia"/>
          <w:b w:val="0"/>
          <w:i w:val="0"/>
          <w:color w:val="000000"/>
          <w:sz w:val="24"/>
        </w:rPr>
        <w:t>, Теилим 21:4) по своим начальным буквам в гематрии равны 587 (</w:t>
      </w:r>
      <w:r>
        <w:rPr>
          <w:rFonts w:ascii="Georgia" w:hAnsi="Georgia" w:cs="Times New Roman"/>
          <w:b/>
          <w:i w:val="0"/>
          <w:color w:val="000000"/>
          <w:sz w:val="24"/>
          <w:rtl/>
          <w:szCs w:val="32"/>
        </w:rPr>
        <w:t>ת״ק פ״ז</w:t>
      </w:r>
      <w:r>
        <w:rPr>
          <w:rFonts w:ascii="Georgia" w:hAnsi="Georgia"/>
          <w:b w:val="0"/>
          <w:i w:val="0"/>
          <w:color w:val="000000"/>
          <w:sz w:val="24"/>
        </w:rPr>
        <w:t>). И это [число складывается так]: ЭЛОКИМ с наполнением йодин равен 300, а простой ахораим равен 200 — вместе они составляют в гематрии 500 (</w:t>
      </w:r>
      <w:r>
        <w:rPr>
          <w:rFonts w:ascii="Georgia" w:hAnsi="Georgia" w:cs="Times New Roman"/>
          <w:b/>
          <w:i w:val="0"/>
          <w:color w:val="000000"/>
          <w:sz w:val="24"/>
          <w:rtl/>
          <w:szCs w:val="32"/>
        </w:rPr>
        <w:t>ת״ק</w:t>
      </w:r>
      <w:r>
        <w:rPr>
          <w:rFonts w:ascii="Georgia" w:hAnsi="Georgia"/>
          <w:b w:val="0"/>
          <w:i w:val="0"/>
          <w:color w:val="000000"/>
          <w:sz w:val="24"/>
        </w:rPr>
        <w:t>); сам же ЭЛОКИМ равен 87 (</w:t>
      </w:r>
      <w:r>
        <w:rPr>
          <w:rFonts w:ascii="Georgia" w:hAnsi="Georgia" w:cs="Times New Roman"/>
          <w:b/>
          <w:i w:val="0"/>
          <w:color w:val="000000"/>
          <w:sz w:val="24"/>
          <w:rtl/>
          <w:szCs w:val="32"/>
        </w:rPr>
        <w:t>פ״ז</w:t>
      </w:r>
      <w:r>
        <w:rPr>
          <w:rFonts w:ascii="Georgia" w:hAnsi="Georgia"/>
          <w:b w:val="0"/>
          <w:i w:val="0"/>
          <w:color w:val="000000"/>
          <w:sz w:val="24"/>
        </w:rPr>
        <w:t>) с колелем. Конечные же буквы (</w:t>
      </w:r>
      <w:r>
        <w:rPr>
          <w:rFonts w:ascii="Georgia" w:hAnsi="Georgia"/>
          <w:b w:val="0"/>
          <w:i/>
          <w:color w:val="000000"/>
          <w:sz w:val="24"/>
        </w:rPr>
        <w:t>софей тевот</w:t>
      </w:r>
      <w:r>
        <w:rPr>
          <w:rFonts w:ascii="Georgia" w:hAnsi="Georgia"/>
          <w:b w:val="0"/>
          <w:i w:val="0"/>
          <w:color w:val="000000"/>
          <w:sz w:val="24"/>
        </w:rPr>
        <w:t xml:space="preserve">, </w:t>
      </w:r>
      <w:r>
        <w:rPr>
          <w:rFonts w:ascii="Georgia" w:hAnsi="Georgia" w:cs="Times New Roman"/>
          <w:b/>
          <w:i w:val="0"/>
          <w:color w:val="000000"/>
          <w:sz w:val="24"/>
          <w:rtl/>
          <w:szCs w:val="32"/>
        </w:rPr>
        <w:t>ס״ת</w:t>
      </w:r>
      <w:r>
        <w:rPr>
          <w:rFonts w:ascii="Georgia" w:hAnsi="Georgia"/>
          <w:b w:val="0"/>
          <w:i w:val="0"/>
          <w:color w:val="000000"/>
          <w:sz w:val="24"/>
        </w:rPr>
        <w:t>) [этих слов] равны 813 (</w:t>
      </w:r>
      <w:r>
        <w:rPr>
          <w:rFonts w:ascii="Georgia" w:hAnsi="Georgia" w:cs="Times New Roman"/>
          <w:b/>
          <w:i w:val="0"/>
          <w:color w:val="000000"/>
          <w:sz w:val="24"/>
          <w:rtl/>
          <w:szCs w:val="32"/>
        </w:rPr>
        <w:t>תתי״ג</w:t>
      </w:r>
      <w:r>
        <w:rPr>
          <w:rFonts w:ascii="Georgia" w:hAnsi="Georgia"/>
          <w:b w:val="0"/>
          <w:i w:val="0"/>
          <w:color w:val="000000"/>
          <w:sz w:val="24"/>
        </w:rPr>
        <w:t>), и это ШАДАЙ в полном наполнении.</w:t>
      </w:r>
    </w:p>
    <w:p>
      <w:pPr>
        <w:spacing w:before="40" w:after="120"/>
        <w:jc w:val="both"/>
      </w:pPr>
      <w:r>
        <w:rPr>
          <w:rFonts w:ascii="Georgia" w:hAnsi="Georgia"/>
          <w:b w:val="0"/>
          <w:i w:val="0"/>
          <w:color w:val="000000"/>
          <w:sz w:val="24"/>
        </w:rPr>
        <w:t xml:space="preserve">Также конечные буквы слов </w:t>
      </w:r>
      <w:r>
        <w:rPr>
          <w:rFonts w:ascii="Georgia" w:hAnsi="Georgia"/>
          <w:b w:val="0"/>
          <w:i/>
          <w:color w:val="000000"/>
          <w:sz w:val="24"/>
        </w:rPr>
        <w:t>«ки текадмену биркот тов»</w:t>
      </w:r>
      <w:r>
        <w:rPr>
          <w:rFonts w:ascii="Georgia" w:hAnsi="Georgia"/>
          <w:b w:val="0"/>
          <w:i w:val="0"/>
          <w:color w:val="000000"/>
          <w:sz w:val="24"/>
        </w:rPr>
        <w:t xml:space="preserve"> (</w:t>
      </w:r>
      <w:r>
        <w:rPr>
          <w:rFonts w:ascii="Georgia" w:hAnsi="Georgia" w:cs="Times New Roman"/>
          <w:b/>
          <w:i w:val="0"/>
          <w:color w:val="000000"/>
          <w:sz w:val="24"/>
          <w:rtl/>
          <w:szCs w:val="32"/>
        </w:rPr>
        <w:t>כי תקדמנו ברכות טוב</w:t>
      </w:r>
      <w:r>
        <w:rPr>
          <w:rFonts w:ascii="Georgia" w:hAnsi="Georgia"/>
          <w:b w:val="0"/>
          <w:i w:val="0"/>
          <w:color w:val="000000"/>
          <w:sz w:val="24"/>
        </w:rPr>
        <w:t>) равны 418 (</w:t>
      </w:r>
      <w:r>
        <w:rPr>
          <w:rFonts w:ascii="Georgia" w:hAnsi="Georgia" w:cs="Times New Roman"/>
          <w:b/>
          <w:i w:val="0"/>
          <w:color w:val="000000"/>
          <w:sz w:val="24"/>
          <w:rtl/>
          <w:szCs w:val="32"/>
        </w:rPr>
        <w:t>תח״י</w:t>
      </w:r>
      <w:r>
        <w:rPr>
          <w:rFonts w:ascii="Georgia" w:hAnsi="Georgia"/>
          <w:b w:val="0"/>
          <w:i w:val="0"/>
          <w:color w:val="000000"/>
          <w:sz w:val="24"/>
        </w:rPr>
        <w:t>), и они [составляют] 72, 130 (</w:t>
      </w:r>
      <w:r>
        <w:rPr>
          <w:rFonts w:ascii="Georgia" w:hAnsi="Georgia" w:cs="Times New Roman"/>
          <w:b/>
          <w:i w:val="0"/>
          <w:color w:val="000000"/>
          <w:sz w:val="24"/>
          <w:rtl/>
          <w:szCs w:val="32"/>
        </w:rPr>
        <w:t>ק״ל</w:t>
      </w:r>
      <w:r>
        <w:rPr>
          <w:rFonts w:ascii="Georgia" w:hAnsi="Georgia"/>
          <w:b w:val="0"/>
          <w:i w:val="0"/>
          <w:color w:val="000000"/>
          <w:sz w:val="24"/>
        </w:rPr>
        <w:t>), 72 и 144 (</w:t>
      </w:r>
      <w:r>
        <w:rPr>
          <w:rFonts w:ascii="Georgia" w:hAnsi="Georgia" w:cs="Times New Roman"/>
          <w:b/>
          <w:i w:val="0"/>
          <w:color w:val="000000"/>
          <w:sz w:val="24"/>
          <w:rtl/>
          <w:szCs w:val="32"/>
        </w:rPr>
        <w:t>קד״ם</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текадмену</w:t>
      </w:r>
      <w:r>
        <w:rPr>
          <w:rFonts w:ascii="Georgia" w:hAnsi="Georgia"/>
          <w:b w:val="0"/>
          <w:i w:val="0"/>
          <w:color w:val="000000"/>
          <w:sz w:val="24"/>
        </w:rPr>
        <w:t xml:space="preserve"> — это полный ахораим ЭЙЕ с [наполнением] йодин, равный 544 (</w:t>
      </w:r>
      <w:r>
        <w:rPr>
          <w:rFonts w:ascii="Georgia" w:hAnsi="Georgia" w:cs="Times New Roman"/>
          <w:b/>
          <w:i w:val="0"/>
          <w:color w:val="000000"/>
          <w:sz w:val="24"/>
          <w:rtl/>
          <w:szCs w:val="32"/>
        </w:rPr>
        <w:t>תקמ״ד</w:t>
      </w:r>
      <w:r>
        <w:rPr>
          <w:rFonts w:ascii="Georgia" w:hAnsi="Georgia"/>
          <w:b w:val="0"/>
          <w:i w:val="0"/>
          <w:color w:val="000000"/>
          <w:sz w:val="24"/>
        </w:rPr>
        <w:t>), и дважды по 27 (</w:t>
      </w:r>
      <w:r>
        <w:rPr>
          <w:rFonts w:ascii="Georgia" w:hAnsi="Georgia" w:cs="Times New Roman"/>
          <w:b/>
          <w:i w:val="0"/>
          <w:color w:val="000000"/>
          <w:sz w:val="24"/>
          <w:rtl/>
          <w:szCs w:val="32"/>
        </w:rPr>
        <w:t>כ״ז</w:t>
      </w:r>
      <w:r>
        <w:rPr>
          <w:rFonts w:ascii="Georgia" w:hAnsi="Georgia"/>
          <w:b w:val="0"/>
          <w:i w:val="0"/>
          <w:color w:val="000000"/>
          <w:sz w:val="24"/>
        </w:rPr>
        <w:t>) букв, имеющихся в наполнении ЭЙЕ, вместе с двумя колелями, что составляет 56 (</w:t>
      </w:r>
      <w:r>
        <w:rPr>
          <w:rFonts w:ascii="Georgia" w:hAnsi="Georgia" w:cs="Times New Roman"/>
          <w:b/>
          <w:i w:val="0"/>
          <w:color w:val="000000"/>
          <w:sz w:val="24"/>
          <w:rtl/>
          <w:szCs w:val="32"/>
        </w:rPr>
        <w:t>נ״ו</w:t>
      </w:r>
      <w:r>
        <w:rPr>
          <w:rFonts w:ascii="Georgia" w:hAnsi="Georgia"/>
          <w:b w:val="0"/>
          <w:i w:val="0"/>
          <w:color w:val="000000"/>
          <w:sz w:val="24"/>
        </w:rPr>
        <w:t xml:space="preserve">). Это Имя представляет собой слово </w:t>
      </w:r>
      <w:r>
        <w:rPr>
          <w:rFonts w:ascii="Georgia" w:hAnsi="Georgia"/>
          <w:b w:val="0"/>
          <w:i/>
          <w:color w:val="000000"/>
          <w:sz w:val="24"/>
        </w:rPr>
        <w:t>тикадмано</w:t>
      </w:r>
      <w:r>
        <w:rPr>
          <w:rFonts w:ascii="Georgia" w:hAnsi="Georgia"/>
          <w:b w:val="0"/>
          <w:i w:val="0"/>
          <w:color w:val="000000"/>
          <w:sz w:val="24"/>
        </w:rPr>
        <w:t xml:space="preserve"> (</w:t>
      </w:r>
      <w:r>
        <w:rPr>
          <w:rFonts w:ascii="Georgia" w:hAnsi="Georgia" w:cs="Times New Roman"/>
          <w:b/>
          <w:i w:val="0"/>
          <w:color w:val="000000"/>
          <w:sz w:val="24"/>
          <w:rtl/>
          <w:szCs w:val="32"/>
        </w:rPr>
        <w:t>תִקְדֹמַנֹו</w:t>
      </w:r>
      <w:r>
        <w:rPr>
          <w:rFonts w:ascii="Georgia" w:hAnsi="Georgia"/>
          <w:b w:val="0"/>
          <w:i w:val="0"/>
          <w:color w:val="000000"/>
          <w:sz w:val="24"/>
        </w:rPr>
        <w:t xml:space="preserve">), а огласовка его — от [слов] </w:t>
      </w:r>
      <w:r>
        <w:rPr>
          <w:rFonts w:ascii="Georgia" w:hAnsi="Georgia"/>
          <w:b w:val="0"/>
          <w:i/>
          <w:color w:val="000000"/>
          <w:sz w:val="24"/>
        </w:rPr>
        <w:t>«биркот тов»</w:t>
      </w:r>
      <w:r>
        <w:rPr>
          <w:rFonts w:ascii="Georgia" w:hAnsi="Georgia"/>
          <w:b w:val="0"/>
          <w:i w:val="0"/>
          <w:color w:val="000000"/>
          <w:sz w:val="24"/>
        </w:rPr>
        <w:t>. Говорит Шмуэль: патах скрыт.</w:t>
      </w:r>
    </w:p>
    <w:p>
      <w:pPr>
        <w:keepNext/>
        <w:spacing w:before="320" w:after="120"/>
      </w:pPr>
      <w:r>
        <w:rPr>
          <w:rFonts w:ascii="Georgia" w:hAnsi="Georgia"/>
          <w:b w:val="0"/>
          <w:i w:val="0"/>
          <w:color w:val="000000"/>
          <w:sz w:val="32"/>
        </w:rPr>
        <w:t>Ихуд 6</w:t>
      </w:r>
    </w:p>
    <w:p>
      <w:pPr>
        <w:spacing w:before="40" w:after="120"/>
        <w:jc w:val="both"/>
      </w:pPr>
      <w:r>
        <w:rPr>
          <w:rFonts w:ascii="Georgia" w:hAnsi="Georgia"/>
          <w:b w:val="0"/>
          <w:i w:val="0"/>
          <w:color w:val="000000"/>
          <w:sz w:val="24"/>
        </w:rPr>
        <w:t xml:space="preserve">[Имя] ЭЛЬ, упомянутое выше: [в стихе] </w:t>
      </w:r>
      <w:r>
        <w:rPr>
          <w:rFonts w:ascii="Georgia" w:hAnsi="Georgia"/>
          <w:b w:val="0"/>
          <w:i/>
          <w:color w:val="000000"/>
          <w:sz w:val="24"/>
        </w:rPr>
        <w:t>«Словам моим внемли, Г-споди, уразумей помышление мое»</w:t>
      </w:r>
      <w:r>
        <w:rPr>
          <w:rFonts w:ascii="Georgia" w:hAnsi="Georgia"/>
          <w:b w:val="0"/>
          <w:i w:val="0"/>
          <w:color w:val="000000"/>
          <w:sz w:val="24"/>
        </w:rPr>
        <w:t xml:space="preserve"> (Теилим 5:2) начальные буквы [слов], за исключением слова </w:t>
      </w:r>
      <w:r>
        <w:rPr>
          <w:rFonts w:ascii="Georgia" w:hAnsi="Georgia"/>
          <w:b w:val="0"/>
          <w:i/>
          <w:color w:val="000000"/>
          <w:sz w:val="24"/>
        </w:rPr>
        <w:t>бина</w:t>
      </w:r>
      <w:r>
        <w:rPr>
          <w:rFonts w:ascii="Georgia" w:hAnsi="Georgia"/>
          <w:b w:val="0"/>
          <w:i w:val="0"/>
          <w:color w:val="000000"/>
          <w:sz w:val="24"/>
        </w:rPr>
        <w:t xml:space="preserve"> (</w:t>
      </w:r>
      <w:r>
        <w:rPr>
          <w:rFonts w:ascii="Georgia" w:hAnsi="Georgia" w:cs="Times New Roman"/>
          <w:b/>
          <w:i w:val="0"/>
          <w:color w:val="000000"/>
          <w:sz w:val="24"/>
          <w:rtl/>
          <w:szCs w:val="32"/>
        </w:rPr>
        <w:t>בִּינָה</w:t>
      </w:r>
      <w:r>
        <w:rPr>
          <w:rFonts w:ascii="Georgia" w:hAnsi="Georgia"/>
          <w:b w:val="0"/>
          <w:i w:val="0"/>
          <w:color w:val="000000"/>
          <w:sz w:val="24"/>
        </w:rPr>
        <w:t>), образуют [Имя] ЭЙЕ (</w:t>
      </w:r>
      <w:r>
        <w:rPr>
          <w:rFonts w:ascii="Georgia" w:hAnsi="Georgia" w:cs="Times New Roman"/>
          <w:b/>
          <w:i w:val="0"/>
          <w:color w:val="000000"/>
          <w:sz w:val="24"/>
          <w:rtl/>
          <w:szCs w:val="32"/>
        </w:rPr>
        <w:t>אהיה</w:t>
      </w:r>
      <w:r>
        <w:rPr>
          <w:rFonts w:ascii="Georgia" w:hAnsi="Georgia"/>
          <w:b w:val="0"/>
          <w:i w:val="0"/>
          <w:color w:val="000000"/>
          <w:sz w:val="24"/>
        </w:rPr>
        <w:t xml:space="preserve">). А [Имя] ЭЙЕ пребывает в Бине, как известно, — и на это указывает [само] слово </w:t>
      </w:r>
      <w:r>
        <w:rPr>
          <w:rFonts w:ascii="Georgia" w:hAnsi="Georgia"/>
          <w:b w:val="0"/>
          <w:i/>
          <w:color w:val="000000"/>
          <w:sz w:val="24"/>
        </w:rPr>
        <w:t>бина</w:t>
      </w:r>
      <w:r>
        <w:rPr>
          <w:rFonts w:ascii="Georgia" w:hAnsi="Georgia"/>
          <w:b w:val="0"/>
          <w:i w:val="0"/>
          <w:color w:val="000000"/>
          <w:sz w:val="24"/>
        </w:rPr>
        <w:t>. Конечные же буквы [этих слов составляют в сумме] 35 (</w:t>
      </w:r>
      <w:r>
        <w:rPr>
          <w:rFonts w:ascii="Georgia" w:hAnsi="Georgia" w:cs="Times New Roman"/>
          <w:b/>
          <w:i w:val="0"/>
          <w:color w:val="000000"/>
          <w:sz w:val="24"/>
          <w:rtl/>
          <w:szCs w:val="32"/>
        </w:rPr>
        <w:t>ל״ה</w:t>
      </w:r>
      <w:r>
        <w:rPr>
          <w:rFonts w:ascii="Georgia" w:hAnsi="Georgia"/>
          <w:b w:val="0"/>
          <w:i w:val="0"/>
          <w:color w:val="000000"/>
          <w:sz w:val="24"/>
        </w:rPr>
        <w:t>), что по гематрии равно [Имени] АГЛА (</w:t>
      </w:r>
      <w:r>
        <w:rPr>
          <w:rFonts w:ascii="Georgia" w:hAnsi="Georgia" w:cs="Times New Roman"/>
          <w:b/>
          <w:i w:val="0"/>
          <w:color w:val="000000"/>
          <w:sz w:val="24"/>
          <w:rtl/>
          <w:szCs w:val="32"/>
        </w:rPr>
        <w:t>אגלא</w:t>
      </w:r>
      <w:r>
        <w:rPr>
          <w:rFonts w:ascii="Georgia" w:hAnsi="Georgia"/>
          <w:b w:val="0"/>
          <w:i w:val="0"/>
          <w:color w:val="000000"/>
          <w:sz w:val="24"/>
        </w:rPr>
        <w:t xml:space="preserve">), образуемому начальными буквами четырех стихов, а именно: [в стихе] </w:t>
      </w:r>
      <w:r>
        <w:rPr>
          <w:rFonts w:ascii="Georgia" w:hAnsi="Georgia"/>
          <w:b w:val="0"/>
          <w:i/>
          <w:color w:val="000000"/>
          <w:sz w:val="24"/>
        </w:rPr>
        <w:t>«Йегуда, тебя...»</w:t>
      </w:r>
      <w:r>
        <w:rPr>
          <w:rFonts w:ascii="Georgia" w:hAnsi="Georgia"/>
          <w:b w:val="0"/>
          <w:i w:val="0"/>
          <w:color w:val="000000"/>
          <w:sz w:val="24"/>
        </w:rPr>
        <w:t xml:space="preserve"> (Берешит 49:8) — алеф (</w:t>
      </w:r>
      <w:r>
        <w:rPr>
          <w:rFonts w:ascii="Georgia" w:hAnsi="Georgia" w:cs="Times New Roman"/>
          <w:b/>
          <w:i w:val="0"/>
          <w:color w:val="000000"/>
          <w:sz w:val="24"/>
          <w:rtl/>
          <w:szCs w:val="32"/>
        </w:rPr>
        <w:t>א</w:t>
      </w:r>
      <w:r>
        <w:rPr>
          <w:rFonts w:ascii="Georgia" w:hAnsi="Georgia"/>
          <w:b w:val="0"/>
          <w:i w:val="0"/>
          <w:color w:val="000000"/>
          <w:sz w:val="24"/>
        </w:rPr>
        <w:t xml:space="preserve"> = 1) от [слова] </w:t>
      </w:r>
      <w:r>
        <w:rPr>
          <w:rFonts w:ascii="Georgia" w:hAnsi="Georgia"/>
          <w:b w:val="0"/>
          <w:i/>
          <w:color w:val="000000"/>
          <w:sz w:val="24"/>
        </w:rPr>
        <w:t>ата</w:t>
      </w:r>
      <w:r>
        <w:rPr>
          <w:rFonts w:ascii="Georgia" w:hAnsi="Georgia"/>
          <w:b w:val="0"/>
          <w:i w:val="0"/>
          <w:color w:val="000000"/>
          <w:sz w:val="24"/>
        </w:rPr>
        <w:t xml:space="preserve"> (</w:t>
      </w:r>
      <w:r>
        <w:rPr>
          <w:rFonts w:ascii="Georgia" w:hAnsi="Georgia" w:cs="Times New Roman"/>
          <w:b/>
          <w:i w:val="0"/>
          <w:color w:val="000000"/>
          <w:sz w:val="24"/>
          <w:rtl/>
          <w:szCs w:val="32"/>
        </w:rPr>
        <w:t>אַתָּה</w:t>
      </w:r>
      <w:r>
        <w:rPr>
          <w:rFonts w:ascii="Georgia" w:hAnsi="Georgia"/>
          <w:b w:val="0"/>
          <w:i w:val="0"/>
          <w:color w:val="000000"/>
          <w:sz w:val="24"/>
        </w:rPr>
        <w:t>); гимель (</w:t>
      </w:r>
      <w:r>
        <w:rPr>
          <w:rFonts w:ascii="Georgia" w:hAnsi="Georgia" w:cs="Times New Roman"/>
          <w:b/>
          <w:i w:val="0"/>
          <w:color w:val="000000"/>
          <w:sz w:val="24"/>
          <w:rtl/>
          <w:szCs w:val="32"/>
        </w:rPr>
        <w:t>ג</w:t>
      </w:r>
      <w:r>
        <w:rPr>
          <w:rFonts w:ascii="Georgia" w:hAnsi="Georgia"/>
          <w:b w:val="0"/>
          <w:i w:val="0"/>
          <w:color w:val="000000"/>
          <w:sz w:val="24"/>
        </w:rPr>
        <w:t xml:space="preserve"> = 3) — от </w:t>
      </w:r>
      <w:r>
        <w:rPr>
          <w:rFonts w:ascii="Georgia" w:hAnsi="Georgia"/>
          <w:b w:val="0"/>
          <w:i/>
          <w:color w:val="000000"/>
          <w:sz w:val="24"/>
        </w:rPr>
        <w:t>«Молодой лев Йегуда...»</w:t>
      </w:r>
      <w:r>
        <w:rPr>
          <w:rFonts w:ascii="Georgia" w:hAnsi="Georgia"/>
          <w:b w:val="0"/>
          <w:i w:val="0"/>
          <w:color w:val="000000"/>
          <w:sz w:val="24"/>
        </w:rPr>
        <w:t xml:space="preserve"> (Берешит 49:9); ламэд (</w:t>
      </w:r>
      <w:r>
        <w:rPr>
          <w:rFonts w:ascii="Georgia" w:hAnsi="Georgia" w:cs="Times New Roman"/>
          <w:b/>
          <w:i w:val="0"/>
          <w:color w:val="000000"/>
          <w:sz w:val="24"/>
          <w:rtl/>
          <w:szCs w:val="32"/>
        </w:rPr>
        <w:t>ל</w:t>
      </w:r>
      <w:r>
        <w:rPr>
          <w:rFonts w:ascii="Georgia" w:hAnsi="Georgia"/>
          <w:b w:val="0"/>
          <w:i w:val="0"/>
          <w:color w:val="000000"/>
          <w:sz w:val="24"/>
        </w:rPr>
        <w:t xml:space="preserve"> = 30) — от </w:t>
      </w:r>
      <w:r>
        <w:rPr>
          <w:rFonts w:ascii="Georgia" w:hAnsi="Georgia"/>
          <w:b w:val="0"/>
          <w:i/>
          <w:color w:val="000000"/>
          <w:sz w:val="24"/>
        </w:rPr>
        <w:t>«Не отойдет скипетр...»</w:t>
      </w:r>
      <w:r>
        <w:rPr>
          <w:rFonts w:ascii="Georgia" w:hAnsi="Georgia"/>
          <w:b w:val="0"/>
          <w:i w:val="0"/>
          <w:color w:val="000000"/>
          <w:sz w:val="24"/>
        </w:rPr>
        <w:t xml:space="preserve"> (Берешит 49:10); алеф (</w:t>
      </w:r>
      <w:r>
        <w:rPr>
          <w:rFonts w:ascii="Georgia" w:hAnsi="Georgia" w:cs="Times New Roman"/>
          <w:b/>
          <w:i w:val="0"/>
          <w:color w:val="000000"/>
          <w:sz w:val="24"/>
          <w:rtl/>
          <w:szCs w:val="32"/>
        </w:rPr>
        <w:t>א</w:t>
      </w:r>
      <w:r>
        <w:rPr>
          <w:rFonts w:ascii="Georgia" w:hAnsi="Georgia"/>
          <w:b w:val="0"/>
          <w:i w:val="0"/>
          <w:color w:val="000000"/>
          <w:sz w:val="24"/>
        </w:rPr>
        <w:t xml:space="preserve"> = 1) — от </w:t>
      </w:r>
      <w:r>
        <w:rPr>
          <w:rFonts w:ascii="Georgia" w:hAnsi="Georgia"/>
          <w:b w:val="0"/>
          <w:i/>
          <w:color w:val="000000"/>
          <w:sz w:val="24"/>
        </w:rPr>
        <w:t>«Привязывает к виноградной лозе осленка своего...»</w:t>
      </w:r>
      <w:r>
        <w:rPr>
          <w:rFonts w:ascii="Georgia" w:hAnsi="Georgia"/>
          <w:b w:val="0"/>
          <w:i w:val="0"/>
          <w:color w:val="000000"/>
          <w:sz w:val="24"/>
        </w:rPr>
        <w:t xml:space="preserve"> (Берешит 49:11). Слово </w:t>
      </w:r>
      <w:r>
        <w:rPr>
          <w:rFonts w:ascii="Georgia" w:hAnsi="Georgia"/>
          <w:b w:val="0"/>
          <w:i/>
          <w:color w:val="000000"/>
          <w:sz w:val="24"/>
        </w:rPr>
        <w:t>амарай</w:t>
      </w:r>
      <w:r>
        <w:rPr>
          <w:rFonts w:ascii="Georgia" w:hAnsi="Georgia"/>
          <w:b w:val="0"/>
          <w:i w:val="0"/>
          <w:color w:val="000000"/>
          <w:sz w:val="24"/>
        </w:rPr>
        <w:t xml:space="preserve"> (</w:t>
      </w:r>
      <w:r>
        <w:rPr>
          <w:rFonts w:ascii="Georgia" w:hAnsi="Georgia" w:cs="Times New Roman"/>
          <w:b/>
          <w:i w:val="0"/>
          <w:color w:val="000000"/>
          <w:sz w:val="24"/>
          <w:rtl/>
          <w:szCs w:val="32"/>
        </w:rPr>
        <w:t>אֲמָרַי</w:t>
      </w:r>
      <w:r>
        <w:rPr>
          <w:rFonts w:ascii="Georgia" w:hAnsi="Georgia"/>
          <w:b w:val="0"/>
          <w:i w:val="0"/>
          <w:color w:val="000000"/>
          <w:sz w:val="24"/>
        </w:rPr>
        <w:t>) вместе с коллелем составляет 252 (</w:t>
      </w:r>
      <w:r>
        <w:rPr>
          <w:rFonts w:ascii="Georgia" w:hAnsi="Georgia" w:cs="Times New Roman"/>
          <w:b/>
          <w:i w:val="0"/>
          <w:color w:val="000000"/>
          <w:sz w:val="24"/>
          <w:rtl/>
          <w:szCs w:val="32"/>
        </w:rPr>
        <w:t>רנ״ב</w:t>
      </w:r>
      <w:r>
        <w:rPr>
          <w:rFonts w:ascii="Georgia" w:hAnsi="Georgia"/>
          <w:b w:val="0"/>
          <w:i w:val="0"/>
          <w:color w:val="000000"/>
          <w:sz w:val="24"/>
        </w:rPr>
        <w:t xml:space="preserve">), что равно числу органов женщины. [Слово же] </w:t>
      </w:r>
      <w:r>
        <w:rPr>
          <w:rFonts w:ascii="Georgia" w:hAnsi="Georgia"/>
          <w:b w:val="0"/>
          <w:i/>
          <w:color w:val="000000"/>
          <w:sz w:val="24"/>
        </w:rPr>
        <w:t>хагиги</w:t>
      </w:r>
      <w:r>
        <w:rPr>
          <w:rFonts w:ascii="Georgia" w:hAnsi="Georgia"/>
          <w:b w:val="0"/>
          <w:i w:val="0"/>
          <w:color w:val="000000"/>
          <w:sz w:val="24"/>
        </w:rPr>
        <w:t xml:space="preserve"> (</w:t>
      </w:r>
      <w:r>
        <w:rPr>
          <w:rFonts w:ascii="Georgia" w:hAnsi="Georgia" w:cs="Times New Roman"/>
          <w:b/>
          <w:i w:val="0"/>
          <w:color w:val="000000"/>
          <w:sz w:val="24"/>
          <w:rtl/>
          <w:szCs w:val="32"/>
        </w:rPr>
        <w:t>הֲגִיגִי</w:t>
      </w:r>
      <w:r>
        <w:rPr>
          <w:rFonts w:ascii="Georgia" w:hAnsi="Georgia"/>
          <w:b w:val="0"/>
          <w:i w:val="0"/>
          <w:color w:val="000000"/>
          <w:sz w:val="24"/>
        </w:rPr>
        <w:t>) по гематрии равно [Имени] ЭЛЬ (</w:t>
      </w:r>
      <w:r>
        <w:rPr>
          <w:rFonts w:ascii="Georgia" w:hAnsi="Georgia" w:cs="Times New Roman"/>
          <w:b/>
          <w:i w:val="0"/>
          <w:color w:val="000000"/>
          <w:sz w:val="24"/>
          <w:rtl/>
          <w:szCs w:val="32"/>
        </w:rPr>
        <w:t>אל</w:t>
      </w:r>
      <w:r>
        <w:rPr>
          <w:rFonts w:ascii="Georgia" w:hAnsi="Georgia"/>
          <w:b w:val="0"/>
          <w:i w:val="0"/>
          <w:color w:val="000000"/>
          <w:sz w:val="24"/>
        </w:rPr>
        <w:t xml:space="preserve"> = 31); это самостоятельное Имя, а огласовка его при произношении — </w:t>
      </w:r>
      <w:r>
        <w:rPr>
          <w:rFonts w:ascii="Georgia" w:hAnsi="Georgia"/>
          <w:b w:val="0"/>
          <w:i/>
          <w:color w:val="000000"/>
          <w:sz w:val="24"/>
        </w:rPr>
        <w:t>хигиги</w:t>
      </w:r>
      <w:r>
        <w:rPr>
          <w:rFonts w:ascii="Georgia" w:hAnsi="Georgia"/>
          <w:b w:val="0"/>
          <w:i w:val="0"/>
          <w:color w:val="000000"/>
          <w:sz w:val="24"/>
        </w:rPr>
        <w:t xml:space="preserve"> (</w:t>
      </w:r>
      <w:r>
        <w:rPr>
          <w:rFonts w:ascii="Georgia" w:hAnsi="Georgia" w:cs="Times New Roman"/>
          <w:b/>
          <w:i w:val="0"/>
          <w:color w:val="000000"/>
          <w:sz w:val="24"/>
          <w:rtl/>
          <w:szCs w:val="32"/>
        </w:rPr>
        <w:t>הִגִיגִי</w:t>
      </w:r>
      <w:r>
        <w:rPr>
          <w:rFonts w:ascii="Georgia" w:hAnsi="Georgia"/>
          <w:b w:val="0"/>
          <w:i w:val="0"/>
          <w:color w:val="000000"/>
          <w:sz w:val="24"/>
        </w:rPr>
        <w:t>).</w:t>
      </w:r>
    </w:p>
    <w:p>
      <w:pPr>
        <w:keepNext/>
        <w:spacing w:before="320" w:after="120"/>
      </w:pPr>
      <w:r>
        <w:rPr>
          <w:rFonts w:ascii="Georgia" w:hAnsi="Georgia"/>
          <w:b w:val="0"/>
          <w:i w:val="0"/>
          <w:color w:val="000000"/>
          <w:sz w:val="32"/>
        </w:rPr>
        <w:t>Ихуд 7</w:t>
      </w:r>
    </w:p>
    <w:p>
      <w:pPr>
        <w:spacing w:before="40" w:after="120"/>
        <w:jc w:val="both"/>
      </w:pPr>
      <w:r>
        <w:rPr>
          <w:rFonts w:ascii="Georgia" w:hAnsi="Georgia"/>
          <w:b w:val="0"/>
          <w:i w:val="0"/>
          <w:color w:val="000000"/>
          <w:sz w:val="24"/>
        </w:rPr>
        <w:t xml:space="preserve">К вышеупомянутому [стиху]: </w:t>
      </w:r>
      <w:r>
        <w:rPr>
          <w:rFonts w:ascii="Georgia" w:hAnsi="Georgia"/>
          <w:b w:val="0"/>
          <w:i/>
          <w:color w:val="000000"/>
          <w:sz w:val="24"/>
        </w:rPr>
        <w:t>«Уста истины пребудут вовек…»</w:t>
      </w:r>
      <w:r>
        <w:rPr>
          <w:rFonts w:ascii="Georgia" w:hAnsi="Georgia"/>
          <w:b w:val="0"/>
          <w:i w:val="0"/>
          <w:color w:val="000000"/>
          <w:sz w:val="24"/>
        </w:rPr>
        <w:t xml:space="preserve"> (Мишлей 12:19). Начальные буквы [первых трех слов] составляют [слова] </w:t>
      </w:r>
      <w:r>
        <w:rPr>
          <w:rFonts w:ascii="Georgia" w:hAnsi="Georgia"/>
          <w:b w:val="0"/>
          <w:i/>
          <w:color w:val="000000"/>
          <w:sz w:val="24"/>
        </w:rPr>
        <w:t>шеэт</w:t>
      </w:r>
      <w:r>
        <w:rPr>
          <w:rFonts w:ascii="Georgia" w:hAnsi="Georgia"/>
          <w:b w:val="0"/>
          <w:i w:val="0"/>
          <w:color w:val="000000"/>
          <w:sz w:val="24"/>
        </w:rPr>
        <w:t xml:space="preserve"> (</w:t>
      </w:r>
      <w:r>
        <w:rPr>
          <w:rFonts w:ascii="Georgia" w:hAnsi="Georgia" w:cs="Times New Roman"/>
          <w:b/>
          <w:i w:val="0"/>
          <w:color w:val="000000"/>
          <w:sz w:val="24"/>
          <w:rtl/>
          <w:szCs w:val="32"/>
        </w:rPr>
        <w:t>שְׂאֵת</w:t>
      </w:r>
      <w:r>
        <w:rPr>
          <w:rFonts w:ascii="Georgia" w:hAnsi="Georgia"/>
          <w:b w:val="0"/>
          <w:i w:val="0"/>
          <w:color w:val="000000"/>
          <w:sz w:val="24"/>
        </w:rPr>
        <w:t xml:space="preserve">) и </w:t>
      </w:r>
      <w:r>
        <w:rPr>
          <w:rFonts w:ascii="Georgia" w:hAnsi="Georgia"/>
          <w:b w:val="0"/>
          <w:i/>
          <w:color w:val="000000"/>
          <w:sz w:val="24"/>
        </w:rPr>
        <w:t>эшет</w:t>
      </w:r>
      <w:r>
        <w:rPr>
          <w:rFonts w:ascii="Georgia" w:hAnsi="Georgia"/>
          <w:b w:val="0"/>
          <w:i w:val="0"/>
          <w:color w:val="000000"/>
          <w:sz w:val="24"/>
        </w:rPr>
        <w:t xml:space="preserve"> (</w:t>
      </w:r>
      <w:r>
        <w:rPr>
          <w:rFonts w:ascii="Georgia" w:hAnsi="Georgia" w:cs="Times New Roman"/>
          <w:b/>
          <w:i w:val="0"/>
          <w:color w:val="000000"/>
          <w:sz w:val="24"/>
          <w:rtl/>
          <w:szCs w:val="32"/>
        </w:rPr>
        <w:t>אֵשֶׁת</w:t>
      </w:r>
      <w:r>
        <w:rPr>
          <w:rFonts w:ascii="Georgia" w:hAnsi="Georgia"/>
          <w:b w:val="0"/>
          <w:i w:val="0"/>
          <w:color w:val="000000"/>
          <w:sz w:val="24"/>
        </w:rPr>
        <w:t>). И это свойства всех Имен, представляющих собой четыре [наполнения] АВАЯ: АБ, САГ, МА и БОН, сумма которых — 252 (</w:t>
      </w:r>
      <w:r>
        <w:rPr>
          <w:rFonts w:ascii="Georgia" w:hAnsi="Georgia" w:cs="Times New Roman"/>
          <w:b/>
          <w:i w:val="0"/>
          <w:color w:val="000000"/>
          <w:sz w:val="24"/>
          <w:rtl/>
          <w:szCs w:val="32"/>
        </w:rPr>
        <w:t>רנ״ב</w:t>
      </w:r>
      <w:r>
        <w:rPr>
          <w:rFonts w:ascii="Georgia" w:hAnsi="Georgia"/>
          <w:b w:val="0"/>
          <w:i w:val="0"/>
          <w:color w:val="000000"/>
          <w:sz w:val="24"/>
        </w:rPr>
        <w:t>), и четыре [наполнения Имени] ЭЙЕ: два с йодин, одно с алефин и одно с хэйин, составляющих 455 (</w:t>
      </w:r>
      <w:r>
        <w:rPr>
          <w:rFonts w:ascii="Georgia" w:hAnsi="Georgia" w:cs="Times New Roman"/>
          <w:b/>
          <w:i w:val="0"/>
          <w:color w:val="000000"/>
          <w:sz w:val="24"/>
          <w:rtl/>
          <w:szCs w:val="32"/>
        </w:rPr>
        <w:t>תנ״ה</w:t>
      </w:r>
      <w:r>
        <w:rPr>
          <w:rFonts w:ascii="Georgia" w:hAnsi="Georgia"/>
          <w:b w:val="0"/>
          <w:i w:val="0"/>
          <w:color w:val="000000"/>
          <w:sz w:val="24"/>
        </w:rPr>
        <w:t xml:space="preserve">). Семь упомянутых Имен простых и семь упомянутых Имен наполненных — всего их четырнадцать, что в сумме дает [число слова] </w:t>
      </w:r>
      <w:r>
        <w:rPr>
          <w:rFonts w:ascii="Georgia" w:hAnsi="Georgia"/>
          <w:b w:val="0"/>
          <w:i/>
          <w:color w:val="000000"/>
          <w:sz w:val="24"/>
        </w:rPr>
        <w:t>эшет</w:t>
      </w:r>
      <w:r>
        <w:rPr>
          <w:rFonts w:ascii="Georgia" w:hAnsi="Georgia"/>
          <w:b w:val="0"/>
          <w:i w:val="0"/>
          <w:color w:val="000000"/>
          <w:sz w:val="24"/>
        </w:rPr>
        <w:t xml:space="preserve"> (</w:t>
      </w:r>
      <w:r>
        <w:rPr>
          <w:rFonts w:ascii="Georgia" w:hAnsi="Georgia" w:cs="Times New Roman"/>
          <w:b/>
          <w:i w:val="0"/>
          <w:color w:val="000000"/>
          <w:sz w:val="24"/>
          <w:rtl/>
          <w:szCs w:val="32"/>
        </w:rPr>
        <w:t>אש״ת</w:t>
      </w:r>
      <w:r>
        <w:rPr>
          <w:rFonts w:ascii="Georgia" w:hAnsi="Georgia"/>
          <w:b w:val="0"/>
          <w:i w:val="0"/>
          <w:color w:val="000000"/>
          <w:sz w:val="24"/>
        </w:rPr>
        <w:t xml:space="preserve"> [= 701]). И это [намек на стих]: </w:t>
      </w:r>
      <w:r>
        <w:rPr>
          <w:rFonts w:ascii="Georgia" w:hAnsi="Georgia"/>
          <w:b w:val="0"/>
          <w:i/>
          <w:color w:val="000000"/>
          <w:sz w:val="24"/>
        </w:rPr>
        <w:t>«пятно [шеэт] или лишай»</w:t>
      </w:r>
      <w:r>
        <w:rPr>
          <w:rFonts w:ascii="Georgia" w:hAnsi="Georgia"/>
          <w:b w:val="0"/>
          <w:i w:val="0"/>
          <w:color w:val="000000"/>
          <w:sz w:val="24"/>
        </w:rPr>
        <w:t xml:space="preserve"> (Ваикра 13:2), ведь тот, кто ложно клянется семью этими упомянутыми Именами, поражается проказой, называемой </w:t>
      </w:r>
      <w:r>
        <w:rPr>
          <w:rFonts w:ascii="Georgia" w:hAnsi="Georgia"/>
          <w:b w:val="0"/>
          <w:i/>
          <w:color w:val="000000"/>
          <w:sz w:val="24"/>
        </w:rPr>
        <w:t>шеэт</w:t>
      </w:r>
      <w:r>
        <w:rPr>
          <w:rFonts w:ascii="Georgia" w:hAnsi="Georgia"/>
          <w:b w:val="0"/>
          <w:i w:val="0"/>
          <w:color w:val="000000"/>
          <w:sz w:val="24"/>
        </w:rPr>
        <w:t xml:space="preserve">. И в этом сокровенный смысл [слов мудрецов]: </w:t>
      </w:r>
      <w:r>
        <w:rPr>
          <w:rFonts w:ascii="Georgia" w:hAnsi="Georgia"/>
          <w:b w:val="0"/>
          <w:i/>
          <w:color w:val="000000"/>
          <w:sz w:val="24"/>
        </w:rPr>
        <w:t>«Злая жена — проказа для своего мужа»</w:t>
      </w:r>
      <w:r>
        <w:rPr>
          <w:rFonts w:ascii="Georgia" w:hAnsi="Georgia"/>
          <w:b w:val="0"/>
          <w:i w:val="0"/>
          <w:color w:val="000000"/>
          <w:sz w:val="24"/>
        </w:rPr>
        <w:t xml:space="preserve"> (Йевамот 63б). Конечные же буквы [слов] </w:t>
      </w:r>
      <w:r>
        <w:rPr>
          <w:rFonts w:ascii="Georgia" w:hAnsi="Georgia"/>
          <w:b w:val="0"/>
          <w:i/>
          <w:color w:val="000000"/>
          <w:sz w:val="24"/>
        </w:rPr>
        <w:t>«шфат эмет тикон ла-ад ве-ад»</w:t>
      </w:r>
      <w:r>
        <w:rPr>
          <w:rFonts w:ascii="Georgia" w:hAnsi="Georgia"/>
          <w:b w:val="0"/>
          <w:i w:val="0"/>
          <w:color w:val="000000"/>
          <w:sz w:val="24"/>
        </w:rPr>
        <w:t xml:space="preserve"> составляют 858 (</w:t>
      </w:r>
      <w:r>
        <w:rPr>
          <w:rFonts w:ascii="Georgia" w:hAnsi="Georgia" w:cs="Times New Roman"/>
          <w:b/>
          <w:i w:val="0"/>
          <w:color w:val="000000"/>
          <w:sz w:val="24"/>
          <w:rtl/>
          <w:szCs w:val="32"/>
        </w:rPr>
        <w:t>תתנ״ח</w:t>
      </w:r>
      <w:r>
        <w:rPr>
          <w:rFonts w:ascii="Georgia" w:hAnsi="Georgia"/>
          <w:b w:val="0"/>
          <w:i w:val="0"/>
          <w:color w:val="000000"/>
          <w:sz w:val="24"/>
        </w:rPr>
        <w:t>), и это десять Имен ЭЛОКИМ, сумма которых — 560 (</w:t>
      </w:r>
      <w:r>
        <w:rPr>
          <w:rFonts w:ascii="Georgia" w:hAnsi="Georgia" w:cs="Times New Roman"/>
          <w:b/>
          <w:i w:val="0"/>
          <w:color w:val="000000"/>
          <w:sz w:val="24"/>
          <w:rtl/>
          <w:szCs w:val="32"/>
        </w:rPr>
        <w:t>תק״ס</w:t>
      </w:r>
      <w:r>
        <w:rPr>
          <w:rFonts w:ascii="Georgia" w:hAnsi="Georgia"/>
          <w:b w:val="0"/>
          <w:i w:val="0"/>
          <w:color w:val="000000"/>
          <w:sz w:val="24"/>
        </w:rPr>
        <w:t xml:space="preserve">), представляющих собой пять [свойств] Хесед и пять [свойств] Гвура. Слово </w:t>
      </w:r>
      <w:r>
        <w:rPr>
          <w:rFonts w:ascii="Georgia" w:hAnsi="Georgia"/>
          <w:b w:val="0"/>
          <w:i/>
          <w:color w:val="000000"/>
          <w:sz w:val="24"/>
        </w:rPr>
        <w:t>«ла-ад»</w:t>
      </w:r>
      <w:r>
        <w:rPr>
          <w:rFonts w:ascii="Georgia" w:hAnsi="Georgia"/>
          <w:b w:val="0"/>
          <w:i w:val="0"/>
          <w:color w:val="000000"/>
          <w:sz w:val="24"/>
        </w:rPr>
        <w:t xml:space="preserve"> (</w:t>
      </w:r>
      <w:r>
        <w:rPr>
          <w:rFonts w:ascii="Georgia" w:hAnsi="Georgia" w:cs="Times New Roman"/>
          <w:b/>
          <w:i w:val="0"/>
          <w:color w:val="000000"/>
          <w:sz w:val="24"/>
          <w:rtl/>
          <w:szCs w:val="32"/>
        </w:rPr>
        <w:t>לָעַד</w:t>
      </w:r>
      <w:r>
        <w:rPr>
          <w:rFonts w:ascii="Georgia" w:hAnsi="Georgia"/>
          <w:b w:val="0"/>
          <w:i w:val="0"/>
          <w:color w:val="000000"/>
          <w:sz w:val="24"/>
        </w:rPr>
        <w:t>) составляет по гематрии 104 (</w:t>
      </w:r>
      <w:r>
        <w:rPr>
          <w:rFonts w:ascii="Georgia" w:hAnsi="Georgia" w:cs="Times New Roman"/>
          <w:b/>
          <w:i w:val="0"/>
          <w:color w:val="000000"/>
          <w:sz w:val="24"/>
          <w:rtl/>
          <w:szCs w:val="32"/>
        </w:rPr>
        <w:t>ק״ד</w:t>
      </w:r>
      <w:r>
        <w:rPr>
          <w:rFonts w:ascii="Georgia" w:hAnsi="Georgia"/>
          <w:b w:val="0"/>
          <w:i w:val="0"/>
          <w:color w:val="000000"/>
          <w:sz w:val="24"/>
        </w:rPr>
        <w:t xml:space="preserve">), что соответствует АВАЯ с наполнением хэйин, если мысленно представить четыре [буквы] хэй — каждую в виде трех букв вав, вот так: </w:t>
      </w:r>
      <w:r>
        <w:rPr>
          <w:rFonts w:ascii="Georgia" w:hAnsi="Georgia" w:cs="Times New Roman"/>
          <w:b/>
          <w:i w:val="0"/>
          <w:color w:val="000000"/>
          <w:sz w:val="24"/>
          <w:rtl/>
          <w:szCs w:val="32"/>
        </w:rPr>
        <w:t>ה</w:t>
      </w:r>
      <w:r>
        <w:rPr>
          <w:rFonts w:ascii="Georgia" w:hAnsi="Georgia"/>
          <w:b w:val="0"/>
          <w:i w:val="0"/>
          <w:color w:val="000000"/>
          <w:sz w:val="24"/>
        </w:rPr>
        <w:t>, — тогда получится 12 букв вав, а вместе с остатком [букв этого наполнения] АВАЯ получится 104. [Говорит Шмуэль: следующим образом: [наполнение буквы] йод — 20, два вав — 12, двенадцать букв вав — 72 (</w:t>
      </w:r>
      <w:r>
        <w:rPr>
          <w:rFonts w:ascii="Georgia" w:hAnsi="Georgia" w:cs="Times New Roman"/>
          <w:b/>
          <w:i w:val="0"/>
          <w:color w:val="000000"/>
          <w:sz w:val="24"/>
          <w:rtl/>
          <w:szCs w:val="32"/>
        </w:rPr>
        <w:t>ע״ב</w:t>
      </w:r>
      <w:r>
        <w:rPr>
          <w:rFonts w:ascii="Georgia" w:hAnsi="Georgia"/>
          <w:b w:val="0"/>
          <w:i w:val="0"/>
          <w:color w:val="000000"/>
          <w:sz w:val="24"/>
        </w:rPr>
        <w:t xml:space="preserve">), вот и 104]. Начальные буквы [слов] </w:t>
      </w:r>
      <w:r>
        <w:rPr>
          <w:rFonts w:ascii="Georgia" w:hAnsi="Georgia"/>
          <w:b w:val="0"/>
          <w:i/>
          <w:color w:val="000000"/>
          <w:sz w:val="24"/>
        </w:rPr>
        <w:t>«ве-ад аргиа лешон»</w:t>
      </w:r>
      <w:r>
        <w:rPr>
          <w:rFonts w:ascii="Georgia" w:hAnsi="Georgia"/>
          <w:b w:val="0"/>
          <w:i w:val="0"/>
          <w:color w:val="000000"/>
          <w:sz w:val="24"/>
        </w:rPr>
        <w:t xml:space="preserve"> по гематрии равны 37 (</w:t>
      </w:r>
      <w:r>
        <w:rPr>
          <w:rFonts w:ascii="Georgia" w:hAnsi="Georgia" w:cs="Times New Roman"/>
          <w:b/>
          <w:i w:val="0"/>
          <w:color w:val="000000"/>
          <w:sz w:val="24"/>
          <w:rtl/>
          <w:szCs w:val="32"/>
        </w:rPr>
        <w:t>ל״ז</w:t>
      </w:r>
      <w:r>
        <w:rPr>
          <w:rFonts w:ascii="Georgia" w:hAnsi="Georgia"/>
          <w:b w:val="0"/>
          <w:i w:val="0"/>
          <w:color w:val="000000"/>
          <w:sz w:val="24"/>
        </w:rPr>
        <w:t>), и это [гематрия] наполнения САГ, а буква шин (</w:t>
      </w:r>
      <w:r>
        <w:rPr>
          <w:rFonts w:ascii="Georgia" w:hAnsi="Georgia" w:cs="Times New Roman"/>
          <w:b/>
          <w:i w:val="0"/>
          <w:color w:val="000000"/>
          <w:sz w:val="24"/>
          <w:rtl/>
          <w:szCs w:val="32"/>
        </w:rPr>
        <w:t>ש</w:t>
      </w:r>
      <w:r>
        <w:rPr>
          <w:rFonts w:ascii="Georgia" w:hAnsi="Georgia"/>
          <w:b w:val="0"/>
          <w:i w:val="0"/>
          <w:color w:val="000000"/>
          <w:sz w:val="24"/>
        </w:rPr>
        <w:t xml:space="preserve">) слова </w:t>
      </w:r>
      <w:r>
        <w:rPr>
          <w:rFonts w:ascii="Georgia" w:hAnsi="Georgia"/>
          <w:b w:val="0"/>
          <w:i/>
          <w:color w:val="000000"/>
          <w:sz w:val="24"/>
        </w:rPr>
        <w:t>шекер</w:t>
      </w:r>
      <w:r>
        <w:rPr>
          <w:rFonts w:ascii="Georgia" w:hAnsi="Georgia"/>
          <w:b w:val="0"/>
          <w:i w:val="0"/>
          <w:color w:val="000000"/>
          <w:sz w:val="24"/>
        </w:rPr>
        <w:t xml:space="preserve"> (</w:t>
      </w:r>
      <w:r>
        <w:rPr>
          <w:rFonts w:ascii="Georgia" w:hAnsi="Georgia" w:cs="Times New Roman"/>
          <w:b/>
          <w:i w:val="0"/>
          <w:color w:val="000000"/>
          <w:sz w:val="24"/>
          <w:rtl/>
          <w:szCs w:val="32"/>
        </w:rPr>
        <w:t>שֶׁקֶר</w:t>
      </w:r>
      <w:r>
        <w:rPr>
          <w:rFonts w:ascii="Georgia" w:hAnsi="Georgia"/>
          <w:b w:val="0"/>
          <w:i w:val="0"/>
          <w:color w:val="000000"/>
          <w:sz w:val="24"/>
        </w:rPr>
        <w:t>) — это ЭЛОКИМ с наполнением йодин [равный 300].</w:t>
      </w:r>
    </w:p>
    <w:p>
      <w:pPr>
        <w:spacing w:before="40" w:after="120"/>
        <w:jc w:val="both"/>
      </w:pPr>
      <w:r>
        <w:rPr>
          <w:rFonts w:ascii="Georgia" w:hAnsi="Georgia"/>
          <w:b w:val="0"/>
          <w:i w:val="0"/>
          <w:color w:val="000000"/>
          <w:sz w:val="24"/>
        </w:rPr>
        <w:t xml:space="preserve">Кроме того, слово </w:t>
      </w:r>
      <w:r>
        <w:rPr>
          <w:rFonts w:ascii="Georgia" w:hAnsi="Georgia"/>
          <w:b w:val="0"/>
          <w:i/>
          <w:color w:val="000000"/>
          <w:sz w:val="24"/>
        </w:rPr>
        <w:t>«ве-ад»</w:t>
      </w:r>
      <w:r>
        <w:rPr>
          <w:rFonts w:ascii="Georgia" w:hAnsi="Georgia"/>
          <w:b w:val="0"/>
          <w:i w:val="0"/>
          <w:color w:val="000000"/>
          <w:sz w:val="24"/>
        </w:rPr>
        <w:t xml:space="preserve"> имеет то же числовое значение, что и [Имена] ЙА и АДОНАЙ в огласовке </w:t>
      </w:r>
      <w:r>
        <w:rPr>
          <w:rFonts w:ascii="Georgia" w:hAnsi="Georgia" w:cs="Times New Roman"/>
          <w:b/>
          <w:i w:val="0"/>
          <w:color w:val="000000"/>
          <w:sz w:val="24"/>
          <w:rtl/>
          <w:szCs w:val="32"/>
        </w:rPr>
        <w:t>יָהָ אָדּנָיָ</w:t>
      </w:r>
      <w:r>
        <w:rPr>
          <w:rFonts w:ascii="Georgia" w:hAnsi="Georgia"/>
          <w:b w:val="0"/>
          <w:i w:val="0"/>
          <w:color w:val="000000"/>
          <w:sz w:val="24"/>
        </w:rPr>
        <w:t xml:space="preserve">, составляющие 80. Также [слово] </w:t>
      </w:r>
      <w:r>
        <w:rPr>
          <w:rFonts w:ascii="Georgia" w:hAnsi="Georgia"/>
          <w:b w:val="0"/>
          <w:i/>
          <w:color w:val="000000"/>
          <w:sz w:val="24"/>
        </w:rPr>
        <w:t>«ве-ад»</w:t>
      </w:r>
      <w:r>
        <w:rPr>
          <w:rFonts w:ascii="Georgia" w:hAnsi="Georgia"/>
          <w:b w:val="0"/>
          <w:i w:val="0"/>
          <w:color w:val="000000"/>
          <w:sz w:val="24"/>
        </w:rPr>
        <w:t xml:space="preserve"> по системе </w:t>
      </w:r>
      <w:r>
        <w:rPr>
          <w:rFonts w:ascii="Georgia" w:hAnsi="Georgia"/>
          <w:b w:val="0"/>
          <w:i/>
          <w:color w:val="000000"/>
          <w:sz w:val="24"/>
        </w:rPr>
        <w:t>атбаш</w:t>
      </w:r>
      <w:r>
        <w:rPr>
          <w:rFonts w:ascii="Georgia" w:hAnsi="Georgia"/>
          <w:b w:val="0"/>
          <w:i w:val="0"/>
          <w:color w:val="000000"/>
          <w:sz w:val="24"/>
        </w:rPr>
        <w:t xml:space="preserve"> (</w:t>
      </w:r>
      <w:r>
        <w:rPr>
          <w:rFonts w:ascii="Georgia" w:hAnsi="Georgia" w:cs="Times New Roman"/>
          <w:b/>
          <w:i w:val="0"/>
          <w:color w:val="000000"/>
          <w:sz w:val="24"/>
          <w:rtl/>
          <w:szCs w:val="32"/>
        </w:rPr>
        <w:t>א״ת ב״ש</w:t>
      </w:r>
      <w:r>
        <w:rPr>
          <w:rFonts w:ascii="Georgia" w:hAnsi="Georgia"/>
          <w:b w:val="0"/>
          <w:i w:val="0"/>
          <w:color w:val="000000"/>
          <w:sz w:val="24"/>
        </w:rPr>
        <w:t xml:space="preserve">) дает буквы </w:t>
      </w:r>
      <w:r>
        <w:rPr>
          <w:rFonts w:ascii="Georgia" w:hAnsi="Georgia" w:cs="Times New Roman"/>
          <w:b/>
          <w:i w:val="0"/>
          <w:color w:val="000000"/>
          <w:sz w:val="24"/>
          <w:rtl/>
          <w:szCs w:val="32"/>
        </w:rPr>
        <w:t>פֹזָקֹ</w:t>
      </w:r>
      <w:r>
        <w:rPr>
          <w:rFonts w:ascii="Georgia" w:hAnsi="Georgia"/>
          <w:b w:val="0"/>
          <w:i w:val="0"/>
          <w:color w:val="000000"/>
          <w:sz w:val="24"/>
        </w:rPr>
        <w:t xml:space="preserve">, и это одно из сочетаний Имени из 42 [букв] [Говорит Шмуэль: это [начальные буквы слов молитвы «Ана бе-Коах»]: </w:t>
      </w:r>
      <w:r>
        <w:rPr>
          <w:rFonts w:ascii="Georgia" w:hAnsi="Georgia"/>
          <w:b w:val="0"/>
          <w:i/>
          <w:color w:val="000000"/>
          <w:sz w:val="24"/>
        </w:rPr>
        <w:t>«Пане зохрей кдушатейха»</w:t>
      </w:r>
      <w:r>
        <w:rPr>
          <w:rFonts w:ascii="Georgia" w:hAnsi="Georgia"/>
          <w:b w:val="0"/>
          <w:i w:val="0"/>
          <w:color w:val="000000"/>
          <w:sz w:val="24"/>
        </w:rPr>
        <w:t xml:space="preserve"> (</w:t>
      </w:r>
      <w:r>
        <w:rPr>
          <w:rFonts w:ascii="Georgia" w:hAnsi="Georgia" w:cs="Times New Roman"/>
          <w:b/>
          <w:i w:val="0"/>
          <w:color w:val="000000"/>
          <w:sz w:val="24"/>
          <w:rtl/>
          <w:szCs w:val="32"/>
        </w:rPr>
        <w:t>פְּנֵה זוֹכְרֵי קְדוּשָׁתֶיךָ</w:t>
      </w:r>
      <w:r>
        <w:rPr>
          <w:rFonts w:ascii="Georgia" w:hAnsi="Georgia"/>
          <w:b w:val="0"/>
          <w:i w:val="0"/>
          <w:color w:val="000000"/>
          <w:sz w:val="24"/>
        </w:rPr>
        <w:t xml:space="preserve">, «Обратись к помнящим святость Твою»)]. Конечные буквы [слов] </w:t>
      </w:r>
      <w:r>
        <w:rPr>
          <w:rFonts w:ascii="Georgia" w:hAnsi="Georgia"/>
          <w:b w:val="0"/>
          <w:i/>
          <w:color w:val="000000"/>
          <w:sz w:val="24"/>
        </w:rPr>
        <w:t>«аргиа лешон шакер»</w:t>
      </w:r>
      <w:r>
        <w:rPr>
          <w:rFonts w:ascii="Georgia" w:hAnsi="Georgia"/>
          <w:b w:val="0"/>
          <w:i w:val="0"/>
          <w:color w:val="000000"/>
          <w:sz w:val="24"/>
        </w:rPr>
        <w:t xml:space="preserve"> составляют 255 (</w:t>
      </w:r>
      <w:r>
        <w:rPr>
          <w:rFonts w:ascii="Georgia" w:hAnsi="Georgia" w:cs="Times New Roman"/>
          <w:b/>
          <w:i w:val="0"/>
          <w:color w:val="000000"/>
          <w:sz w:val="24"/>
          <w:rtl/>
          <w:szCs w:val="32"/>
        </w:rPr>
        <w:t>רנ״ה</w:t>
      </w:r>
      <w:r>
        <w:rPr>
          <w:rFonts w:ascii="Georgia" w:hAnsi="Georgia"/>
          <w:b w:val="0"/>
          <w:i w:val="0"/>
          <w:color w:val="000000"/>
          <w:sz w:val="24"/>
        </w:rPr>
        <w:t xml:space="preserve">), что [соответствует слову] </w:t>
      </w:r>
      <w:r>
        <w:rPr>
          <w:rFonts w:ascii="Georgia" w:hAnsi="Georgia"/>
          <w:b w:val="0"/>
          <w:i/>
          <w:color w:val="000000"/>
          <w:sz w:val="24"/>
        </w:rPr>
        <w:t>нахир</w:t>
      </w:r>
      <w:r>
        <w:rPr>
          <w:rFonts w:ascii="Georgia" w:hAnsi="Georgia"/>
          <w:b w:val="0"/>
          <w:i w:val="0"/>
          <w:color w:val="000000"/>
          <w:sz w:val="24"/>
        </w:rPr>
        <w:t xml:space="preserve"> (</w:t>
      </w:r>
      <w:r>
        <w:rPr>
          <w:rFonts w:ascii="Georgia" w:hAnsi="Georgia" w:cs="Times New Roman"/>
          <w:b/>
          <w:i w:val="0"/>
          <w:color w:val="000000"/>
          <w:sz w:val="24"/>
          <w:rtl/>
          <w:szCs w:val="32"/>
        </w:rPr>
        <w:t>נָהִיר</w:t>
      </w:r>
      <w:r>
        <w:rPr>
          <w:rFonts w:ascii="Georgia" w:hAnsi="Georgia"/>
          <w:b w:val="0"/>
          <w:i w:val="0"/>
          <w:color w:val="000000"/>
          <w:sz w:val="24"/>
        </w:rPr>
        <w:t>, «светящий»), и это [сфира] Есод, как известно. Ведь он принимает свыше [сочетания]: АВАЯ и ЭЙЕ, составляющие 47 (</w:t>
      </w:r>
      <w:r>
        <w:rPr>
          <w:rFonts w:ascii="Georgia" w:hAnsi="Georgia" w:cs="Times New Roman"/>
          <w:b/>
          <w:i w:val="0"/>
          <w:color w:val="000000"/>
          <w:sz w:val="24"/>
          <w:rtl/>
          <w:szCs w:val="32"/>
        </w:rPr>
        <w:t>מ״ז</w:t>
      </w:r>
      <w:r>
        <w:rPr>
          <w:rFonts w:ascii="Georgia" w:hAnsi="Georgia"/>
          <w:b w:val="0"/>
          <w:i w:val="0"/>
          <w:color w:val="000000"/>
          <w:sz w:val="24"/>
        </w:rPr>
        <w:t>), АВАЯ и АДОНАЙ, составляющие 91 (</w:t>
      </w:r>
      <w:r>
        <w:rPr>
          <w:rFonts w:ascii="Georgia" w:hAnsi="Georgia" w:cs="Times New Roman"/>
          <w:b/>
          <w:i w:val="0"/>
          <w:color w:val="000000"/>
          <w:sz w:val="24"/>
          <w:rtl/>
          <w:szCs w:val="32"/>
        </w:rPr>
        <w:t>צ״א</w:t>
      </w:r>
      <w:r>
        <w:rPr>
          <w:rFonts w:ascii="Georgia" w:hAnsi="Georgia"/>
          <w:b w:val="0"/>
          <w:i w:val="0"/>
          <w:color w:val="000000"/>
          <w:sz w:val="24"/>
        </w:rPr>
        <w:t>), и АВАЯ и ЭЛОКИМ, составляющие 112 (</w:t>
      </w:r>
      <w:r>
        <w:rPr>
          <w:rFonts w:ascii="Georgia" w:hAnsi="Georgia" w:cs="Times New Roman"/>
          <w:b/>
          <w:i w:val="0"/>
          <w:color w:val="000000"/>
          <w:sz w:val="24"/>
          <w:rtl/>
          <w:szCs w:val="32"/>
        </w:rPr>
        <w:t>יב״ק</w:t>
      </w:r>
      <w:r>
        <w:rPr>
          <w:rFonts w:ascii="Georgia" w:hAnsi="Georgia"/>
          <w:b w:val="0"/>
          <w:i w:val="0"/>
          <w:color w:val="000000"/>
          <w:sz w:val="24"/>
        </w:rPr>
        <w:t>), — вот 250 (</w:t>
      </w:r>
      <w:r>
        <w:rPr>
          <w:rFonts w:ascii="Georgia" w:hAnsi="Georgia" w:cs="Times New Roman"/>
          <w:b/>
          <w:i w:val="0"/>
          <w:color w:val="000000"/>
          <w:sz w:val="24"/>
          <w:rtl/>
          <w:szCs w:val="32"/>
        </w:rPr>
        <w:t>נ״ר</w:t>
      </w:r>
      <w:r>
        <w:rPr>
          <w:rFonts w:ascii="Georgia" w:hAnsi="Georgia"/>
          <w:b w:val="0"/>
          <w:i w:val="0"/>
          <w:color w:val="000000"/>
          <w:sz w:val="24"/>
        </w:rPr>
        <w:t>) из 255. А лишняя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указывает на то, что Есод передает в Малхут только пять Имен, а именно: АВАЯ, ЭЙЕ, АВАЯ, ЭЛОКИМ и АВАЯ от Тиферет — всего пять, — и отдает их Малхут, именуемой АДОНАЙ. И в этом сокровенный смысл числа 255 и «реки» (</w:t>
      </w:r>
      <w:r>
        <w:rPr>
          <w:rFonts w:ascii="Georgia" w:hAnsi="Georgia"/>
          <w:b w:val="0"/>
          <w:i/>
          <w:color w:val="000000"/>
          <w:sz w:val="24"/>
        </w:rPr>
        <w:t>нахар</w:t>
      </w:r>
      <w:r>
        <w:rPr>
          <w:rFonts w:ascii="Georgia" w:hAnsi="Georgia"/>
          <w:b w:val="0"/>
          <w:i w:val="0"/>
          <w:color w:val="000000"/>
          <w:sz w:val="24"/>
        </w:rPr>
        <w:t xml:space="preserve">, </w:t>
      </w:r>
      <w:r>
        <w:rPr>
          <w:rFonts w:ascii="Georgia" w:hAnsi="Georgia" w:cs="Times New Roman"/>
          <w:b/>
          <w:i w:val="0"/>
          <w:color w:val="000000"/>
          <w:sz w:val="24"/>
          <w:rtl/>
          <w:szCs w:val="32"/>
        </w:rPr>
        <w:t>נָהָר</w:t>
      </w:r>
      <w:r>
        <w:rPr>
          <w:rFonts w:ascii="Georgia" w:hAnsi="Georgia"/>
          <w:b w:val="0"/>
          <w:i w:val="0"/>
          <w:color w:val="000000"/>
          <w:sz w:val="24"/>
        </w:rPr>
        <w:t>).</w:t>
      </w:r>
    </w:p>
    <w:p>
      <w:pPr>
        <w:keepNext/>
        <w:spacing w:before="320" w:after="120"/>
      </w:pPr>
      <w:r>
        <w:rPr>
          <w:rFonts w:ascii="Georgia" w:hAnsi="Georgia"/>
          <w:b w:val="0"/>
          <w:i w:val="0"/>
          <w:color w:val="000000"/>
          <w:sz w:val="32"/>
        </w:rPr>
        <w:t>Ихуд 8</w:t>
      </w:r>
    </w:p>
    <w:p>
      <w:pPr>
        <w:spacing w:before="40" w:after="120"/>
        <w:jc w:val="both"/>
      </w:pPr>
      <w:r>
        <w:rPr>
          <w:rFonts w:ascii="Georgia" w:hAnsi="Georgia"/>
          <w:b w:val="0"/>
          <w:i w:val="0"/>
          <w:color w:val="000000"/>
          <w:sz w:val="24"/>
        </w:rPr>
        <w:t xml:space="preserve">К вышеупомянутому [стиху]: </w:t>
      </w:r>
      <w:r>
        <w:rPr>
          <w:rFonts w:ascii="Georgia" w:hAnsi="Georgia"/>
          <w:b w:val="0"/>
          <w:i/>
          <w:color w:val="000000"/>
          <w:sz w:val="24"/>
        </w:rPr>
        <w:t>«Велики дела Г-сподни…»</w:t>
      </w:r>
      <w:r>
        <w:rPr>
          <w:rFonts w:ascii="Georgia" w:hAnsi="Georgia"/>
          <w:b w:val="0"/>
          <w:i w:val="0"/>
          <w:color w:val="000000"/>
          <w:sz w:val="24"/>
        </w:rPr>
        <w:t xml:space="preserve"> (Теилим 111:2) — начальные буквы образуют [в гематрии имя] АВАЯ в наполнении БОН с буквами хэй (де-хэйин) вместе с колелем. [В словах] </w:t>
      </w:r>
      <w:r>
        <w:rPr>
          <w:rFonts w:ascii="Georgia" w:hAnsi="Georgia"/>
          <w:b w:val="0"/>
          <w:i/>
          <w:color w:val="000000"/>
          <w:sz w:val="24"/>
        </w:rPr>
        <w:t>«…вожделенны для всех, любящих их»</w:t>
      </w:r>
      <w:r>
        <w:rPr>
          <w:rFonts w:ascii="Georgia" w:hAnsi="Georgia"/>
          <w:b w:val="0"/>
          <w:i w:val="0"/>
          <w:color w:val="000000"/>
          <w:sz w:val="24"/>
        </w:rPr>
        <w:t xml:space="preserve"> начальные буквы составляют сорокадвухбуквенное Имя (42). Конечные же буквы всего упомянутого стиха — буквы мэм, йод, хэй, мэм, ламэд, мэм (</w:t>
      </w:r>
      <w:r>
        <w:rPr>
          <w:rFonts w:ascii="Georgia" w:hAnsi="Georgia" w:cs="Times New Roman"/>
          <w:b/>
          <w:i w:val="0"/>
          <w:color w:val="000000"/>
          <w:sz w:val="24"/>
          <w:rtl/>
          <w:szCs w:val="32"/>
        </w:rPr>
        <w:t>מיה״מלם</w:t>
      </w:r>
      <w:r>
        <w:rPr>
          <w:rFonts w:ascii="Georgia" w:hAnsi="Georgia"/>
          <w:b w:val="0"/>
          <w:i w:val="0"/>
          <w:color w:val="000000"/>
          <w:sz w:val="24"/>
        </w:rPr>
        <w:t xml:space="preserve">) — вместе с колелем составляют 166, и это обратная форма (ахораим) де-САГ. [Слово] </w:t>
      </w:r>
      <w:r>
        <w:rPr>
          <w:rFonts w:ascii="Georgia" w:hAnsi="Georgia"/>
          <w:b w:val="0"/>
          <w:i/>
          <w:color w:val="000000"/>
          <w:sz w:val="24"/>
        </w:rPr>
        <w:t>«велики»</w:t>
      </w:r>
      <w:r>
        <w:rPr>
          <w:rFonts w:ascii="Georgia" w:hAnsi="Georgia"/>
          <w:b w:val="0"/>
          <w:i w:val="0"/>
          <w:color w:val="000000"/>
          <w:sz w:val="24"/>
        </w:rPr>
        <w:t xml:space="preserve"> в гематрии равно 93, что составляет трижды [Имя] ЭЛЬ (</w:t>
      </w:r>
      <w:r>
        <w:rPr>
          <w:rFonts w:ascii="Georgia" w:hAnsi="Georgia" w:cs="Times New Roman"/>
          <w:b/>
          <w:i w:val="0"/>
          <w:color w:val="000000"/>
          <w:sz w:val="24"/>
          <w:rtl/>
          <w:szCs w:val="32"/>
        </w:rPr>
        <w:t>א״ל</w:t>
      </w:r>
      <w:r>
        <w:rPr>
          <w:rFonts w:ascii="Georgia" w:hAnsi="Georgia"/>
          <w:b w:val="0"/>
          <w:i w:val="0"/>
          <w:color w:val="000000"/>
          <w:sz w:val="24"/>
        </w:rPr>
        <w:t xml:space="preserve"> = 31), равное в гематрии слову </w:t>
      </w:r>
      <w:r>
        <w:rPr>
          <w:rFonts w:ascii="Georgia" w:hAnsi="Georgia"/>
          <w:b w:val="0"/>
          <w:i/>
          <w:color w:val="000000"/>
          <w:sz w:val="24"/>
        </w:rPr>
        <w:t>маген</w:t>
      </w:r>
      <w:r>
        <w:rPr>
          <w:rFonts w:ascii="Georgia" w:hAnsi="Georgia"/>
          <w:b w:val="0"/>
          <w:i w:val="0"/>
          <w:color w:val="000000"/>
          <w:sz w:val="24"/>
        </w:rPr>
        <w:t xml:space="preserve"> — «щит» (</w:t>
      </w:r>
      <w:r>
        <w:rPr>
          <w:rFonts w:ascii="Georgia" w:hAnsi="Georgia" w:cs="Times New Roman"/>
          <w:b/>
          <w:i w:val="0"/>
          <w:color w:val="000000"/>
          <w:sz w:val="24"/>
          <w:rtl/>
          <w:szCs w:val="32"/>
        </w:rPr>
        <w:t>מג״ן</w:t>
      </w:r>
      <w:r>
        <w:rPr>
          <w:rFonts w:ascii="Georgia" w:hAnsi="Georgia"/>
          <w:b w:val="0"/>
          <w:i w:val="0"/>
          <w:color w:val="000000"/>
          <w:sz w:val="24"/>
        </w:rPr>
        <w:t xml:space="preserve"> = 93). [Слова] </w:t>
      </w:r>
      <w:r>
        <w:rPr>
          <w:rFonts w:ascii="Georgia" w:hAnsi="Georgia"/>
          <w:b w:val="0"/>
          <w:i/>
          <w:color w:val="000000"/>
          <w:sz w:val="24"/>
        </w:rPr>
        <w:t>маасей АВАЯ</w:t>
      </w:r>
      <w:r>
        <w:rPr>
          <w:rFonts w:ascii="Georgia" w:hAnsi="Georgia"/>
          <w:b w:val="0"/>
          <w:i w:val="0"/>
          <w:color w:val="000000"/>
          <w:sz w:val="24"/>
        </w:rPr>
        <w:t xml:space="preserve"> (</w:t>
      </w:r>
      <w:r>
        <w:rPr>
          <w:rFonts w:ascii="Georgia" w:hAnsi="Georgia"/>
          <w:b w:val="0"/>
          <w:i/>
          <w:color w:val="000000"/>
          <w:sz w:val="24"/>
        </w:rPr>
        <w:t>«дела Г-сподни»</w:t>
      </w:r>
      <w:r>
        <w:rPr>
          <w:rFonts w:ascii="Georgia" w:hAnsi="Georgia"/>
          <w:b w:val="0"/>
          <w:i w:val="0"/>
          <w:color w:val="000000"/>
          <w:sz w:val="24"/>
        </w:rPr>
        <w:t xml:space="preserve">) в гематрии равны 446, что соответствует числу слова </w:t>
      </w:r>
      <w:r>
        <w:rPr>
          <w:rFonts w:ascii="Georgia" w:hAnsi="Georgia"/>
          <w:b w:val="0"/>
          <w:i/>
          <w:color w:val="000000"/>
          <w:sz w:val="24"/>
        </w:rPr>
        <w:t>ве-эмет</w:t>
      </w:r>
      <w:r>
        <w:rPr>
          <w:rFonts w:ascii="Georgia" w:hAnsi="Georgia"/>
          <w:b w:val="0"/>
          <w:i w:val="0"/>
          <w:color w:val="000000"/>
          <w:sz w:val="24"/>
        </w:rPr>
        <w:t xml:space="preserve"> — «и истина» (</w:t>
      </w:r>
      <w:r>
        <w:rPr>
          <w:rFonts w:ascii="Georgia" w:hAnsi="Georgia" w:cs="Times New Roman"/>
          <w:b/>
          <w:i w:val="0"/>
          <w:color w:val="000000"/>
          <w:sz w:val="24"/>
          <w:rtl/>
          <w:szCs w:val="32"/>
        </w:rPr>
        <w:t>וְאֶמֶת</w:t>
      </w:r>
      <w:r>
        <w:rPr>
          <w:rFonts w:ascii="Georgia" w:hAnsi="Georgia"/>
          <w:b w:val="0"/>
          <w:i w:val="0"/>
          <w:color w:val="000000"/>
          <w:sz w:val="24"/>
        </w:rPr>
        <w:t>) с колелем; это седьмое исправление дикна, называемое «святые яблоки» (</w:t>
      </w:r>
      <w:r>
        <w:rPr>
          <w:rFonts w:ascii="Georgia" w:hAnsi="Georgia"/>
          <w:b w:val="0"/>
          <w:i/>
          <w:color w:val="000000"/>
          <w:sz w:val="24"/>
        </w:rPr>
        <w:t>тапухин кадишин</w:t>
      </w:r>
      <w:r>
        <w:rPr>
          <w:rFonts w:ascii="Georgia" w:hAnsi="Georgia"/>
          <w:b w:val="0"/>
          <w:i w:val="0"/>
          <w:color w:val="000000"/>
          <w:sz w:val="24"/>
        </w:rPr>
        <w:t xml:space="preserve">), и оно намекает на 370 светов, которыми Бина светит в них. В этом смысл слова </w:t>
      </w:r>
      <w:r>
        <w:rPr>
          <w:rFonts w:ascii="Georgia" w:hAnsi="Georgia"/>
          <w:b w:val="0"/>
          <w:i/>
          <w:color w:val="000000"/>
          <w:sz w:val="24"/>
        </w:rPr>
        <w:t>маасей</w:t>
      </w:r>
      <w:r>
        <w:rPr>
          <w:rFonts w:ascii="Georgia" w:hAnsi="Georgia"/>
          <w:b w:val="0"/>
          <w:i w:val="0"/>
          <w:color w:val="000000"/>
          <w:sz w:val="24"/>
        </w:rPr>
        <w:t xml:space="preserve"> (</w:t>
      </w:r>
      <w:r>
        <w:rPr>
          <w:rFonts w:ascii="Georgia" w:hAnsi="Georgia" w:cs="Times New Roman"/>
          <w:b/>
          <w:i w:val="0"/>
          <w:color w:val="000000"/>
          <w:sz w:val="24"/>
          <w:rtl/>
          <w:szCs w:val="32"/>
        </w:rPr>
        <w:t>מַעֲשֵׂי</w:t>
      </w:r>
      <w:r>
        <w:rPr>
          <w:rFonts w:ascii="Georgia" w:hAnsi="Georgia"/>
          <w:b w:val="0"/>
          <w:i w:val="0"/>
          <w:color w:val="000000"/>
          <w:sz w:val="24"/>
        </w:rPr>
        <w:t xml:space="preserve">): его буквы [складываются в]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и 370 (</w:t>
      </w:r>
      <w:r>
        <w:rPr>
          <w:rFonts w:ascii="Georgia" w:hAnsi="Georgia" w:cs="Times New Roman"/>
          <w:b/>
          <w:i w:val="0"/>
          <w:color w:val="000000"/>
          <w:sz w:val="24"/>
          <w:rtl/>
          <w:szCs w:val="32"/>
        </w:rPr>
        <w:t>ש״ע</w:t>
      </w:r>
      <w:r>
        <w:rPr>
          <w:rFonts w:ascii="Georgia" w:hAnsi="Georgia"/>
          <w:b w:val="0"/>
          <w:i w:val="0"/>
          <w:color w:val="000000"/>
          <w:sz w:val="24"/>
        </w:rPr>
        <w:t xml:space="preserve">), где Ми — это Бина, а 370 — это 370 светов. Также и начальные буквы слов </w:t>
      </w:r>
      <w:r>
        <w:rPr>
          <w:rFonts w:ascii="Georgia" w:hAnsi="Georgia"/>
          <w:b w:val="0"/>
          <w:i/>
          <w:color w:val="000000"/>
          <w:sz w:val="24"/>
        </w:rPr>
        <w:t>маасей АВАЯ</w:t>
      </w:r>
      <w:r>
        <w:rPr>
          <w:rFonts w:ascii="Georgia" w:hAnsi="Georgia"/>
          <w:b w:val="0"/>
          <w:i w:val="0"/>
          <w:color w:val="000000"/>
          <w:sz w:val="24"/>
        </w:rPr>
        <w:t xml:space="preserve"> — это буквы Ми, которая есть Бина, как упомянуто. [Слово] </w:t>
      </w:r>
      <w:r>
        <w:rPr>
          <w:rFonts w:ascii="Georgia" w:hAnsi="Georgia"/>
          <w:b w:val="0"/>
          <w:i/>
          <w:color w:val="000000"/>
          <w:sz w:val="24"/>
        </w:rPr>
        <w:t>«вожделенны»</w:t>
      </w:r>
      <w:r>
        <w:rPr>
          <w:rFonts w:ascii="Georgia" w:hAnsi="Georgia"/>
          <w:b w:val="0"/>
          <w:i w:val="0"/>
          <w:color w:val="000000"/>
          <w:sz w:val="24"/>
        </w:rPr>
        <w:t xml:space="preserve"> в гематрии равно 560, и это удвоенная сумма букв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xml:space="preserve">), которые суть пять хасадим и пять гвурот. [Слово] </w:t>
      </w:r>
      <w:r>
        <w:rPr>
          <w:rFonts w:ascii="Georgia" w:hAnsi="Georgia"/>
          <w:b w:val="0"/>
          <w:i/>
          <w:color w:val="000000"/>
          <w:sz w:val="24"/>
        </w:rPr>
        <w:t>«для всех»</w:t>
      </w:r>
      <w:r>
        <w:rPr>
          <w:rFonts w:ascii="Georgia" w:hAnsi="Georgia"/>
          <w:b w:val="0"/>
          <w:i w:val="0"/>
          <w:color w:val="000000"/>
          <w:sz w:val="24"/>
        </w:rPr>
        <w:t xml:space="preserve"> в гематрии равно сумме [Имен] ЙА и АДОНАЙ. [Слово] </w:t>
      </w:r>
      <w:r>
        <w:rPr>
          <w:rFonts w:ascii="Georgia" w:hAnsi="Georgia"/>
          <w:b w:val="0"/>
          <w:i/>
          <w:color w:val="000000"/>
          <w:sz w:val="24"/>
        </w:rPr>
        <w:t>«любящих их»</w:t>
      </w:r>
      <w:r>
        <w:rPr>
          <w:rFonts w:ascii="Georgia" w:hAnsi="Georgia"/>
          <w:b w:val="0"/>
          <w:i w:val="0"/>
          <w:color w:val="000000"/>
          <w:sz w:val="24"/>
        </w:rPr>
        <w:t xml:space="preserve"> в гематрии равно 233, и это [сумма Имени] АВАЯ с наполнением йод — АБ (72) — и [Имени] ЭЙЕ с наполнением йод — 161.</w:t>
      </w:r>
    </w:p>
    <w:p>
      <w:pPr>
        <w:keepNext/>
        <w:spacing w:before="320" w:after="120"/>
      </w:pPr>
      <w:r>
        <w:rPr>
          <w:rFonts w:ascii="Georgia" w:hAnsi="Georgia"/>
          <w:b w:val="0"/>
          <w:i w:val="0"/>
          <w:color w:val="000000"/>
          <w:sz w:val="32"/>
        </w:rPr>
        <w:t>Ихуд 9</w:t>
      </w:r>
    </w:p>
    <w:p>
      <w:pPr>
        <w:spacing w:before="40" w:after="120"/>
        <w:jc w:val="both"/>
      </w:pPr>
      <w:r>
        <w:rPr>
          <w:rFonts w:ascii="Georgia" w:hAnsi="Georgia"/>
          <w:b w:val="0"/>
          <w:i w:val="0"/>
          <w:color w:val="000000"/>
          <w:sz w:val="24"/>
        </w:rPr>
        <w:t xml:space="preserve">К упомянутому выше [стиху]: начальные буквы [слов] </w:t>
      </w:r>
      <w:r>
        <w:rPr>
          <w:rFonts w:ascii="Georgia" w:hAnsi="Georgia"/>
          <w:b w:val="0"/>
          <w:i/>
          <w:color w:val="000000"/>
          <w:sz w:val="24"/>
        </w:rPr>
        <w:t>«Когда пойдешь через огонь…»</w:t>
      </w:r>
      <w:r>
        <w:rPr>
          <w:rFonts w:ascii="Georgia" w:hAnsi="Georgia"/>
          <w:b w:val="0"/>
          <w:i w:val="0"/>
          <w:color w:val="000000"/>
          <w:sz w:val="24"/>
        </w:rPr>
        <w:t xml:space="preserve"> (Йешаяу 43:2) (</w:t>
      </w:r>
      <w:r>
        <w:rPr>
          <w:rFonts w:ascii="Georgia" w:hAnsi="Georgia" w:cs="Times New Roman"/>
          <w:b/>
          <w:i w:val="0"/>
          <w:color w:val="000000"/>
          <w:sz w:val="24"/>
          <w:rtl/>
          <w:szCs w:val="32"/>
        </w:rPr>
        <w:t>כי תלך במו אש</w:t>
      </w:r>
      <w:r>
        <w:rPr>
          <w:rFonts w:ascii="Georgia" w:hAnsi="Georgia"/>
          <w:b w:val="0"/>
          <w:i w:val="0"/>
          <w:color w:val="000000"/>
          <w:sz w:val="24"/>
        </w:rPr>
        <w:t>) по гематрии равны 423 (</w:t>
      </w:r>
      <w:r>
        <w:rPr>
          <w:rFonts w:ascii="Georgia" w:hAnsi="Georgia" w:cs="Times New Roman"/>
          <w:b/>
          <w:i w:val="0"/>
          <w:color w:val="000000"/>
          <w:sz w:val="24"/>
          <w:rtl/>
          <w:szCs w:val="32"/>
        </w:rPr>
        <w:t>תכ״ג</w:t>
      </w:r>
      <w:r>
        <w:rPr>
          <w:rFonts w:ascii="Georgia" w:hAnsi="Georgia"/>
          <w:b w:val="0"/>
          <w:i w:val="0"/>
          <w:color w:val="000000"/>
          <w:sz w:val="24"/>
        </w:rPr>
        <w:t>). Это составляет два раза по 72 (АБ) и 130 (</w:t>
      </w:r>
      <w:r>
        <w:rPr>
          <w:rFonts w:ascii="Georgia" w:hAnsi="Georgia" w:cs="Times New Roman"/>
          <w:b/>
          <w:i w:val="0"/>
          <w:color w:val="000000"/>
          <w:sz w:val="24"/>
          <w:rtl/>
          <w:szCs w:val="32"/>
        </w:rPr>
        <w:t>ק״ל</w:t>
      </w:r>
      <w:r>
        <w:rPr>
          <w:rFonts w:ascii="Georgia" w:hAnsi="Georgia"/>
          <w:b w:val="0"/>
          <w:i w:val="0"/>
          <w:color w:val="000000"/>
          <w:sz w:val="24"/>
        </w:rPr>
        <w:t>), что дает 404 (</w:t>
      </w:r>
      <w:r>
        <w:rPr>
          <w:rFonts w:ascii="Georgia" w:hAnsi="Georgia" w:cs="Times New Roman"/>
          <w:b/>
          <w:i w:val="0"/>
          <w:color w:val="000000"/>
          <w:sz w:val="24"/>
          <w:rtl/>
          <w:szCs w:val="32"/>
        </w:rPr>
        <w:t>ת״ד</w:t>
      </w:r>
      <w:r>
        <w:rPr>
          <w:rFonts w:ascii="Georgia" w:hAnsi="Georgia"/>
          <w:b w:val="0"/>
          <w:i w:val="0"/>
          <w:color w:val="000000"/>
          <w:sz w:val="24"/>
        </w:rPr>
        <w:t>), а вместе с 19 (</w:t>
      </w:r>
      <w:r>
        <w:rPr>
          <w:rFonts w:ascii="Georgia" w:hAnsi="Georgia" w:cs="Times New Roman"/>
          <w:b/>
          <w:i w:val="0"/>
          <w:color w:val="000000"/>
          <w:sz w:val="24"/>
          <w:rtl/>
          <w:szCs w:val="32"/>
        </w:rPr>
        <w:t>י״ט</w:t>
      </w:r>
      <w:r>
        <w:rPr>
          <w:rFonts w:ascii="Georgia" w:hAnsi="Georgia"/>
          <w:b w:val="0"/>
          <w:i w:val="0"/>
          <w:color w:val="000000"/>
          <w:sz w:val="24"/>
        </w:rPr>
        <w:t xml:space="preserve">) — [числом] буквенного наполнения с алеф Имени МА — получается 423. Начальные буквы [слов] </w:t>
      </w:r>
      <w:r>
        <w:rPr>
          <w:rFonts w:ascii="Georgia" w:hAnsi="Georgia"/>
          <w:b w:val="0"/>
          <w:i/>
          <w:color w:val="000000"/>
          <w:sz w:val="24"/>
        </w:rPr>
        <w:t>«…сквозь огонь, не обожжешься»</w:t>
      </w:r>
      <w:r>
        <w:rPr>
          <w:rFonts w:ascii="Georgia" w:hAnsi="Georgia"/>
          <w:b w:val="0"/>
          <w:i w:val="0"/>
          <w:color w:val="000000"/>
          <w:sz w:val="24"/>
        </w:rPr>
        <w:t xml:space="preserve"> (</w:t>
      </w:r>
      <w:r>
        <w:rPr>
          <w:rFonts w:ascii="Georgia" w:hAnsi="Georgia" w:cs="Times New Roman"/>
          <w:b/>
          <w:i w:val="0"/>
          <w:color w:val="000000"/>
          <w:sz w:val="24"/>
          <w:rtl/>
          <w:szCs w:val="32"/>
        </w:rPr>
        <w:t>במו אש לא תכוה</w:t>
      </w:r>
      <w:r>
        <w:rPr>
          <w:rFonts w:ascii="Georgia" w:hAnsi="Georgia"/>
          <w:b w:val="0"/>
          <w:i w:val="0"/>
          <w:color w:val="000000"/>
          <w:sz w:val="24"/>
        </w:rPr>
        <w:t>) составляют 432 (</w:t>
      </w:r>
      <w:r>
        <w:rPr>
          <w:rFonts w:ascii="Georgia" w:hAnsi="Georgia" w:cs="Times New Roman"/>
          <w:b/>
          <w:i w:val="0"/>
          <w:color w:val="000000"/>
          <w:sz w:val="24"/>
          <w:rtl/>
          <w:szCs w:val="32"/>
        </w:rPr>
        <w:t>תב״ל</w:t>
      </w:r>
      <w:r>
        <w:rPr>
          <w:rFonts w:ascii="Georgia" w:hAnsi="Georgia"/>
          <w:b w:val="0"/>
          <w:i w:val="0"/>
          <w:color w:val="000000"/>
          <w:sz w:val="24"/>
        </w:rPr>
        <w:t>) [Говорит Шмуэль: с колелем]. А это — два раза по 216 (</w:t>
      </w:r>
      <w:r>
        <w:rPr>
          <w:rFonts w:ascii="Georgia" w:hAnsi="Georgia" w:cs="Times New Roman"/>
          <w:b/>
          <w:i w:val="0"/>
          <w:color w:val="000000"/>
          <w:sz w:val="24"/>
          <w:rtl/>
          <w:szCs w:val="32"/>
        </w:rPr>
        <w:t>רי״ו</w:t>
      </w:r>
      <w:r>
        <w:rPr>
          <w:rFonts w:ascii="Georgia" w:hAnsi="Georgia"/>
          <w:b w:val="0"/>
          <w:i w:val="0"/>
          <w:color w:val="000000"/>
          <w:sz w:val="24"/>
        </w:rPr>
        <w:t xml:space="preserve">), и каждое [число] 216 — это три раза по 72 (АБ), как известно. Начальные буквы [слов] </w:t>
      </w:r>
      <w:r>
        <w:rPr>
          <w:rFonts w:ascii="Georgia" w:hAnsi="Georgia"/>
          <w:b w:val="0"/>
          <w:i/>
          <w:color w:val="000000"/>
          <w:sz w:val="24"/>
        </w:rPr>
        <w:t>«не опалит тебя»</w:t>
      </w:r>
      <w:r>
        <w:rPr>
          <w:rFonts w:ascii="Georgia" w:hAnsi="Georgia"/>
          <w:b w:val="0"/>
          <w:i w:val="0"/>
          <w:color w:val="000000"/>
          <w:sz w:val="24"/>
        </w:rPr>
        <w:t xml:space="preserve"> (</w:t>
      </w:r>
      <w:r>
        <w:rPr>
          <w:rFonts w:ascii="Georgia" w:hAnsi="Georgia" w:cs="Times New Roman"/>
          <w:b/>
          <w:i w:val="0"/>
          <w:color w:val="000000"/>
          <w:sz w:val="24"/>
          <w:rtl/>
          <w:szCs w:val="32"/>
        </w:rPr>
        <w:t>לא תבער בך</w:t>
      </w:r>
      <w:r>
        <w:rPr>
          <w:rFonts w:ascii="Georgia" w:hAnsi="Georgia"/>
          <w:b w:val="0"/>
          <w:i w:val="0"/>
          <w:color w:val="000000"/>
          <w:sz w:val="24"/>
        </w:rPr>
        <w:t>) — [также] 432; и это два раза по 216, что составляет шесть раз по 72 (АБ), намекаемые первой буквой вав (</w:t>
      </w:r>
      <w:r>
        <w:rPr>
          <w:rFonts w:ascii="Georgia" w:hAnsi="Georgia" w:cs="Times New Roman"/>
          <w:b/>
          <w:i w:val="0"/>
          <w:color w:val="000000"/>
          <w:sz w:val="24"/>
          <w:rtl/>
          <w:szCs w:val="32"/>
        </w:rPr>
        <w:t>ו</w:t>
      </w:r>
      <w:r>
        <w:rPr>
          <w:rFonts w:ascii="Georgia" w:hAnsi="Georgia"/>
          <w:b w:val="0"/>
          <w:i w:val="0"/>
          <w:color w:val="000000"/>
          <w:sz w:val="24"/>
        </w:rPr>
        <w:t xml:space="preserve"> = 6) [слова] </w:t>
      </w:r>
      <w:r>
        <w:rPr>
          <w:rFonts w:ascii="Georgia" w:hAnsi="Georgia"/>
          <w:b w:val="0"/>
          <w:i/>
          <w:color w:val="000000"/>
          <w:sz w:val="24"/>
        </w:rPr>
        <w:t>у-лехава</w:t>
      </w:r>
      <w:r>
        <w:rPr>
          <w:rFonts w:ascii="Georgia" w:hAnsi="Georgia"/>
          <w:b w:val="0"/>
          <w:i w:val="0"/>
          <w:color w:val="000000"/>
          <w:sz w:val="24"/>
        </w:rPr>
        <w:t xml:space="preserve"> (</w:t>
      </w:r>
      <w:r>
        <w:rPr>
          <w:rFonts w:ascii="Georgia" w:hAnsi="Georgia" w:cs="Times New Roman"/>
          <w:b/>
          <w:i w:val="0"/>
          <w:color w:val="000000"/>
          <w:sz w:val="24"/>
          <w:rtl/>
          <w:szCs w:val="32"/>
        </w:rPr>
        <w:t>וְלֶהָבָה</w:t>
      </w:r>
      <w:r>
        <w:rPr>
          <w:rFonts w:ascii="Georgia" w:hAnsi="Georgia"/>
          <w:b w:val="0"/>
          <w:i w:val="0"/>
          <w:color w:val="000000"/>
          <w:sz w:val="24"/>
        </w:rPr>
        <w:t xml:space="preserve">). Конечные буквы [слов] </w:t>
      </w:r>
      <w:r>
        <w:rPr>
          <w:rFonts w:ascii="Georgia" w:hAnsi="Georgia"/>
          <w:b w:val="0"/>
          <w:i/>
          <w:color w:val="000000"/>
          <w:sz w:val="24"/>
        </w:rPr>
        <w:t>«Когда пойдешь через огонь, не обожжешься»</w:t>
      </w:r>
      <w:r>
        <w:rPr>
          <w:rFonts w:ascii="Georgia" w:hAnsi="Georgia"/>
          <w:b w:val="0"/>
          <w:i w:val="0"/>
          <w:color w:val="000000"/>
          <w:sz w:val="24"/>
        </w:rPr>
        <w:t xml:space="preserve"> (</w:t>
      </w:r>
      <w:r>
        <w:rPr>
          <w:rFonts w:ascii="Georgia" w:hAnsi="Georgia" w:cs="Times New Roman"/>
          <w:b/>
          <w:i w:val="0"/>
          <w:color w:val="000000"/>
          <w:sz w:val="24"/>
          <w:rtl/>
          <w:szCs w:val="32"/>
        </w:rPr>
        <w:t>כי תלך במו אש לא תכוה</w:t>
      </w:r>
      <w:r>
        <w:rPr>
          <w:rFonts w:ascii="Georgia" w:hAnsi="Georgia"/>
          <w:b w:val="0"/>
          <w:i w:val="0"/>
          <w:color w:val="000000"/>
          <w:sz w:val="24"/>
        </w:rPr>
        <w:t>) составляют 342 (</w:t>
      </w:r>
      <w:r>
        <w:rPr>
          <w:rFonts w:ascii="Georgia" w:hAnsi="Georgia" w:cs="Times New Roman"/>
          <w:b/>
          <w:i w:val="0"/>
          <w:color w:val="000000"/>
          <w:sz w:val="24"/>
          <w:rtl/>
          <w:szCs w:val="32"/>
        </w:rPr>
        <w:t>שמ״ב</w:t>
      </w:r>
      <w:r>
        <w:rPr>
          <w:rFonts w:ascii="Georgia" w:hAnsi="Georgia"/>
          <w:b w:val="0"/>
          <w:i w:val="0"/>
          <w:color w:val="000000"/>
          <w:sz w:val="24"/>
        </w:rPr>
        <w:t>), что [равно также числам] 342 (</w:t>
      </w:r>
      <w:r>
        <w:rPr>
          <w:rFonts w:ascii="Georgia" w:hAnsi="Georgia" w:cs="Times New Roman"/>
          <w:b/>
          <w:i w:val="0"/>
          <w:color w:val="000000"/>
          <w:sz w:val="24"/>
          <w:rtl/>
          <w:szCs w:val="32"/>
        </w:rPr>
        <w:t>שבי״ל</w:t>
      </w:r>
      <w:r>
        <w:rPr>
          <w:rFonts w:ascii="Georgia" w:hAnsi="Georgia"/>
          <w:b w:val="0"/>
          <w:i w:val="0"/>
          <w:color w:val="000000"/>
          <w:sz w:val="24"/>
        </w:rPr>
        <w:t>) и 343 (</w:t>
      </w:r>
      <w:r>
        <w:rPr>
          <w:rFonts w:ascii="Georgia" w:hAnsi="Georgia" w:cs="Times New Roman"/>
          <w:b/>
          <w:i w:val="0"/>
          <w:color w:val="000000"/>
          <w:sz w:val="24"/>
          <w:rtl/>
          <w:szCs w:val="32"/>
        </w:rPr>
        <w:t>גש״ם</w:t>
      </w:r>
      <w:r>
        <w:rPr>
          <w:rFonts w:ascii="Georgia" w:hAnsi="Georgia"/>
          <w:b w:val="0"/>
          <w:i w:val="0"/>
          <w:color w:val="000000"/>
          <w:sz w:val="24"/>
        </w:rPr>
        <w:t>) с колелями. И это — четыре [Имени] АВАЯ: АБ, САГ, МА, БОН, составляющие [в сумме] 232 (</w:t>
      </w:r>
      <w:r>
        <w:rPr>
          <w:rFonts w:ascii="Georgia" w:hAnsi="Georgia" w:cs="Times New Roman"/>
          <w:b/>
          <w:i w:val="0"/>
          <w:color w:val="000000"/>
          <w:sz w:val="24"/>
          <w:rtl/>
          <w:szCs w:val="32"/>
        </w:rPr>
        <w:t>רל״ב</w:t>
      </w:r>
      <w:r>
        <w:rPr>
          <w:rFonts w:ascii="Georgia" w:hAnsi="Georgia"/>
          <w:b w:val="0"/>
          <w:i w:val="0"/>
          <w:color w:val="000000"/>
          <w:sz w:val="24"/>
        </w:rPr>
        <w:t>); а вместе с буквой алеф (</w:t>
      </w:r>
      <w:r>
        <w:rPr>
          <w:rFonts w:ascii="Georgia" w:hAnsi="Georgia" w:cs="Times New Roman"/>
          <w:b/>
          <w:i w:val="0"/>
          <w:color w:val="000000"/>
          <w:sz w:val="24"/>
          <w:rtl/>
          <w:szCs w:val="32"/>
        </w:rPr>
        <w:t>א</w:t>
      </w:r>
      <w:r>
        <w:rPr>
          <w:rFonts w:ascii="Georgia" w:hAnsi="Georgia"/>
          <w:b w:val="0"/>
          <w:i w:val="0"/>
          <w:color w:val="000000"/>
          <w:sz w:val="24"/>
        </w:rPr>
        <w:t xml:space="preserve"> = 1) [слова] </w:t>
      </w:r>
      <w:r>
        <w:rPr>
          <w:rFonts w:ascii="Georgia" w:hAnsi="Georgia"/>
          <w:b w:val="0"/>
          <w:i/>
          <w:color w:val="000000"/>
          <w:sz w:val="24"/>
        </w:rPr>
        <w:t>эш</w:t>
      </w:r>
      <w:r>
        <w:rPr>
          <w:rFonts w:ascii="Georgia" w:hAnsi="Georgia"/>
          <w:b w:val="0"/>
          <w:i w:val="0"/>
          <w:color w:val="000000"/>
          <w:sz w:val="24"/>
        </w:rPr>
        <w:t xml:space="preserve"> (</w:t>
      </w:r>
      <w:r>
        <w:rPr>
          <w:rFonts w:ascii="Georgia" w:hAnsi="Georgia" w:cs="Times New Roman"/>
          <w:b/>
          <w:i w:val="0"/>
          <w:color w:val="000000"/>
          <w:sz w:val="24"/>
          <w:rtl/>
          <w:szCs w:val="32"/>
        </w:rPr>
        <w:t>אֵשׁ</w:t>
      </w:r>
      <w:r>
        <w:rPr>
          <w:rFonts w:ascii="Georgia" w:hAnsi="Georgia"/>
          <w:b w:val="0"/>
          <w:i w:val="0"/>
          <w:color w:val="000000"/>
          <w:sz w:val="24"/>
        </w:rPr>
        <w:t>) получается [число] 342 с колелем [Говорит Шмуэль: я не понял этого расчета, ведь он насчитывает 342 в конечных буквах, тогда как четыре [Имени] АВАЯ составляют лишь 232, и недостает ста десяти. Возможно, мы можем сказать, что вкралась описка и, вероятно, пропущено число 112 (</w:t>
      </w:r>
      <w:r>
        <w:rPr>
          <w:rFonts w:ascii="Georgia" w:hAnsi="Georgia" w:cs="Times New Roman"/>
          <w:b/>
          <w:i w:val="0"/>
          <w:color w:val="000000"/>
          <w:sz w:val="24"/>
          <w:rtl/>
          <w:szCs w:val="32"/>
        </w:rPr>
        <w:t>יב״ק</w:t>
      </w:r>
      <w:r>
        <w:rPr>
          <w:rFonts w:ascii="Georgia" w:hAnsi="Georgia"/>
          <w:b w:val="0"/>
          <w:i w:val="0"/>
          <w:color w:val="000000"/>
          <w:sz w:val="24"/>
        </w:rPr>
        <w:t xml:space="preserve">) или иной расчет, но среди нас нет никого, кто знал бы доподлинно, в чем дело]. Конечные буквы [слов] </w:t>
      </w:r>
      <w:r>
        <w:rPr>
          <w:rFonts w:ascii="Georgia" w:hAnsi="Georgia"/>
          <w:b w:val="0"/>
          <w:i/>
          <w:color w:val="000000"/>
          <w:sz w:val="24"/>
        </w:rPr>
        <w:t>«и пламя не опалит тебя»</w:t>
      </w:r>
      <w:r>
        <w:rPr>
          <w:rFonts w:ascii="Georgia" w:hAnsi="Georgia"/>
          <w:b w:val="0"/>
          <w:i w:val="0"/>
          <w:color w:val="000000"/>
          <w:sz w:val="24"/>
        </w:rPr>
        <w:t xml:space="preserve"> (</w:t>
      </w:r>
      <w:r>
        <w:rPr>
          <w:rFonts w:ascii="Georgia" w:hAnsi="Georgia" w:cs="Times New Roman"/>
          <w:b/>
          <w:i w:val="0"/>
          <w:color w:val="000000"/>
          <w:sz w:val="24"/>
          <w:rtl/>
          <w:szCs w:val="32"/>
        </w:rPr>
        <w:t>ולהבה לא תבער בך</w:t>
      </w:r>
      <w:r>
        <w:rPr>
          <w:rFonts w:ascii="Georgia" w:hAnsi="Georgia"/>
          <w:b w:val="0"/>
          <w:i w:val="0"/>
          <w:color w:val="000000"/>
          <w:sz w:val="24"/>
        </w:rPr>
        <w:t>) составляют 226 (</w:t>
      </w:r>
      <w:r>
        <w:rPr>
          <w:rFonts w:ascii="Georgia" w:hAnsi="Georgia" w:cs="Times New Roman"/>
          <w:b/>
          <w:i w:val="0"/>
          <w:color w:val="000000"/>
          <w:sz w:val="24"/>
          <w:rtl/>
          <w:szCs w:val="32"/>
        </w:rPr>
        <w:t>כו״ר</w:t>
      </w:r>
      <w:r>
        <w:rPr>
          <w:rFonts w:ascii="Georgia" w:hAnsi="Georgia"/>
          <w:b w:val="0"/>
          <w:i w:val="0"/>
          <w:color w:val="000000"/>
          <w:sz w:val="24"/>
        </w:rPr>
        <w:t>), что есть Имя БОН, равное двум [числам] 112 (</w:t>
      </w:r>
      <w:r>
        <w:rPr>
          <w:rFonts w:ascii="Georgia" w:hAnsi="Georgia" w:cs="Times New Roman"/>
          <w:b/>
          <w:i w:val="0"/>
          <w:color w:val="000000"/>
          <w:sz w:val="24"/>
          <w:rtl/>
          <w:szCs w:val="32"/>
        </w:rPr>
        <w:t>יב״ק</w:t>
      </w:r>
      <w:r>
        <w:rPr>
          <w:rFonts w:ascii="Georgia" w:hAnsi="Georgia"/>
          <w:b w:val="0"/>
          <w:i w:val="0"/>
          <w:color w:val="000000"/>
          <w:sz w:val="24"/>
        </w:rPr>
        <w:t xml:space="preserve">), то есть [сочетанию Имен] АВАЯ и ЭЛОКИМ с колелями двух [этих чисел] 112 [Говорит Шмуэль: и этого я тоже не понял; возможно, вкралась описка, и должно быть: «два раза по 112 с двумя колелями двух [этих чисел] 112»]. А [слово] </w:t>
      </w:r>
      <w:r>
        <w:rPr>
          <w:rFonts w:ascii="Georgia" w:hAnsi="Georgia"/>
          <w:b w:val="0"/>
          <w:i/>
          <w:color w:val="000000"/>
          <w:sz w:val="24"/>
        </w:rPr>
        <w:t>ве-лехава</w:t>
      </w:r>
      <w:r>
        <w:rPr>
          <w:rFonts w:ascii="Georgia" w:hAnsi="Georgia"/>
          <w:b w:val="0"/>
          <w:i w:val="0"/>
          <w:color w:val="000000"/>
          <w:sz w:val="24"/>
        </w:rPr>
        <w:t xml:space="preserve"> — это самостоятельное Имя, и огласовка его такова: </w:t>
      </w:r>
      <w:r>
        <w:rPr>
          <w:rFonts w:ascii="Georgia" w:hAnsi="Georgia"/>
          <w:b w:val="0"/>
          <w:i/>
          <w:color w:val="000000"/>
          <w:sz w:val="24"/>
        </w:rPr>
        <w:t>Лохива</w:t>
      </w:r>
      <w:r>
        <w:rPr>
          <w:rFonts w:ascii="Georgia" w:hAnsi="Georgia"/>
          <w:b w:val="0"/>
          <w:i w:val="0"/>
          <w:color w:val="000000"/>
          <w:sz w:val="24"/>
        </w:rPr>
        <w:t xml:space="preserve"> (</w:t>
      </w:r>
      <w:r>
        <w:rPr>
          <w:rFonts w:ascii="Georgia" w:hAnsi="Georgia" w:cs="Times New Roman"/>
          <w:b/>
          <w:i w:val="0"/>
          <w:color w:val="000000"/>
          <w:sz w:val="24"/>
          <w:rtl/>
          <w:szCs w:val="32"/>
        </w:rPr>
        <w:t>לֹהִבָה</w:t>
      </w:r>
      <w:r>
        <w:rPr>
          <w:rFonts w:ascii="Georgia" w:hAnsi="Georgia"/>
          <w:b w:val="0"/>
          <w:i w:val="0"/>
          <w:color w:val="000000"/>
          <w:sz w:val="24"/>
        </w:rPr>
        <w:t xml:space="preserve">) [Говорит Шмуэль: буква вав здесь служебная]. Начальные буквы [слов] </w:t>
      </w:r>
      <w:r>
        <w:rPr>
          <w:rFonts w:ascii="Georgia" w:hAnsi="Georgia"/>
          <w:b w:val="0"/>
          <w:i/>
          <w:color w:val="000000"/>
          <w:sz w:val="24"/>
        </w:rPr>
        <w:t>«Когда ты будешь переходить через воды, Я с тобою…»</w:t>
      </w:r>
      <w:r>
        <w:rPr>
          <w:rFonts w:ascii="Georgia" w:hAnsi="Georgia"/>
          <w:b w:val="0"/>
          <w:i w:val="0"/>
          <w:color w:val="000000"/>
          <w:sz w:val="24"/>
        </w:rPr>
        <w:t xml:space="preserve"> (Йешаяу 43:2) (</w:t>
      </w:r>
      <w:r>
        <w:rPr>
          <w:rFonts w:ascii="Georgia" w:hAnsi="Georgia" w:cs="Times New Roman"/>
          <w:b/>
          <w:i w:val="0"/>
          <w:color w:val="000000"/>
          <w:sz w:val="24"/>
          <w:rtl/>
          <w:szCs w:val="32"/>
        </w:rPr>
        <w:t>כי תעבור במים אתך אני</w:t>
      </w:r>
      <w:r>
        <w:rPr>
          <w:rFonts w:ascii="Georgia" w:hAnsi="Georgia"/>
          <w:b w:val="0"/>
          <w:i w:val="0"/>
          <w:color w:val="000000"/>
          <w:sz w:val="24"/>
        </w:rPr>
        <w:t>) с колелем по гематрии равны 425 (</w:t>
      </w:r>
      <w:r>
        <w:rPr>
          <w:rFonts w:ascii="Georgia" w:hAnsi="Georgia" w:cs="Times New Roman"/>
          <w:b/>
          <w:i w:val="0"/>
          <w:color w:val="000000"/>
          <w:sz w:val="24"/>
          <w:rtl/>
          <w:szCs w:val="32"/>
        </w:rPr>
        <w:t>תכ״ה</w:t>
      </w:r>
      <w:r>
        <w:rPr>
          <w:rFonts w:ascii="Georgia" w:hAnsi="Georgia"/>
          <w:b w:val="0"/>
          <w:i w:val="0"/>
          <w:color w:val="000000"/>
          <w:sz w:val="24"/>
        </w:rPr>
        <w:t xml:space="preserve">), что соответствует Имени, образуемому начальными буквами [слов] </w:t>
      </w:r>
      <w:r>
        <w:rPr>
          <w:rFonts w:ascii="Georgia" w:hAnsi="Georgia"/>
          <w:b w:val="0"/>
          <w:i/>
          <w:color w:val="000000"/>
          <w:sz w:val="24"/>
        </w:rPr>
        <w:t>«Все дышащее да восхвалит Г-спода!»</w:t>
      </w:r>
      <w:r>
        <w:rPr>
          <w:rFonts w:ascii="Georgia" w:hAnsi="Georgia"/>
          <w:b w:val="0"/>
          <w:i w:val="0"/>
          <w:color w:val="000000"/>
          <w:sz w:val="24"/>
        </w:rPr>
        <w:t xml:space="preserve"> (Теилим 150:6) (</w:t>
      </w:r>
      <w:r>
        <w:rPr>
          <w:rFonts w:ascii="Georgia" w:hAnsi="Georgia" w:cs="Times New Roman"/>
          <w:b/>
          <w:i w:val="0"/>
          <w:color w:val="000000"/>
          <w:sz w:val="24"/>
          <w:rtl/>
          <w:szCs w:val="32"/>
        </w:rPr>
        <w:t>כל הנשמה תהלל יה</w:t>
      </w:r>
      <w:r>
        <w:rPr>
          <w:rFonts w:ascii="Georgia" w:hAnsi="Georgia"/>
          <w:b w:val="0"/>
          <w:i w:val="0"/>
          <w:color w:val="000000"/>
          <w:sz w:val="24"/>
        </w:rPr>
        <w:t>); а конечные буквы [этих же слов] по гематрии равны буквам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w:t>
      </w:r>
    </w:p>
    <w:p>
      <w:pPr>
        <w:keepNext/>
        <w:spacing w:before="320" w:after="120"/>
      </w:pPr>
      <w:r>
        <w:rPr>
          <w:rFonts w:ascii="Georgia" w:hAnsi="Georgia"/>
          <w:b w:val="0"/>
          <w:i w:val="0"/>
          <w:color w:val="000000"/>
          <w:sz w:val="32"/>
        </w:rPr>
        <w:t>Ихуд 10</w:t>
      </w:r>
    </w:p>
    <w:p>
      <w:pPr>
        <w:spacing w:before="40" w:after="120"/>
        <w:jc w:val="both"/>
      </w:pPr>
      <w:r>
        <w:rPr>
          <w:rFonts w:ascii="Georgia" w:hAnsi="Georgia"/>
          <w:b w:val="0"/>
          <w:i w:val="0"/>
          <w:color w:val="000000"/>
          <w:sz w:val="24"/>
        </w:rPr>
        <w:t xml:space="preserve">К вышесказанному: </w:t>
      </w:r>
      <w:r>
        <w:rPr>
          <w:rFonts w:ascii="Georgia" w:hAnsi="Georgia"/>
          <w:b w:val="0"/>
          <w:i/>
          <w:color w:val="000000"/>
          <w:sz w:val="24"/>
        </w:rPr>
        <w:t>«Трое этих — сыновья Ноаха, и от них рассеялась [по] всей земле...»</w:t>
      </w:r>
      <w:r>
        <w:rPr>
          <w:rFonts w:ascii="Georgia" w:hAnsi="Georgia"/>
          <w:b w:val="0"/>
          <w:i w:val="0"/>
          <w:color w:val="000000"/>
          <w:sz w:val="24"/>
        </w:rPr>
        <w:t xml:space="preserve"> (Берешит 9:19). Начальные буквы слов </w:t>
      </w:r>
      <w:r>
        <w:rPr>
          <w:rFonts w:ascii="Georgia" w:hAnsi="Georgia"/>
          <w:b w:val="0"/>
          <w:i/>
          <w:color w:val="000000"/>
          <w:sz w:val="24"/>
        </w:rPr>
        <w:t>шлош элле бней</w:t>
      </w:r>
      <w:r>
        <w:rPr>
          <w:rFonts w:ascii="Georgia" w:hAnsi="Georgia"/>
          <w:b w:val="0"/>
          <w:i w:val="0"/>
          <w:color w:val="000000"/>
          <w:sz w:val="24"/>
        </w:rPr>
        <w:t xml:space="preserve"> (</w:t>
      </w:r>
      <w:r>
        <w:rPr>
          <w:rFonts w:ascii="Georgia" w:hAnsi="Georgia" w:cs="Times New Roman"/>
          <w:b/>
          <w:i w:val="0"/>
          <w:color w:val="000000"/>
          <w:sz w:val="24"/>
          <w:rtl/>
          <w:szCs w:val="32"/>
        </w:rPr>
        <w:t>שְׁלֹשׁ אֵלֶּה בְּנֵי</w:t>
      </w:r>
      <w:r>
        <w:rPr>
          <w:rFonts w:ascii="Georgia" w:hAnsi="Georgia"/>
          <w:b w:val="0"/>
          <w:i w:val="0"/>
          <w:color w:val="000000"/>
          <w:sz w:val="24"/>
        </w:rPr>
        <w:t>) — шин (</w:t>
      </w:r>
      <w:r>
        <w:rPr>
          <w:rFonts w:ascii="Georgia" w:hAnsi="Georgia" w:cs="Times New Roman"/>
          <w:b/>
          <w:i w:val="0"/>
          <w:color w:val="000000"/>
          <w:sz w:val="24"/>
          <w:rtl/>
          <w:szCs w:val="32"/>
        </w:rPr>
        <w:t>ש</w:t>
      </w:r>
      <w:r>
        <w:rPr>
          <w:rFonts w:ascii="Georgia" w:hAnsi="Georgia"/>
          <w:b w:val="0"/>
          <w:i w:val="0"/>
          <w:color w:val="000000"/>
          <w:sz w:val="24"/>
        </w:rPr>
        <w:t xml:space="preserve"> = 300), алеф (</w:t>
      </w:r>
      <w:r>
        <w:rPr>
          <w:rFonts w:ascii="Georgia" w:hAnsi="Georgia" w:cs="Times New Roman"/>
          <w:b/>
          <w:i w:val="0"/>
          <w:color w:val="000000"/>
          <w:sz w:val="24"/>
          <w:rtl/>
          <w:szCs w:val="32"/>
        </w:rPr>
        <w:t>א</w:t>
      </w:r>
      <w:r>
        <w:rPr>
          <w:rFonts w:ascii="Georgia" w:hAnsi="Georgia"/>
          <w:b w:val="0"/>
          <w:i w:val="0"/>
          <w:color w:val="000000"/>
          <w:sz w:val="24"/>
        </w:rPr>
        <w:t xml:space="preserve"> = 1) и бэт (</w:t>
      </w:r>
      <w:r>
        <w:rPr>
          <w:rFonts w:ascii="Georgia" w:hAnsi="Georgia" w:cs="Times New Roman"/>
          <w:b/>
          <w:i w:val="0"/>
          <w:color w:val="000000"/>
          <w:sz w:val="24"/>
          <w:rtl/>
          <w:szCs w:val="32"/>
        </w:rPr>
        <w:t>ב</w:t>
      </w:r>
      <w:r>
        <w:rPr>
          <w:rFonts w:ascii="Georgia" w:hAnsi="Georgia"/>
          <w:b w:val="0"/>
          <w:i w:val="0"/>
          <w:color w:val="000000"/>
          <w:sz w:val="24"/>
        </w:rPr>
        <w:t xml:space="preserve"> = 2) — составляют 303 (</w:t>
      </w:r>
      <w:r>
        <w:rPr>
          <w:rFonts w:ascii="Georgia" w:hAnsi="Georgia" w:cs="Times New Roman"/>
          <w:b/>
          <w:i w:val="0"/>
          <w:color w:val="000000"/>
          <w:sz w:val="24"/>
          <w:rtl/>
          <w:szCs w:val="32"/>
        </w:rPr>
        <w:t>ש״ג</w:t>
      </w:r>
      <w:r>
        <w:rPr>
          <w:rFonts w:ascii="Georgia" w:hAnsi="Georgia"/>
          <w:b w:val="0"/>
          <w:i w:val="0"/>
          <w:color w:val="000000"/>
          <w:sz w:val="24"/>
        </w:rPr>
        <w:t>), а с колелем — 304 (</w:t>
      </w:r>
      <w:r>
        <w:rPr>
          <w:rFonts w:ascii="Georgia" w:hAnsi="Georgia" w:cs="Times New Roman"/>
          <w:b/>
          <w:i w:val="0"/>
          <w:color w:val="000000"/>
          <w:sz w:val="24"/>
          <w:rtl/>
          <w:szCs w:val="32"/>
        </w:rPr>
        <w:t>ש״ד</w:t>
      </w:r>
      <w:r>
        <w:rPr>
          <w:rFonts w:ascii="Georgia" w:hAnsi="Georgia"/>
          <w:b w:val="0"/>
          <w:i w:val="0"/>
          <w:color w:val="000000"/>
          <w:sz w:val="24"/>
        </w:rPr>
        <w:t>). И это [два Имени] ЭЙЕ: с наполнением йод — 161 (</w:t>
      </w:r>
      <w:r>
        <w:rPr>
          <w:rFonts w:ascii="Georgia" w:hAnsi="Georgia" w:cs="Times New Roman"/>
          <w:b/>
          <w:i w:val="0"/>
          <w:color w:val="000000"/>
          <w:sz w:val="24"/>
          <w:rtl/>
          <w:szCs w:val="32"/>
        </w:rPr>
        <w:t>קס״א</w:t>
      </w:r>
      <w:r>
        <w:rPr>
          <w:rFonts w:ascii="Georgia" w:hAnsi="Georgia"/>
          <w:b w:val="0"/>
          <w:i w:val="0"/>
          <w:color w:val="000000"/>
          <w:sz w:val="24"/>
        </w:rPr>
        <w:t>), и с наполнением алеф — 143 (</w:t>
      </w:r>
      <w:r>
        <w:rPr>
          <w:rFonts w:ascii="Georgia" w:hAnsi="Georgia" w:cs="Times New Roman"/>
          <w:b/>
          <w:i w:val="0"/>
          <w:color w:val="000000"/>
          <w:sz w:val="24"/>
          <w:rtl/>
          <w:szCs w:val="32"/>
        </w:rPr>
        <w:t>קמ״ג</w:t>
      </w:r>
      <w:r>
        <w:rPr>
          <w:rFonts w:ascii="Georgia" w:hAnsi="Georgia"/>
          <w:b w:val="0"/>
          <w:i w:val="0"/>
          <w:color w:val="000000"/>
          <w:sz w:val="24"/>
        </w:rPr>
        <w:t xml:space="preserve">). Начальные буквы слов </w:t>
      </w:r>
      <w:r>
        <w:rPr>
          <w:rFonts w:ascii="Georgia" w:hAnsi="Georgia"/>
          <w:b w:val="0"/>
          <w:i/>
          <w:color w:val="000000"/>
          <w:sz w:val="24"/>
        </w:rPr>
        <w:t>шлоша элле бней Ноах</w:t>
      </w:r>
      <w:r>
        <w:rPr>
          <w:rFonts w:ascii="Georgia" w:hAnsi="Georgia"/>
          <w:b w:val="0"/>
          <w:i w:val="0"/>
          <w:color w:val="000000"/>
          <w:sz w:val="24"/>
        </w:rPr>
        <w:t xml:space="preserve"> (</w:t>
      </w:r>
      <w:r>
        <w:rPr>
          <w:rFonts w:ascii="Georgia" w:hAnsi="Georgia" w:cs="Times New Roman"/>
          <w:b/>
          <w:i w:val="0"/>
          <w:color w:val="000000"/>
          <w:sz w:val="24"/>
          <w:rtl/>
          <w:szCs w:val="32"/>
        </w:rPr>
        <w:t>שְׁלֹשָׁה אֵלֶּה בְּנֵי נֹחַ</w:t>
      </w:r>
      <w:r>
        <w:rPr>
          <w:rFonts w:ascii="Georgia" w:hAnsi="Georgia"/>
          <w:b w:val="0"/>
          <w:i w:val="0"/>
          <w:color w:val="000000"/>
          <w:sz w:val="24"/>
        </w:rPr>
        <w:t>) — шин (</w:t>
      </w:r>
      <w:r>
        <w:rPr>
          <w:rFonts w:ascii="Georgia" w:hAnsi="Georgia" w:cs="Times New Roman"/>
          <w:b/>
          <w:i w:val="0"/>
          <w:color w:val="000000"/>
          <w:sz w:val="24"/>
          <w:rtl/>
          <w:szCs w:val="32"/>
        </w:rPr>
        <w:t>ש</w:t>
      </w:r>
      <w:r>
        <w:rPr>
          <w:rFonts w:ascii="Georgia" w:hAnsi="Georgia"/>
          <w:b w:val="0"/>
          <w:i w:val="0"/>
          <w:color w:val="000000"/>
          <w:sz w:val="24"/>
        </w:rPr>
        <w:t xml:space="preserve"> = 300), алеф (</w:t>
      </w:r>
      <w:r>
        <w:rPr>
          <w:rFonts w:ascii="Georgia" w:hAnsi="Georgia" w:cs="Times New Roman"/>
          <w:b/>
          <w:i w:val="0"/>
          <w:color w:val="000000"/>
          <w:sz w:val="24"/>
          <w:rtl/>
          <w:szCs w:val="32"/>
        </w:rPr>
        <w:t>א</w:t>
      </w:r>
      <w:r>
        <w:rPr>
          <w:rFonts w:ascii="Georgia" w:hAnsi="Georgia"/>
          <w:b w:val="0"/>
          <w:i w:val="0"/>
          <w:color w:val="000000"/>
          <w:sz w:val="24"/>
        </w:rPr>
        <w:t xml:space="preserve"> = 1), бэт (</w:t>
      </w:r>
      <w:r>
        <w:rPr>
          <w:rFonts w:ascii="Georgia" w:hAnsi="Georgia" w:cs="Times New Roman"/>
          <w:b/>
          <w:i w:val="0"/>
          <w:color w:val="000000"/>
          <w:sz w:val="24"/>
          <w:rtl/>
          <w:szCs w:val="32"/>
        </w:rPr>
        <w:t>ב</w:t>
      </w:r>
      <w:r>
        <w:rPr>
          <w:rFonts w:ascii="Georgia" w:hAnsi="Georgia"/>
          <w:b w:val="0"/>
          <w:i w:val="0"/>
          <w:color w:val="000000"/>
          <w:sz w:val="24"/>
        </w:rPr>
        <w:t xml:space="preserve"> = 2) и нун (</w:t>
      </w:r>
      <w:r>
        <w:rPr>
          <w:rFonts w:ascii="Georgia" w:hAnsi="Georgia" w:cs="Times New Roman"/>
          <w:b/>
          <w:i w:val="0"/>
          <w:color w:val="000000"/>
          <w:sz w:val="24"/>
          <w:rtl/>
          <w:szCs w:val="32"/>
        </w:rPr>
        <w:t>נ</w:t>
      </w:r>
      <w:r>
        <w:rPr>
          <w:rFonts w:ascii="Georgia" w:hAnsi="Georgia"/>
          <w:b w:val="0"/>
          <w:i w:val="0"/>
          <w:color w:val="000000"/>
          <w:sz w:val="24"/>
        </w:rPr>
        <w:t xml:space="preserve"> = 50) — по гематрии составляют 353 (</w:t>
      </w:r>
      <w:r>
        <w:rPr>
          <w:rFonts w:ascii="Georgia" w:hAnsi="Georgia" w:cs="Times New Roman"/>
          <w:b/>
          <w:i w:val="0"/>
          <w:color w:val="000000"/>
          <w:sz w:val="24"/>
          <w:rtl/>
          <w:szCs w:val="32"/>
        </w:rPr>
        <w:t>גש״ן</w:t>
      </w:r>
      <w:r>
        <w:rPr>
          <w:rFonts w:ascii="Georgia" w:hAnsi="Georgia"/>
          <w:b w:val="0"/>
          <w:i w:val="0"/>
          <w:color w:val="000000"/>
          <w:sz w:val="24"/>
        </w:rPr>
        <w:t>). И это [число равно сумме]: Имя ЭЛОКИМ с наполнением йод — 300 (</w:t>
      </w:r>
      <w:r>
        <w:rPr>
          <w:rFonts w:ascii="Georgia" w:hAnsi="Georgia" w:cs="Times New Roman"/>
          <w:b/>
          <w:i w:val="0"/>
          <w:color w:val="000000"/>
          <w:sz w:val="24"/>
          <w:rtl/>
          <w:szCs w:val="32"/>
        </w:rPr>
        <w:t>ש</w:t>
      </w:r>
      <w:r>
        <w:rPr>
          <w:rFonts w:ascii="Georgia" w:hAnsi="Georgia"/>
          <w:b w:val="0"/>
          <w:i w:val="0"/>
          <w:color w:val="000000"/>
          <w:sz w:val="24"/>
        </w:rPr>
        <w:t>), 34 (</w:t>
      </w:r>
      <w:r>
        <w:rPr>
          <w:rFonts w:ascii="Georgia" w:hAnsi="Georgia" w:cs="Times New Roman"/>
          <w:b/>
          <w:i w:val="0"/>
          <w:color w:val="000000"/>
          <w:sz w:val="24"/>
          <w:rtl/>
          <w:szCs w:val="32"/>
        </w:rPr>
        <w:t>ל״ד</w:t>
      </w:r>
      <w:r>
        <w:rPr>
          <w:rFonts w:ascii="Georgia" w:hAnsi="Georgia"/>
          <w:b w:val="0"/>
          <w:i w:val="0"/>
          <w:color w:val="000000"/>
          <w:sz w:val="24"/>
        </w:rPr>
        <w:t>) буквы (отиет) второго наполнения, 13 (</w:t>
      </w:r>
      <w:r>
        <w:rPr>
          <w:rFonts w:ascii="Georgia" w:hAnsi="Georgia" w:cs="Times New Roman"/>
          <w:b/>
          <w:i w:val="0"/>
          <w:color w:val="000000"/>
          <w:sz w:val="24"/>
          <w:rtl/>
          <w:szCs w:val="32"/>
        </w:rPr>
        <w:t>י״ג</w:t>
      </w:r>
      <w:r>
        <w:rPr>
          <w:rFonts w:ascii="Georgia" w:hAnsi="Georgia"/>
          <w:b w:val="0"/>
          <w:i w:val="0"/>
          <w:color w:val="000000"/>
          <w:sz w:val="24"/>
        </w:rPr>
        <w:t>) букв его наполнения и 5 (</w:t>
      </w:r>
      <w:r>
        <w:rPr>
          <w:rFonts w:ascii="Georgia" w:hAnsi="Georgia" w:cs="Times New Roman"/>
          <w:b/>
          <w:i w:val="0"/>
          <w:color w:val="000000"/>
          <w:sz w:val="24"/>
          <w:rtl/>
          <w:szCs w:val="32"/>
        </w:rPr>
        <w:t>ה</w:t>
      </w:r>
      <w:r>
        <w:rPr>
          <w:rFonts w:ascii="Georgia" w:hAnsi="Georgia"/>
          <w:b w:val="0"/>
          <w:i w:val="0"/>
          <w:color w:val="000000"/>
          <w:sz w:val="24"/>
        </w:rPr>
        <w:t xml:space="preserve">) букв простого [написания]. [Говорит Шмуэль: вместе с колелем]. Начальные буквы слов </w:t>
      </w:r>
      <w:r>
        <w:rPr>
          <w:rFonts w:ascii="Georgia" w:hAnsi="Georgia"/>
          <w:b w:val="0"/>
          <w:i/>
          <w:color w:val="000000"/>
          <w:sz w:val="24"/>
        </w:rPr>
        <w:t>у-ме-элле нафца коль а-арец</w:t>
      </w:r>
      <w:r>
        <w:rPr>
          <w:rFonts w:ascii="Georgia" w:hAnsi="Georgia"/>
          <w:b w:val="0"/>
          <w:i w:val="0"/>
          <w:color w:val="000000"/>
          <w:sz w:val="24"/>
        </w:rPr>
        <w:t xml:space="preserve"> (</w:t>
      </w:r>
      <w:r>
        <w:rPr>
          <w:rFonts w:ascii="Georgia" w:hAnsi="Georgia" w:cs="Times New Roman"/>
          <w:b/>
          <w:i w:val="0"/>
          <w:color w:val="000000"/>
          <w:sz w:val="24"/>
          <w:rtl/>
          <w:szCs w:val="32"/>
        </w:rPr>
        <w:t>וּמֵאֵלֶּה נָפְצָה כָל הָאָרֶץ</w:t>
      </w:r>
      <w:r>
        <w:rPr>
          <w:rFonts w:ascii="Georgia" w:hAnsi="Georgia"/>
          <w:b w:val="0"/>
          <w:i w:val="0"/>
          <w:color w:val="000000"/>
          <w:sz w:val="24"/>
        </w:rPr>
        <w:t>, «и от них рассеялась [по] всей земле») — вав (</w:t>
      </w:r>
      <w:r>
        <w:rPr>
          <w:rFonts w:ascii="Georgia" w:hAnsi="Georgia" w:cs="Times New Roman"/>
          <w:b/>
          <w:i w:val="0"/>
          <w:color w:val="000000"/>
          <w:sz w:val="24"/>
          <w:rtl/>
          <w:szCs w:val="32"/>
        </w:rPr>
        <w:t>ו</w:t>
      </w:r>
      <w:r>
        <w:rPr>
          <w:rFonts w:ascii="Georgia" w:hAnsi="Georgia"/>
          <w:b w:val="0"/>
          <w:i w:val="0"/>
          <w:color w:val="000000"/>
          <w:sz w:val="24"/>
        </w:rPr>
        <w:t xml:space="preserve"> = 6), нун (</w:t>
      </w:r>
      <w:r>
        <w:rPr>
          <w:rFonts w:ascii="Georgia" w:hAnsi="Georgia" w:cs="Times New Roman"/>
          <w:b/>
          <w:i w:val="0"/>
          <w:color w:val="000000"/>
          <w:sz w:val="24"/>
          <w:rtl/>
          <w:szCs w:val="32"/>
        </w:rPr>
        <w:t>נ</w:t>
      </w:r>
      <w:r>
        <w:rPr>
          <w:rFonts w:ascii="Georgia" w:hAnsi="Georgia"/>
          <w:b w:val="0"/>
          <w:i w:val="0"/>
          <w:color w:val="000000"/>
          <w:sz w:val="24"/>
        </w:rPr>
        <w:t xml:space="preserve"> = 50), каф (</w:t>
      </w:r>
      <w:r>
        <w:rPr>
          <w:rFonts w:ascii="Georgia" w:hAnsi="Georgia" w:cs="Times New Roman"/>
          <w:b/>
          <w:i w:val="0"/>
          <w:color w:val="000000"/>
          <w:sz w:val="24"/>
          <w:rtl/>
          <w:szCs w:val="32"/>
        </w:rPr>
        <w:t>כ</w:t>
      </w:r>
      <w:r>
        <w:rPr>
          <w:rFonts w:ascii="Georgia" w:hAnsi="Georgia"/>
          <w:b w:val="0"/>
          <w:i w:val="0"/>
          <w:color w:val="000000"/>
          <w:sz w:val="24"/>
        </w:rPr>
        <w:t xml:space="preserve"> = 20) и хэй (</w:t>
      </w:r>
      <w:r>
        <w:rPr>
          <w:rFonts w:ascii="Georgia" w:hAnsi="Georgia" w:cs="Times New Roman"/>
          <w:b/>
          <w:i w:val="0"/>
          <w:color w:val="000000"/>
          <w:sz w:val="24"/>
          <w:rtl/>
          <w:szCs w:val="32"/>
        </w:rPr>
        <w:t>ה</w:t>
      </w:r>
      <w:r>
        <w:rPr>
          <w:rFonts w:ascii="Georgia" w:hAnsi="Georgia"/>
          <w:b w:val="0"/>
          <w:i w:val="0"/>
          <w:color w:val="000000"/>
          <w:sz w:val="24"/>
        </w:rPr>
        <w:t xml:space="preserve"> = 5) — по гематрии составляют 81 (</w:t>
      </w:r>
      <w:r>
        <w:rPr>
          <w:rFonts w:ascii="Georgia" w:hAnsi="Georgia" w:cs="Times New Roman"/>
          <w:b/>
          <w:i w:val="0"/>
          <w:color w:val="000000"/>
          <w:sz w:val="24"/>
          <w:rtl/>
          <w:szCs w:val="32"/>
        </w:rPr>
        <w:t>כס״א</w:t>
      </w:r>
      <w:r>
        <w:rPr>
          <w:rFonts w:ascii="Georgia" w:hAnsi="Georgia"/>
          <w:b w:val="0"/>
          <w:i w:val="0"/>
          <w:color w:val="000000"/>
          <w:sz w:val="24"/>
        </w:rPr>
        <w:t>). Что соответствует [сумме]: Имя АДОНАЙ — 65 (</w:t>
      </w:r>
      <w:r>
        <w:rPr>
          <w:rFonts w:ascii="Georgia" w:hAnsi="Georgia" w:cs="Times New Roman"/>
          <w:b/>
          <w:i w:val="0"/>
          <w:color w:val="000000"/>
          <w:sz w:val="24"/>
          <w:rtl/>
          <w:szCs w:val="32"/>
        </w:rPr>
        <w:t>ס״ה</w:t>
      </w:r>
      <w:r>
        <w:rPr>
          <w:rFonts w:ascii="Georgia" w:hAnsi="Georgia"/>
          <w:b w:val="0"/>
          <w:i w:val="0"/>
          <w:color w:val="000000"/>
          <w:sz w:val="24"/>
        </w:rPr>
        <w:t>), 12 (</w:t>
      </w:r>
      <w:r>
        <w:rPr>
          <w:rFonts w:ascii="Georgia" w:hAnsi="Georgia" w:cs="Times New Roman"/>
          <w:b/>
          <w:i w:val="0"/>
          <w:color w:val="000000"/>
          <w:sz w:val="24"/>
          <w:rtl/>
          <w:szCs w:val="32"/>
        </w:rPr>
        <w:t>י״ב</w:t>
      </w:r>
      <w:r>
        <w:rPr>
          <w:rFonts w:ascii="Georgia" w:hAnsi="Georgia"/>
          <w:b w:val="0"/>
          <w:i w:val="0"/>
          <w:color w:val="000000"/>
          <w:sz w:val="24"/>
        </w:rPr>
        <w:t>) букв его наполнения и 4 (</w:t>
      </w:r>
      <w:r>
        <w:rPr>
          <w:rFonts w:ascii="Georgia" w:hAnsi="Georgia" w:cs="Times New Roman"/>
          <w:b/>
          <w:i w:val="0"/>
          <w:color w:val="000000"/>
          <w:sz w:val="24"/>
          <w:rtl/>
          <w:szCs w:val="32"/>
        </w:rPr>
        <w:t>ד</w:t>
      </w:r>
      <w:r>
        <w:rPr>
          <w:rFonts w:ascii="Georgia" w:hAnsi="Georgia"/>
          <w:b w:val="0"/>
          <w:i w:val="0"/>
          <w:color w:val="000000"/>
          <w:sz w:val="24"/>
        </w:rPr>
        <w:t xml:space="preserve">) буквы простого [написания]. Конечные буквы слов </w:t>
      </w:r>
      <w:r>
        <w:rPr>
          <w:rFonts w:ascii="Georgia" w:hAnsi="Georgia"/>
          <w:b w:val="0"/>
          <w:i/>
          <w:color w:val="000000"/>
          <w:sz w:val="24"/>
        </w:rPr>
        <w:t>шлоша элле бней Ноах</w:t>
      </w:r>
      <w:r>
        <w:rPr>
          <w:rFonts w:ascii="Georgia" w:hAnsi="Georgia"/>
          <w:b w:val="0"/>
          <w:i w:val="0"/>
          <w:color w:val="000000"/>
          <w:sz w:val="24"/>
        </w:rPr>
        <w:t xml:space="preserve"> (</w:t>
      </w:r>
      <w:r>
        <w:rPr>
          <w:rFonts w:ascii="Georgia" w:hAnsi="Georgia" w:cs="Times New Roman"/>
          <w:b/>
          <w:i w:val="0"/>
          <w:color w:val="000000"/>
          <w:sz w:val="24"/>
          <w:rtl/>
          <w:szCs w:val="32"/>
        </w:rPr>
        <w:t>שְׁלֹשָׁה אֵלֶּה בְּנֵי נֹחַ</w:t>
      </w:r>
      <w:r>
        <w:rPr>
          <w:rFonts w:ascii="Georgia" w:hAnsi="Georgia"/>
          <w:b w:val="0"/>
          <w:i w:val="0"/>
          <w:color w:val="000000"/>
          <w:sz w:val="24"/>
        </w:rPr>
        <w:t>) — хэй (</w:t>
      </w:r>
      <w:r>
        <w:rPr>
          <w:rFonts w:ascii="Georgia" w:hAnsi="Georgia" w:cs="Times New Roman"/>
          <w:b/>
          <w:i w:val="0"/>
          <w:color w:val="000000"/>
          <w:sz w:val="24"/>
          <w:rtl/>
          <w:szCs w:val="32"/>
        </w:rPr>
        <w:t>ה</w:t>
      </w:r>
      <w:r>
        <w:rPr>
          <w:rFonts w:ascii="Georgia" w:hAnsi="Georgia"/>
          <w:b w:val="0"/>
          <w:i w:val="0"/>
          <w:color w:val="000000"/>
          <w:sz w:val="24"/>
        </w:rPr>
        <w:t xml:space="preserve"> = 5), хэй (</w:t>
      </w:r>
      <w:r>
        <w:rPr>
          <w:rFonts w:ascii="Georgia" w:hAnsi="Georgia" w:cs="Times New Roman"/>
          <w:b/>
          <w:i w:val="0"/>
          <w:color w:val="000000"/>
          <w:sz w:val="24"/>
          <w:rtl/>
          <w:szCs w:val="32"/>
        </w:rPr>
        <w:t>ה</w:t>
      </w:r>
      <w:r>
        <w:rPr>
          <w:rFonts w:ascii="Georgia" w:hAnsi="Georgia"/>
          <w:b w:val="0"/>
          <w:i w:val="0"/>
          <w:color w:val="000000"/>
          <w:sz w:val="24"/>
        </w:rPr>
        <w:t xml:space="preserve"> = 5), йод (</w:t>
      </w:r>
      <w:r>
        <w:rPr>
          <w:rFonts w:ascii="Georgia" w:hAnsi="Georgia" w:cs="Times New Roman"/>
          <w:b/>
          <w:i w:val="0"/>
          <w:color w:val="000000"/>
          <w:sz w:val="24"/>
          <w:rtl/>
          <w:szCs w:val="32"/>
        </w:rPr>
        <w:t>י</w:t>
      </w:r>
      <w:r>
        <w:rPr>
          <w:rFonts w:ascii="Georgia" w:hAnsi="Georgia"/>
          <w:b w:val="0"/>
          <w:i w:val="0"/>
          <w:color w:val="000000"/>
          <w:sz w:val="24"/>
        </w:rPr>
        <w:t xml:space="preserve"> = 10) и хэт (</w:t>
      </w:r>
      <w:r>
        <w:rPr>
          <w:rFonts w:ascii="Georgia" w:hAnsi="Georgia" w:cs="Times New Roman"/>
          <w:b/>
          <w:i w:val="0"/>
          <w:color w:val="000000"/>
          <w:sz w:val="24"/>
          <w:rtl/>
          <w:szCs w:val="32"/>
        </w:rPr>
        <w:t>ח</w:t>
      </w:r>
      <w:r>
        <w:rPr>
          <w:rFonts w:ascii="Georgia" w:hAnsi="Georgia"/>
          <w:b w:val="0"/>
          <w:i w:val="0"/>
          <w:color w:val="000000"/>
          <w:sz w:val="24"/>
        </w:rPr>
        <w:t xml:space="preserve"> = 8) — составляют в сумме 28 (</w:t>
      </w:r>
      <w:r>
        <w:rPr>
          <w:rFonts w:ascii="Georgia" w:hAnsi="Georgia" w:cs="Times New Roman"/>
          <w:b/>
          <w:i w:val="0"/>
          <w:color w:val="000000"/>
          <w:sz w:val="24"/>
          <w:rtl/>
          <w:szCs w:val="32"/>
        </w:rPr>
        <w:t>כ״ח</w:t>
      </w:r>
      <w:r>
        <w:rPr>
          <w:rFonts w:ascii="Georgia" w:hAnsi="Georgia"/>
          <w:b w:val="0"/>
          <w:i w:val="0"/>
          <w:color w:val="000000"/>
          <w:sz w:val="24"/>
        </w:rPr>
        <w:t>), что соответствует 28 буквам второго наполнения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Конечные буквы слов </w:t>
      </w:r>
      <w:r>
        <w:rPr>
          <w:rFonts w:ascii="Georgia" w:hAnsi="Georgia"/>
          <w:b w:val="0"/>
          <w:i/>
          <w:color w:val="000000"/>
          <w:sz w:val="24"/>
        </w:rPr>
        <w:t>у-ме-элле нафца коль а-арец</w:t>
      </w:r>
      <w:r>
        <w:rPr>
          <w:rFonts w:ascii="Georgia" w:hAnsi="Georgia"/>
          <w:b w:val="0"/>
          <w:i w:val="0"/>
          <w:color w:val="000000"/>
          <w:sz w:val="24"/>
        </w:rPr>
        <w:t xml:space="preserve"> (</w:t>
      </w:r>
      <w:r>
        <w:rPr>
          <w:rFonts w:ascii="Georgia" w:hAnsi="Georgia" w:cs="Times New Roman"/>
          <w:b/>
          <w:i w:val="0"/>
          <w:color w:val="000000"/>
          <w:sz w:val="24"/>
          <w:rtl/>
          <w:szCs w:val="32"/>
        </w:rPr>
        <w:t>וּמֵאֵלֶּה נָפְצָה כָל הָאָרֶץ</w:t>
      </w:r>
      <w:r>
        <w:rPr>
          <w:rFonts w:ascii="Georgia" w:hAnsi="Georgia"/>
          <w:b w:val="0"/>
          <w:i w:val="0"/>
          <w:color w:val="000000"/>
          <w:sz w:val="24"/>
        </w:rPr>
        <w:t>) — хэй (</w:t>
      </w:r>
      <w:r>
        <w:rPr>
          <w:rFonts w:ascii="Georgia" w:hAnsi="Georgia" w:cs="Times New Roman"/>
          <w:b/>
          <w:i w:val="0"/>
          <w:color w:val="000000"/>
          <w:sz w:val="24"/>
          <w:rtl/>
          <w:szCs w:val="32"/>
        </w:rPr>
        <w:t>ה</w:t>
      </w:r>
      <w:r>
        <w:rPr>
          <w:rFonts w:ascii="Georgia" w:hAnsi="Georgia"/>
          <w:b w:val="0"/>
          <w:i w:val="0"/>
          <w:color w:val="000000"/>
          <w:sz w:val="24"/>
        </w:rPr>
        <w:t xml:space="preserve"> = 5), хэй (</w:t>
      </w:r>
      <w:r>
        <w:rPr>
          <w:rFonts w:ascii="Georgia" w:hAnsi="Georgia" w:cs="Times New Roman"/>
          <w:b/>
          <w:i w:val="0"/>
          <w:color w:val="000000"/>
          <w:sz w:val="24"/>
          <w:rtl/>
          <w:szCs w:val="32"/>
        </w:rPr>
        <w:t>ה</w:t>
      </w:r>
      <w:r>
        <w:rPr>
          <w:rFonts w:ascii="Georgia" w:hAnsi="Georgia"/>
          <w:b w:val="0"/>
          <w:i w:val="0"/>
          <w:color w:val="000000"/>
          <w:sz w:val="24"/>
        </w:rPr>
        <w:t xml:space="preserve"> = 5), ламэд (</w:t>
      </w:r>
      <w:r>
        <w:rPr>
          <w:rFonts w:ascii="Georgia" w:hAnsi="Georgia" w:cs="Times New Roman"/>
          <w:b/>
          <w:i w:val="0"/>
          <w:color w:val="000000"/>
          <w:sz w:val="24"/>
          <w:rtl/>
          <w:szCs w:val="32"/>
        </w:rPr>
        <w:t>ל</w:t>
      </w:r>
      <w:r>
        <w:rPr>
          <w:rFonts w:ascii="Georgia" w:hAnsi="Georgia"/>
          <w:b w:val="0"/>
          <w:i w:val="0"/>
          <w:color w:val="000000"/>
          <w:sz w:val="24"/>
        </w:rPr>
        <w:t xml:space="preserve"> = 30) и цади (</w:t>
      </w:r>
      <w:r>
        <w:rPr>
          <w:rFonts w:ascii="Georgia" w:hAnsi="Georgia" w:cs="Times New Roman"/>
          <w:b/>
          <w:i w:val="0"/>
          <w:color w:val="000000"/>
          <w:sz w:val="24"/>
          <w:rtl/>
          <w:szCs w:val="32"/>
        </w:rPr>
        <w:t>ץ</w:t>
      </w:r>
      <w:r>
        <w:rPr>
          <w:rFonts w:ascii="Georgia" w:hAnsi="Georgia"/>
          <w:b w:val="0"/>
          <w:i w:val="0"/>
          <w:color w:val="000000"/>
          <w:sz w:val="24"/>
        </w:rPr>
        <w:t xml:space="preserve"> = 90) — составляют 130 (</w:t>
      </w:r>
      <w:r>
        <w:rPr>
          <w:rFonts w:ascii="Georgia" w:hAnsi="Georgia" w:cs="Times New Roman"/>
          <w:b/>
          <w:i w:val="0"/>
          <w:color w:val="000000"/>
          <w:sz w:val="24"/>
          <w:rtl/>
          <w:szCs w:val="32"/>
        </w:rPr>
        <w:t>ק״ל</w:t>
      </w:r>
      <w:r>
        <w:rPr>
          <w:rFonts w:ascii="Georgia" w:hAnsi="Georgia"/>
          <w:b w:val="0"/>
          <w:i w:val="0"/>
          <w:color w:val="000000"/>
          <w:sz w:val="24"/>
        </w:rPr>
        <w:t>). И это 5 раз по 27 (</w:t>
      </w:r>
      <w:r>
        <w:rPr>
          <w:rFonts w:ascii="Georgia" w:hAnsi="Georgia" w:cs="Times New Roman"/>
          <w:b/>
          <w:i w:val="0"/>
          <w:color w:val="000000"/>
          <w:sz w:val="24"/>
          <w:rtl/>
          <w:szCs w:val="32"/>
        </w:rPr>
        <w:t>כ״ז</w:t>
      </w:r>
      <w:r>
        <w:rPr>
          <w:rFonts w:ascii="Georgia" w:hAnsi="Georgia"/>
          <w:b w:val="0"/>
          <w:i w:val="0"/>
          <w:color w:val="000000"/>
          <w:sz w:val="24"/>
        </w:rPr>
        <w:t>) букв наполнения Имени ЭЙЕ. Говорит Шмуэль: всё ещё не хватает пяти, и, возможно, он хотел сказать, что это пять [раз по Имени] АВАЯ, [каждое из которых равно] 26 (</w:t>
      </w:r>
      <w:r>
        <w:rPr>
          <w:rFonts w:ascii="Georgia" w:hAnsi="Georgia" w:cs="Times New Roman"/>
          <w:b/>
          <w:i w:val="0"/>
          <w:color w:val="000000"/>
          <w:sz w:val="24"/>
          <w:rtl/>
          <w:szCs w:val="32"/>
        </w:rPr>
        <w:t>כ״ו</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буквы наполнения слова </w:t>
      </w:r>
      <w:r>
        <w:rPr>
          <w:rFonts w:ascii="Georgia" w:hAnsi="Georgia"/>
          <w:b w:val="0"/>
          <w:i/>
          <w:color w:val="000000"/>
          <w:sz w:val="24"/>
        </w:rPr>
        <w:t>Ноах</w:t>
      </w:r>
      <w:r>
        <w:rPr>
          <w:rFonts w:ascii="Georgia" w:hAnsi="Georgia"/>
          <w:b w:val="0"/>
          <w:i w:val="0"/>
          <w:color w:val="000000"/>
          <w:sz w:val="24"/>
        </w:rPr>
        <w:t xml:space="preserve"> (</w:t>
      </w:r>
      <w:r>
        <w:rPr>
          <w:rFonts w:ascii="Georgia" w:hAnsi="Georgia" w:cs="Times New Roman"/>
          <w:b/>
          <w:i w:val="0"/>
          <w:color w:val="000000"/>
          <w:sz w:val="24"/>
          <w:rtl/>
          <w:szCs w:val="32"/>
        </w:rPr>
        <w:t>נֹחַ</w:t>
      </w:r>
      <w:r>
        <w:rPr>
          <w:rFonts w:ascii="Georgia" w:hAnsi="Georgia"/>
          <w:b w:val="0"/>
          <w:i w:val="0"/>
          <w:color w:val="000000"/>
          <w:sz w:val="24"/>
        </w:rPr>
        <w:t>) — это вав и нун (</w:t>
      </w:r>
      <w:r>
        <w:rPr>
          <w:rFonts w:ascii="Georgia" w:hAnsi="Georgia" w:cs="Times New Roman"/>
          <w:b/>
          <w:i w:val="0"/>
          <w:color w:val="000000"/>
          <w:sz w:val="24"/>
          <w:rtl/>
          <w:szCs w:val="32"/>
        </w:rPr>
        <w:t>ו״ן</w:t>
      </w:r>
      <w:r>
        <w:rPr>
          <w:rFonts w:ascii="Georgia" w:hAnsi="Georgia"/>
          <w:b w:val="0"/>
          <w:i w:val="0"/>
          <w:color w:val="000000"/>
          <w:sz w:val="24"/>
        </w:rPr>
        <w:t xml:space="preserve"> = 56) и тав (</w:t>
      </w:r>
      <w:r>
        <w:rPr>
          <w:rFonts w:ascii="Georgia" w:hAnsi="Georgia" w:cs="Times New Roman"/>
          <w:b/>
          <w:i w:val="0"/>
          <w:color w:val="000000"/>
          <w:sz w:val="24"/>
          <w:rtl/>
          <w:szCs w:val="32"/>
        </w:rPr>
        <w:t>ת</w:t>
      </w:r>
      <w:r>
        <w:rPr>
          <w:rFonts w:ascii="Georgia" w:hAnsi="Georgia"/>
          <w:b w:val="0"/>
          <w:i w:val="0"/>
          <w:color w:val="000000"/>
          <w:sz w:val="24"/>
        </w:rPr>
        <w:t xml:space="preserve"> = 400), которые по гематрии составляют 456 (</w:t>
      </w:r>
      <w:r>
        <w:rPr>
          <w:rFonts w:ascii="Georgia" w:hAnsi="Georgia" w:cs="Times New Roman"/>
          <w:b/>
          <w:i w:val="0"/>
          <w:color w:val="000000"/>
          <w:sz w:val="24"/>
          <w:rtl/>
          <w:szCs w:val="32"/>
        </w:rPr>
        <w:t>תנ״ו</w:t>
      </w:r>
      <w:r>
        <w:rPr>
          <w:rFonts w:ascii="Georgia" w:hAnsi="Georgia"/>
          <w:b w:val="0"/>
          <w:i w:val="0"/>
          <w:color w:val="000000"/>
          <w:sz w:val="24"/>
        </w:rPr>
        <w:t>). Которые соответствуют четырем [Именам] ЭЙЕ: двум с наполнением йод, одному с наполнением алеф и одному с наполнением хэй. Однако здесь [рассматриваются] только три вида наполнений: одно с наполнением йод — 161 (</w:t>
      </w:r>
      <w:r>
        <w:rPr>
          <w:rFonts w:ascii="Georgia" w:hAnsi="Georgia" w:cs="Times New Roman"/>
          <w:b/>
          <w:i w:val="0"/>
          <w:color w:val="000000"/>
          <w:sz w:val="24"/>
          <w:rtl/>
          <w:szCs w:val="32"/>
        </w:rPr>
        <w:t>קס״א</w:t>
      </w:r>
      <w:r>
        <w:rPr>
          <w:rFonts w:ascii="Georgia" w:hAnsi="Georgia"/>
          <w:b w:val="0"/>
          <w:i w:val="0"/>
          <w:color w:val="000000"/>
          <w:sz w:val="24"/>
        </w:rPr>
        <w:t>), одно с наполнением хэй — 151 (</w:t>
      </w:r>
      <w:r>
        <w:rPr>
          <w:rFonts w:ascii="Georgia" w:hAnsi="Georgia" w:cs="Times New Roman"/>
          <w:b/>
          <w:i w:val="0"/>
          <w:color w:val="000000"/>
          <w:sz w:val="24"/>
          <w:rtl/>
          <w:szCs w:val="32"/>
        </w:rPr>
        <w:t>קנ״א</w:t>
      </w:r>
      <w:r>
        <w:rPr>
          <w:rFonts w:ascii="Georgia" w:hAnsi="Georgia"/>
          <w:b w:val="0"/>
          <w:i w:val="0"/>
          <w:color w:val="000000"/>
          <w:sz w:val="24"/>
        </w:rPr>
        <w:t>), и одно с наполнением алеф — 143 (</w:t>
      </w:r>
      <w:r>
        <w:rPr>
          <w:rFonts w:ascii="Georgia" w:hAnsi="Georgia" w:cs="Times New Roman"/>
          <w:b/>
          <w:i w:val="0"/>
          <w:color w:val="000000"/>
          <w:sz w:val="24"/>
          <w:rtl/>
          <w:szCs w:val="32"/>
        </w:rPr>
        <w:t>קמ״ג</w:t>
      </w:r>
      <w:r>
        <w:rPr>
          <w:rFonts w:ascii="Georgia" w:hAnsi="Georgia"/>
          <w:b w:val="0"/>
          <w:i w:val="0"/>
          <w:color w:val="000000"/>
          <w:sz w:val="24"/>
        </w:rPr>
        <w:t>). Вместе они составляют 455 (</w:t>
      </w:r>
      <w:r>
        <w:rPr>
          <w:rFonts w:ascii="Georgia" w:hAnsi="Georgia" w:cs="Times New Roman"/>
          <w:b/>
          <w:i w:val="0"/>
          <w:color w:val="000000"/>
          <w:sz w:val="24"/>
          <w:rtl/>
          <w:szCs w:val="32"/>
        </w:rPr>
        <w:t>תנ״ה</w:t>
      </w:r>
      <w:r>
        <w:rPr>
          <w:rFonts w:ascii="Georgia" w:hAnsi="Georgia"/>
          <w:b w:val="0"/>
          <w:i w:val="0"/>
          <w:color w:val="000000"/>
          <w:sz w:val="24"/>
        </w:rPr>
        <w:t>), а с колелем — 456 (</w:t>
      </w:r>
      <w:r>
        <w:rPr>
          <w:rFonts w:ascii="Georgia" w:hAnsi="Georgia" w:cs="Times New Roman"/>
          <w:b/>
          <w:i w:val="0"/>
          <w:color w:val="000000"/>
          <w:sz w:val="24"/>
          <w:rtl/>
          <w:szCs w:val="32"/>
        </w:rPr>
        <w:t>תנ״ו</w:t>
      </w:r>
      <w:r>
        <w:rPr>
          <w:rFonts w:ascii="Georgia" w:hAnsi="Georgia"/>
          <w:b w:val="0"/>
          <w:i w:val="0"/>
          <w:color w:val="000000"/>
          <w:sz w:val="24"/>
        </w:rPr>
        <w:t>), и они-то и есть «сыновья Ноаха» (</w:t>
      </w:r>
      <w:r>
        <w:rPr>
          <w:rFonts w:ascii="Georgia" w:hAnsi="Georgia"/>
          <w:b w:val="0"/>
          <w:i/>
          <w:color w:val="000000"/>
          <w:sz w:val="24"/>
        </w:rPr>
        <w:t>бней Ноах</w:t>
      </w:r>
      <w:r>
        <w:rPr>
          <w:rFonts w:ascii="Georgia" w:hAnsi="Georgia"/>
          <w:b w:val="0"/>
          <w:i w:val="0"/>
          <w:color w:val="000000"/>
          <w:sz w:val="24"/>
        </w:rPr>
        <w:t xml:space="preserve">, </w:t>
      </w:r>
      <w:r>
        <w:rPr>
          <w:rFonts w:ascii="Georgia" w:hAnsi="Georgia" w:cs="Times New Roman"/>
          <w:b/>
          <w:i w:val="0"/>
          <w:color w:val="000000"/>
          <w:sz w:val="24"/>
          <w:rtl/>
          <w:szCs w:val="32"/>
        </w:rPr>
        <w:t>בְּנֵי נֹחַ</w:t>
      </w:r>
      <w:r>
        <w:rPr>
          <w:rFonts w:ascii="Georgia" w:hAnsi="Georgia"/>
          <w:b w:val="0"/>
          <w:i w:val="0"/>
          <w:color w:val="000000"/>
          <w:sz w:val="24"/>
        </w:rPr>
        <w:t xml:space="preserve">). Также слово </w:t>
      </w:r>
      <w:r>
        <w:rPr>
          <w:rFonts w:ascii="Georgia" w:hAnsi="Georgia"/>
          <w:b w:val="0"/>
          <w:i/>
          <w:color w:val="000000"/>
          <w:sz w:val="24"/>
        </w:rPr>
        <w:t>элле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составляет 36 (</w:t>
      </w:r>
      <w:r>
        <w:rPr>
          <w:rFonts w:ascii="Georgia" w:hAnsi="Georgia" w:cs="Times New Roman"/>
          <w:b/>
          <w:i w:val="0"/>
          <w:color w:val="000000"/>
          <w:sz w:val="24"/>
          <w:rtl/>
          <w:szCs w:val="32"/>
        </w:rPr>
        <w:t>ל״ו</w:t>
      </w:r>
      <w:r>
        <w:rPr>
          <w:rFonts w:ascii="Georgia" w:hAnsi="Georgia"/>
          <w:b w:val="0"/>
          <w:i w:val="0"/>
          <w:color w:val="000000"/>
          <w:sz w:val="24"/>
        </w:rPr>
        <w:t xml:space="preserve">), что соответствует 36 буквам, содержащимся в простом [написании], наполнении и втором наполнении Имени АВАЯ де-БОН с наполнением хэй. И так же начальные буквы слов </w:t>
      </w:r>
      <w:r>
        <w:rPr>
          <w:rFonts w:ascii="Georgia" w:hAnsi="Georgia"/>
          <w:b w:val="0"/>
          <w:i/>
          <w:color w:val="000000"/>
          <w:sz w:val="24"/>
        </w:rPr>
        <w:t>бней Ноах</w:t>
      </w:r>
      <w:r>
        <w:rPr>
          <w:rFonts w:ascii="Georgia" w:hAnsi="Georgia"/>
          <w:b w:val="0"/>
          <w:i w:val="0"/>
          <w:color w:val="000000"/>
          <w:sz w:val="24"/>
        </w:rPr>
        <w:t xml:space="preserve"> (</w:t>
      </w:r>
      <w:r>
        <w:rPr>
          <w:rFonts w:ascii="Georgia" w:hAnsi="Georgia" w:cs="Times New Roman"/>
          <w:b/>
          <w:i w:val="0"/>
          <w:color w:val="000000"/>
          <w:sz w:val="24"/>
          <w:rtl/>
          <w:szCs w:val="32"/>
        </w:rPr>
        <w:t>בְּנֵי נֹחַ</w:t>
      </w:r>
      <w:r>
        <w:rPr>
          <w:rFonts w:ascii="Georgia" w:hAnsi="Georgia"/>
          <w:b w:val="0"/>
          <w:i w:val="0"/>
          <w:color w:val="000000"/>
          <w:sz w:val="24"/>
        </w:rPr>
        <w:t>) — бэт (</w:t>
      </w:r>
      <w:r>
        <w:rPr>
          <w:rFonts w:ascii="Georgia" w:hAnsi="Georgia" w:cs="Times New Roman"/>
          <w:b/>
          <w:i w:val="0"/>
          <w:color w:val="000000"/>
          <w:sz w:val="24"/>
          <w:rtl/>
          <w:szCs w:val="32"/>
        </w:rPr>
        <w:t>ב</w:t>
      </w:r>
      <w:r>
        <w:rPr>
          <w:rFonts w:ascii="Georgia" w:hAnsi="Georgia"/>
          <w:b w:val="0"/>
          <w:i w:val="0"/>
          <w:color w:val="000000"/>
          <w:sz w:val="24"/>
        </w:rPr>
        <w:t>) и нун (</w:t>
      </w:r>
      <w:r>
        <w:rPr>
          <w:rFonts w:ascii="Georgia" w:hAnsi="Georgia" w:cs="Times New Roman"/>
          <w:b/>
          <w:i w:val="0"/>
          <w:color w:val="000000"/>
          <w:sz w:val="24"/>
          <w:rtl/>
          <w:szCs w:val="32"/>
        </w:rPr>
        <w:t>נ</w:t>
      </w:r>
      <w:r>
        <w:rPr>
          <w:rFonts w:ascii="Georgia" w:hAnsi="Georgia"/>
          <w:b w:val="0"/>
          <w:i w:val="0"/>
          <w:color w:val="000000"/>
          <w:sz w:val="24"/>
        </w:rPr>
        <w:t>) — образуют БОН (</w:t>
      </w:r>
      <w:r>
        <w:rPr>
          <w:rFonts w:ascii="Georgia" w:hAnsi="Georgia" w:cs="Times New Roman"/>
          <w:b/>
          <w:i w:val="0"/>
          <w:color w:val="000000"/>
          <w:sz w:val="24"/>
          <w:rtl/>
          <w:szCs w:val="32"/>
        </w:rPr>
        <w:t>ב״ן</w:t>
      </w:r>
      <w:r>
        <w:rPr>
          <w:rFonts w:ascii="Georgia" w:hAnsi="Georgia"/>
          <w:b w:val="0"/>
          <w:i w:val="0"/>
          <w:color w:val="000000"/>
          <w:sz w:val="24"/>
        </w:rPr>
        <w:t xml:space="preserve">), чтобы намекнуть на вышеупомянутое [Имя АВАЯ де-БОН]. И в этом смысл сказанного: </w:t>
      </w:r>
      <w:r>
        <w:rPr>
          <w:rFonts w:ascii="Georgia" w:hAnsi="Georgia"/>
          <w:b w:val="0"/>
          <w:i/>
          <w:color w:val="000000"/>
          <w:sz w:val="24"/>
        </w:rPr>
        <w:t>«Эти — сыновья Ноаха»</w:t>
      </w:r>
      <w:r>
        <w:rPr>
          <w:rFonts w:ascii="Georgia" w:hAnsi="Georgia"/>
          <w:b w:val="0"/>
          <w:i w:val="0"/>
          <w:color w:val="000000"/>
          <w:sz w:val="24"/>
        </w:rPr>
        <w:t xml:space="preserve"> — само это Имя [БОН] и есть «сыновья Ноаха». Таково его мысленное представление с огласовками: </w:t>
      </w:r>
      <w:r>
        <w:rPr>
          <w:rFonts w:ascii="Georgia" w:hAnsi="Georgia" w:cs="Times New Roman"/>
          <w:b/>
          <w:i w:val="0"/>
          <w:color w:val="000000"/>
          <w:sz w:val="24"/>
          <w:rtl/>
          <w:szCs w:val="32"/>
        </w:rPr>
        <w:t>בוּ נֵיֵ נֶחְ</w:t>
      </w:r>
      <w:r>
        <w:rPr>
          <w:rFonts w:ascii="Georgia" w:hAnsi="Georgia"/>
          <w:b w:val="0"/>
          <w:i w:val="0"/>
          <w:color w:val="000000"/>
          <w:sz w:val="24"/>
        </w:rPr>
        <w:t xml:space="preserve">, а огласовки его — из слова </w:t>
      </w:r>
      <w:r>
        <w:rPr>
          <w:rFonts w:ascii="Georgia" w:hAnsi="Georgia"/>
          <w:b w:val="0"/>
          <w:i/>
          <w:color w:val="000000"/>
          <w:sz w:val="24"/>
        </w:rPr>
        <w:t>у-ме-элле</w:t>
      </w:r>
      <w:r>
        <w:rPr>
          <w:rFonts w:ascii="Georgia" w:hAnsi="Georgia"/>
          <w:b w:val="0"/>
          <w:i w:val="0"/>
          <w:color w:val="000000"/>
          <w:sz w:val="24"/>
        </w:rPr>
        <w:t xml:space="preserve"> (</w:t>
      </w:r>
      <w:r>
        <w:rPr>
          <w:rFonts w:ascii="Georgia" w:hAnsi="Georgia" w:cs="Times New Roman"/>
          <w:b/>
          <w:i w:val="0"/>
          <w:color w:val="000000"/>
          <w:sz w:val="24"/>
          <w:rtl/>
          <w:szCs w:val="32"/>
        </w:rPr>
        <w:t>וּמֵאֵלֶּה</w:t>
      </w:r>
      <w:r>
        <w:rPr>
          <w:rFonts w:ascii="Georgia" w:hAnsi="Georgia"/>
          <w:b w:val="0"/>
          <w:i w:val="0"/>
          <w:color w:val="000000"/>
          <w:sz w:val="24"/>
        </w:rPr>
        <w:t>).</w:t>
      </w:r>
    </w:p>
    <w:p>
      <w:pPr>
        <w:keepNext/>
        <w:spacing w:before="320" w:after="120"/>
      </w:pPr>
      <w:r>
        <w:rPr>
          <w:rFonts w:ascii="Georgia" w:hAnsi="Georgia"/>
          <w:b w:val="0"/>
          <w:i w:val="0"/>
          <w:color w:val="000000"/>
          <w:sz w:val="32"/>
        </w:rPr>
        <w:t>Ихуд 11</w:t>
      </w:r>
    </w:p>
    <w:p>
      <w:pPr>
        <w:spacing w:before="40" w:after="120"/>
        <w:jc w:val="both"/>
      </w:pPr>
      <w:r>
        <w:rPr>
          <w:rFonts w:ascii="Georgia" w:hAnsi="Georgia"/>
          <w:b w:val="0"/>
          <w:i w:val="0"/>
          <w:color w:val="000000"/>
          <w:sz w:val="24"/>
        </w:rPr>
        <w:t xml:space="preserve">К вышеупомянутому: </w:t>
      </w:r>
      <w:r>
        <w:rPr>
          <w:rFonts w:ascii="Georgia" w:hAnsi="Georgia"/>
          <w:b w:val="0"/>
          <w:i/>
          <w:color w:val="000000"/>
          <w:sz w:val="24"/>
        </w:rPr>
        <w:t>«К Тебе взывали и спасались, на Тебя уповали и не устыдились»</w:t>
      </w:r>
      <w:r>
        <w:rPr>
          <w:rFonts w:ascii="Georgia" w:hAnsi="Georgia"/>
          <w:b w:val="0"/>
          <w:i w:val="0"/>
          <w:color w:val="000000"/>
          <w:sz w:val="24"/>
        </w:rPr>
        <w:t xml:space="preserve"> (Теилим 22:6) (</w:t>
      </w:r>
      <w:r>
        <w:rPr>
          <w:rFonts w:ascii="Georgia" w:hAnsi="Georgia" w:cs="Times New Roman"/>
          <w:b/>
          <w:i w:val="0"/>
          <w:color w:val="000000"/>
          <w:sz w:val="24"/>
          <w:rtl/>
          <w:szCs w:val="32"/>
        </w:rPr>
        <w:t>אליך זעקו ונמלטו בך בטחו ולא בושו</w:t>
      </w:r>
      <w:r>
        <w:rPr>
          <w:rFonts w:ascii="Georgia" w:hAnsi="Georgia"/>
          <w:b w:val="0"/>
          <w:i w:val="0"/>
          <w:color w:val="000000"/>
          <w:sz w:val="24"/>
        </w:rPr>
        <w:t>) — начальные буквы [всех слов стиха составляют] 26 (</w:t>
      </w:r>
      <w:r>
        <w:rPr>
          <w:rFonts w:ascii="Georgia" w:hAnsi="Georgia" w:cs="Times New Roman"/>
          <w:b/>
          <w:i w:val="0"/>
          <w:color w:val="000000"/>
          <w:sz w:val="24"/>
          <w:rtl/>
          <w:szCs w:val="32"/>
        </w:rPr>
        <w:t>כ״ו</w:t>
      </w:r>
      <w:r>
        <w:rPr>
          <w:rFonts w:ascii="Georgia" w:hAnsi="Georgia"/>
          <w:b w:val="0"/>
          <w:i w:val="0"/>
          <w:color w:val="000000"/>
          <w:sz w:val="24"/>
        </w:rPr>
        <w:t>), по числу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и конечные буквы [слов] </w:t>
      </w:r>
      <w:r>
        <w:rPr>
          <w:rFonts w:ascii="Georgia" w:hAnsi="Georgia"/>
          <w:b w:val="0"/>
          <w:i/>
          <w:color w:val="000000"/>
          <w:sz w:val="24"/>
        </w:rPr>
        <w:t>элейха зааку</w:t>
      </w:r>
      <w:r>
        <w:rPr>
          <w:rFonts w:ascii="Georgia" w:hAnsi="Georgia"/>
          <w:b w:val="0"/>
          <w:i w:val="0"/>
          <w:color w:val="000000"/>
          <w:sz w:val="24"/>
        </w:rPr>
        <w:t xml:space="preserve"> (</w:t>
      </w:r>
      <w:r>
        <w:rPr>
          <w:rFonts w:ascii="Georgia" w:hAnsi="Georgia" w:cs="Times New Roman"/>
          <w:b/>
          <w:i w:val="0"/>
          <w:color w:val="000000"/>
          <w:sz w:val="24"/>
          <w:rtl/>
          <w:szCs w:val="32"/>
        </w:rPr>
        <w:t>אֵלֶיךָ זָעָקוּ</w:t>
      </w:r>
      <w:r>
        <w:rPr>
          <w:rFonts w:ascii="Georgia" w:hAnsi="Georgia"/>
          <w:b w:val="0"/>
          <w:i w:val="0"/>
          <w:color w:val="000000"/>
          <w:sz w:val="24"/>
        </w:rPr>
        <w:t xml:space="preserve">, «к Тебе взывали») — также 26, и конечные буквы [слов] </w:t>
      </w:r>
      <w:r>
        <w:rPr>
          <w:rFonts w:ascii="Georgia" w:hAnsi="Georgia"/>
          <w:b w:val="0"/>
          <w:i/>
          <w:color w:val="000000"/>
          <w:sz w:val="24"/>
        </w:rPr>
        <w:t>ве-нимлату бах</w:t>
      </w:r>
      <w:r>
        <w:rPr>
          <w:rFonts w:ascii="Georgia" w:hAnsi="Georgia"/>
          <w:b w:val="0"/>
          <w:i w:val="0"/>
          <w:color w:val="000000"/>
          <w:sz w:val="24"/>
        </w:rPr>
        <w:t xml:space="preserve"> (</w:t>
      </w:r>
      <w:r>
        <w:rPr>
          <w:rFonts w:ascii="Georgia" w:hAnsi="Georgia" w:cs="Times New Roman"/>
          <w:b/>
          <w:i w:val="0"/>
          <w:color w:val="000000"/>
          <w:sz w:val="24"/>
          <w:rtl/>
          <w:szCs w:val="32"/>
        </w:rPr>
        <w:t>וְנִמְלָטוּ בָךְ</w:t>
      </w:r>
      <w:r>
        <w:rPr>
          <w:rFonts w:ascii="Georgia" w:hAnsi="Georgia"/>
          <w:b w:val="0"/>
          <w:i w:val="0"/>
          <w:color w:val="000000"/>
          <w:sz w:val="24"/>
        </w:rPr>
        <w:t xml:space="preserve">, «и спасались, на Тебя») — также 26. Вот три раза Имя АВАЯ; это три [Имени] АВАЯ, в которых двенадцать букв, а вместе с объединяющим целым (колель) их тринадцать. На это указывают конечные буквы [слов] </w:t>
      </w:r>
      <w:r>
        <w:rPr>
          <w:rFonts w:ascii="Georgia" w:hAnsi="Georgia"/>
          <w:b w:val="0"/>
          <w:i/>
          <w:color w:val="000000"/>
          <w:sz w:val="24"/>
        </w:rPr>
        <w:t>батху ве-ло вошу</w:t>
      </w:r>
      <w:r>
        <w:rPr>
          <w:rFonts w:ascii="Georgia" w:hAnsi="Georgia"/>
          <w:b w:val="0"/>
          <w:i w:val="0"/>
          <w:color w:val="000000"/>
          <w:sz w:val="24"/>
        </w:rPr>
        <w:t xml:space="preserve"> (</w:t>
      </w:r>
      <w:r>
        <w:rPr>
          <w:rFonts w:ascii="Georgia" w:hAnsi="Georgia" w:cs="Times New Roman"/>
          <w:b/>
          <w:i w:val="0"/>
          <w:color w:val="000000"/>
          <w:sz w:val="24"/>
          <w:rtl/>
          <w:szCs w:val="32"/>
        </w:rPr>
        <w:t>בָּטְחוּ וְלֹא בוֹשׁוּ</w:t>
      </w:r>
      <w:r>
        <w:rPr>
          <w:rFonts w:ascii="Georgia" w:hAnsi="Georgia"/>
          <w:b w:val="0"/>
          <w:i w:val="0"/>
          <w:color w:val="000000"/>
          <w:sz w:val="24"/>
        </w:rPr>
        <w:t xml:space="preserve">, «уповали и не устыдились»), и они — тайна тринадцати исправлений святой дикны, как известно. Слово </w:t>
      </w:r>
      <w:r>
        <w:rPr>
          <w:rFonts w:ascii="Georgia" w:hAnsi="Georgia"/>
          <w:b w:val="0"/>
          <w:i/>
          <w:color w:val="000000"/>
          <w:sz w:val="24"/>
        </w:rPr>
        <w:t>бах</w:t>
      </w:r>
      <w:r>
        <w:rPr>
          <w:rFonts w:ascii="Georgia" w:hAnsi="Georgia"/>
          <w:b w:val="0"/>
          <w:i w:val="0"/>
          <w:color w:val="000000"/>
          <w:sz w:val="24"/>
        </w:rPr>
        <w:t xml:space="preserve"> (</w:t>
      </w:r>
      <w:r>
        <w:rPr>
          <w:rFonts w:ascii="Georgia" w:hAnsi="Georgia" w:cs="Times New Roman"/>
          <w:b/>
          <w:i w:val="0"/>
          <w:color w:val="000000"/>
          <w:sz w:val="24"/>
          <w:rtl/>
          <w:szCs w:val="32"/>
        </w:rPr>
        <w:t>בָּךְ</w:t>
      </w:r>
      <w:r>
        <w:rPr>
          <w:rFonts w:ascii="Georgia" w:hAnsi="Georgia"/>
          <w:b w:val="0"/>
          <w:i w:val="0"/>
          <w:color w:val="000000"/>
          <w:sz w:val="24"/>
        </w:rPr>
        <w:t>) — это тринадцать исправлений дикны де-Арих и девять исправлений дикны де-Зеир, что [в сумме] дает 22 (</w:t>
      </w:r>
      <w:r>
        <w:rPr>
          <w:rFonts w:ascii="Georgia" w:hAnsi="Georgia" w:cs="Times New Roman"/>
          <w:b/>
          <w:i w:val="0"/>
          <w:color w:val="000000"/>
          <w:sz w:val="24"/>
          <w:rtl/>
          <w:szCs w:val="32"/>
        </w:rPr>
        <w:t>ב״ך</w:t>
      </w:r>
      <w:r>
        <w:rPr>
          <w:rFonts w:ascii="Georgia" w:hAnsi="Georgia"/>
          <w:b w:val="0"/>
          <w:i w:val="0"/>
          <w:color w:val="000000"/>
          <w:sz w:val="24"/>
        </w:rPr>
        <w:t xml:space="preserve">). Гематрия слова </w:t>
      </w:r>
      <w:r>
        <w:rPr>
          <w:rFonts w:ascii="Georgia" w:hAnsi="Georgia"/>
          <w:b w:val="0"/>
          <w:i/>
          <w:color w:val="000000"/>
          <w:sz w:val="24"/>
        </w:rPr>
        <w:t>батху</w:t>
      </w:r>
      <w:r>
        <w:rPr>
          <w:rFonts w:ascii="Georgia" w:hAnsi="Georgia"/>
          <w:b w:val="0"/>
          <w:i w:val="0"/>
          <w:color w:val="000000"/>
          <w:sz w:val="24"/>
        </w:rPr>
        <w:t xml:space="preserve"> (</w:t>
      </w:r>
      <w:r>
        <w:rPr>
          <w:rFonts w:ascii="Georgia" w:hAnsi="Georgia" w:cs="Times New Roman"/>
          <w:b/>
          <w:i w:val="0"/>
          <w:color w:val="000000"/>
          <w:sz w:val="24"/>
          <w:rtl/>
          <w:szCs w:val="32"/>
        </w:rPr>
        <w:t>בָּטְחוּ</w:t>
      </w:r>
      <w:r>
        <w:rPr>
          <w:rFonts w:ascii="Georgia" w:hAnsi="Georgia"/>
          <w:b w:val="0"/>
          <w:i w:val="0"/>
          <w:color w:val="000000"/>
          <w:sz w:val="24"/>
        </w:rPr>
        <w:t>) — 25 (</w:t>
      </w:r>
      <w:r>
        <w:rPr>
          <w:rFonts w:ascii="Georgia" w:hAnsi="Georgia" w:cs="Times New Roman"/>
          <w:b/>
          <w:i w:val="0"/>
          <w:color w:val="000000"/>
          <w:sz w:val="24"/>
          <w:rtl/>
          <w:szCs w:val="32"/>
        </w:rPr>
        <w:t>כ״ה</w:t>
      </w:r>
      <w:r>
        <w:rPr>
          <w:rFonts w:ascii="Georgia" w:hAnsi="Georgia"/>
          <w:b w:val="0"/>
          <w:i w:val="0"/>
          <w:color w:val="000000"/>
          <w:sz w:val="24"/>
        </w:rPr>
        <w:t>), что указывает на Нукву де-Зеир. [Говорит Шмуэль: она называется «ко» (</w:t>
      </w:r>
      <w:r>
        <w:rPr>
          <w:rFonts w:ascii="Georgia" w:hAnsi="Georgia" w:cs="Times New Roman"/>
          <w:b/>
          <w:i w:val="0"/>
          <w:color w:val="000000"/>
          <w:sz w:val="24"/>
          <w:rtl/>
          <w:szCs w:val="32"/>
        </w:rPr>
        <w:t>כֹּה</w:t>
      </w:r>
      <w:r>
        <w:rPr>
          <w:rFonts w:ascii="Georgia" w:hAnsi="Georgia"/>
          <w:b w:val="0"/>
          <w:i w:val="0"/>
          <w:color w:val="000000"/>
          <w:sz w:val="24"/>
        </w:rPr>
        <w:t>). Направь намерение, чтобы двадцать два исправления обеих упомянутых дикн светили в нее, и соедини 22 и 25 — получится 47 (</w:t>
      </w:r>
      <w:r>
        <w:rPr>
          <w:rFonts w:ascii="Georgia" w:hAnsi="Georgia" w:cs="Times New Roman"/>
          <w:b/>
          <w:i w:val="0"/>
          <w:color w:val="000000"/>
          <w:sz w:val="24"/>
          <w:rtl/>
          <w:szCs w:val="32"/>
        </w:rPr>
        <w:t>מ״ז</w:t>
      </w:r>
      <w:r>
        <w:rPr>
          <w:rFonts w:ascii="Georgia" w:hAnsi="Georgia"/>
          <w:b w:val="0"/>
          <w:i w:val="0"/>
          <w:color w:val="000000"/>
          <w:sz w:val="24"/>
        </w:rPr>
        <w:t xml:space="preserve">), по числу [Имен] АВАЯ и ЭЙЕ.] Это Имя происходит от слова </w:t>
      </w:r>
      <w:r>
        <w:rPr>
          <w:rFonts w:ascii="Georgia" w:hAnsi="Georgia"/>
          <w:b w:val="0"/>
          <w:i/>
          <w:color w:val="000000"/>
          <w:sz w:val="24"/>
        </w:rPr>
        <w:t>элейха</w:t>
      </w:r>
      <w:r>
        <w:rPr>
          <w:rFonts w:ascii="Georgia" w:hAnsi="Georgia"/>
          <w:b w:val="0"/>
          <w:i w:val="0"/>
          <w:color w:val="000000"/>
          <w:sz w:val="24"/>
        </w:rPr>
        <w:t xml:space="preserve"> (</w:t>
      </w:r>
      <w:r>
        <w:rPr>
          <w:rFonts w:ascii="Georgia" w:hAnsi="Georgia" w:cs="Times New Roman"/>
          <w:b/>
          <w:i w:val="0"/>
          <w:color w:val="000000"/>
          <w:sz w:val="24"/>
          <w:rtl/>
          <w:szCs w:val="32"/>
        </w:rPr>
        <w:t>אֵלֶיךָ</w:t>
      </w:r>
      <w:r>
        <w:rPr>
          <w:rFonts w:ascii="Georgia" w:hAnsi="Georgia"/>
          <w:b w:val="0"/>
          <w:i w:val="0"/>
          <w:color w:val="000000"/>
          <w:sz w:val="24"/>
        </w:rPr>
        <w:t>), и в [системе]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это </w:t>
      </w:r>
      <w:r>
        <w:rPr>
          <w:rFonts w:ascii="Georgia" w:hAnsi="Georgia"/>
          <w:b w:val="0"/>
          <w:i/>
          <w:color w:val="000000"/>
          <w:sz w:val="24"/>
        </w:rPr>
        <w:t>Техамиль</w:t>
      </w:r>
      <w:r>
        <w:rPr>
          <w:rFonts w:ascii="Georgia" w:hAnsi="Georgia"/>
          <w:b w:val="0"/>
          <w:i w:val="0"/>
          <w:color w:val="000000"/>
          <w:sz w:val="24"/>
        </w:rPr>
        <w:t xml:space="preserve"> (</w:t>
      </w:r>
      <w:r>
        <w:rPr>
          <w:rFonts w:ascii="Georgia" w:hAnsi="Georgia" w:cs="Times New Roman"/>
          <w:b/>
          <w:i w:val="0"/>
          <w:color w:val="000000"/>
          <w:sz w:val="24"/>
          <w:rtl/>
          <w:szCs w:val="32"/>
        </w:rPr>
        <w:t>תֵכָמִל</w:t>
      </w:r>
      <w:r>
        <w:rPr>
          <w:rFonts w:ascii="Georgia" w:hAnsi="Georgia"/>
          <w:b w:val="0"/>
          <w:i w:val="0"/>
          <w:color w:val="000000"/>
          <w:sz w:val="24"/>
        </w:rPr>
        <w:t xml:space="preserve">), а его огласовка берется от начальных букв [слов] </w:t>
      </w:r>
      <w:r>
        <w:rPr>
          <w:rFonts w:ascii="Georgia" w:hAnsi="Georgia"/>
          <w:b w:val="0"/>
          <w:i/>
          <w:color w:val="000000"/>
          <w:sz w:val="24"/>
        </w:rPr>
        <w:t>элейха зааку ве-нимлату бах</w:t>
      </w:r>
      <w:r>
        <w:rPr>
          <w:rFonts w:ascii="Georgia" w:hAnsi="Georgia"/>
          <w:b w:val="0"/>
          <w:i w:val="0"/>
          <w:color w:val="000000"/>
          <w:sz w:val="24"/>
        </w:rPr>
        <w:t xml:space="preserve"> (</w:t>
      </w:r>
      <w:r>
        <w:rPr>
          <w:rFonts w:ascii="Georgia" w:hAnsi="Georgia" w:cs="Times New Roman"/>
          <w:b/>
          <w:i w:val="0"/>
          <w:color w:val="000000"/>
          <w:sz w:val="24"/>
          <w:rtl/>
          <w:szCs w:val="32"/>
        </w:rPr>
        <w:t>אליך זעקו ונמלטו בך</w:t>
      </w:r>
      <w:r>
        <w:rPr>
          <w:rFonts w:ascii="Georgia" w:hAnsi="Georgia"/>
          <w:b w:val="0"/>
          <w:i w:val="0"/>
          <w:color w:val="000000"/>
          <w:sz w:val="24"/>
        </w:rPr>
        <w:t>).</w:t>
      </w:r>
    </w:p>
    <w:p>
      <w:pPr>
        <w:keepNext/>
        <w:spacing w:before="320" w:after="120"/>
      </w:pPr>
      <w:r>
        <w:rPr>
          <w:rFonts w:ascii="Georgia" w:hAnsi="Georgia"/>
          <w:b w:val="0"/>
          <w:i w:val="0"/>
          <w:color w:val="000000"/>
          <w:sz w:val="32"/>
        </w:rPr>
        <w:t>Ихуд 12</w:t>
      </w:r>
    </w:p>
    <w:p>
      <w:pPr>
        <w:spacing w:before="40" w:after="120"/>
        <w:jc w:val="both"/>
      </w:pPr>
      <w:r>
        <w:rPr>
          <w:rFonts w:ascii="Georgia" w:hAnsi="Georgia"/>
          <w:b w:val="0"/>
          <w:i w:val="0"/>
          <w:color w:val="000000"/>
          <w:sz w:val="24"/>
        </w:rPr>
        <w:t xml:space="preserve">К упомянутому выше [стиху]: начальные буквы слов </w:t>
      </w:r>
      <w:r>
        <w:rPr>
          <w:rFonts w:ascii="Georgia" w:hAnsi="Georgia"/>
          <w:b w:val="0"/>
          <w:i/>
          <w:color w:val="000000"/>
          <w:sz w:val="24"/>
        </w:rPr>
        <w:t>лахен малка милки ишпар</w:t>
      </w:r>
      <w:r>
        <w:rPr>
          <w:rFonts w:ascii="Georgia" w:hAnsi="Georgia"/>
          <w:b w:val="0"/>
          <w:i w:val="0"/>
          <w:color w:val="000000"/>
          <w:sz w:val="24"/>
        </w:rPr>
        <w:t xml:space="preserve"> — </w:t>
      </w:r>
      <w:r>
        <w:rPr>
          <w:rFonts w:ascii="Georgia" w:hAnsi="Georgia"/>
          <w:b w:val="0"/>
          <w:i/>
          <w:color w:val="000000"/>
          <w:sz w:val="24"/>
        </w:rPr>
        <w:t>«Поэтому, царь, да будет совет мой угоден...»</w:t>
      </w:r>
      <w:r>
        <w:rPr>
          <w:rFonts w:ascii="Georgia" w:hAnsi="Georgia"/>
          <w:b w:val="0"/>
          <w:i w:val="0"/>
          <w:color w:val="000000"/>
          <w:sz w:val="24"/>
        </w:rPr>
        <w:t xml:space="preserve"> (</w:t>
      </w:r>
      <w:r>
        <w:rPr>
          <w:rFonts w:ascii="Georgia" w:hAnsi="Georgia" w:cs="Times New Roman"/>
          <w:b/>
          <w:i w:val="0"/>
          <w:color w:val="000000"/>
          <w:sz w:val="24"/>
          <w:rtl/>
          <w:szCs w:val="32"/>
        </w:rPr>
        <w:t>לָהֵן מַלְכָּא מִלְכִּי יִשְׁפַּר</w:t>
      </w:r>
      <w:r>
        <w:rPr>
          <w:rFonts w:ascii="Georgia" w:hAnsi="Georgia"/>
          <w:b w:val="0"/>
          <w:i w:val="0"/>
          <w:color w:val="000000"/>
          <w:sz w:val="24"/>
        </w:rPr>
        <w:t>) (Даниэль 4:24) — составляют 120 (</w:t>
      </w:r>
      <w:r>
        <w:rPr>
          <w:rFonts w:ascii="Georgia" w:hAnsi="Georgia" w:cs="Times New Roman"/>
          <w:b/>
          <w:i w:val="0"/>
          <w:color w:val="000000"/>
          <w:sz w:val="24"/>
          <w:rtl/>
          <w:szCs w:val="32"/>
        </w:rPr>
        <w:t>ק״ך</w:t>
      </w:r>
      <w:r>
        <w:rPr>
          <w:rFonts w:ascii="Georgia" w:hAnsi="Georgia"/>
          <w:b w:val="0"/>
          <w:i w:val="0"/>
          <w:color w:val="000000"/>
          <w:sz w:val="24"/>
        </w:rPr>
        <w:t>), [что равно числу] 120 сочетаний [Имени] ЭЛОКИМ. А если прибавить к упомянутому выше [числу 120] начальную букву айн (</w:t>
      </w:r>
      <w:r>
        <w:rPr>
          <w:rFonts w:ascii="Georgia" w:hAnsi="Georgia" w:cs="Times New Roman"/>
          <w:b/>
          <w:i w:val="0"/>
          <w:color w:val="000000"/>
          <w:sz w:val="24"/>
          <w:rtl/>
          <w:szCs w:val="32"/>
        </w:rPr>
        <w:t>ע</w:t>
      </w:r>
      <w:r>
        <w:rPr>
          <w:rFonts w:ascii="Georgia" w:hAnsi="Georgia"/>
          <w:b w:val="0"/>
          <w:i w:val="0"/>
          <w:color w:val="000000"/>
          <w:sz w:val="24"/>
        </w:rPr>
        <w:t xml:space="preserve"> = 70) слова </w:t>
      </w:r>
      <w:r>
        <w:rPr>
          <w:rFonts w:ascii="Georgia" w:hAnsi="Georgia"/>
          <w:b w:val="0"/>
          <w:i/>
          <w:color w:val="000000"/>
          <w:sz w:val="24"/>
        </w:rPr>
        <w:t>алах</w:t>
      </w:r>
      <w:r>
        <w:rPr>
          <w:rFonts w:ascii="Georgia" w:hAnsi="Georgia"/>
          <w:b w:val="0"/>
          <w:i w:val="0"/>
          <w:color w:val="000000"/>
          <w:sz w:val="24"/>
        </w:rPr>
        <w:t xml:space="preserve"> (</w:t>
      </w:r>
      <w:r>
        <w:rPr>
          <w:rFonts w:ascii="Georgia" w:hAnsi="Georgia" w:cs="Times New Roman"/>
          <w:b/>
          <w:i w:val="0"/>
          <w:color w:val="000000"/>
          <w:sz w:val="24"/>
          <w:rtl/>
          <w:szCs w:val="32"/>
        </w:rPr>
        <w:t>עֲלָךְ</w:t>
      </w:r>
      <w:r>
        <w:rPr>
          <w:rFonts w:ascii="Georgia" w:hAnsi="Georgia"/>
          <w:b w:val="0"/>
          <w:i w:val="0"/>
          <w:color w:val="000000"/>
          <w:sz w:val="24"/>
        </w:rPr>
        <w:t>), в гематрии [получится] 190 (</w:t>
      </w:r>
      <w:r>
        <w:rPr>
          <w:rFonts w:ascii="Georgia" w:hAnsi="Georgia" w:cs="Times New Roman"/>
          <w:b/>
          <w:i w:val="0"/>
          <w:color w:val="000000"/>
          <w:sz w:val="24"/>
          <w:rtl/>
          <w:szCs w:val="32"/>
        </w:rPr>
        <w:t>ק״ץ</w:t>
      </w:r>
      <w:r>
        <w:rPr>
          <w:rFonts w:ascii="Georgia" w:hAnsi="Georgia"/>
          <w:b w:val="0"/>
          <w:i w:val="0"/>
          <w:color w:val="000000"/>
          <w:sz w:val="24"/>
        </w:rPr>
        <w:t>); и это [соответствует сумме Имени] ЭЙЕ с наполнением йод — 161 (</w:t>
      </w:r>
      <w:r>
        <w:rPr>
          <w:rFonts w:ascii="Georgia" w:hAnsi="Georgia" w:cs="Times New Roman"/>
          <w:b/>
          <w:i w:val="0"/>
          <w:color w:val="000000"/>
          <w:sz w:val="24"/>
          <w:rtl/>
          <w:szCs w:val="32"/>
        </w:rPr>
        <w:t>קס״א</w:t>
      </w:r>
      <w:r>
        <w:rPr>
          <w:rFonts w:ascii="Georgia" w:hAnsi="Georgia"/>
          <w:b w:val="0"/>
          <w:i w:val="0"/>
          <w:color w:val="000000"/>
          <w:sz w:val="24"/>
        </w:rPr>
        <w:t xml:space="preserve">), Имени ЭЛЬ [31] и колелей обоих [Имен]. [Говорит Шмуэль: так следует сказать — прибавить к упомянутому расчету 190 два колеля]. Слово </w:t>
      </w:r>
      <w:r>
        <w:rPr>
          <w:rFonts w:ascii="Georgia" w:hAnsi="Georgia"/>
          <w:b w:val="0"/>
          <w:i/>
          <w:color w:val="000000"/>
          <w:sz w:val="24"/>
        </w:rPr>
        <w:t>алейха</w:t>
      </w:r>
      <w:r>
        <w:rPr>
          <w:rFonts w:ascii="Georgia" w:hAnsi="Georgia"/>
          <w:b w:val="0"/>
          <w:i w:val="0"/>
          <w:color w:val="000000"/>
          <w:sz w:val="24"/>
        </w:rPr>
        <w:t xml:space="preserve"> (</w:t>
      </w:r>
      <w:r>
        <w:rPr>
          <w:rFonts w:ascii="Georgia" w:hAnsi="Georgia" w:cs="Times New Roman"/>
          <w:b/>
          <w:i w:val="0"/>
          <w:color w:val="000000"/>
          <w:sz w:val="24"/>
          <w:rtl/>
          <w:szCs w:val="32"/>
        </w:rPr>
        <w:t>עָלֶיךָ</w:t>
      </w:r>
      <w:r>
        <w:rPr>
          <w:rFonts w:ascii="Georgia" w:hAnsi="Georgia"/>
          <w:b w:val="0"/>
          <w:i w:val="0"/>
          <w:color w:val="000000"/>
          <w:sz w:val="24"/>
        </w:rPr>
        <w:t>) в гематрии равно 130 (</w:t>
      </w:r>
      <w:r>
        <w:rPr>
          <w:rFonts w:ascii="Georgia" w:hAnsi="Georgia" w:cs="Times New Roman"/>
          <w:b/>
          <w:i w:val="0"/>
          <w:color w:val="000000"/>
          <w:sz w:val="24"/>
          <w:rtl/>
          <w:szCs w:val="32"/>
        </w:rPr>
        <w:t>ק״ל</w:t>
      </w:r>
      <w:r>
        <w:rPr>
          <w:rFonts w:ascii="Georgia" w:hAnsi="Georgia"/>
          <w:b w:val="0"/>
          <w:i w:val="0"/>
          <w:color w:val="000000"/>
          <w:sz w:val="24"/>
        </w:rPr>
        <w:t xml:space="preserve">), и это пять [Имен] АВАЯ пяти Гвурот. Слово </w:t>
      </w:r>
      <w:r>
        <w:rPr>
          <w:rFonts w:ascii="Georgia" w:hAnsi="Georgia"/>
          <w:b w:val="0"/>
          <w:i/>
          <w:color w:val="000000"/>
          <w:sz w:val="24"/>
        </w:rPr>
        <w:t>ишпар</w:t>
      </w:r>
      <w:r>
        <w:rPr>
          <w:rFonts w:ascii="Georgia" w:hAnsi="Georgia"/>
          <w:b w:val="0"/>
          <w:i w:val="0"/>
          <w:color w:val="000000"/>
          <w:sz w:val="24"/>
        </w:rPr>
        <w:t xml:space="preserve"> (</w:t>
      </w:r>
      <w:r>
        <w:rPr>
          <w:rFonts w:ascii="Georgia" w:hAnsi="Georgia" w:cs="Times New Roman"/>
          <w:b/>
          <w:i w:val="0"/>
          <w:color w:val="000000"/>
          <w:sz w:val="24"/>
          <w:rtl/>
          <w:szCs w:val="32"/>
        </w:rPr>
        <w:t>יִשְׁפַּר</w:t>
      </w:r>
      <w:r>
        <w:rPr>
          <w:rFonts w:ascii="Georgia" w:hAnsi="Georgia"/>
          <w:b w:val="0"/>
          <w:i w:val="0"/>
          <w:color w:val="000000"/>
          <w:sz w:val="24"/>
        </w:rPr>
        <w:t xml:space="preserve">) раздели на две части: </w:t>
      </w:r>
      <w:r>
        <w:rPr>
          <w:rFonts w:ascii="Georgia" w:hAnsi="Georgia"/>
          <w:b w:val="0"/>
          <w:i/>
          <w:color w:val="000000"/>
          <w:sz w:val="24"/>
        </w:rPr>
        <w:t>йеш</w:t>
      </w:r>
      <w:r>
        <w:rPr>
          <w:rFonts w:ascii="Georgia" w:hAnsi="Georgia"/>
          <w:b w:val="0"/>
          <w:i w:val="0"/>
          <w:color w:val="000000"/>
          <w:sz w:val="24"/>
        </w:rPr>
        <w:t xml:space="preserve"> (</w:t>
      </w:r>
      <w:r>
        <w:rPr>
          <w:rFonts w:ascii="Georgia" w:hAnsi="Georgia" w:cs="Times New Roman"/>
          <w:b/>
          <w:i w:val="0"/>
          <w:color w:val="000000"/>
          <w:sz w:val="24"/>
          <w:rtl/>
          <w:szCs w:val="32"/>
        </w:rPr>
        <w:t>יֵשׁ</w:t>
      </w:r>
      <w:r>
        <w:rPr>
          <w:rFonts w:ascii="Georgia" w:hAnsi="Georgia"/>
          <w:b w:val="0"/>
          <w:i w:val="0"/>
          <w:color w:val="000000"/>
          <w:sz w:val="24"/>
        </w:rPr>
        <w:t xml:space="preserve">) и </w:t>
      </w:r>
      <w:r>
        <w:rPr>
          <w:rFonts w:ascii="Georgia" w:hAnsi="Georgia"/>
          <w:b w:val="0"/>
          <w:i/>
          <w:color w:val="000000"/>
          <w:sz w:val="24"/>
        </w:rPr>
        <w:t>пар</w:t>
      </w:r>
      <w:r>
        <w:rPr>
          <w:rFonts w:ascii="Georgia" w:hAnsi="Georgia"/>
          <w:b w:val="0"/>
          <w:i w:val="0"/>
          <w:color w:val="000000"/>
          <w:sz w:val="24"/>
        </w:rPr>
        <w:t xml:space="preserve"> (</w:t>
      </w:r>
      <w:r>
        <w:rPr>
          <w:rFonts w:ascii="Georgia" w:hAnsi="Georgia" w:cs="Times New Roman"/>
          <w:b/>
          <w:i w:val="0"/>
          <w:color w:val="000000"/>
          <w:sz w:val="24"/>
          <w:rtl/>
          <w:szCs w:val="32"/>
        </w:rPr>
        <w:t>פ״ר</w:t>
      </w:r>
      <w:r>
        <w:rPr>
          <w:rFonts w:ascii="Georgia" w:hAnsi="Georgia"/>
          <w:b w:val="0"/>
          <w:i w:val="0"/>
          <w:color w:val="000000"/>
          <w:sz w:val="24"/>
        </w:rPr>
        <w:t xml:space="preserve"> = 280). И это </w:t>
      </w:r>
      <w:r>
        <w:rPr>
          <w:rFonts w:ascii="Georgia" w:hAnsi="Georgia"/>
          <w:b w:val="0"/>
          <w:i/>
          <w:color w:val="000000"/>
          <w:sz w:val="24"/>
        </w:rPr>
        <w:t>йеш</w:t>
      </w:r>
      <w:r>
        <w:rPr>
          <w:rFonts w:ascii="Georgia" w:hAnsi="Georgia"/>
          <w:b w:val="0"/>
          <w:i w:val="0"/>
          <w:color w:val="000000"/>
          <w:sz w:val="24"/>
        </w:rPr>
        <w:t xml:space="preserve"> из [стиха] </w:t>
      </w:r>
      <w:r>
        <w:rPr>
          <w:rFonts w:ascii="Georgia" w:hAnsi="Georgia"/>
          <w:b w:val="0"/>
          <w:i/>
          <w:color w:val="000000"/>
          <w:sz w:val="24"/>
        </w:rPr>
        <w:t>«...наделить любящих меня сущим...»</w:t>
      </w:r>
      <w:r>
        <w:rPr>
          <w:rFonts w:ascii="Georgia" w:hAnsi="Georgia"/>
          <w:b w:val="0"/>
          <w:i w:val="0"/>
          <w:color w:val="000000"/>
          <w:sz w:val="24"/>
        </w:rPr>
        <w:t xml:space="preserve"> (Мишлей 8:21), что составляет десять раз [Имя] ЭЛЬ [10 × 31 = 310]. А 280 (</w:t>
      </w:r>
      <w:r>
        <w:rPr>
          <w:rFonts w:ascii="Georgia" w:hAnsi="Georgia" w:cs="Times New Roman"/>
          <w:b/>
          <w:i w:val="0"/>
          <w:color w:val="000000"/>
          <w:sz w:val="24"/>
          <w:rtl/>
          <w:szCs w:val="32"/>
        </w:rPr>
        <w:t>פ״ר</w:t>
      </w:r>
      <w:r>
        <w:rPr>
          <w:rFonts w:ascii="Georgia" w:hAnsi="Georgia"/>
          <w:b w:val="0"/>
          <w:i w:val="0"/>
          <w:color w:val="000000"/>
          <w:sz w:val="24"/>
        </w:rPr>
        <w:t>) — это буквы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xml:space="preserve">). Слово </w:t>
      </w:r>
      <w:r>
        <w:rPr>
          <w:rFonts w:ascii="Georgia" w:hAnsi="Georgia"/>
          <w:b w:val="0"/>
          <w:i/>
          <w:color w:val="000000"/>
          <w:sz w:val="24"/>
        </w:rPr>
        <w:t>милки</w:t>
      </w:r>
      <w:r>
        <w:rPr>
          <w:rFonts w:ascii="Georgia" w:hAnsi="Georgia"/>
          <w:b w:val="0"/>
          <w:i w:val="0"/>
          <w:color w:val="000000"/>
          <w:sz w:val="24"/>
        </w:rPr>
        <w:t xml:space="preserve"> (</w:t>
      </w:r>
      <w:r>
        <w:rPr>
          <w:rFonts w:ascii="Georgia" w:hAnsi="Georgia" w:cs="Times New Roman"/>
          <w:b/>
          <w:i w:val="0"/>
          <w:color w:val="000000"/>
          <w:sz w:val="24"/>
          <w:rtl/>
          <w:szCs w:val="32"/>
        </w:rPr>
        <w:t>מִלְכִּי</w:t>
      </w:r>
      <w:r>
        <w:rPr>
          <w:rFonts w:ascii="Georgia" w:hAnsi="Georgia"/>
          <w:b w:val="0"/>
          <w:i w:val="0"/>
          <w:color w:val="000000"/>
          <w:sz w:val="24"/>
        </w:rPr>
        <w:t>) в гематрии равно 100 (</w:t>
      </w:r>
      <w:r>
        <w:rPr>
          <w:rFonts w:ascii="Georgia" w:hAnsi="Georgia" w:cs="Times New Roman"/>
          <w:b/>
          <w:i w:val="0"/>
          <w:color w:val="000000"/>
          <w:sz w:val="24"/>
          <w:rtl/>
          <w:szCs w:val="32"/>
        </w:rPr>
        <w:t>ק</w:t>
      </w:r>
      <w:r>
        <w:rPr>
          <w:rFonts w:ascii="Georgia" w:hAnsi="Georgia"/>
          <w:b w:val="0"/>
          <w:i w:val="0"/>
          <w:color w:val="000000"/>
          <w:sz w:val="24"/>
        </w:rPr>
        <w:t>), и это [Имя] АДОНАЙ в гематрии 65 (</w:t>
      </w:r>
      <w:r>
        <w:rPr>
          <w:rFonts w:ascii="Georgia" w:hAnsi="Georgia" w:cs="Times New Roman"/>
          <w:b/>
          <w:i w:val="0"/>
          <w:color w:val="000000"/>
          <w:sz w:val="24"/>
          <w:rtl/>
          <w:szCs w:val="32"/>
        </w:rPr>
        <w:t>ס״ה</w:t>
      </w:r>
      <w:r>
        <w:rPr>
          <w:rFonts w:ascii="Georgia" w:hAnsi="Georgia"/>
          <w:b w:val="0"/>
          <w:i w:val="0"/>
          <w:color w:val="000000"/>
          <w:sz w:val="24"/>
        </w:rPr>
        <w:t>), плюс 34 (</w:t>
      </w:r>
      <w:r>
        <w:rPr>
          <w:rFonts w:ascii="Georgia" w:hAnsi="Georgia" w:cs="Times New Roman"/>
          <w:b/>
          <w:i w:val="0"/>
          <w:color w:val="000000"/>
          <w:sz w:val="24"/>
          <w:rtl/>
          <w:szCs w:val="32"/>
        </w:rPr>
        <w:t>ל״ד</w:t>
      </w:r>
      <w:r>
        <w:rPr>
          <w:rFonts w:ascii="Georgia" w:hAnsi="Georgia"/>
          <w:b w:val="0"/>
          <w:i w:val="0"/>
          <w:color w:val="000000"/>
          <w:sz w:val="24"/>
        </w:rPr>
        <w:t xml:space="preserve">) буквы наполнения наполнения. [Говорит Шмуэль: вместе с колелем это составляет 100]. Слово </w:t>
      </w:r>
      <w:r>
        <w:rPr>
          <w:rFonts w:ascii="Georgia" w:hAnsi="Georgia"/>
          <w:b w:val="0"/>
          <w:i/>
          <w:color w:val="000000"/>
          <w:sz w:val="24"/>
        </w:rPr>
        <w:t>малка</w:t>
      </w:r>
      <w:r>
        <w:rPr>
          <w:rFonts w:ascii="Georgia" w:hAnsi="Georgia"/>
          <w:b w:val="0"/>
          <w:i w:val="0"/>
          <w:color w:val="000000"/>
          <w:sz w:val="24"/>
        </w:rPr>
        <w:t xml:space="preserve"> (</w:t>
      </w:r>
      <w:r>
        <w:rPr>
          <w:rFonts w:ascii="Georgia" w:hAnsi="Georgia" w:cs="Times New Roman"/>
          <w:b/>
          <w:i w:val="0"/>
          <w:color w:val="000000"/>
          <w:sz w:val="24"/>
          <w:rtl/>
          <w:szCs w:val="32"/>
        </w:rPr>
        <w:t>מַלְכָּא</w:t>
      </w:r>
      <w:r>
        <w:rPr>
          <w:rFonts w:ascii="Georgia" w:hAnsi="Georgia"/>
          <w:b w:val="0"/>
          <w:i w:val="0"/>
          <w:color w:val="000000"/>
          <w:sz w:val="24"/>
        </w:rPr>
        <w:t>) равно 91 (</w:t>
      </w:r>
      <w:r>
        <w:rPr>
          <w:rFonts w:ascii="Georgia" w:hAnsi="Georgia" w:cs="Times New Roman"/>
          <w:b/>
          <w:i w:val="0"/>
          <w:color w:val="000000"/>
          <w:sz w:val="24"/>
          <w:rtl/>
          <w:szCs w:val="32"/>
        </w:rPr>
        <w:t>צ״א</w:t>
      </w:r>
      <w:r>
        <w:rPr>
          <w:rFonts w:ascii="Georgia" w:hAnsi="Georgia"/>
          <w:b w:val="0"/>
          <w:i w:val="0"/>
          <w:color w:val="000000"/>
          <w:sz w:val="24"/>
        </w:rPr>
        <w:t xml:space="preserve">), что соответствует гематрии [Имен] АВАЯ и АДОНАЙ [26 + 65 = 91]. Слово </w:t>
      </w:r>
      <w:r>
        <w:rPr>
          <w:rFonts w:ascii="Georgia" w:hAnsi="Georgia"/>
          <w:b w:val="0"/>
          <w:i/>
          <w:color w:val="000000"/>
          <w:sz w:val="24"/>
        </w:rPr>
        <w:t>лахен</w:t>
      </w:r>
      <w:r>
        <w:rPr>
          <w:rFonts w:ascii="Georgia" w:hAnsi="Georgia"/>
          <w:b w:val="0"/>
          <w:i w:val="0"/>
          <w:color w:val="000000"/>
          <w:sz w:val="24"/>
        </w:rPr>
        <w:t xml:space="preserve"> (</w:t>
      </w:r>
      <w:r>
        <w:rPr>
          <w:rFonts w:ascii="Georgia" w:hAnsi="Georgia" w:cs="Times New Roman"/>
          <w:b/>
          <w:i w:val="0"/>
          <w:color w:val="000000"/>
          <w:sz w:val="24"/>
          <w:rtl/>
          <w:szCs w:val="32"/>
        </w:rPr>
        <w:t>לָהֵן</w:t>
      </w:r>
      <w:r>
        <w:rPr>
          <w:rFonts w:ascii="Georgia" w:hAnsi="Georgia"/>
          <w:b w:val="0"/>
          <w:i w:val="0"/>
          <w:color w:val="000000"/>
          <w:sz w:val="24"/>
        </w:rPr>
        <w:t>) в гематрии равно 85 (</w:t>
      </w:r>
      <w:r>
        <w:rPr>
          <w:rFonts w:ascii="Georgia" w:hAnsi="Georgia" w:cs="Times New Roman"/>
          <w:b/>
          <w:i w:val="0"/>
          <w:color w:val="000000"/>
          <w:sz w:val="24"/>
          <w:rtl/>
          <w:szCs w:val="32"/>
        </w:rPr>
        <w:t>פ״ה</w:t>
      </w:r>
      <w:r>
        <w:rPr>
          <w:rFonts w:ascii="Georgia" w:hAnsi="Georgia"/>
          <w:b w:val="0"/>
          <w:i w:val="0"/>
          <w:color w:val="000000"/>
          <w:sz w:val="24"/>
        </w:rPr>
        <w:t>), что соответствует числу [Имени] ЭЛОКИМ. [Говорит Шмуэль: с колелем].</w:t>
      </w:r>
    </w:p>
    <w:p>
      <w:pPr>
        <w:keepNext/>
        <w:spacing w:before="320" w:after="120"/>
      </w:pPr>
      <w:r>
        <w:rPr>
          <w:rFonts w:ascii="Georgia" w:hAnsi="Georgia"/>
          <w:b w:val="0"/>
          <w:i w:val="0"/>
          <w:color w:val="000000"/>
          <w:sz w:val="32"/>
        </w:rPr>
        <w:t>Ихуд 13</w:t>
      </w:r>
    </w:p>
    <w:p>
      <w:pPr>
        <w:spacing w:before="40" w:after="120"/>
        <w:jc w:val="both"/>
      </w:pPr>
      <w:r>
        <w:rPr>
          <w:rFonts w:ascii="Georgia" w:hAnsi="Georgia"/>
          <w:b w:val="0"/>
          <w:i w:val="0"/>
          <w:color w:val="000000"/>
          <w:sz w:val="24"/>
        </w:rPr>
        <w:t xml:space="preserve">К вышеупомянутому: </w:t>
      </w:r>
      <w:r>
        <w:rPr>
          <w:rFonts w:ascii="Georgia" w:hAnsi="Georgia"/>
          <w:b w:val="0"/>
          <w:i/>
          <w:color w:val="000000"/>
          <w:sz w:val="24"/>
        </w:rPr>
        <w:t>«Памятными сделал [Он] чудеса Свои…»</w:t>
      </w:r>
      <w:r>
        <w:rPr>
          <w:rFonts w:ascii="Georgia" w:hAnsi="Georgia"/>
          <w:b w:val="0"/>
          <w:i w:val="0"/>
          <w:color w:val="000000"/>
          <w:sz w:val="24"/>
        </w:rPr>
        <w:t xml:space="preserve"> (Теилим 111:4). Слово </w:t>
      </w:r>
      <w:r>
        <w:rPr>
          <w:rFonts w:ascii="Georgia" w:hAnsi="Georgia"/>
          <w:b w:val="0"/>
          <w:i/>
          <w:color w:val="000000"/>
          <w:sz w:val="24"/>
        </w:rPr>
        <w:t>зехер</w:t>
      </w:r>
      <w:r>
        <w:rPr>
          <w:rFonts w:ascii="Georgia" w:hAnsi="Georgia"/>
          <w:b w:val="0"/>
          <w:i w:val="0"/>
          <w:color w:val="000000"/>
          <w:sz w:val="24"/>
        </w:rPr>
        <w:t xml:space="preserve"> составляет Имя БОН; и это — дважды ЯБОК (</w:t>
      </w:r>
      <w:r>
        <w:rPr>
          <w:rFonts w:ascii="Georgia" w:hAnsi="Georgia" w:cs="Times New Roman"/>
          <w:b/>
          <w:i w:val="0"/>
          <w:color w:val="000000"/>
          <w:sz w:val="24"/>
          <w:rtl/>
          <w:szCs w:val="32"/>
        </w:rPr>
        <w:t>יב״ק</w:t>
      </w:r>
      <w:r>
        <w:rPr>
          <w:rFonts w:ascii="Georgia" w:hAnsi="Georgia"/>
          <w:b w:val="0"/>
          <w:i w:val="0"/>
          <w:color w:val="000000"/>
          <w:sz w:val="24"/>
        </w:rPr>
        <w:t xml:space="preserve"> = 112), что равно числу [слова] </w:t>
      </w:r>
      <w:r>
        <w:rPr>
          <w:rFonts w:ascii="Georgia" w:hAnsi="Georgia"/>
          <w:b w:val="0"/>
          <w:i/>
          <w:color w:val="000000"/>
          <w:sz w:val="24"/>
        </w:rPr>
        <w:t>дерех</w:t>
      </w:r>
      <w:r>
        <w:rPr>
          <w:rFonts w:ascii="Georgia" w:hAnsi="Georgia"/>
          <w:b w:val="0"/>
          <w:i w:val="0"/>
          <w:color w:val="000000"/>
          <w:sz w:val="24"/>
        </w:rPr>
        <w:t xml:space="preserve"> (</w:t>
      </w:r>
      <w:r>
        <w:rPr>
          <w:rFonts w:ascii="Georgia" w:hAnsi="Georgia" w:cs="Times New Roman"/>
          <w:b/>
          <w:i w:val="0"/>
          <w:color w:val="000000"/>
          <w:sz w:val="24"/>
          <w:rtl/>
          <w:szCs w:val="32"/>
        </w:rPr>
        <w:t>דר״ך</w:t>
      </w:r>
      <w:r>
        <w:rPr>
          <w:rFonts w:ascii="Georgia" w:hAnsi="Georgia"/>
          <w:b w:val="0"/>
          <w:i w:val="0"/>
          <w:color w:val="000000"/>
          <w:sz w:val="24"/>
        </w:rPr>
        <w:t xml:space="preserve"> = 224), а также два колеля для двух [Имен] ЯБОК и один [колель], включающий их все, — вот и получается </w:t>
      </w:r>
      <w:r>
        <w:rPr>
          <w:rFonts w:ascii="Georgia" w:hAnsi="Georgia"/>
          <w:b w:val="0"/>
          <w:i/>
          <w:color w:val="000000"/>
          <w:sz w:val="24"/>
        </w:rPr>
        <w:t>зехер</w:t>
      </w:r>
      <w:r>
        <w:rPr>
          <w:rFonts w:ascii="Georgia" w:hAnsi="Georgia"/>
          <w:b w:val="0"/>
          <w:i w:val="0"/>
          <w:color w:val="000000"/>
          <w:sz w:val="24"/>
        </w:rPr>
        <w:t xml:space="preserve"> (</w:t>
      </w:r>
      <w:r>
        <w:rPr>
          <w:rFonts w:ascii="Georgia" w:hAnsi="Georgia" w:cs="Times New Roman"/>
          <w:b/>
          <w:i w:val="0"/>
          <w:color w:val="000000"/>
          <w:sz w:val="24"/>
          <w:rtl/>
          <w:szCs w:val="32"/>
        </w:rPr>
        <w:t>זֵכֶר</w:t>
      </w:r>
      <w:r>
        <w:rPr>
          <w:rFonts w:ascii="Georgia" w:hAnsi="Georgia"/>
          <w:b w:val="0"/>
          <w:i w:val="0"/>
          <w:color w:val="000000"/>
          <w:sz w:val="24"/>
        </w:rPr>
        <w:t xml:space="preserve"> = 227). [Говорит Шмуэль: я не понял сказанного, что </w:t>
      </w:r>
      <w:r>
        <w:rPr>
          <w:rFonts w:ascii="Georgia" w:hAnsi="Georgia"/>
          <w:b w:val="0"/>
          <w:i/>
          <w:color w:val="000000"/>
          <w:sz w:val="24"/>
        </w:rPr>
        <w:t>зехер</w:t>
      </w:r>
      <w:r>
        <w:rPr>
          <w:rFonts w:ascii="Georgia" w:hAnsi="Georgia"/>
          <w:b w:val="0"/>
          <w:i w:val="0"/>
          <w:color w:val="000000"/>
          <w:sz w:val="24"/>
        </w:rPr>
        <w:t xml:space="preserve"> составляет Имя БОН.] Также начальные буквы [слов] </w:t>
      </w:r>
      <w:r>
        <w:rPr>
          <w:rFonts w:ascii="Georgia" w:hAnsi="Georgia"/>
          <w:b w:val="0"/>
          <w:i/>
          <w:color w:val="000000"/>
          <w:sz w:val="24"/>
        </w:rPr>
        <w:t>«Памятными сделал чудеса Свои»</w:t>
      </w:r>
      <w:r>
        <w:rPr>
          <w:rFonts w:ascii="Georgia" w:hAnsi="Georgia"/>
          <w:b w:val="0"/>
          <w:i w:val="0"/>
          <w:color w:val="000000"/>
          <w:sz w:val="24"/>
        </w:rPr>
        <w:t xml:space="preserve"> (</w:t>
      </w:r>
      <w:r>
        <w:rPr>
          <w:rFonts w:ascii="Georgia" w:hAnsi="Georgia" w:cs="Times New Roman"/>
          <w:b/>
          <w:i w:val="0"/>
          <w:color w:val="000000"/>
          <w:sz w:val="24"/>
          <w:rtl/>
          <w:szCs w:val="32"/>
        </w:rPr>
        <w:t>זכר עשה לנפלאותיו</w:t>
      </w:r>
      <w:r>
        <w:rPr>
          <w:rFonts w:ascii="Georgia" w:hAnsi="Georgia"/>
          <w:b w:val="0"/>
          <w:i w:val="0"/>
          <w:color w:val="000000"/>
          <w:sz w:val="24"/>
        </w:rPr>
        <w:t>) составляют 150 (</w:t>
      </w:r>
      <w:r>
        <w:rPr>
          <w:rFonts w:ascii="Georgia" w:hAnsi="Georgia" w:cs="Times New Roman"/>
          <w:b/>
          <w:i w:val="0"/>
          <w:color w:val="000000"/>
          <w:sz w:val="24"/>
          <w:rtl/>
          <w:szCs w:val="32"/>
        </w:rPr>
        <w:t>ק״ן</w:t>
      </w:r>
      <w:r>
        <w:rPr>
          <w:rFonts w:ascii="Georgia" w:hAnsi="Georgia"/>
          <w:b w:val="0"/>
          <w:i w:val="0"/>
          <w:color w:val="000000"/>
          <w:sz w:val="24"/>
        </w:rPr>
        <w:t>), что есть [Имя] АДОНАЙ — 65 (</w:t>
      </w:r>
      <w:r>
        <w:rPr>
          <w:rFonts w:ascii="Georgia" w:hAnsi="Georgia" w:cs="Times New Roman"/>
          <w:b/>
          <w:i w:val="0"/>
          <w:color w:val="000000"/>
          <w:sz w:val="24"/>
          <w:rtl/>
          <w:szCs w:val="32"/>
        </w:rPr>
        <w:t>ס״ה</w:t>
      </w:r>
      <w:r>
        <w:rPr>
          <w:rFonts w:ascii="Georgia" w:hAnsi="Georgia"/>
          <w:b w:val="0"/>
          <w:i w:val="0"/>
          <w:color w:val="000000"/>
          <w:sz w:val="24"/>
        </w:rPr>
        <w:t>), и 42 (</w:t>
      </w:r>
      <w:r>
        <w:rPr>
          <w:rFonts w:ascii="Georgia" w:hAnsi="Georgia" w:cs="Times New Roman"/>
          <w:b/>
          <w:i w:val="0"/>
          <w:color w:val="000000"/>
          <w:sz w:val="24"/>
          <w:rtl/>
          <w:szCs w:val="32"/>
        </w:rPr>
        <w:t>מ״ב</w:t>
      </w:r>
      <w:r>
        <w:rPr>
          <w:rFonts w:ascii="Georgia" w:hAnsi="Georgia"/>
          <w:b w:val="0"/>
          <w:i w:val="0"/>
          <w:color w:val="000000"/>
          <w:sz w:val="24"/>
        </w:rPr>
        <w:t xml:space="preserve">) буквы АВАЯ де-МА с алефами. Слово </w:t>
      </w:r>
      <w:r>
        <w:rPr>
          <w:rFonts w:ascii="Georgia" w:hAnsi="Georgia"/>
          <w:b w:val="0"/>
          <w:i/>
          <w:color w:val="000000"/>
          <w:sz w:val="24"/>
        </w:rPr>
        <w:t>аса</w:t>
      </w:r>
      <w:r>
        <w:rPr>
          <w:rFonts w:ascii="Georgia" w:hAnsi="Georgia"/>
          <w:b w:val="0"/>
          <w:i w:val="0"/>
          <w:color w:val="000000"/>
          <w:sz w:val="24"/>
        </w:rPr>
        <w:t xml:space="preserve"> (</w:t>
      </w:r>
      <w:r>
        <w:rPr>
          <w:rFonts w:ascii="Georgia" w:hAnsi="Georgia" w:cs="Times New Roman"/>
          <w:b/>
          <w:i w:val="0"/>
          <w:color w:val="000000"/>
          <w:sz w:val="24"/>
          <w:rtl/>
          <w:szCs w:val="32"/>
        </w:rPr>
        <w:t>עָשָׂה</w:t>
      </w:r>
      <w:r>
        <w:rPr>
          <w:rFonts w:ascii="Georgia" w:hAnsi="Georgia"/>
          <w:b w:val="0"/>
          <w:i w:val="0"/>
          <w:color w:val="000000"/>
          <w:sz w:val="24"/>
        </w:rPr>
        <w:t>) — это 370 (</w:t>
      </w:r>
      <w:r>
        <w:rPr>
          <w:rFonts w:ascii="Georgia" w:hAnsi="Georgia" w:cs="Times New Roman"/>
          <w:b/>
          <w:i w:val="0"/>
          <w:color w:val="000000"/>
          <w:sz w:val="24"/>
          <w:rtl/>
          <w:szCs w:val="32"/>
        </w:rPr>
        <w:t>ש״ע</w:t>
      </w:r>
      <w:r>
        <w:rPr>
          <w:rFonts w:ascii="Georgia" w:hAnsi="Georgia"/>
          <w:b w:val="0"/>
          <w:i w:val="0"/>
          <w:color w:val="000000"/>
          <w:sz w:val="24"/>
        </w:rPr>
        <w:t>) светов двух яблок [щек], которые представляют собой дважды [Имя] ЭЛЬ в его наполнении, вместе с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 5) в ноздре (нуква де-пардашка). Начальные буквы [слов] </w:t>
      </w:r>
      <w:r>
        <w:rPr>
          <w:rFonts w:ascii="Georgia" w:hAnsi="Georgia"/>
          <w:b w:val="0"/>
          <w:i/>
          <w:color w:val="000000"/>
          <w:sz w:val="24"/>
        </w:rPr>
        <w:t>«милостив и милосерден Г-сподь»</w:t>
      </w:r>
      <w:r>
        <w:rPr>
          <w:rFonts w:ascii="Georgia" w:hAnsi="Georgia"/>
          <w:b w:val="0"/>
          <w:i w:val="0"/>
          <w:color w:val="000000"/>
          <w:sz w:val="24"/>
        </w:rPr>
        <w:t xml:space="preserve"> —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и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 составляют 24 (</w:t>
      </w:r>
      <w:r>
        <w:rPr>
          <w:rFonts w:ascii="Georgia" w:hAnsi="Georgia" w:cs="Times New Roman"/>
          <w:b/>
          <w:i w:val="0"/>
          <w:color w:val="000000"/>
          <w:sz w:val="24"/>
          <w:rtl/>
          <w:szCs w:val="32"/>
        </w:rPr>
        <w:t>כ״ד</w:t>
      </w:r>
      <w:r>
        <w:rPr>
          <w:rFonts w:ascii="Georgia" w:hAnsi="Georgia"/>
          <w:b w:val="0"/>
          <w:i w:val="0"/>
          <w:color w:val="000000"/>
          <w:sz w:val="24"/>
        </w:rPr>
        <w:t xml:space="preserve">), [число] 24 букв [фразы] </w:t>
      </w:r>
      <w:r>
        <w:rPr>
          <w:rFonts w:ascii="Georgia" w:hAnsi="Georgia"/>
          <w:b w:val="0"/>
          <w:i/>
          <w:color w:val="000000"/>
          <w:sz w:val="24"/>
        </w:rPr>
        <w:t>Барух Шем Квод Малхуто Леолам Ваэд</w:t>
      </w:r>
      <w:r>
        <w:rPr>
          <w:rFonts w:ascii="Georgia" w:hAnsi="Georgia"/>
          <w:b w:val="0"/>
          <w:i w:val="0"/>
          <w:color w:val="000000"/>
          <w:sz w:val="24"/>
        </w:rPr>
        <w:t xml:space="preserve"> (</w:t>
      </w:r>
      <w:r>
        <w:rPr>
          <w:rFonts w:ascii="Georgia" w:hAnsi="Georgia" w:cs="Times New Roman"/>
          <w:b/>
          <w:i w:val="0"/>
          <w:color w:val="000000"/>
          <w:sz w:val="24"/>
          <w:rtl/>
          <w:szCs w:val="32"/>
        </w:rPr>
        <w:t>בשכמל״ו</w:t>
      </w:r>
      <w:r>
        <w:rPr>
          <w:rFonts w:ascii="Georgia" w:hAnsi="Georgia"/>
          <w:b w:val="0"/>
          <w:i w:val="0"/>
          <w:color w:val="000000"/>
          <w:sz w:val="24"/>
        </w:rPr>
        <w:t xml:space="preserve">). Конечные буквы [слов] </w:t>
      </w:r>
      <w:r>
        <w:rPr>
          <w:rFonts w:ascii="Georgia" w:hAnsi="Georgia"/>
          <w:b w:val="0"/>
          <w:i/>
          <w:color w:val="000000"/>
          <w:sz w:val="24"/>
        </w:rPr>
        <w:t>«милостив и милосерден Г-сподь»</w:t>
      </w:r>
      <w:r>
        <w:rPr>
          <w:rFonts w:ascii="Georgia" w:hAnsi="Georgia"/>
          <w:b w:val="0"/>
          <w:i w:val="0"/>
          <w:color w:val="000000"/>
          <w:sz w:val="24"/>
        </w:rPr>
        <w:t xml:space="preserve"> — буква нун софит (</w:t>
      </w:r>
      <w:r>
        <w:rPr>
          <w:rFonts w:ascii="Georgia" w:hAnsi="Georgia" w:cs="Times New Roman"/>
          <w:b/>
          <w:i w:val="0"/>
          <w:color w:val="000000"/>
          <w:sz w:val="24"/>
          <w:rtl/>
          <w:szCs w:val="32"/>
        </w:rPr>
        <w:t>ן</w:t>
      </w:r>
      <w:r>
        <w:rPr>
          <w:rFonts w:ascii="Georgia" w:hAnsi="Georgia"/>
          <w:b w:val="0"/>
          <w:i w:val="0"/>
          <w:color w:val="000000"/>
          <w:sz w:val="24"/>
        </w:rPr>
        <w:t xml:space="preserve"> = 50), буква мэм софит (</w:t>
      </w:r>
      <w:r>
        <w:rPr>
          <w:rFonts w:ascii="Georgia" w:hAnsi="Georgia" w:cs="Times New Roman"/>
          <w:b/>
          <w:i w:val="0"/>
          <w:color w:val="000000"/>
          <w:sz w:val="24"/>
          <w:rtl/>
          <w:szCs w:val="32"/>
        </w:rPr>
        <w:t>ם</w:t>
      </w:r>
      <w:r>
        <w:rPr>
          <w:rFonts w:ascii="Georgia" w:hAnsi="Georgia"/>
          <w:b w:val="0"/>
          <w:i w:val="0"/>
          <w:color w:val="000000"/>
          <w:sz w:val="24"/>
        </w:rPr>
        <w:t xml:space="preserve"> = 40)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 составляют 95 (</w:t>
      </w:r>
      <w:r>
        <w:rPr>
          <w:rFonts w:ascii="Georgia" w:hAnsi="Georgia" w:cs="Times New Roman"/>
          <w:b/>
          <w:i w:val="0"/>
          <w:color w:val="000000"/>
          <w:sz w:val="24"/>
          <w:rtl/>
          <w:szCs w:val="32"/>
        </w:rPr>
        <w:t>צ״ה</w:t>
      </w:r>
      <w:r>
        <w:rPr>
          <w:rFonts w:ascii="Georgia" w:hAnsi="Georgia"/>
          <w:b w:val="0"/>
          <w:i w:val="0"/>
          <w:color w:val="000000"/>
          <w:sz w:val="24"/>
        </w:rPr>
        <w:t xml:space="preserve">), и это — [Имена] ЭЛЬ (31) и АДОНАЙ (65) [Говорит Шмуэль: с колелем]. Слово </w:t>
      </w:r>
      <w:r>
        <w:rPr>
          <w:rFonts w:ascii="Georgia" w:hAnsi="Georgia"/>
          <w:b w:val="0"/>
          <w:i/>
          <w:color w:val="000000"/>
          <w:sz w:val="24"/>
        </w:rPr>
        <w:t>ханун</w:t>
      </w:r>
      <w:r>
        <w:rPr>
          <w:rFonts w:ascii="Georgia" w:hAnsi="Georgia"/>
          <w:b w:val="0"/>
          <w:i w:val="0"/>
          <w:color w:val="000000"/>
          <w:sz w:val="24"/>
        </w:rPr>
        <w:t xml:space="preserve"> (</w:t>
      </w:r>
      <w:r>
        <w:rPr>
          <w:rFonts w:ascii="Georgia" w:hAnsi="Georgia" w:cs="Times New Roman"/>
          <w:b/>
          <w:i w:val="0"/>
          <w:color w:val="000000"/>
          <w:sz w:val="24"/>
          <w:rtl/>
          <w:szCs w:val="32"/>
        </w:rPr>
        <w:t>חַנּוּן</w:t>
      </w:r>
      <w:r>
        <w:rPr>
          <w:rFonts w:ascii="Georgia" w:hAnsi="Georgia"/>
          <w:b w:val="0"/>
          <w:i w:val="0"/>
          <w:color w:val="000000"/>
          <w:sz w:val="24"/>
        </w:rPr>
        <w:t>) по гематрии равно 114 (</w:t>
      </w:r>
      <w:r>
        <w:rPr>
          <w:rFonts w:ascii="Georgia" w:hAnsi="Georgia" w:cs="Times New Roman"/>
          <w:b/>
          <w:i w:val="0"/>
          <w:color w:val="000000"/>
          <w:sz w:val="24"/>
          <w:rtl/>
          <w:szCs w:val="32"/>
        </w:rPr>
        <w:t>קי״ד</w:t>
      </w:r>
      <w:r>
        <w:rPr>
          <w:rFonts w:ascii="Georgia" w:hAnsi="Georgia"/>
          <w:b w:val="0"/>
          <w:i w:val="0"/>
          <w:color w:val="000000"/>
          <w:sz w:val="24"/>
        </w:rPr>
        <w:t xml:space="preserve">), что соответствует [числу Имен] АВАЯ (26) и ЭЛОКИМ (86), составляющих ЯБОК (112), вместе с двумя их колелями. А имя, [образованное] из слова </w:t>
      </w:r>
      <w:r>
        <w:rPr>
          <w:rFonts w:ascii="Georgia" w:hAnsi="Georgia"/>
          <w:b w:val="0"/>
          <w:i/>
          <w:color w:val="000000"/>
          <w:sz w:val="24"/>
        </w:rPr>
        <w:t>аса</w:t>
      </w:r>
      <w:r>
        <w:rPr>
          <w:rFonts w:ascii="Georgia" w:hAnsi="Georgia"/>
          <w:b w:val="0"/>
          <w:i w:val="0"/>
          <w:color w:val="000000"/>
          <w:sz w:val="24"/>
        </w:rPr>
        <w:t xml:space="preserve"> в его наполнении: </w:t>
      </w:r>
      <w:r>
        <w:rPr>
          <w:rFonts w:ascii="Georgia" w:hAnsi="Georgia" w:cs="Times New Roman"/>
          <w:b/>
          <w:i w:val="0"/>
          <w:color w:val="000000"/>
          <w:sz w:val="24"/>
          <w:rtl/>
          <w:szCs w:val="32"/>
        </w:rPr>
        <w:t>עֶיֶןָ שָיְןִ היָ</w:t>
      </w:r>
      <w:r>
        <w:rPr>
          <w:rFonts w:ascii="Georgia" w:hAnsi="Georgia"/>
          <w:b w:val="0"/>
          <w:i w:val="0"/>
          <w:color w:val="000000"/>
          <w:sz w:val="24"/>
        </w:rPr>
        <w:t xml:space="preserve">, огласовано по [словам] </w:t>
      </w:r>
      <w:r>
        <w:rPr>
          <w:rFonts w:ascii="Georgia" w:hAnsi="Georgia"/>
          <w:b w:val="0"/>
          <w:i/>
          <w:color w:val="000000"/>
          <w:sz w:val="24"/>
        </w:rPr>
        <w:t>«Памятными сделал чудеса Свои»</w:t>
      </w:r>
      <w:r>
        <w:rPr>
          <w:rFonts w:ascii="Georgia" w:hAnsi="Georgia"/>
          <w:b w:val="0"/>
          <w:i w:val="0"/>
          <w:color w:val="000000"/>
          <w:sz w:val="24"/>
        </w:rPr>
        <w:t>; и это имя по гематрии равно 505 (</w:t>
      </w:r>
      <w:r>
        <w:rPr>
          <w:rFonts w:ascii="Georgia" w:hAnsi="Georgia" w:cs="Times New Roman"/>
          <w:b/>
          <w:i w:val="0"/>
          <w:color w:val="000000"/>
          <w:sz w:val="24"/>
          <w:rtl/>
          <w:szCs w:val="32"/>
        </w:rPr>
        <w:t>תק״ה</w:t>
      </w:r>
      <w:r>
        <w:rPr>
          <w:rFonts w:ascii="Georgia" w:hAnsi="Georgia"/>
          <w:b w:val="0"/>
          <w:i w:val="0"/>
          <w:color w:val="000000"/>
          <w:sz w:val="24"/>
        </w:rPr>
        <w:t>), что соответствует числу [Имени] ЦВАОТ (499) и пяти его букв [Говорит Шмуэль: с колелем].</w:t>
      </w:r>
    </w:p>
    <w:p>
      <w:pPr>
        <w:keepNext/>
        <w:spacing w:before="320" w:after="120"/>
      </w:pPr>
      <w:r>
        <w:rPr>
          <w:rFonts w:ascii="Georgia" w:hAnsi="Georgia"/>
          <w:b w:val="0"/>
          <w:i w:val="0"/>
          <w:color w:val="000000"/>
          <w:sz w:val="32"/>
        </w:rPr>
        <w:t>Ихуд 14</w:t>
      </w:r>
    </w:p>
    <w:p>
      <w:pPr>
        <w:spacing w:before="40" w:after="120"/>
        <w:jc w:val="both"/>
      </w:pPr>
      <w:r>
        <w:rPr>
          <w:rFonts w:ascii="Georgia" w:hAnsi="Georgia"/>
          <w:b w:val="0"/>
          <w:i w:val="0"/>
          <w:color w:val="000000"/>
          <w:sz w:val="24"/>
        </w:rPr>
        <w:t xml:space="preserve">К вышеупомянутому: </w:t>
      </w:r>
      <w:r>
        <w:rPr>
          <w:rFonts w:ascii="Georgia" w:hAnsi="Georgia"/>
          <w:b w:val="0"/>
          <w:i/>
          <w:color w:val="000000"/>
          <w:sz w:val="24"/>
        </w:rPr>
        <w:t>«Кто из вас боится Г-спода…»</w:t>
      </w:r>
      <w:r>
        <w:rPr>
          <w:rFonts w:ascii="Georgia" w:hAnsi="Georgia"/>
          <w:b w:val="0"/>
          <w:i w:val="0"/>
          <w:color w:val="000000"/>
          <w:sz w:val="24"/>
        </w:rPr>
        <w:t xml:space="preserve"> (Йешаяу 50:10).</w:t>
      </w:r>
    </w:p>
    <w:p>
      <w:pPr>
        <w:spacing w:before="40" w:after="120"/>
        <w:jc w:val="both"/>
      </w:pPr>
      <w:r>
        <w:rPr>
          <w:rFonts w:ascii="Georgia" w:hAnsi="Georgia"/>
          <w:b w:val="0"/>
          <w:i w:val="0"/>
          <w:color w:val="000000"/>
          <w:sz w:val="24"/>
        </w:rPr>
        <w:t>Слова «кто из вас» (</w:t>
      </w:r>
      <w:r>
        <w:rPr>
          <w:rFonts w:ascii="Georgia" w:hAnsi="Georgia" w:cs="Times New Roman"/>
          <w:b/>
          <w:i w:val="0"/>
          <w:color w:val="000000"/>
          <w:sz w:val="24"/>
          <w:rtl/>
          <w:szCs w:val="32"/>
        </w:rPr>
        <w:t>מִי בָכֶם</w:t>
      </w:r>
      <w:r>
        <w:rPr>
          <w:rFonts w:ascii="Georgia" w:hAnsi="Georgia"/>
          <w:b w:val="0"/>
          <w:i w:val="0"/>
          <w:color w:val="000000"/>
          <w:sz w:val="24"/>
        </w:rPr>
        <w:t>) по гематрии равны числу 112 (</w:t>
      </w:r>
      <w:r>
        <w:rPr>
          <w:rFonts w:ascii="Georgia" w:hAnsi="Georgia" w:cs="Times New Roman"/>
          <w:b/>
          <w:i w:val="0"/>
          <w:color w:val="000000"/>
          <w:sz w:val="24"/>
          <w:rtl/>
          <w:szCs w:val="32"/>
        </w:rPr>
        <w:t>יב״ק</w:t>
      </w:r>
      <w:r>
        <w:rPr>
          <w:rFonts w:ascii="Georgia" w:hAnsi="Georgia"/>
          <w:b w:val="0"/>
          <w:i w:val="0"/>
          <w:color w:val="000000"/>
          <w:sz w:val="24"/>
        </w:rPr>
        <w:t>) — [сумме Имен] АВАЯ [и] ЭЛОКИМ (26 + 86 = 112). Кроме того, начальные буквы слов «кто из вас боится» (</w:t>
      </w:r>
      <w:r>
        <w:rPr>
          <w:rFonts w:ascii="Georgia" w:hAnsi="Georgia" w:cs="Times New Roman"/>
          <w:b/>
          <w:i w:val="0"/>
          <w:color w:val="000000"/>
          <w:sz w:val="24"/>
          <w:rtl/>
          <w:szCs w:val="32"/>
        </w:rPr>
        <w:t>מִי בָכֶם יָרֵא</w:t>
      </w:r>
      <w:r>
        <w:rPr>
          <w:rFonts w:ascii="Georgia" w:hAnsi="Georgia"/>
          <w:b w:val="0"/>
          <w:i w:val="0"/>
          <w:color w:val="000000"/>
          <w:sz w:val="24"/>
        </w:rPr>
        <w:t>):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и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 составляют БОН (</w:t>
      </w:r>
      <w:r>
        <w:rPr>
          <w:rFonts w:ascii="Georgia" w:hAnsi="Georgia" w:cs="Times New Roman"/>
          <w:b/>
          <w:i w:val="0"/>
          <w:color w:val="000000"/>
          <w:sz w:val="24"/>
          <w:rtl/>
          <w:szCs w:val="32"/>
        </w:rPr>
        <w:t>ב״ן</w:t>
      </w:r>
      <w:r>
        <w:rPr>
          <w:rFonts w:ascii="Georgia" w:hAnsi="Georgia"/>
          <w:b w:val="0"/>
          <w:i w:val="0"/>
          <w:color w:val="000000"/>
          <w:sz w:val="24"/>
        </w:rPr>
        <w:t xml:space="preserve"> = 52). А вместе с начальной буквой йод (</w:t>
      </w:r>
      <w:r>
        <w:rPr>
          <w:rFonts w:ascii="Georgia" w:hAnsi="Georgia" w:cs="Times New Roman"/>
          <w:b/>
          <w:i w:val="0"/>
          <w:color w:val="000000"/>
          <w:sz w:val="24"/>
          <w:rtl/>
          <w:szCs w:val="32"/>
        </w:rPr>
        <w:t>י</w:t>
      </w:r>
      <w:r>
        <w:rPr>
          <w:rFonts w:ascii="Georgia" w:hAnsi="Georgia"/>
          <w:b w:val="0"/>
          <w:i w:val="0"/>
          <w:color w:val="000000"/>
          <w:sz w:val="24"/>
        </w:rPr>
        <w:t xml:space="preserve"> = 10) Имени АВАЯ получается 62 (</w:t>
      </w:r>
      <w:r>
        <w:rPr>
          <w:rFonts w:ascii="Georgia" w:hAnsi="Georgia" w:cs="Times New Roman"/>
          <w:b/>
          <w:i w:val="0"/>
          <w:color w:val="000000"/>
          <w:sz w:val="24"/>
          <w:rtl/>
          <w:szCs w:val="32"/>
        </w:rPr>
        <w:t>ס״ב</w:t>
      </w:r>
      <w:r>
        <w:rPr>
          <w:rFonts w:ascii="Georgia" w:hAnsi="Georgia"/>
          <w:b w:val="0"/>
          <w:i w:val="0"/>
          <w:color w:val="000000"/>
          <w:sz w:val="24"/>
        </w:rPr>
        <w:t>). Также само слово «из вас» (</w:t>
      </w:r>
      <w:r>
        <w:rPr>
          <w:rFonts w:ascii="Georgia" w:hAnsi="Georgia" w:cs="Times New Roman"/>
          <w:b/>
          <w:i w:val="0"/>
          <w:color w:val="000000"/>
          <w:sz w:val="24"/>
          <w:rtl/>
          <w:szCs w:val="32"/>
        </w:rPr>
        <w:t>בָּכֶם</w:t>
      </w:r>
      <w:r>
        <w:rPr>
          <w:rFonts w:ascii="Georgia" w:hAnsi="Georgia"/>
          <w:b w:val="0"/>
          <w:i w:val="0"/>
          <w:color w:val="000000"/>
          <w:sz w:val="24"/>
        </w:rPr>
        <w:t>) по гематрии равно 62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буква каф [</w:t>
      </w:r>
      <w:r>
        <w:rPr>
          <w:rFonts w:ascii="Georgia" w:hAnsi="Georgia" w:cs="Times New Roman"/>
          <w:b/>
          <w:i w:val="0"/>
          <w:color w:val="000000"/>
          <w:sz w:val="24"/>
          <w:rtl/>
          <w:szCs w:val="32"/>
        </w:rPr>
        <w:t>כ</w:t>
      </w:r>
      <w:r>
        <w:rPr>
          <w:rFonts w:ascii="Georgia" w:hAnsi="Georgia"/>
          <w:b w:val="0"/>
          <w:i w:val="0"/>
          <w:color w:val="000000"/>
          <w:sz w:val="24"/>
        </w:rPr>
        <w:t xml:space="preserve"> = 20] и буква мэм [</w:t>
      </w:r>
      <w:r>
        <w:rPr>
          <w:rFonts w:ascii="Georgia" w:hAnsi="Georgia" w:cs="Times New Roman"/>
          <w:b/>
          <w:i w:val="0"/>
          <w:color w:val="000000"/>
          <w:sz w:val="24"/>
          <w:rtl/>
          <w:szCs w:val="32"/>
        </w:rPr>
        <w:t>ם</w:t>
      </w:r>
      <w:r>
        <w:rPr>
          <w:rFonts w:ascii="Georgia" w:hAnsi="Georgia"/>
          <w:b w:val="0"/>
          <w:i w:val="0"/>
          <w:color w:val="000000"/>
          <w:sz w:val="24"/>
        </w:rPr>
        <w:t xml:space="preserve"> = 40]).</w:t>
      </w:r>
    </w:p>
    <w:p>
      <w:pPr>
        <w:spacing w:before="40" w:after="120"/>
        <w:jc w:val="both"/>
      </w:pPr>
      <w:r>
        <w:rPr>
          <w:rFonts w:ascii="Georgia" w:hAnsi="Georgia"/>
          <w:b w:val="0"/>
          <w:i w:val="0"/>
          <w:color w:val="000000"/>
          <w:sz w:val="24"/>
        </w:rPr>
        <w:t xml:space="preserve">Первое число 62, полученное из четырех слов [стиха], — это одно [наполнение Имени] АВАЯ, составляющее 62, вот такое: </w:t>
      </w:r>
      <w:r>
        <w:rPr>
          <w:rFonts w:ascii="Georgia" w:hAnsi="Georgia" w:cs="Times New Roman"/>
          <w:b/>
          <w:i w:val="0"/>
          <w:color w:val="000000"/>
          <w:sz w:val="24"/>
          <w:rtl/>
          <w:szCs w:val="32"/>
        </w:rPr>
        <w:t>יו״ד ה״י ו״ו ה״י</w:t>
      </w:r>
      <w:r>
        <w:rPr>
          <w:rFonts w:ascii="Georgia" w:hAnsi="Georgia"/>
          <w:b w:val="0"/>
          <w:i w:val="0"/>
          <w:color w:val="000000"/>
          <w:sz w:val="24"/>
        </w:rPr>
        <w:t>, что по гематрии равно двум [Именам] ЭЛЬ (</w:t>
      </w:r>
      <w:r>
        <w:rPr>
          <w:rFonts w:ascii="Georgia" w:hAnsi="Georgia" w:cs="Times New Roman"/>
          <w:b/>
          <w:i w:val="0"/>
          <w:color w:val="000000"/>
          <w:sz w:val="24"/>
          <w:rtl/>
          <w:szCs w:val="32"/>
        </w:rPr>
        <w:t>אֵל</w:t>
      </w:r>
      <w:r>
        <w:rPr>
          <w:rFonts w:ascii="Georgia" w:hAnsi="Georgia"/>
          <w:b w:val="0"/>
          <w:i w:val="0"/>
          <w:color w:val="000000"/>
          <w:sz w:val="24"/>
        </w:rPr>
        <w:t xml:space="preserve"> = 31; 31 × 2 = 62). И именно в этом заключается намерение (</w:t>
      </w:r>
      <w:r>
        <w:rPr>
          <w:rFonts w:ascii="Georgia" w:hAnsi="Georgia"/>
          <w:b w:val="0"/>
          <w:i/>
          <w:color w:val="000000"/>
          <w:sz w:val="24"/>
        </w:rPr>
        <w:t>кавана</w:t>
      </w:r>
      <w:r>
        <w:rPr>
          <w:rFonts w:ascii="Georgia" w:hAnsi="Georgia"/>
          <w:b w:val="0"/>
          <w:i w:val="0"/>
          <w:color w:val="000000"/>
          <w:sz w:val="24"/>
        </w:rPr>
        <w:t>) относительно [Имени] АВАЯ, написанного в [этом] стихе. А второе число 62 — [от слова] «из вас» — это АВАЯ с наполнением МА (45) через алеф, Имя ЙА (</w:t>
      </w:r>
      <w:r>
        <w:rPr>
          <w:rFonts w:ascii="Georgia" w:hAnsi="Georgia" w:cs="Times New Roman"/>
          <w:b/>
          <w:i w:val="0"/>
          <w:color w:val="000000"/>
          <w:sz w:val="24"/>
          <w:rtl/>
          <w:szCs w:val="32"/>
        </w:rPr>
        <w:t>יָהּ</w:t>
      </w:r>
      <w:r>
        <w:rPr>
          <w:rFonts w:ascii="Georgia" w:hAnsi="Georgia"/>
          <w:b w:val="0"/>
          <w:i w:val="0"/>
          <w:color w:val="000000"/>
          <w:sz w:val="24"/>
        </w:rPr>
        <w:t xml:space="preserve"> = 15) и два колеля (45 + 15 + 2 = 62). И оба числа 62 вместе составляют 124 (</w:t>
      </w:r>
      <w:r>
        <w:rPr>
          <w:rFonts w:ascii="Georgia" w:hAnsi="Georgia" w:cs="Times New Roman"/>
          <w:b/>
          <w:i w:val="0"/>
          <w:color w:val="000000"/>
          <w:sz w:val="24"/>
          <w:rtl/>
          <w:szCs w:val="32"/>
        </w:rPr>
        <w:t>קכ״ד</w:t>
      </w:r>
      <w:r>
        <w:rPr>
          <w:rFonts w:ascii="Georgia" w:hAnsi="Georgia"/>
          <w:b w:val="0"/>
          <w:i w:val="0"/>
          <w:color w:val="000000"/>
          <w:sz w:val="24"/>
        </w:rPr>
        <w:t>).</w:t>
      </w:r>
    </w:p>
    <w:p>
      <w:pPr>
        <w:spacing w:before="40" w:after="120"/>
        <w:jc w:val="both"/>
      </w:pPr>
      <w:r>
        <w:rPr>
          <w:rFonts w:ascii="Georgia" w:hAnsi="Georgia"/>
          <w:b w:val="0"/>
          <w:i w:val="0"/>
          <w:color w:val="000000"/>
          <w:sz w:val="24"/>
        </w:rPr>
        <w:t>[Слова] «боится Г-спода» (</w:t>
      </w:r>
      <w:r>
        <w:rPr>
          <w:rFonts w:ascii="Georgia" w:hAnsi="Georgia" w:cs="Times New Roman"/>
          <w:b/>
          <w:i w:val="0"/>
          <w:color w:val="000000"/>
          <w:sz w:val="24"/>
          <w:rtl/>
          <w:szCs w:val="32"/>
        </w:rPr>
        <w:t>יָרֵא</w:t>
      </w:r>
      <w:r>
        <w:rPr>
          <w:rFonts w:ascii="Georgia" w:hAnsi="Georgia"/>
          <w:b w:val="0"/>
          <w:i w:val="0"/>
          <w:color w:val="000000"/>
          <w:sz w:val="24"/>
        </w:rPr>
        <w:t xml:space="preserve"> и АВАЯ; 211 + 26) по гематрии составляют 237 (</w:t>
      </w:r>
      <w:r>
        <w:rPr>
          <w:rFonts w:ascii="Georgia" w:hAnsi="Georgia" w:cs="Times New Roman"/>
          <w:b/>
          <w:i w:val="0"/>
          <w:color w:val="000000"/>
          <w:sz w:val="24"/>
          <w:rtl/>
          <w:szCs w:val="32"/>
        </w:rPr>
        <w:t>רל״ז</w:t>
      </w:r>
      <w:r>
        <w:rPr>
          <w:rFonts w:ascii="Georgia" w:hAnsi="Georgia"/>
          <w:b w:val="0"/>
          <w:i w:val="0"/>
          <w:color w:val="000000"/>
          <w:sz w:val="24"/>
        </w:rPr>
        <w:t>). Это, как известно, [с колелем соответствует] высоте (</w:t>
      </w:r>
      <w:r>
        <w:rPr>
          <w:rFonts w:ascii="Georgia" w:hAnsi="Georgia"/>
          <w:b w:val="0"/>
          <w:i/>
          <w:color w:val="000000"/>
          <w:sz w:val="24"/>
        </w:rPr>
        <w:t>шиур кома</w:t>
      </w:r>
      <w:r>
        <w:rPr>
          <w:rFonts w:ascii="Georgia" w:hAnsi="Georgia"/>
          <w:b w:val="0"/>
          <w:i w:val="0"/>
          <w:color w:val="000000"/>
          <w:sz w:val="24"/>
        </w:rPr>
        <w:t>) ангела — 236 (</w:t>
      </w:r>
      <w:r>
        <w:rPr>
          <w:rFonts w:ascii="Georgia" w:hAnsi="Georgia" w:cs="Times New Roman"/>
          <w:b/>
          <w:i w:val="0"/>
          <w:color w:val="000000"/>
          <w:sz w:val="24"/>
          <w:rtl/>
          <w:szCs w:val="32"/>
        </w:rPr>
        <w:t>רל״ו</w:t>
      </w:r>
      <w:r>
        <w:rPr>
          <w:rFonts w:ascii="Georgia" w:hAnsi="Georgia"/>
          <w:b w:val="0"/>
          <w:i w:val="0"/>
          <w:color w:val="000000"/>
          <w:sz w:val="24"/>
        </w:rPr>
        <w:t xml:space="preserve">). В этом смысл стиха </w:t>
      </w:r>
      <w:r>
        <w:rPr>
          <w:rFonts w:ascii="Georgia" w:hAnsi="Georgia"/>
          <w:b w:val="0"/>
          <w:i/>
          <w:color w:val="000000"/>
          <w:sz w:val="24"/>
        </w:rPr>
        <w:t>«Велик Владыка наш и велика сила [Его]…»</w:t>
      </w:r>
      <w:r>
        <w:rPr>
          <w:rFonts w:ascii="Georgia" w:hAnsi="Georgia"/>
          <w:b w:val="0"/>
          <w:i w:val="0"/>
          <w:color w:val="000000"/>
          <w:sz w:val="24"/>
        </w:rPr>
        <w:t xml:space="preserve"> (Теилим 147:5), где [слова «и велика сила»] по гематрии равны 256 (</w:t>
      </w:r>
      <w:r>
        <w:rPr>
          <w:rFonts w:ascii="Georgia" w:hAnsi="Georgia" w:cs="Times New Roman"/>
          <w:b/>
          <w:i w:val="0"/>
          <w:color w:val="000000"/>
          <w:sz w:val="24"/>
          <w:rtl/>
          <w:szCs w:val="32"/>
        </w:rPr>
        <w:t>רנ״ו</w:t>
      </w:r>
      <w:r>
        <w:rPr>
          <w:rFonts w:ascii="Georgia" w:hAnsi="Georgia"/>
          <w:b w:val="0"/>
          <w:i w:val="0"/>
          <w:color w:val="000000"/>
          <w:sz w:val="24"/>
        </w:rPr>
        <w:t xml:space="preserve"> [в тексте; по числовому значению «и велика сила» — 236]). А начальные буквы слов </w:t>
      </w:r>
      <w:r>
        <w:rPr>
          <w:rFonts w:ascii="Georgia" w:hAnsi="Georgia"/>
          <w:b w:val="0"/>
          <w:i/>
          <w:color w:val="000000"/>
          <w:sz w:val="24"/>
        </w:rPr>
        <w:t>«[…велика] сила, разуму Его нет числа»</w:t>
      </w:r>
      <w:r>
        <w:rPr>
          <w:rFonts w:ascii="Georgia" w:hAnsi="Georgia"/>
          <w:b w:val="0"/>
          <w:i w:val="0"/>
          <w:color w:val="000000"/>
          <w:sz w:val="24"/>
        </w:rPr>
        <w:t xml:space="preserve"> (</w:t>
      </w:r>
      <w:r>
        <w:rPr>
          <w:rFonts w:ascii="Georgia" w:hAnsi="Georgia" w:cs="Times New Roman"/>
          <w:b/>
          <w:i w:val="0"/>
          <w:color w:val="000000"/>
          <w:sz w:val="24"/>
          <w:rtl/>
          <w:szCs w:val="32"/>
        </w:rPr>
        <w:t>כֹּחַ לִתְבוּנָתוֹ אֵין מִסְפָּר</w:t>
      </w:r>
      <w:r>
        <w:rPr>
          <w:rFonts w:ascii="Georgia" w:hAnsi="Georgia"/>
          <w:b w:val="0"/>
          <w:i w:val="0"/>
          <w:color w:val="000000"/>
          <w:sz w:val="24"/>
        </w:rPr>
        <w:t xml:space="preserve">) образуют [буквы слова] </w:t>
      </w:r>
      <w:r>
        <w:rPr>
          <w:rFonts w:ascii="Georgia" w:hAnsi="Georgia"/>
          <w:b w:val="0"/>
          <w:i/>
          <w:color w:val="000000"/>
          <w:sz w:val="24"/>
        </w:rPr>
        <w:t>малах</w:t>
      </w:r>
      <w:r>
        <w:rPr>
          <w:rFonts w:ascii="Georgia" w:hAnsi="Georgia"/>
          <w:b w:val="0"/>
          <w:i w:val="0"/>
          <w:color w:val="000000"/>
          <w:sz w:val="24"/>
        </w:rPr>
        <w:t xml:space="preserve"> — «ангел» (</w:t>
      </w:r>
      <w:r>
        <w:rPr>
          <w:rFonts w:ascii="Georgia" w:hAnsi="Georgia" w:cs="Times New Roman"/>
          <w:b/>
          <w:i w:val="0"/>
          <w:color w:val="000000"/>
          <w:sz w:val="24"/>
          <w:rtl/>
          <w:szCs w:val="32"/>
        </w:rPr>
        <w:t>מַלְאָךְ</w:t>
      </w:r>
      <w:r>
        <w:rPr>
          <w:rFonts w:ascii="Georgia" w:hAnsi="Georgia"/>
          <w:b w:val="0"/>
          <w:i w:val="0"/>
          <w:color w:val="000000"/>
          <w:sz w:val="24"/>
        </w:rPr>
        <w:t>).</w:t>
      </w:r>
    </w:p>
    <w:p>
      <w:pPr>
        <w:spacing w:before="40" w:after="120"/>
        <w:jc w:val="both"/>
      </w:pPr>
      <w:r>
        <w:rPr>
          <w:rFonts w:ascii="Georgia" w:hAnsi="Georgia"/>
          <w:b w:val="0"/>
          <w:i w:val="0"/>
          <w:color w:val="000000"/>
          <w:sz w:val="24"/>
        </w:rPr>
        <w:t>Конечные буквы [слов] «кто из вас боится Г-спода»: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слова «кто», буква мэм (</w:t>
      </w:r>
      <w:r>
        <w:rPr>
          <w:rFonts w:ascii="Georgia" w:hAnsi="Georgia" w:cs="Times New Roman"/>
          <w:b/>
          <w:i w:val="0"/>
          <w:color w:val="000000"/>
          <w:sz w:val="24"/>
          <w:rtl/>
          <w:szCs w:val="32"/>
        </w:rPr>
        <w:t>ם</w:t>
      </w:r>
      <w:r>
        <w:rPr>
          <w:rFonts w:ascii="Georgia" w:hAnsi="Georgia"/>
          <w:b w:val="0"/>
          <w:i w:val="0"/>
          <w:color w:val="000000"/>
          <w:sz w:val="24"/>
        </w:rPr>
        <w:t xml:space="preserve"> = 40) слова «из вас»,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слова «боится»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Имени АВАЯ — составляют 56 (</w:t>
      </w:r>
      <w:r>
        <w:rPr>
          <w:rFonts w:ascii="Georgia" w:hAnsi="Georgia" w:cs="Times New Roman"/>
          <w:b/>
          <w:i w:val="0"/>
          <w:color w:val="000000"/>
          <w:sz w:val="24"/>
          <w:rtl/>
          <w:szCs w:val="32"/>
        </w:rPr>
        <w:t>נ״ו</w:t>
      </w:r>
      <w:r>
        <w:rPr>
          <w:rFonts w:ascii="Georgia" w:hAnsi="Georgia"/>
          <w:b w:val="0"/>
          <w:i w:val="0"/>
          <w:color w:val="000000"/>
          <w:sz w:val="24"/>
        </w:rPr>
        <w:t>), что [с колелем] равно [сумме Имен] ЭЛЬ (</w:t>
      </w:r>
      <w:r>
        <w:rPr>
          <w:rFonts w:ascii="Georgia" w:hAnsi="Georgia" w:cs="Times New Roman"/>
          <w:b/>
          <w:i w:val="0"/>
          <w:color w:val="000000"/>
          <w:sz w:val="24"/>
          <w:rtl/>
          <w:szCs w:val="32"/>
        </w:rPr>
        <w:t>אֵל</w:t>
      </w:r>
      <w:r>
        <w:rPr>
          <w:rFonts w:ascii="Georgia" w:hAnsi="Georgia"/>
          <w:b w:val="0"/>
          <w:i w:val="0"/>
          <w:color w:val="000000"/>
          <w:sz w:val="24"/>
        </w:rPr>
        <w:t xml:space="preserve"> = 31) [и] АВАЯ (26) (31 + 26 = 57).</w:t>
      </w:r>
    </w:p>
    <w:p>
      <w:pPr>
        <w:spacing w:before="40" w:after="120"/>
        <w:jc w:val="both"/>
      </w:pPr>
      <w:r>
        <w:rPr>
          <w:rFonts w:ascii="Georgia" w:hAnsi="Georgia"/>
          <w:b w:val="0"/>
          <w:i w:val="0"/>
          <w:color w:val="000000"/>
          <w:sz w:val="24"/>
        </w:rPr>
        <w:t>Начальные буквы слов «слушается голоса раба Его» (</w:t>
      </w:r>
      <w:r>
        <w:rPr>
          <w:rFonts w:ascii="Georgia" w:hAnsi="Georgia" w:cs="Times New Roman"/>
          <w:b/>
          <w:i w:val="0"/>
          <w:color w:val="000000"/>
          <w:sz w:val="24"/>
          <w:rtl/>
          <w:szCs w:val="32"/>
        </w:rPr>
        <w:t>שֹׁמֵעַ בְּקוֹל עַבְדּוֹ</w:t>
      </w:r>
      <w:r>
        <w:rPr>
          <w:rFonts w:ascii="Georgia" w:hAnsi="Georgia"/>
          <w:b w:val="0"/>
          <w:i w:val="0"/>
          <w:color w:val="000000"/>
          <w:sz w:val="24"/>
        </w:rPr>
        <w:t>): буква шин (</w:t>
      </w:r>
      <w:r>
        <w:rPr>
          <w:rFonts w:ascii="Georgia" w:hAnsi="Georgia" w:cs="Times New Roman"/>
          <w:b/>
          <w:i w:val="0"/>
          <w:color w:val="000000"/>
          <w:sz w:val="24"/>
          <w:rtl/>
          <w:szCs w:val="32"/>
        </w:rPr>
        <w:t>ש</w:t>
      </w:r>
      <w:r>
        <w:rPr>
          <w:rFonts w:ascii="Georgia" w:hAnsi="Georgia"/>
          <w:b w:val="0"/>
          <w:i w:val="0"/>
          <w:color w:val="000000"/>
          <w:sz w:val="24"/>
        </w:rPr>
        <w:t>), буква бэт (</w:t>
      </w:r>
      <w:r>
        <w:rPr>
          <w:rFonts w:ascii="Georgia" w:hAnsi="Georgia" w:cs="Times New Roman"/>
          <w:b/>
          <w:i w:val="0"/>
          <w:color w:val="000000"/>
          <w:sz w:val="24"/>
          <w:rtl/>
          <w:szCs w:val="32"/>
        </w:rPr>
        <w:t>ב</w:t>
      </w:r>
      <w:r>
        <w:rPr>
          <w:rFonts w:ascii="Georgia" w:hAnsi="Georgia"/>
          <w:b w:val="0"/>
          <w:i w:val="0"/>
          <w:color w:val="000000"/>
          <w:sz w:val="24"/>
        </w:rPr>
        <w:t>) и буква айн (</w:t>
      </w:r>
      <w:r>
        <w:rPr>
          <w:rFonts w:ascii="Georgia" w:hAnsi="Georgia" w:cs="Times New Roman"/>
          <w:b/>
          <w:i w:val="0"/>
          <w:color w:val="000000"/>
          <w:sz w:val="24"/>
          <w:rtl/>
          <w:szCs w:val="32"/>
        </w:rPr>
        <w:t>ע</w:t>
      </w:r>
      <w:r>
        <w:rPr>
          <w:rFonts w:ascii="Georgia" w:hAnsi="Georgia"/>
          <w:b w:val="0"/>
          <w:i w:val="0"/>
          <w:color w:val="000000"/>
          <w:sz w:val="24"/>
        </w:rPr>
        <w:t xml:space="preserve">) — составляют слово </w:t>
      </w:r>
      <w:r>
        <w:rPr>
          <w:rFonts w:ascii="Georgia" w:hAnsi="Georgia"/>
          <w:b w:val="0"/>
          <w:i/>
          <w:color w:val="000000"/>
          <w:sz w:val="24"/>
        </w:rPr>
        <w:t>шева</w:t>
      </w:r>
      <w:r>
        <w:rPr>
          <w:rFonts w:ascii="Georgia" w:hAnsi="Georgia"/>
          <w:b w:val="0"/>
          <w:i w:val="0"/>
          <w:color w:val="000000"/>
          <w:sz w:val="24"/>
        </w:rPr>
        <w:t xml:space="preserve"> («семь», </w:t>
      </w:r>
      <w:r>
        <w:rPr>
          <w:rFonts w:ascii="Georgia" w:hAnsi="Georgia" w:cs="Times New Roman"/>
          <w:b/>
          <w:i w:val="0"/>
          <w:color w:val="000000"/>
          <w:sz w:val="24"/>
          <w:rtl/>
          <w:szCs w:val="32"/>
        </w:rPr>
        <w:t>שֶׁבַע</w:t>
      </w:r>
      <w:r>
        <w:rPr>
          <w:rFonts w:ascii="Georgia" w:hAnsi="Georgia"/>
          <w:b w:val="0"/>
          <w:i w:val="0"/>
          <w:color w:val="000000"/>
          <w:sz w:val="24"/>
        </w:rPr>
        <w:t xml:space="preserve">). Это семь букв йод, имеющихся в [наполнении Имени] АВАЯ через йод (АБ) и в [наполнении Имени] ЭЙЕ через йод. Кроме того, в самом [слове] </w:t>
      </w:r>
      <w:r>
        <w:rPr>
          <w:rFonts w:ascii="Georgia" w:hAnsi="Georgia"/>
          <w:b w:val="0"/>
          <w:i/>
          <w:color w:val="000000"/>
          <w:sz w:val="24"/>
        </w:rPr>
        <w:t>шева</w:t>
      </w:r>
      <w:r>
        <w:rPr>
          <w:rFonts w:ascii="Georgia" w:hAnsi="Georgia"/>
          <w:b w:val="0"/>
          <w:i w:val="0"/>
          <w:color w:val="000000"/>
          <w:sz w:val="24"/>
        </w:rPr>
        <w:t xml:space="preserve"> (</w:t>
      </w:r>
      <w:r>
        <w:rPr>
          <w:rFonts w:ascii="Georgia" w:hAnsi="Georgia" w:cs="Times New Roman"/>
          <w:b/>
          <w:i w:val="0"/>
          <w:color w:val="000000"/>
          <w:sz w:val="24"/>
          <w:rtl/>
          <w:szCs w:val="32"/>
        </w:rPr>
        <w:t>שֶׁבַע</w:t>
      </w:r>
      <w:r>
        <w:rPr>
          <w:rFonts w:ascii="Georgia" w:hAnsi="Georgia"/>
          <w:b w:val="0"/>
          <w:i w:val="0"/>
          <w:color w:val="000000"/>
          <w:sz w:val="24"/>
        </w:rPr>
        <w:t>)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 это [Имя] ЭЛОКИМ с наполнением через йод (гематрия которого 300), а буквы бэт и айн (</w:t>
      </w:r>
      <w:r>
        <w:rPr>
          <w:rFonts w:ascii="Georgia" w:hAnsi="Georgia" w:cs="Times New Roman"/>
          <w:b/>
          <w:i w:val="0"/>
          <w:color w:val="000000"/>
          <w:sz w:val="24"/>
          <w:rtl/>
          <w:szCs w:val="32"/>
        </w:rPr>
        <w:t>ב״ע</w:t>
      </w:r>
      <w:r>
        <w:rPr>
          <w:rFonts w:ascii="Georgia" w:hAnsi="Georgia"/>
          <w:b w:val="0"/>
          <w:i w:val="0"/>
          <w:color w:val="000000"/>
          <w:sz w:val="24"/>
        </w:rPr>
        <w:t xml:space="preserve"> = 72, то же что АБ [</w:t>
      </w:r>
      <w:r>
        <w:rPr>
          <w:rFonts w:ascii="Georgia" w:hAnsi="Georgia" w:cs="Times New Roman"/>
          <w:b/>
          <w:i w:val="0"/>
          <w:color w:val="000000"/>
          <w:sz w:val="24"/>
          <w:rtl/>
          <w:szCs w:val="32"/>
        </w:rPr>
        <w:t>ע״ב</w:t>
      </w:r>
      <w:r>
        <w:rPr>
          <w:rFonts w:ascii="Georgia" w:hAnsi="Georgia"/>
          <w:b w:val="0"/>
          <w:i w:val="0"/>
          <w:color w:val="000000"/>
          <w:sz w:val="24"/>
        </w:rPr>
        <w:t xml:space="preserve">]) — это АВАЯ с наполнением через йод (АБ = 72). Также в двух упомянутых Именах — АВАЯ [и] ЭЛОКИМ — в их наполнениях [через йод] содержатся шесть букв йод, а вместе с колелем получается семь букв йод, что также составляет [слово] </w:t>
      </w:r>
      <w:r>
        <w:rPr>
          <w:rFonts w:ascii="Georgia" w:hAnsi="Georgia"/>
          <w:b w:val="0"/>
          <w:i/>
          <w:color w:val="000000"/>
          <w:sz w:val="24"/>
        </w:rPr>
        <w:t>шева</w:t>
      </w:r>
      <w:r>
        <w:rPr>
          <w:rFonts w:ascii="Georgia" w:hAnsi="Georgia"/>
          <w:b w:val="0"/>
          <w:i w:val="0"/>
          <w:color w:val="000000"/>
          <w:sz w:val="24"/>
        </w:rPr>
        <w:t xml:space="preserve"> (</w:t>
      </w:r>
      <w:r>
        <w:rPr>
          <w:rFonts w:ascii="Georgia" w:hAnsi="Georgia" w:cs="Times New Roman"/>
          <w:b/>
          <w:i w:val="0"/>
          <w:color w:val="000000"/>
          <w:sz w:val="24"/>
          <w:rtl/>
          <w:szCs w:val="32"/>
        </w:rPr>
        <w:t>שֶׁבַע</w:t>
      </w:r>
      <w:r>
        <w:rPr>
          <w:rFonts w:ascii="Georgia" w:hAnsi="Georgia"/>
          <w:b w:val="0"/>
          <w:i w:val="0"/>
          <w:color w:val="000000"/>
          <w:sz w:val="24"/>
        </w:rPr>
        <w:t>).</w:t>
      </w:r>
    </w:p>
    <w:p>
      <w:pPr>
        <w:spacing w:before="40" w:after="120"/>
        <w:jc w:val="both"/>
      </w:pPr>
      <w:r>
        <w:rPr>
          <w:rFonts w:ascii="Georgia" w:hAnsi="Georgia"/>
          <w:b w:val="0"/>
          <w:i w:val="0"/>
          <w:color w:val="000000"/>
          <w:sz w:val="24"/>
        </w:rPr>
        <w:t>Слово «в голосе» (</w:t>
      </w:r>
      <w:r>
        <w:rPr>
          <w:rFonts w:ascii="Georgia" w:hAnsi="Georgia" w:cs="Times New Roman"/>
          <w:b/>
          <w:i w:val="0"/>
          <w:color w:val="000000"/>
          <w:sz w:val="24"/>
          <w:rtl/>
          <w:szCs w:val="32"/>
        </w:rPr>
        <w:t>בְּקוֹל</w:t>
      </w:r>
      <w:r>
        <w:rPr>
          <w:rFonts w:ascii="Georgia" w:hAnsi="Georgia"/>
          <w:b w:val="0"/>
          <w:i w:val="0"/>
          <w:color w:val="000000"/>
          <w:sz w:val="24"/>
        </w:rPr>
        <w:t>) по гематрии равно числу 138 (</w:t>
      </w:r>
      <w:r>
        <w:rPr>
          <w:rFonts w:ascii="Georgia" w:hAnsi="Georgia" w:cs="Times New Roman"/>
          <w:b/>
          <w:i w:val="0"/>
          <w:color w:val="000000"/>
          <w:sz w:val="24"/>
          <w:rtl/>
          <w:szCs w:val="32"/>
        </w:rPr>
        <w:t>חק״ל</w:t>
      </w:r>
      <w:r>
        <w:rPr>
          <w:rFonts w:ascii="Georgia" w:hAnsi="Georgia"/>
          <w:b w:val="0"/>
          <w:i w:val="0"/>
          <w:color w:val="000000"/>
          <w:sz w:val="24"/>
        </w:rPr>
        <w:t>), что соответствует [сумме четырех Имен]: АВАЯ (26), ЭЙЕ (21), АВАЯ (26) [и] АДОНАЙ (65) (26 + 21 + 26 + 65 = 138). [Говорит Шмуэль: это с колелем. [В слове] «раба Его» (</w:t>
      </w:r>
      <w:r>
        <w:rPr>
          <w:rFonts w:ascii="Georgia" w:hAnsi="Georgia" w:cs="Times New Roman"/>
          <w:b/>
          <w:i w:val="0"/>
          <w:color w:val="000000"/>
          <w:sz w:val="24"/>
          <w:rtl/>
          <w:szCs w:val="32"/>
        </w:rPr>
        <w:t>עַבְדּוֹ</w:t>
      </w:r>
      <w:r>
        <w:rPr>
          <w:rFonts w:ascii="Georgia" w:hAnsi="Georgia"/>
          <w:b w:val="0"/>
          <w:i w:val="0"/>
          <w:color w:val="000000"/>
          <w:sz w:val="24"/>
        </w:rPr>
        <w:t>): буквы айн и бэт (</w:t>
      </w:r>
      <w:r>
        <w:rPr>
          <w:rFonts w:ascii="Georgia" w:hAnsi="Georgia" w:cs="Times New Roman"/>
          <w:b/>
          <w:i w:val="0"/>
          <w:color w:val="000000"/>
          <w:sz w:val="24"/>
          <w:rtl/>
          <w:szCs w:val="32"/>
        </w:rPr>
        <w:t>ע״ב</w:t>
      </w:r>
      <w:r>
        <w:rPr>
          <w:rFonts w:ascii="Georgia" w:hAnsi="Georgia"/>
          <w:b w:val="0"/>
          <w:i w:val="0"/>
          <w:color w:val="000000"/>
          <w:sz w:val="24"/>
        </w:rPr>
        <w:t xml:space="preserve"> = 72) — это АВАЯ с наполнением через йод (АБ), а четыре простые буквы [Имени АВАЯ соответствуют букве далет]. Говорит Шмуэль: мне трудно признать букву вав в этом слове служебной, и потому мне представляется лучшим сказать, что [буквы] вав и далет (</w:t>
      </w:r>
      <w:r>
        <w:rPr>
          <w:rFonts w:ascii="Georgia" w:hAnsi="Georgia" w:cs="Times New Roman"/>
          <w:b/>
          <w:i w:val="0"/>
          <w:color w:val="000000"/>
          <w:sz w:val="24"/>
          <w:rtl/>
          <w:szCs w:val="32"/>
        </w:rPr>
        <w:t>ו״ד</w:t>
      </w:r>
      <w:r>
        <w:rPr>
          <w:rFonts w:ascii="Georgia" w:hAnsi="Georgia"/>
          <w:b w:val="0"/>
          <w:i w:val="0"/>
          <w:color w:val="000000"/>
          <w:sz w:val="24"/>
        </w:rPr>
        <w:t xml:space="preserve"> = 10) по гематрии равны десяти буквам наполнения.]</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шомеа</w:t>
      </w:r>
      <w:r>
        <w:rPr>
          <w:rFonts w:ascii="Georgia" w:hAnsi="Georgia"/>
          <w:b w:val="0"/>
          <w:i w:val="0"/>
          <w:color w:val="000000"/>
          <w:sz w:val="24"/>
        </w:rPr>
        <w:t xml:space="preserve"> («слушающий», </w:t>
      </w:r>
      <w:r>
        <w:rPr>
          <w:rFonts w:ascii="Georgia" w:hAnsi="Georgia" w:cs="Times New Roman"/>
          <w:b/>
          <w:i w:val="0"/>
          <w:color w:val="000000"/>
          <w:sz w:val="24"/>
          <w:rtl/>
          <w:szCs w:val="32"/>
        </w:rPr>
        <w:t>שֹׁמֵעַ</w:t>
      </w:r>
      <w:r>
        <w:rPr>
          <w:rFonts w:ascii="Georgia" w:hAnsi="Georgia"/>
          <w:b w:val="0"/>
          <w:i w:val="0"/>
          <w:color w:val="000000"/>
          <w:sz w:val="24"/>
        </w:rPr>
        <w:t>) по гематрии равно 410 (</w:t>
      </w:r>
      <w:r>
        <w:rPr>
          <w:rFonts w:ascii="Georgia" w:hAnsi="Georgia" w:cs="Times New Roman"/>
          <w:b/>
          <w:i w:val="0"/>
          <w:color w:val="000000"/>
          <w:sz w:val="24"/>
          <w:rtl/>
          <w:szCs w:val="32"/>
        </w:rPr>
        <w:t>ת״י</w:t>
      </w:r>
      <w:r>
        <w:rPr>
          <w:rFonts w:ascii="Georgia" w:hAnsi="Georgia"/>
          <w:b w:val="0"/>
          <w:i w:val="0"/>
          <w:color w:val="000000"/>
          <w:sz w:val="24"/>
        </w:rPr>
        <w:t xml:space="preserve">) и слову </w:t>
      </w:r>
      <w:r>
        <w:rPr>
          <w:rFonts w:ascii="Georgia" w:hAnsi="Georgia"/>
          <w:b w:val="0"/>
          <w:i/>
          <w:color w:val="000000"/>
          <w:sz w:val="24"/>
        </w:rPr>
        <w:t>кадош</w:t>
      </w:r>
      <w:r>
        <w:rPr>
          <w:rFonts w:ascii="Georgia" w:hAnsi="Georgia"/>
          <w:b w:val="0"/>
          <w:i w:val="0"/>
          <w:color w:val="000000"/>
          <w:sz w:val="24"/>
        </w:rPr>
        <w:t xml:space="preserve"> («свят», </w:t>
      </w:r>
      <w:r>
        <w:rPr>
          <w:rFonts w:ascii="Georgia" w:hAnsi="Georgia" w:cs="Times New Roman"/>
          <w:b/>
          <w:i w:val="0"/>
          <w:color w:val="000000"/>
          <w:sz w:val="24"/>
          <w:rtl/>
          <w:szCs w:val="32"/>
        </w:rPr>
        <w:t>קָדוֹשׁ</w:t>
      </w:r>
      <w:r>
        <w:rPr>
          <w:rFonts w:ascii="Georgia" w:hAnsi="Georgia"/>
          <w:b w:val="0"/>
          <w:i w:val="0"/>
          <w:color w:val="000000"/>
          <w:sz w:val="24"/>
        </w:rPr>
        <w:t xml:space="preserve"> = 410). Они [соответствуют] десяти буквам наполнения [Имени] АВАЯ через йод и четырем буквам йод в нем: каждая из них включает в себя десять, что дает 400 (</w:t>
      </w:r>
      <w:r>
        <w:rPr>
          <w:rFonts w:ascii="Georgia" w:hAnsi="Georgia" w:cs="Times New Roman"/>
          <w:b/>
          <w:i w:val="0"/>
          <w:color w:val="000000"/>
          <w:sz w:val="24"/>
          <w:rtl/>
          <w:szCs w:val="32"/>
        </w:rPr>
        <w:t>ת</w:t>
      </w:r>
      <w:r>
        <w:rPr>
          <w:rFonts w:ascii="Georgia" w:hAnsi="Georgia"/>
          <w:b w:val="0"/>
          <w:i w:val="0"/>
          <w:color w:val="000000"/>
          <w:sz w:val="24"/>
        </w:rPr>
        <w:t xml:space="preserve"> = 400; 4 × 100 = 400), [а вместе с десятью буквами наполнения — 410]. И это [Имя] АВАЯ пребывает в рош де-АА.</w:t>
      </w:r>
    </w:p>
    <w:p>
      <w:pPr>
        <w:spacing w:before="40" w:after="120"/>
        <w:jc w:val="both"/>
      </w:pPr>
      <w:r>
        <w:rPr>
          <w:rFonts w:ascii="Georgia" w:hAnsi="Georgia"/>
          <w:b w:val="0"/>
          <w:i w:val="0"/>
          <w:color w:val="000000"/>
          <w:sz w:val="24"/>
        </w:rPr>
        <w:t>Конечные буквы [слов] «слушается голоса раба Его» (</w:t>
      </w:r>
      <w:r>
        <w:rPr>
          <w:rFonts w:ascii="Georgia" w:hAnsi="Georgia" w:cs="Times New Roman"/>
          <w:b/>
          <w:i w:val="0"/>
          <w:color w:val="000000"/>
          <w:sz w:val="24"/>
          <w:rtl/>
          <w:szCs w:val="32"/>
        </w:rPr>
        <w:t>שֹׁמֵעַ בְּקוֹל עַבְדּוֹ</w:t>
      </w:r>
      <w:r>
        <w:rPr>
          <w:rFonts w:ascii="Georgia" w:hAnsi="Georgia"/>
          <w:b w:val="0"/>
          <w:i w:val="0"/>
          <w:color w:val="000000"/>
          <w:sz w:val="24"/>
        </w:rPr>
        <w:t>): буква айн (</w:t>
      </w:r>
      <w:r>
        <w:rPr>
          <w:rFonts w:ascii="Georgia" w:hAnsi="Georgia" w:cs="Times New Roman"/>
          <w:b/>
          <w:i w:val="0"/>
          <w:color w:val="000000"/>
          <w:sz w:val="24"/>
          <w:rtl/>
          <w:szCs w:val="32"/>
        </w:rPr>
        <w:t>ע</w:t>
      </w:r>
      <w:r>
        <w:rPr>
          <w:rFonts w:ascii="Georgia" w:hAnsi="Georgia"/>
          <w:b w:val="0"/>
          <w:i w:val="0"/>
          <w:color w:val="000000"/>
          <w:sz w:val="24"/>
        </w:rPr>
        <w:t xml:space="preserve"> = 70),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и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 составляют 106 (</w:t>
      </w:r>
      <w:r>
        <w:rPr>
          <w:rFonts w:ascii="Georgia" w:hAnsi="Georgia" w:cs="Times New Roman"/>
          <w:b/>
          <w:i w:val="0"/>
          <w:color w:val="000000"/>
          <w:sz w:val="24"/>
          <w:rtl/>
          <w:szCs w:val="32"/>
        </w:rPr>
        <w:t>ק״ו</w:t>
      </w:r>
      <w:r>
        <w:rPr>
          <w:rFonts w:ascii="Georgia" w:hAnsi="Georgia"/>
          <w:b w:val="0"/>
          <w:i w:val="0"/>
          <w:color w:val="000000"/>
          <w:sz w:val="24"/>
        </w:rPr>
        <w:t>). Это АВАЯ с наполнением через хэй (БОН), когда ты мысленно представляешь имеющиеся в нем буквы хэй — каждую как мысленное представление трех букв вав, а также букву далет — как мысленное представление двух букв вав, и [еще одну] букву вав в нем: получается 15 букв вав (</w:t>
      </w:r>
      <w:r>
        <w:rPr>
          <w:rFonts w:ascii="Georgia" w:hAnsi="Georgia" w:cs="Times New Roman"/>
          <w:b/>
          <w:i w:val="0"/>
          <w:color w:val="000000"/>
          <w:sz w:val="24"/>
          <w:rtl/>
          <w:szCs w:val="32"/>
        </w:rPr>
        <w:t>ט״ו</w:t>
      </w:r>
      <w:r>
        <w:rPr>
          <w:rFonts w:ascii="Georgia" w:hAnsi="Georgia"/>
          <w:b w:val="0"/>
          <w:i w:val="0"/>
          <w:color w:val="000000"/>
          <w:sz w:val="24"/>
        </w:rPr>
        <w:t>), что по гематрии дает 90 (</w:t>
      </w:r>
      <w:r>
        <w:rPr>
          <w:rFonts w:ascii="Georgia" w:hAnsi="Georgia" w:cs="Times New Roman"/>
          <w:b/>
          <w:i w:val="0"/>
          <w:color w:val="000000"/>
          <w:sz w:val="24"/>
          <w:rtl/>
          <w:szCs w:val="32"/>
        </w:rPr>
        <w:t>צ</w:t>
      </w:r>
      <w:r>
        <w:rPr>
          <w:rFonts w:ascii="Georgia" w:hAnsi="Georgia"/>
          <w:b w:val="0"/>
          <w:i w:val="0"/>
          <w:color w:val="000000"/>
          <w:sz w:val="24"/>
        </w:rPr>
        <w:t xml:space="preserve"> = 90; 15 × 6 = 90). А буква йод [дает еще 10, и] получается 100 (</w:t>
      </w:r>
      <w:r>
        <w:rPr>
          <w:rFonts w:ascii="Georgia" w:hAnsi="Georgia" w:cs="Times New Roman"/>
          <w:b/>
          <w:i w:val="0"/>
          <w:color w:val="000000"/>
          <w:sz w:val="24"/>
          <w:rtl/>
          <w:szCs w:val="32"/>
        </w:rPr>
        <w:t>ק</w:t>
      </w:r>
      <w:r>
        <w:rPr>
          <w:rFonts w:ascii="Georgia" w:hAnsi="Georgia"/>
          <w:b w:val="0"/>
          <w:i w:val="0"/>
          <w:color w:val="000000"/>
          <w:sz w:val="24"/>
        </w:rPr>
        <w:t xml:space="preserve"> = 100). И вместе с буквой вав самого [Имени] АВАЯ получается 106 (</w:t>
      </w:r>
      <w:r>
        <w:rPr>
          <w:rFonts w:ascii="Georgia" w:hAnsi="Georgia" w:cs="Times New Roman"/>
          <w:b/>
          <w:i w:val="0"/>
          <w:color w:val="000000"/>
          <w:sz w:val="24"/>
          <w:rtl/>
          <w:szCs w:val="32"/>
        </w:rPr>
        <w:t>ק״ו</w:t>
      </w:r>
      <w:r>
        <w:rPr>
          <w:rFonts w:ascii="Georgia" w:hAnsi="Georgia"/>
          <w:b w:val="0"/>
          <w:i w:val="0"/>
          <w:color w:val="000000"/>
          <w:sz w:val="24"/>
        </w:rPr>
        <w:t>), так как наполнение этой буквы вав не входит в расчет.</w:t>
      </w:r>
    </w:p>
    <w:p>
      <w:pPr>
        <w:spacing w:before="40" w:after="120"/>
        <w:jc w:val="both"/>
      </w:pPr>
      <w:r>
        <w:rPr>
          <w:rFonts w:ascii="Georgia" w:hAnsi="Georgia"/>
          <w:b w:val="0"/>
          <w:i w:val="0"/>
          <w:color w:val="000000"/>
          <w:sz w:val="24"/>
        </w:rPr>
        <w:t xml:space="preserve">[Говорит Шмуэль: его мысленное представление таково: </w:t>
      </w:r>
      <w:r>
        <w:rPr>
          <w:rFonts w:ascii="Georgia" w:hAnsi="Georgia" w:cs="Times New Roman"/>
          <w:b/>
          <w:i w:val="0"/>
          <w:color w:val="000000"/>
          <w:sz w:val="24"/>
          <w:rtl/>
          <w:szCs w:val="32"/>
        </w:rPr>
        <w:t>יוד הה וו הה</w:t>
      </w:r>
      <w:r>
        <w:rPr>
          <w:rFonts w:ascii="Georgia" w:hAnsi="Georgia"/>
          <w:b w:val="0"/>
          <w:i w:val="0"/>
          <w:color w:val="000000"/>
          <w:sz w:val="24"/>
        </w:rPr>
        <w:t>. А Имя, выходящее из него, — это слово «в голосе» (</w:t>
      </w:r>
      <w:r>
        <w:rPr>
          <w:rFonts w:ascii="Georgia" w:hAnsi="Georgia" w:cs="Times New Roman"/>
          <w:b/>
          <w:i w:val="0"/>
          <w:color w:val="000000"/>
          <w:sz w:val="24"/>
          <w:rtl/>
          <w:szCs w:val="32"/>
        </w:rPr>
        <w:t>בְּקוֹל</w:t>
      </w:r>
      <w:r>
        <w:rPr>
          <w:rFonts w:ascii="Georgia" w:hAnsi="Georgia"/>
          <w:b w:val="0"/>
          <w:i w:val="0"/>
          <w:color w:val="000000"/>
          <w:sz w:val="24"/>
        </w:rPr>
        <w:t>) по системе буквенного обмена атбаш (</w:t>
      </w:r>
      <w:r>
        <w:rPr>
          <w:rFonts w:ascii="Georgia" w:hAnsi="Georgia" w:cs="Times New Roman"/>
          <w:b/>
          <w:i w:val="0"/>
          <w:color w:val="000000"/>
          <w:sz w:val="24"/>
          <w:rtl/>
          <w:szCs w:val="32"/>
        </w:rPr>
        <w:t>א״ת ב״ש</w:t>
      </w:r>
      <w:r>
        <w:rPr>
          <w:rFonts w:ascii="Georgia" w:hAnsi="Georgia"/>
          <w:b w:val="0"/>
          <w:i w:val="0"/>
          <w:color w:val="000000"/>
          <w:sz w:val="24"/>
        </w:rPr>
        <w:t xml:space="preserve">): </w:t>
      </w:r>
      <w:r>
        <w:rPr>
          <w:rFonts w:ascii="Georgia" w:hAnsi="Georgia"/>
          <w:b w:val="0"/>
          <w:i/>
          <w:color w:val="000000"/>
          <w:sz w:val="24"/>
        </w:rPr>
        <w:t>Шада-Паха</w:t>
      </w:r>
      <w:r>
        <w:rPr>
          <w:rFonts w:ascii="Georgia" w:hAnsi="Georgia"/>
          <w:b w:val="0"/>
          <w:i w:val="0"/>
          <w:color w:val="000000"/>
          <w:sz w:val="24"/>
        </w:rPr>
        <w:t xml:space="preserve"> (</w:t>
      </w:r>
      <w:r>
        <w:rPr>
          <w:rFonts w:ascii="Georgia" w:hAnsi="Georgia" w:cs="Times New Roman"/>
          <w:b/>
          <w:i w:val="0"/>
          <w:color w:val="000000"/>
          <w:sz w:val="24"/>
          <w:rtl/>
          <w:szCs w:val="32"/>
        </w:rPr>
        <w:t>שַדַ פַכַ</w:t>
      </w:r>
      <w:r>
        <w:rPr>
          <w:rFonts w:ascii="Georgia" w:hAnsi="Georgia"/>
          <w:b w:val="0"/>
          <w:i w:val="0"/>
          <w:color w:val="000000"/>
          <w:sz w:val="24"/>
        </w:rPr>
        <w:t>). А его огласовка происходит от [чисел] 72, 130, 72, 130; и по гематрии упомянутое Имя равно 404 (</w:t>
      </w:r>
      <w:r>
        <w:rPr>
          <w:rFonts w:ascii="Georgia" w:hAnsi="Georgia" w:cs="Times New Roman"/>
          <w:b/>
          <w:i w:val="0"/>
          <w:color w:val="000000"/>
          <w:sz w:val="24"/>
          <w:rtl/>
          <w:szCs w:val="32"/>
        </w:rPr>
        <w:t>ת״ד</w:t>
      </w:r>
      <w:r>
        <w:rPr>
          <w:rFonts w:ascii="Georgia" w:hAnsi="Georgia"/>
          <w:b w:val="0"/>
          <w:i w:val="0"/>
          <w:color w:val="000000"/>
          <w:sz w:val="24"/>
        </w:rPr>
        <w:t>), что представляет собой дважды по 72 и 130: 72, 130, 72, 130.]</w:t>
      </w:r>
    </w:p>
    <w:p>
      <w:pPr>
        <w:keepNext/>
        <w:spacing w:before="320" w:after="120"/>
      </w:pPr>
      <w:r>
        <w:rPr>
          <w:rFonts w:ascii="Georgia" w:hAnsi="Georgia"/>
          <w:b w:val="0"/>
          <w:i w:val="0"/>
          <w:color w:val="000000"/>
          <w:sz w:val="32"/>
        </w:rPr>
        <w:t>Ихуд 15</w:t>
      </w:r>
    </w:p>
    <w:p>
      <w:pPr>
        <w:spacing w:before="40" w:after="120"/>
        <w:jc w:val="both"/>
      </w:pPr>
      <w:r>
        <w:rPr>
          <w:rFonts w:ascii="Georgia" w:hAnsi="Georgia"/>
          <w:b w:val="0"/>
          <w:i w:val="0"/>
          <w:color w:val="000000"/>
          <w:sz w:val="24"/>
        </w:rPr>
        <w:t xml:space="preserve">К вышеупомянутому [стиху]: </w:t>
      </w:r>
      <w:r>
        <w:rPr>
          <w:rFonts w:ascii="Georgia" w:hAnsi="Georgia"/>
          <w:b w:val="0"/>
          <w:i/>
          <w:color w:val="000000"/>
          <w:sz w:val="24"/>
        </w:rPr>
        <w:t>«От Г-спода утверждаются стопы человека…»</w:t>
      </w:r>
      <w:r>
        <w:rPr>
          <w:rFonts w:ascii="Georgia" w:hAnsi="Georgia"/>
          <w:b w:val="0"/>
          <w:i w:val="0"/>
          <w:color w:val="000000"/>
          <w:sz w:val="24"/>
        </w:rPr>
        <w:t xml:space="preserve"> (Теилим 37:23). Слово </w:t>
      </w:r>
      <w:r>
        <w:rPr>
          <w:rFonts w:ascii="Georgia" w:hAnsi="Georgia"/>
          <w:b w:val="0"/>
          <w:i/>
          <w:color w:val="000000"/>
          <w:sz w:val="24"/>
        </w:rPr>
        <w:t>мей-АВАЯ</w:t>
      </w:r>
      <w:r>
        <w:rPr>
          <w:rFonts w:ascii="Georgia" w:hAnsi="Georgia"/>
          <w:b w:val="0"/>
          <w:i w:val="0"/>
          <w:color w:val="000000"/>
          <w:sz w:val="24"/>
        </w:rPr>
        <w:t xml:space="preserve"> [«от Г-спода»] по гематрии равно АДОНАЙ. [Говорит Шмуэль: с колелем]. Слово </w:t>
      </w:r>
      <w:r>
        <w:rPr>
          <w:rFonts w:ascii="Georgia" w:hAnsi="Georgia"/>
          <w:b w:val="0"/>
          <w:i/>
          <w:color w:val="000000"/>
          <w:sz w:val="24"/>
        </w:rPr>
        <w:t>мицеадей</w:t>
      </w:r>
      <w:r>
        <w:rPr>
          <w:rFonts w:ascii="Georgia" w:hAnsi="Georgia"/>
          <w:b w:val="0"/>
          <w:i w:val="0"/>
          <w:color w:val="000000"/>
          <w:sz w:val="24"/>
        </w:rPr>
        <w:t xml:space="preserve"> (</w:t>
      </w:r>
      <w:r>
        <w:rPr>
          <w:rFonts w:ascii="Georgia" w:hAnsi="Georgia" w:cs="Times New Roman"/>
          <w:b/>
          <w:i w:val="0"/>
          <w:color w:val="000000"/>
          <w:sz w:val="24"/>
          <w:rtl/>
          <w:szCs w:val="32"/>
        </w:rPr>
        <w:t>מִצְעֲדֵי</w:t>
      </w:r>
      <w:r>
        <w:rPr>
          <w:rFonts w:ascii="Georgia" w:hAnsi="Georgia"/>
          <w:b w:val="0"/>
          <w:i w:val="0"/>
          <w:color w:val="000000"/>
          <w:sz w:val="24"/>
        </w:rPr>
        <w:t>) — это наполнение [Имени] ЭЛОКИМ буквами йод, числовое значение которого равно 214 (</w:t>
      </w:r>
      <w:r>
        <w:rPr>
          <w:rFonts w:ascii="Georgia" w:hAnsi="Georgia" w:cs="Times New Roman"/>
          <w:b/>
          <w:i w:val="0"/>
          <w:color w:val="000000"/>
          <w:sz w:val="24"/>
          <w:rtl/>
          <w:szCs w:val="32"/>
        </w:rPr>
        <w:t>רד״י</w:t>
      </w:r>
      <w:r>
        <w:rPr>
          <w:rFonts w:ascii="Georgia" w:hAnsi="Georgia"/>
          <w:b w:val="0"/>
          <w:i w:val="0"/>
          <w:color w:val="000000"/>
          <w:sz w:val="24"/>
        </w:rPr>
        <w:t xml:space="preserve"> = 214). И это называется «стопами мужа» (</w:t>
      </w:r>
      <w:r>
        <w:rPr>
          <w:rFonts w:ascii="Georgia" w:hAnsi="Georgia"/>
          <w:b w:val="0"/>
          <w:i/>
          <w:color w:val="000000"/>
          <w:sz w:val="24"/>
        </w:rPr>
        <w:t>мицеадей гевер</w:t>
      </w:r>
      <w:r>
        <w:rPr>
          <w:rFonts w:ascii="Georgia" w:hAnsi="Georgia"/>
          <w:b w:val="0"/>
          <w:i w:val="0"/>
          <w:color w:val="000000"/>
          <w:sz w:val="24"/>
        </w:rPr>
        <w:t xml:space="preserve">): ведь слово </w:t>
      </w:r>
      <w:r>
        <w:rPr>
          <w:rFonts w:ascii="Georgia" w:hAnsi="Georgia"/>
          <w:b w:val="0"/>
          <w:i/>
          <w:color w:val="000000"/>
          <w:sz w:val="24"/>
        </w:rPr>
        <w:t>гевер</w:t>
      </w:r>
      <w:r>
        <w:rPr>
          <w:rFonts w:ascii="Georgia" w:hAnsi="Georgia"/>
          <w:b w:val="0"/>
          <w:i w:val="0"/>
          <w:color w:val="000000"/>
          <w:sz w:val="24"/>
        </w:rPr>
        <w:t xml:space="preserve"> (</w:t>
      </w:r>
      <w:r>
        <w:rPr>
          <w:rFonts w:ascii="Georgia" w:hAnsi="Georgia" w:cs="Times New Roman"/>
          <w:b/>
          <w:i w:val="0"/>
          <w:color w:val="000000"/>
          <w:sz w:val="24"/>
          <w:rtl/>
          <w:szCs w:val="32"/>
        </w:rPr>
        <w:t>גֶּבֶר</w:t>
      </w:r>
      <w:r>
        <w:rPr>
          <w:rFonts w:ascii="Georgia" w:hAnsi="Georgia"/>
          <w:b w:val="0"/>
          <w:i w:val="0"/>
          <w:color w:val="000000"/>
          <w:sz w:val="24"/>
        </w:rPr>
        <w:t xml:space="preserve"> = 205) — это Имя ЭЛОКИМ в свойстве простых ахораим, [составляющих] 200 (буква рэйш, </w:t>
      </w:r>
      <w:r>
        <w:rPr>
          <w:rFonts w:ascii="Georgia" w:hAnsi="Georgia" w:cs="Times New Roman"/>
          <w:b/>
          <w:i w:val="0"/>
          <w:color w:val="000000"/>
          <w:sz w:val="24"/>
          <w:rtl/>
          <w:szCs w:val="32"/>
        </w:rPr>
        <w:t>ר</w:t>
      </w:r>
      <w:r>
        <w:rPr>
          <w:rFonts w:ascii="Georgia" w:hAnsi="Georgia"/>
          <w:b w:val="0"/>
          <w:i w:val="0"/>
          <w:color w:val="000000"/>
          <w:sz w:val="24"/>
        </w:rPr>
        <w:t xml:space="preserve"> = 200), и пяти букв (</w:t>
      </w:r>
      <w:r>
        <w:rPr>
          <w:rFonts w:ascii="Georgia" w:hAnsi="Georgia"/>
          <w:b w:val="0"/>
          <w:i/>
          <w:color w:val="000000"/>
          <w:sz w:val="24"/>
        </w:rPr>
        <w:t>отиет</w:t>
      </w:r>
      <w:r>
        <w:rPr>
          <w:rFonts w:ascii="Georgia" w:hAnsi="Georgia"/>
          <w:b w:val="0"/>
          <w:i w:val="0"/>
          <w:color w:val="000000"/>
          <w:sz w:val="24"/>
        </w:rPr>
        <w:t xml:space="preserve">) Самого этого Имени, что как раз составляет числовое значение слова </w:t>
      </w:r>
      <w:r>
        <w:rPr>
          <w:rFonts w:ascii="Georgia" w:hAnsi="Georgia"/>
          <w:b w:val="0"/>
          <w:i/>
          <w:color w:val="000000"/>
          <w:sz w:val="24"/>
        </w:rPr>
        <w:t>гевер</w:t>
      </w:r>
      <w:r>
        <w:rPr>
          <w:rFonts w:ascii="Georgia" w:hAnsi="Georgia"/>
          <w:b w:val="0"/>
          <w:i w:val="0"/>
          <w:color w:val="000000"/>
          <w:sz w:val="24"/>
        </w:rPr>
        <w:t xml:space="preserve"> [205], а упомянутые 214 — это его «стопы». Слово </w:t>
      </w:r>
      <w:r>
        <w:rPr>
          <w:rFonts w:ascii="Georgia" w:hAnsi="Georgia"/>
          <w:b w:val="0"/>
          <w:i/>
          <w:color w:val="000000"/>
          <w:sz w:val="24"/>
        </w:rPr>
        <w:t>конану</w:t>
      </w:r>
      <w:r>
        <w:rPr>
          <w:rFonts w:ascii="Georgia" w:hAnsi="Georgia"/>
          <w:b w:val="0"/>
          <w:i w:val="0"/>
          <w:color w:val="000000"/>
          <w:sz w:val="24"/>
        </w:rPr>
        <w:t xml:space="preserve"> [«утверждаются»] — это </w:t>
      </w:r>
      <w:r>
        <w:rPr>
          <w:rFonts w:ascii="Georgia" w:hAnsi="Georgia"/>
          <w:b w:val="0"/>
          <w:i/>
          <w:color w:val="000000"/>
          <w:sz w:val="24"/>
        </w:rPr>
        <w:t>конен</w:t>
      </w:r>
      <w:r>
        <w:rPr>
          <w:rFonts w:ascii="Georgia" w:hAnsi="Georgia"/>
          <w:b w:val="0"/>
          <w:i w:val="0"/>
          <w:color w:val="000000"/>
          <w:sz w:val="24"/>
        </w:rPr>
        <w:t xml:space="preserve"> (</w:t>
      </w:r>
      <w:r>
        <w:rPr>
          <w:rFonts w:ascii="Georgia" w:hAnsi="Georgia" w:cs="Times New Roman"/>
          <w:b/>
          <w:i w:val="0"/>
          <w:color w:val="000000"/>
          <w:sz w:val="24"/>
          <w:rtl/>
          <w:szCs w:val="32"/>
        </w:rPr>
        <w:t>כּוֹנֵן</w:t>
      </w:r>
      <w:r>
        <w:rPr>
          <w:rFonts w:ascii="Georgia" w:hAnsi="Georgia"/>
          <w:b w:val="0"/>
          <w:i w:val="0"/>
          <w:color w:val="000000"/>
          <w:sz w:val="24"/>
        </w:rPr>
        <w:t>) и буква вав (</w:t>
      </w:r>
      <w:r>
        <w:rPr>
          <w:rFonts w:ascii="Georgia" w:hAnsi="Georgia" w:cs="Times New Roman"/>
          <w:b/>
          <w:i w:val="0"/>
          <w:color w:val="000000"/>
          <w:sz w:val="24"/>
          <w:rtl/>
          <w:szCs w:val="32"/>
        </w:rPr>
        <w:t>ו</w:t>
      </w:r>
      <w:r>
        <w:rPr>
          <w:rFonts w:ascii="Georgia" w:hAnsi="Georgia"/>
          <w:b w:val="0"/>
          <w:i w:val="0"/>
          <w:color w:val="000000"/>
          <w:sz w:val="24"/>
        </w:rPr>
        <w:t xml:space="preserve">). Числовое значение слова </w:t>
      </w:r>
      <w:r>
        <w:rPr>
          <w:rFonts w:ascii="Georgia" w:hAnsi="Georgia"/>
          <w:b w:val="0"/>
          <w:i/>
          <w:color w:val="000000"/>
          <w:sz w:val="24"/>
        </w:rPr>
        <w:t>конен</w:t>
      </w:r>
      <w:r>
        <w:rPr>
          <w:rFonts w:ascii="Georgia" w:hAnsi="Georgia"/>
          <w:b w:val="0"/>
          <w:i w:val="0"/>
          <w:color w:val="000000"/>
          <w:sz w:val="24"/>
        </w:rPr>
        <w:t xml:space="preserve"> — 126 (</w:t>
      </w:r>
      <w:r>
        <w:rPr>
          <w:rFonts w:ascii="Georgia" w:hAnsi="Georgia" w:cs="Times New Roman"/>
          <w:b/>
          <w:i w:val="0"/>
          <w:color w:val="000000"/>
          <w:sz w:val="24"/>
          <w:rtl/>
          <w:szCs w:val="32"/>
        </w:rPr>
        <w:t>קכ״ו</w:t>
      </w:r>
      <w:r>
        <w:rPr>
          <w:rFonts w:ascii="Georgia" w:hAnsi="Georgia"/>
          <w:b w:val="0"/>
          <w:i w:val="0"/>
          <w:color w:val="000000"/>
          <w:sz w:val="24"/>
        </w:rPr>
        <w:t xml:space="preserve"> = 126), что составляет трижды по 42 (</w:t>
      </w:r>
      <w:r>
        <w:rPr>
          <w:rFonts w:ascii="Georgia" w:hAnsi="Georgia" w:cs="Times New Roman"/>
          <w:b/>
          <w:i w:val="0"/>
          <w:color w:val="000000"/>
          <w:sz w:val="24"/>
          <w:rtl/>
          <w:szCs w:val="32"/>
        </w:rPr>
        <w:t>מ״ב</w:t>
      </w:r>
      <w:r>
        <w:rPr>
          <w:rFonts w:ascii="Georgia" w:hAnsi="Georgia"/>
          <w:b w:val="0"/>
          <w:i w:val="0"/>
          <w:color w:val="000000"/>
          <w:sz w:val="24"/>
        </w:rPr>
        <w:t xml:space="preserve"> = 42) от АБ, САГ и МА; это указывает на то, что посредством этих трех [Имен] 42 утверждается Зеир Анпин (ЗА), называемый буквой вав. Слово </w:t>
      </w:r>
      <w:r>
        <w:rPr>
          <w:rFonts w:ascii="Georgia" w:hAnsi="Georgia"/>
          <w:b w:val="0"/>
          <w:i/>
          <w:color w:val="000000"/>
          <w:sz w:val="24"/>
        </w:rPr>
        <w:t>ве-дарко</w:t>
      </w:r>
      <w:r>
        <w:rPr>
          <w:rFonts w:ascii="Georgia" w:hAnsi="Georgia"/>
          <w:b w:val="0"/>
          <w:i w:val="0"/>
          <w:color w:val="000000"/>
          <w:sz w:val="24"/>
        </w:rPr>
        <w:t xml:space="preserve"> [«и путь его»] — это </w:t>
      </w:r>
      <w:r>
        <w:rPr>
          <w:rFonts w:ascii="Georgia" w:hAnsi="Georgia"/>
          <w:b w:val="0"/>
          <w:i/>
          <w:color w:val="000000"/>
          <w:sz w:val="24"/>
        </w:rPr>
        <w:t>дерех</w:t>
      </w:r>
      <w:r>
        <w:rPr>
          <w:rFonts w:ascii="Georgia" w:hAnsi="Georgia"/>
          <w:b w:val="0"/>
          <w:i w:val="0"/>
          <w:color w:val="000000"/>
          <w:sz w:val="24"/>
        </w:rPr>
        <w:t xml:space="preserve"> [«путь»] и буква вав. Числовое значение слова </w:t>
      </w:r>
      <w:r>
        <w:rPr>
          <w:rFonts w:ascii="Georgia" w:hAnsi="Georgia"/>
          <w:b w:val="0"/>
          <w:i/>
          <w:color w:val="000000"/>
          <w:sz w:val="24"/>
        </w:rPr>
        <w:t>дерех</w:t>
      </w:r>
      <w:r>
        <w:rPr>
          <w:rFonts w:ascii="Georgia" w:hAnsi="Georgia"/>
          <w:b w:val="0"/>
          <w:i w:val="0"/>
          <w:color w:val="000000"/>
          <w:sz w:val="24"/>
        </w:rPr>
        <w:t xml:space="preserve"> (</w:t>
      </w:r>
      <w:r>
        <w:rPr>
          <w:rFonts w:ascii="Georgia" w:hAnsi="Georgia" w:cs="Times New Roman"/>
          <w:b/>
          <w:i w:val="0"/>
          <w:color w:val="000000"/>
          <w:sz w:val="24"/>
          <w:rtl/>
          <w:szCs w:val="32"/>
        </w:rPr>
        <w:t>דֶּרֶךְ</w:t>
      </w:r>
      <w:r>
        <w:rPr>
          <w:rFonts w:ascii="Georgia" w:hAnsi="Georgia"/>
          <w:b w:val="0"/>
          <w:i w:val="0"/>
          <w:color w:val="000000"/>
          <w:sz w:val="24"/>
        </w:rPr>
        <w:t xml:space="preserve"> = 224) — это дважды по 112 (</w:t>
      </w:r>
      <w:r>
        <w:rPr>
          <w:rFonts w:ascii="Georgia" w:hAnsi="Georgia" w:cs="Times New Roman"/>
          <w:b/>
          <w:i w:val="0"/>
          <w:color w:val="000000"/>
          <w:sz w:val="24"/>
          <w:rtl/>
          <w:szCs w:val="32"/>
        </w:rPr>
        <w:t>יב״ק</w:t>
      </w:r>
      <w:r>
        <w:rPr>
          <w:rFonts w:ascii="Georgia" w:hAnsi="Georgia"/>
          <w:b w:val="0"/>
          <w:i w:val="0"/>
          <w:color w:val="000000"/>
          <w:sz w:val="24"/>
        </w:rPr>
        <w:t xml:space="preserve"> = 112): первое — это АВАЯ и ЭЛОКИМ, а второе — ЭЙЕ, АВАЯ и АДОНАЙ. А две буквы вав [в слове </w:t>
      </w:r>
      <w:r>
        <w:rPr>
          <w:rFonts w:ascii="Georgia" w:hAnsi="Georgia"/>
          <w:b w:val="0"/>
          <w:i/>
          <w:color w:val="000000"/>
          <w:sz w:val="24"/>
        </w:rPr>
        <w:t>ве-дарко</w:t>
      </w:r>
      <w:r>
        <w:rPr>
          <w:rFonts w:ascii="Georgia" w:hAnsi="Georgia"/>
          <w:b w:val="0"/>
          <w:i w:val="0"/>
          <w:color w:val="000000"/>
          <w:sz w:val="24"/>
        </w:rPr>
        <w:t>] соответствуют двенадцати (</w:t>
      </w:r>
      <w:r>
        <w:rPr>
          <w:rFonts w:ascii="Georgia" w:hAnsi="Georgia" w:cs="Times New Roman"/>
          <w:b/>
          <w:i w:val="0"/>
          <w:color w:val="000000"/>
          <w:sz w:val="24"/>
          <w:rtl/>
          <w:szCs w:val="32"/>
        </w:rPr>
        <w:t>י״ב</w:t>
      </w:r>
      <w:r>
        <w:rPr>
          <w:rFonts w:ascii="Georgia" w:hAnsi="Georgia"/>
          <w:b w:val="0"/>
          <w:i w:val="0"/>
          <w:color w:val="000000"/>
          <w:sz w:val="24"/>
        </w:rPr>
        <w:t xml:space="preserve"> = 12) буквам трех упомянутых Имен: ЭЙЕ, АВАЯ и АДОНАЙ. Слово </w:t>
      </w:r>
      <w:r>
        <w:rPr>
          <w:rFonts w:ascii="Georgia" w:hAnsi="Georgia"/>
          <w:b w:val="0"/>
          <w:i/>
          <w:color w:val="000000"/>
          <w:sz w:val="24"/>
        </w:rPr>
        <w:t>яхпоц</w:t>
      </w:r>
      <w:r>
        <w:rPr>
          <w:rFonts w:ascii="Georgia" w:hAnsi="Georgia"/>
          <w:b w:val="0"/>
          <w:i w:val="0"/>
          <w:color w:val="000000"/>
          <w:sz w:val="24"/>
        </w:rPr>
        <w:t xml:space="preserve"> (</w:t>
      </w:r>
      <w:r>
        <w:rPr>
          <w:rFonts w:ascii="Georgia" w:hAnsi="Georgia" w:cs="Times New Roman"/>
          <w:b/>
          <w:i w:val="0"/>
          <w:color w:val="000000"/>
          <w:sz w:val="24"/>
          <w:rtl/>
          <w:szCs w:val="32"/>
        </w:rPr>
        <w:t>יֶחְפָּץ</w:t>
      </w:r>
      <w:r>
        <w:rPr>
          <w:rFonts w:ascii="Georgia" w:hAnsi="Georgia"/>
          <w:b w:val="0"/>
          <w:i w:val="0"/>
          <w:color w:val="000000"/>
          <w:sz w:val="24"/>
        </w:rPr>
        <w:t>) по гематрии равно 188 (</w:t>
      </w:r>
      <w:r>
        <w:rPr>
          <w:rFonts w:ascii="Georgia" w:hAnsi="Georgia" w:cs="Times New Roman"/>
          <w:b/>
          <w:i w:val="0"/>
          <w:color w:val="000000"/>
          <w:sz w:val="24"/>
          <w:rtl/>
          <w:szCs w:val="32"/>
        </w:rPr>
        <w:t>קפ״ח</w:t>
      </w:r>
      <w:r>
        <w:rPr>
          <w:rFonts w:ascii="Georgia" w:hAnsi="Georgia"/>
          <w:b w:val="0"/>
          <w:i w:val="0"/>
          <w:color w:val="000000"/>
          <w:sz w:val="24"/>
        </w:rPr>
        <w:t xml:space="preserve"> = 188) — это АВАЯ с наполнением буквами алеф (МА) и ЭЙЕ с наполнением буквами алеф, равным 143 (</w:t>
      </w:r>
      <w:r>
        <w:rPr>
          <w:rFonts w:ascii="Georgia" w:hAnsi="Georgia" w:cs="Times New Roman"/>
          <w:b/>
          <w:i w:val="0"/>
          <w:color w:val="000000"/>
          <w:sz w:val="24"/>
          <w:rtl/>
          <w:szCs w:val="32"/>
        </w:rPr>
        <w:t>קמ״ג</w:t>
      </w:r>
      <w:r>
        <w:rPr>
          <w:rFonts w:ascii="Georgia" w:hAnsi="Georgia"/>
          <w:b w:val="0"/>
          <w:i w:val="0"/>
          <w:color w:val="000000"/>
          <w:sz w:val="24"/>
        </w:rPr>
        <w:t xml:space="preserve"> = 143). Имя же, выходящее из слова </w:t>
      </w:r>
      <w:r>
        <w:rPr>
          <w:rFonts w:ascii="Georgia" w:hAnsi="Georgia"/>
          <w:b w:val="0"/>
          <w:i/>
          <w:color w:val="000000"/>
          <w:sz w:val="24"/>
        </w:rPr>
        <w:t>яхпоц</w:t>
      </w:r>
      <w:r>
        <w:rPr>
          <w:rFonts w:ascii="Georgia" w:hAnsi="Georgia"/>
          <w:b w:val="0"/>
          <w:i w:val="0"/>
          <w:color w:val="000000"/>
          <w:sz w:val="24"/>
        </w:rPr>
        <w:t xml:space="preserve">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 это Месийохэ (</w:t>
      </w:r>
      <w:r>
        <w:rPr>
          <w:rFonts w:ascii="Georgia" w:hAnsi="Georgia" w:cs="Times New Roman"/>
          <w:b/>
          <w:i w:val="0"/>
          <w:color w:val="000000"/>
          <w:sz w:val="24"/>
          <w:rtl/>
          <w:szCs w:val="32"/>
        </w:rPr>
        <w:t>מֵסִיֹהֶ</w:t>
      </w:r>
      <w:r>
        <w:rPr>
          <w:rFonts w:ascii="Georgia" w:hAnsi="Georgia"/>
          <w:b w:val="0"/>
          <w:i w:val="0"/>
          <w:color w:val="000000"/>
          <w:sz w:val="24"/>
        </w:rPr>
        <w:t xml:space="preserve">), а огласовка его взята от начальных букв слов </w:t>
      </w:r>
      <w:r>
        <w:rPr>
          <w:rFonts w:ascii="Georgia" w:hAnsi="Georgia"/>
          <w:b w:val="0"/>
          <w:i/>
          <w:color w:val="000000"/>
          <w:sz w:val="24"/>
        </w:rPr>
        <w:t>мей-АВАЯ</w:t>
      </w:r>
      <w:r>
        <w:rPr>
          <w:rFonts w:ascii="Georgia" w:hAnsi="Georgia"/>
          <w:b w:val="0"/>
          <w:i w:val="0"/>
          <w:color w:val="000000"/>
          <w:sz w:val="24"/>
        </w:rPr>
        <w:t xml:space="preserve">, </w:t>
      </w:r>
      <w:r>
        <w:rPr>
          <w:rFonts w:ascii="Georgia" w:hAnsi="Georgia"/>
          <w:b w:val="0"/>
          <w:i/>
          <w:color w:val="000000"/>
          <w:sz w:val="24"/>
        </w:rPr>
        <w:t>мицеадей</w:t>
      </w:r>
      <w:r>
        <w:rPr>
          <w:rFonts w:ascii="Georgia" w:hAnsi="Georgia"/>
          <w:b w:val="0"/>
          <w:i w:val="0"/>
          <w:color w:val="000000"/>
          <w:sz w:val="24"/>
        </w:rPr>
        <w:t xml:space="preserve">, </w:t>
      </w:r>
      <w:r>
        <w:rPr>
          <w:rFonts w:ascii="Georgia" w:hAnsi="Georgia"/>
          <w:b w:val="0"/>
          <w:i/>
          <w:color w:val="000000"/>
          <w:sz w:val="24"/>
        </w:rPr>
        <w:t>гевер</w:t>
      </w:r>
      <w:r>
        <w:rPr>
          <w:rFonts w:ascii="Georgia" w:hAnsi="Georgia"/>
          <w:b w:val="0"/>
          <w:i w:val="0"/>
          <w:color w:val="000000"/>
          <w:sz w:val="24"/>
        </w:rPr>
        <w:t xml:space="preserve">, </w:t>
      </w:r>
      <w:r>
        <w:rPr>
          <w:rFonts w:ascii="Georgia" w:hAnsi="Georgia"/>
          <w:b w:val="0"/>
          <w:i/>
          <w:color w:val="000000"/>
          <w:sz w:val="24"/>
        </w:rPr>
        <w:t>конану</w:t>
      </w:r>
      <w:r>
        <w:rPr>
          <w:rFonts w:ascii="Georgia" w:hAnsi="Georgia"/>
          <w:b w:val="0"/>
          <w:i w:val="0"/>
          <w:color w:val="000000"/>
          <w:sz w:val="24"/>
        </w:rPr>
        <w:t xml:space="preserve"> (</w:t>
      </w:r>
      <w:r>
        <w:rPr>
          <w:rFonts w:ascii="Georgia" w:hAnsi="Georgia" w:cs="Times New Roman"/>
          <w:b/>
          <w:i w:val="0"/>
          <w:color w:val="000000"/>
          <w:sz w:val="24"/>
          <w:rtl/>
          <w:szCs w:val="32"/>
        </w:rPr>
        <w:t>מֵיהוָה מִצְעֲדֵי גֶּבֶר כּוֹנָנוּ</w:t>
      </w:r>
      <w:r>
        <w:rPr>
          <w:rFonts w:ascii="Georgia" w:hAnsi="Georgia"/>
          <w:b w:val="0"/>
          <w:i w:val="0"/>
          <w:color w:val="000000"/>
          <w:sz w:val="24"/>
        </w:rPr>
        <w:t>). Это упомянутое Имя по гематрии равно [сумме Имен] ЭЙЕ, АВАЯ и АДОНАЙ. [Говорит Шмуэль: с колелем].</w:t>
      </w:r>
    </w:p>
    <w:p>
      <w:pPr>
        <w:keepNext/>
        <w:spacing w:before="320" w:after="120"/>
      </w:pPr>
      <w:r>
        <w:rPr>
          <w:rFonts w:ascii="Georgia" w:hAnsi="Georgia"/>
          <w:b w:val="0"/>
          <w:i w:val="0"/>
          <w:color w:val="000000"/>
          <w:sz w:val="32"/>
        </w:rPr>
        <w:t>Ихуд 16</w:t>
      </w:r>
    </w:p>
    <w:p>
      <w:pPr>
        <w:spacing w:before="40" w:after="120"/>
        <w:jc w:val="both"/>
      </w:pPr>
      <w:r>
        <w:rPr>
          <w:rFonts w:ascii="Georgia" w:hAnsi="Georgia"/>
          <w:b w:val="0"/>
          <w:i w:val="0"/>
          <w:color w:val="000000"/>
          <w:sz w:val="24"/>
        </w:rPr>
        <w:t>К вышеупомянутому [единению] (</w:t>
      </w:r>
      <w:r>
        <w:rPr>
          <w:rFonts w:ascii="Georgia" w:hAnsi="Georgia"/>
          <w:b w:val="0"/>
          <w:i/>
          <w:color w:val="000000"/>
          <w:sz w:val="24"/>
        </w:rPr>
        <w:t>ихуд</w:t>
      </w:r>
      <w:r>
        <w:rPr>
          <w:rFonts w:ascii="Georgia" w:hAnsi="Georgia"/>
          <w:b w:val="0"/>
          <w:i w:val="0"/>
          <w:color w:val="000000"/>
          <w:sz w:val="24"/>
        </w:rPr>
        <w:t>): оно представляет собой соединение и переплетение Имен АВАЯ — АБ, САГ, МА, БОН — и Имен ЭЙЕ с наполнением буквами йод, алеф и хэй, переплетенных с Именем ЭЛОКИМ в [полном] наполнении (</w:t>
      </w:r>
      <w:r>
        <w:rPr>
          <w:rFonts w:ascii="Georgia" w:hAnsi="Georgia"/>
          <w:b w:val="0"/>
          <w:i/>
          <w:color w:val="000000"/>
          <w:sz w:val="24"/>
        </w:rPr>
        <w:t>милуй</w:t>
      </w:r>
      <w:r>
        <w:rPr>
          <w:rFonts w:ascii="Georgia" w:hAnsi="Georgia"/>
          <w:b w:val="0"/>
          <w:i w:val="0"/>
          <w:color w:val="000000"/>
          <w:sz w:val="24"/>
        </w:rPr>
        <w:t xml:space="preserve">), как ты увидишь. Вот его порядок: </w:t>
      </w:r>
      <w:r>
        <w:rPr>
          <w:rFonts w:ascii="Georgia" w:hAnsi="Georgia" w:cs="Times New Roman"/>
          <w:b/>
          <w:i w:val="0"/>
          <w:color w:val="000000"/>
          <w:sz w:val="24"/>
          <w:rtl/>
          <w:szCs w:val="32"/>
        </w:rPr>
        <w:t>יָאָ וֹלָ דָפֵ הֵלָ יֹמֵ וָרָ יֹפִ וָאָ הֵלָ יֹמֵ</w:t>
      </w:r>
      <w:r>
        <w:rPr>
          <w:rFonts w:ascii="Georgia" w:hAnsi="Georgia"/>
          <w:b w:val="0"/>
          <w:i w:val="0"/>
          <w:color w:val="000000"/>
          <w:sz w:val="24"/>
        </w:rPr>
        <w:t xml:space="preserve">: </w:t>
      </w:r>
      <w:r>
        <w:rPr>
          <w:rFonts w:ascii="Georgia" w:hAnsi="Georgia" w:cs="Times New Roman"/>
          <w:b/>
          <w:i w:val="0"/>
          <w:color w:val="000000"/>
          <w:sz w:val="24"/>
          <w:rtl/>
          <w:szCs w:val="32"/>
        </w:rPr>
        <w:t>יֹדָ וָמֵ דָמֵ הֵדָ יֹלָ וָתָ אָהֵ וֹיָ הֵיֹ יֹוָ יֹדָ וָיֹ דָוָ הֵדָ אָוָ וָיֹ אָוָ וָדָ הֵלָ אָתָ</w:t>
      </w:r>
      <w:r>
        <w:rPr>
          <w:rFonts w:ascii="Georgia" w:hAnsi="Georgia"/>
          <w:b w:val="0"/>
          <w:i w:val="0"/>
          <w:color w:val="000000"/>
          <w:sz w:val="24"/>
        </w:rPr>
        <w:t xml:space="preserve">. </w:t>
      </w:r>
      <w:r>
        <w:rPr>
          <w:rFonts w:ascii="Georgia" w:hAnsi="Georgia" w:cs="Times New Roman"/>
          <w:b/>
          <w:i w:val="0"/>
          <w:color w:val="000000"/>
          <w:sz w:val="24"/>
          <w:rtl/>
          <w:szCs w:val="32"/>
        </w:rPr>
        <w:t>יֹמֵ וָםֵ דָמֵ הֵםֵ הֵאָ וָלָ וָפֵ הֵלָ הֵמֵ אָדָ לָהֵ פֵיֹ הֵיֹ יוֹ יֹדָ וָמֵ דָמֵ הֵאָ יֹלָ</w:t>
      </w:r>
      <w:r>
        <w:rPr>
          <w:rFonts w:ascii="Georgia" w:hAnsi="Georgia"/>
          <w:b w:val="0"/>
          <w:i w:val="0"/>
          <w:color w:val="000000"/>
          <w:sz w:val="24"/>
        </w:rPr>
        <w:t xml:space="preserve">: </w:t>
      </w:r>
      <w:r>
        <w:rPr>
          <w:rFonts w:ascii="Georgia" w:hAnsi="Georgia" w:cs="Times New Roman"/>
          <w:b/>
          <w:i w:val="0"/>
          <w:color w:val="000000"/>
          <w:sz w:val="24"/>
          <w:rtl/>
          <w:szCs w:val="32"/>
        </w:rPr>
        <w:t>אָהֵ לָיֹ פֵסֵ הֵאָ אָלָ יֹפֵ וָלָ דָמֵ הֵדָ אָהֵ אָיֹ לָיֹ פֵוָ הֵדָ הֵמֵ יֹמֵ וָאָ דָלָ הֵהֵ הֵיםֵ</w:t>
      </w:r>
      <w:r>
        <w:rPr>
          <w:rFonts w:ascii="Georgia" w:hAnsi="Georgia"/>
          <w:b w:val="0"/>
          <w:i w:val="0"/>
          <w:color w:val="000000"/>
          <w:sz w:val="24"/>
        </w:rPr>
        <w:t>. Совокупность Имен АВАЯ вместе с шестьюдесятью (</w:t>
      </w:r>
      <w:r>
        <w:rPr>
          <w:rFonts w:ascii="Georgia" w:hAnsi="Georgia" w:cs="Times New Roman"/>
          <w:b/>
          <w:i w:val="0"/>
          <w:color w:val="000000"/>
          <w:sz w:val="24"/>
          <w:rtl/>
          <w:szCs w:val="32"/>
        </w:rPr>
        <w:t>ס</w:t>
      </w:r>
      <w:r>
        <w:rPr>
          <w:rFonts w:ascii="Georgia" w:hAnsi="Georgia"/>
          <w:b w:val="0"/>
          <w:i w:val="0"/>
          <w:color w:val="000000"/>
          <w:sz w:val="24"/>
        </w:rPr>
        <w:t xml:space="preserve"> = 60) [буквами] ЭЛОКИМ составляет семьдесят (</w:t>
      </w:r>
      <w:r>
        <w:rPr>
          <w:rFonts w:ascii="Georgia" w:hAnsi="Georgia" w:cs="Times New Roman"/>
          <w:b/>
          <w:i w:val="0"/>
          <w:color w:val="000000"/>
          <w:sz w:val="24"/>
          <w:rtl/>
          <w:szCs w:val="32"/>
        </w:rPr>
        <w:t>ע</w:t>
      </w:r>
      <w:r>
        <w:rPr>
          <w:rFonts w:ascii="Georgia" w:hAnsi="Georgia"/>
          <w:b w:val="0"/>
          <w:i w:val="0"/>
          <w:color w:val="000000"/>
          <w:sz w:val="24"/>
        </w:rPr>
        <w:t xml:space="preserve"> = 70): </w:t>
      </w:r>
      <w:r>
        <w:rPr>
          <w:rFonts w:ascii="Georgia" w:hAnsi="Georgia" w:cs="Times New Roman"/>
          <w:b/>
          <w:i w:val="0"/>
          <w:color w:val="000000"/>
          <w:sz w:val="24"/>
          <w:rtl/>
          <w:szCs w:val="32"/>
        </w:rPr>
        <w:t>יוָֹדָ יוָֹדָ הֵאָ יֹוָדָ הֵאָ וָאָוָ</w:t>
      </w:r>
      <w:r>
        <w:rPr>
          <w:rFonts w:ascii="Georgia" w:hAnsi="Georgia"/>
          <w:b w:val="0"/>
          <w:i w:val="0"/>
          <w:color w:val="000000"/>
          <w:sz w:val="24"/>
        </w:rPr>
        <w:t>. Удали первые [буквы] йод и хэй (</w:t>
      </w:r>
      <w:r>
        <w:rPr>
          <w:rFonts w:ascii="Georgia" w:hAnsi="Georgia" w:cs="Times New Roman"/>
          <w:b/>
          <w:i w:val="0"/>
          <w:color w:val="000000"/>
          <w:sz w:val="24"/>
          <w:rtl/>
          <w:szCs w:val="32"/>
        </w:rPr>
        <w:t>י״ה</w:t>
      </w:r>
      <w:r>
        <w:rPr>
          <w:rFonts w:ascii="Georgia" w:hAnsi="Georgia"/>
          <w:b w:val="0"/>
          <w:i w:val="0"/>
          <w:color w:val="000000"/>
          <w:sz w:val="24"/>
        </w:rPr>
        <w:t>), потому что нужно вознести все это к ХУБ (Хохма и Бина), ведь в них — корни букв (</w:t>
      </w:r>
      <w:r>
        <w:rPr>
          <w:rFonts w:ascii="Georgia" w:hAnsi="Georgia"/>
          <w:b w:val="0"/>
          <w:i/>
          <w:color w:val="000000"/>
          <w:sz w:val="24"/>
        </w:rPr>
        <w:t>отиет</w:t>
      </w:r>
      <w:r>
        <w:rPr>
          <w:rFonts w:ascii="Georgia" w:hAnsi="Georgia"/>
          <w:b w:val="0"/>
          <w:i w:val="0"/>
          <w:color w:val="000000"/>
          <w:sz w:val="24"/>
        </w:rPr>
        <w:t>): [буквы] алеф, хэт, хэй, айн (</w:t>
      </w:r>
      <w:r>
        <w:rPr>
          <w:rFonts w:ascii="Georgia" w:hAnsi="Georgia" w:cs="Times New Roman"/>
          <w:b/>
          <w:i w:val="0"/>
          <w:color w:val="000000"/>
          <w:sz w:val="24"/>
          <w:rtl/>
          <w:szCs w:val="32"/>
        </w:rPr>
        <w:t>אחה״ע</w:t>
      </w:r>
      <w:r>
        <w:rPr>
          <w:rFonts w:ascii="Georgia" w:hAnsi="Georgia"/>
          <w:b w:val="0"/>
          <w:i w:val="0"/>
          <w:color w:val="000000"/>
          <w:sz w:val="24"/>
        </w:rPr>
        <w:t>) — [в] Бине, а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 [в] Хохме; и [нужно] усладить [букву] пэй (</w:t>
      </w:r>
      <w:r>
        <w:rPr>
          <w:rFonts w:ascii="Georgia" w:hAnsi="Georgia" w:cs="Times New Roman"/>
          <w:b/>
          <w:i w:val="0"/>
          <w:color w:val="000000"/>
          <w:sz w:val="24"/>
          <w:rtl/>
          <w:szCs w:val="32"/>
        </w:rPr>
        <w:t>פ</w:t>
      </w:r>
      <w:r>
        <w:rPr>
          <w:rFonts w:ascii="Georgia" w:hAnsi="Georgia"/>
          <w:b w:val="0"/>
          <w:i w:val="0"/>
          <w:color w:val="000000"/>
          <w:sz w:val="24"/>
        </w:rPr>
        <w:t xml:space="preserve"> = 80), и останется семьдесят. И нужно направлять намерение на один [такой] счет каждый день вместе с вышеупомянутыми буквами. Нужно удалить первые [буквы] йод и хэй — останется сорок восемь (</w:t>
      </w:r>
      <w:r>
        <w:rPr>
          <w:rFonts w:ascii="Georgia" w:hAnsi="Georgia" w:cs="Times New Roman"/>
          <w:b/>
          <w:i w:val="0"/>
          <w:color w:val="000000"/>
          <w:sz w:val="24"/>
          <w:rtl/>
          <w:szCs w:val="32"/>
        </w:rPr>
        <w:t>מ״ח</w:t>
      </w:r>
      <w:r>
        <w:rPr>
          <w:rFonts w:ascii="Georgia" w:hAnsi="Georgia"/>
          <w:b w:val="0"/>
          <w:i w:val="0"/>
          <w:color w:val="000000"/>
          <w:sz w:val="24"/>
        </w:rPr>
        <w:t xml:space="preserve"> = 48), а вместе с этими двадцатью двумя буквами получается семьдесят: </w:t>
      </w:r>
      <w:r>
        <w:rPr>
          <w:rFonts w:ascii="Georgia" w:hAnsi="Georgia" w:cs="Times New Roman"/>
          <w:b/>
          <w:i w:val="0"/>
          <w:color w:val="000000"/>
          <w:sz w:val="24"/>
          <w:rtl/>
          <w:szCs w:val="32"/>
        </w:rPr>
        <w:t>יוָֹדָ הֵיֹ וָאָוָ הִי אָחֵעָה גִיכָק דָטֵלָנֻתָ זָשִסָרֵץ בֵוָמֵףֵ</w:t>
      </w:r>
      <w:r>
        <w:rPr>
          <w:rFonts w:ascii="Georgia" w:hAnsi="Georgia"/>
          <w:b w:val="0"/>
          <w:i w:val="0"/>
          <w:color w:val="000000"/>
          <w:sz w:val="24"/>
        </w:rPr>
        <w:t>. Ниже это записано иначе.</w:t>
      </w:r>
    </w:p>
    <w:p>
      <w:pPr>
        <w:keepNext/>
        <w:spacing w:before="320" w:after="120"/>
      </w:pPr>
      <w:r>
        <w:rPr>
          <w:rFonts w:ascii="Georgia" w:hAnsi="Georgia"/>
          <w:b w:val="0"/>
          <w:i w:val="0"/>
          <w:color w:val="000000"/>
          <w:sz w:val="32"/>
        </w:rPr>
        <w:t>Ихуд 17</w:t>
      </w:r>
    </w:p>
    <w:p>
      <w:pPr>
        <w:spacing w:before="40" w:after="120"/>
        <w:jc w:val="both"/>
      </w:pPr>
      <w:r>
        <w:rPr>
          <w:rFonts w:ascii="Georgia" w:hAnsi="Georgia"/>
          <w:b w:val="0"/>
          <w:i w:val="0"/>
          <w:color w:val="000000"/>
          <w:sz w:val="24"/>
        </w:rPr>
        <w:t xml:space="preserve">К вышеупомянутому — [Имя] ЦВАОТ из 45 букв (МА, </w:t>
      </w:r>
      <w:r>
        <w:rPr>
          <w:rFonts w:ascii="Georgia" w:hAnsi="Georgia" w:cs="Times New Roman"/>
          <w:b/>
          <w:i w:val="0"/>
          <w:color w:val="000000"/>
          <w:sz w:val="24"/>
          <w:rtl/>
          <w:szCs w:val="32"/>
        </w:rPr>
        <w:t>מ״ה</w:t>
      </w:r>
      <w:r>
        <w:rPr>
          <w:rFonts w:ascii="Georgia" w:hAnsi="Georgia"/>
          <w:b w:val="0"/>
          <w:i w:val="0"/>
          <w:color w:val="000000"/>
          <w:sz w:val="24"/>
        </w:rPr>
        <w:t>), вот так:</w:t>
      </w:r>
    </w:p>
    <w:p>
      <w:pPr>
        <w:spacing w:before="40" w:after="120"/>
        <w:jc w:val="center"/>
      </w:pPr>
      <w:r>
        <w:rPr>
          <w:rFonts w:ascii="Georgia" w:hAnsi="Georgia" w:cs="Times New Roman"/>
          <w:b/>
          <w:i w:val="0"/>
          <w:color w:val="000000"/>
          <w:sz w:val="32"/>
          <w:rtl/>
          <w:szCs w:val="44"/>
        </w:rPr>
        <w:t>צדי צדי בית צדי בית אלף צדי בית אלף ואו צדי בית אלף ואו תיו צבאות צבאתו צבואת צבותא צבתאו צבתוא צאבות צאבתו צאובת צאותב צאתבו צאתוב צובאת צובתא צואבת צואתב צותבא צותאב צתבאו צתבוא צתאבו צתאוב צתובא צתואב וצבאת וצבתא וצאבת וצאתב וצתבא וצתאב ובצאת ובצתא ובאצת ובאתץ ובהצא ובתאצ ואצבת ואצתב ואבצת ואבתצ ואתצב ואתבצ ותצבא ותצאב ותבצא ותבאצ ותאצב ותאבצ</w:t>
      </w:r>
      <w:r>
        <w:rPr>
          <w:rFonts w:ascii="Georgia" w:hAnsi="Georgia"/>
          <w:b w:val="0"/>
          <w:i w:val="0"/>
          <w:color w:val="000000"/>
          <w:sz w:val="32"/>
        </w:rPr>
        <w:t>:</w:t>
      </w:r>
    </w:p>
    <w:p>
      <w:pPr>
        <w:spacing w:before="40" w:after="120"/>
        <w:jc w:val="both"/>
      </w:pPr>
      <w:r>
        <w:rPr>
          <w:rFonts w:ascii="Georgia" w:hAnsi="Georgia"/>
          <w:b w:val="0"/>
          <w:i w:val="0"/>
          <w:color w:val="000000"/>
          <w:sz w:val="24"/>
        </w:rPr>
        <w:t>Переплетение [Имен] ЭЛОКИМ и ЦВАОТ — вот так:</w:t>
      </w:r>
    </w:p>
    <w:p>
      <w:pPr>
        <w:spacing w:before="40" w:after="120"/>
        <w:jc w:val="center"/>
      </w:pPr>
      <w:r>
        <w:rPr>
          <w:rFonts w:ascii="Georgia" w:hAnsi="Georgia" w:cs="Times New Roman"/>
          <w:b/>
          <w:i w:val="0"/>
          <w:color w:val="000000"/>
          <w:sz w:val="32"/>
          <w:rtl/>
          <w:szCs w:val="44"/>
        </w:rPr>
        <w:t>אולצהביאמת אולצהבמתיא אולציאהבמת אולציאמתהב אולצמתהביא אולצמתיאהב אוהבלציאמת אוהבלצמתיא אוהביאלצמת אוהביאמתלצ אוהבמתלציא אוהבמתיאלצ אויאלצהבמת אויאלצמתהב אויאהבלצמת אויאהבמתלצ אויאמתלצהב אויאמתהבלצ אומתלצביאה אומתלציאהב אומתהבלציא אומתהביאלצ אומתיאלצהב אומתיאהבלצ</w:t>
      </w:r>
    </w:p>
    <w:p>
      <w:pPr>
        <w:spacing w:before="40" w:after="120"/>
        <w:jc w:val="center"/>
      </w:pPr>
      <w:r>
        <w:rPr>
          <w:rFonts w:ascii="Georgia" w:hAnsi="Georgia" w:cs="Times New Roman"/>
          <w:b/>
          <w:i w:val="0"/>
          <w:color w:val="000000"/>
          <w:sz w:val="32"/>
          <w:rtl/>
          <w:szCs w:val="44"/>
        </w:rPr>
        <w:t>אלף למד הא יוד מם אלף אלף למד אלף למד הא אלף למד הא יוד אלף למד הא יוד מם</w:t>
      </w:r>
    </w:p>
    <w:p>
      <w:pPr>
        <w:spacing w:before="40" w:after="120"/>
        <w:jc w:val="both"/>
      </w:pPr>
      <w:r>
        <w:rPr>
          <w:rFonts w:ascii="Georgia" w:hAnsi="Georgia"/>
          <w:b w:val="0"/>
          <w:i w:val="0"/>
          <w:color w:val="000000"/>
          <w:sz w:val="24"/>
        </w:rPr>
        <w:t xml:space="preserve">[Развертка этого наполнения дает] тысячу без одиннадцати (989, то есть 1000 без </w:t>
      </w:r>
      <w:r>
        <w:rPr>
          <w:rFonts w:ascii="Georgia" w:hAnsi="Georgia" w:cs="Times New Roman"/>
          <w:b/>
          <w:i w:val="0"/>
          <w:color w:val="000000"/>
          <w:sz w:val="24"/>
          <w:rtl/>
          <w:szCs w:val="32"/>
        </w:rPr>
        <w:t>י״א</w:t>
      </w:r>
      <w:r>
        <w:rPr>
          <w:rFonts w:ascii="Georgia" w:hAnsi="Georgia"/>
          <w:b w:val="0"/>
          <w:i w:val="0"/>
          <w:color w:val="000000"/>
          <w:sz w:val="24"/>
        </w:rPr>
        <w:t xml:space="preserve"> = 11); ЦВАОТ — 545 (</w:t>
      </w:r>
      <w:r>
        <w:rPr>
          <w:rFonts w:ascii="Georgia" w:hAnsi="Georgia" w:cs="Times New Roman"/>
          <w:b/>
          <w:i w:val="0"/>
          <w:color w:val="000000"/>
          <w:sz w:val="24"/>
          <w:rtl/>
          <w:szCs w:val="32"/>
        </w:rPr>
        <w:t>תקמה</w:t>
      </w:r>
      <w:r>
        <w:rPr>
          <w:rFonts w:ascii="Georgia" w:hAnsi="Georgia"/>
          <w:b w:val="0"/>
          <w:i w:val="0"/>
          <w:color w:val="000000"/>
          <w:sz w:val="24"/>
        </w:rPr>
        <w:t>); а с 86 (</w:t>
      </w:r>
      <w:r>
        <w:rPr>
          <w:rFonts w:ascii="Georgia" w:hAnsi="Georgia" w:cs="Times New Roman"/>
          <w:b/>
          <w:i w:val="0"/>
          <w:color w:val="000000"/>
          <w:sz w:val="24"/>
          <w:rtl/>
          <w:szCs w:val="32"/>
        </w:rPr>
        <w:t>פ״ו</w:t>
      </w:r>
      <w:r>
        <w:rPr>
          <w:rFonts w:ascii="Georgia" w:hAnsi="Georgia"/>
          <w:b w:val="0"/>
          <w:i w:val="0"/>
          <w:color w:val="000000"/>
          <w:sz w:val="24"/>
        </w:rPr>
        <w:t xml:space="preserve">) — [числом простого Имени] ЭЛОКИМ, [наполнение которого равно слову] </w:t>
      </w:r>
      <w:r>
        <w:rPr>
          <w:rFonts w:ascii="Georgia" w:hAnsi="Georgia"/>
          <w:b w:val="0"/>
          <w:i/>
          <w:color w:val="000000"/>
          <w:sz w:val="24"/>
        </w:rPr>
        <w:t>эрец</w:t>
      </w:r>
      <w:r>
        <w:rPr>
          <w:rFonts w:ascii="Georgia" w:hAnsi="Georgia"/>
          <w:b w:val="0"/>
          <w:i w:val="0"/>
          <w:color w:val="000000"/>
          <w:sz w:val="24"/>
        </w:rPr>
        <w:t xml:space="preserve"> — «земля» (</w:t>
      </w:r>
      <w:r>
        <w:rPr>
          <w:rFonts w:ascii="Georgia" w:hAnsi="Georgia" w:cs="Times New Roman"/>
          <w:b/>
          <w:i w:val="0"/>
          <w:color w:val="000000"/>
          <w:sz w:val="24"/>
          <w:rtl/>
          <w:szCs w:val="32"/>
        </w:rPr>
        <w:t>אֶרֶץ</w:t>
      </w:r>
      <w:r>
        <w:rPr>
          <w:rFonts w:ascii="Georgia" w:hAnsi="Georgia"/>
          <w:b w:val="0"/>
          <w:i w:val="0"/>
          <w:color w:val="000000"/>
          <w:sz w:val="24"/>
        </w:rPr>
        <w:t xml:space="preserve"> = 291), [вместе с ЦВАОТ получается] 790 (</w:t>
      </w:r>
      <w:r>
        <w:rPr>
          <w:rFonts w:ascii="Georgia" w:hAnsi="Georgia" w:cs="Times New Roman"/>
          <w:b/>
          <w:i w:val="0"/>
          <w:color w:val="000000"/>
          <w:sz w:val="24"/>
          <w:rtl/>
          <w:szCs w:val="32"/>
        </w:rPr>
        <w:t>תש״צ</w:t>
      </w:r>
      <w:r>
        <w:rPr>
          <w:rFonts w:ascii="Georgia" w:hAnsi="Georgia"/>
          <w:b w:val="0"/>
          <w:i w:val="0"/>
          <w:color w:val="000000"/>
          <w:sz w:val="24"/>
        </w:rPr>
        <w:t xml:space="preserve">). </w:t>
      </w:r>
      <w:r>
        <w:rPr>
          <w:rFonts w:ascii="Georgia" w:hAnsi="Georgia" w:cs="Times New Roman"/>
          <w:b/>
          <w:i w:val="0"/>
          <w:color w:val="000000"/>
          <w:sz w:val="24"/>
          <w:rtl/>
          <w:szCs w:val="32"/>
        </w:rPr>
        <w:t>אנקתם</w:t>
      </w:r>
      <w:r>
        <w:rPr>
          <w:rFonts w:ascii="Georgia" w:hAnsi="Georgia"/>
          <w:b w:val="0"/>
          <w:i w:val="0"/>
          <w:color w:val="000000"/>
          <w:sz w:val="24"/>
        </w:rPr>
        <w:t xml:space="preserve"> — 591 (</w:t>
      </w:r>
      <w:r>
        <w:rPr>
          <w:rFonts w:ascii="Georgia" w:hAnsi="Georgia" w:cs="Times New Roman"/>
          <w:b/>
          <w:i w:val="0"/>
          <w:color w:val="000000"/>
          <w:sz w:val="24"/>
          <w:rtl/>
          <w:szCs w:val="32"/>
        </w:rPr>
        <w:t>תקצ״א</w:t>
      </w:r>
      <w:r>
        <w:rPr>
          <w:rFonts w:ascii="Georgia" w:hAnsi="Georgia"/>
          <w:b w:val="0"/>
          <w:i w:val="0"/>
          <w:color w:val="000000"/>
          <w:sz w:val="24"/>
        </w:rPr>
        <w:t xml:space="preserve">); </w:t>
      </w:r>
      <w:r>
        <w:rPr>
          <w:rFonts w:ascii="Georgia" w:hAnsi="Georgia" w:cs="Times New Roman"/>
          <w:b/>
          <w:i w:val="0"/>
          <w:color w:val="000000"/>
          <w:sz w:val="24"/>
          <w:rtl/>
          <w:szCs w:val="32"/>
        </w:rPr>
        <w:t>פסתם</w:t>
      </w:r>
      <w:r>
        <w:rPr>
          <w:rFonts w:ascii="Georgia" w:hAnsi="Georgia"/>
          <w:b w:val="0"/>
          <w:i w:val="0"/>
          <w:color w:val="000000"/>
          <w:sz w:val="24"/>
        </w:rPr>
        <w:t xml:space="preserve"> — 580 (</w:t>
      </w:r>
      <w:r>
        <w:rPr>
          <w:rFonts w:ascii="Georgia" w:hAnsi="Georgia" w:cs="Times New Roman"/>
          <w:b/>
          <w:i w:val="0"/>
          <w:color w:val="000000"/>
          <w:sz w:val="24"/>
          <w:rtl/>
          <w:szCs w:val="32"/>
        </w:rPr>
        <w:t>תק״פ</w:t>
      </w:r>
      <w:r>
        <w:rPr>
          <w:rFonts w:ascii="Georgia" w:hAnsi="Georgia"/>
          <w:b w:val="0"/>
          <w:i w:val="0"/>
          <w:color w:val="000000"/>
          <w:sz w:val="24"/>
        </w:rPr>
        <w:t xml:space="preserve">); </w:t>
      </w:r>
      <w:r>
        <w:rPr>
          <w:rFonts w:ascii="Georgia" w:hAnsi="Georgia" w:cs="Times New Roman"/>
          <w:b/>
          <w:i w:val="0"/>
          <w:color w:val="000000"/>
          <w:sz w:val="24"/>
          <w:rtl/>
          <w:szCs w:val="32"/>
        </w:rPr>
        <w:t>פספסים</w:t>
      </w:r>
      <w:r>
        <w:rPr>
          <w:rFonts w:ascii="Georgia" w:hAnsi="Georgia"/>
          <w:b w:val="0"/>
          <w:i w:val="0"/>
          <w:color w:val="000000"/>
          <w:sz w:val="24"/>
        </w:rPr>
        <w:t xml:space="preserve"> — 330 (</w:t>
      </w:r>
      <w:r>
        <w:rPr>
          <w:rFonts w:ascii="Georgia" w:hAnsi="Georgia" w:cs="Times New Roman"/>
          <w:b/>
          <w:i w:val="0"/>
          <w:color w:val="000000"/>
          <w:sz w:val="24"/>
          <w:rtl/>
          <w:szCs w:val="32"/>
        </w:rPr>
        <w:t>של</w:t>
      </w:r>
      <w:r>
        <w:rPr>
          <w:rFonts w:ascii="Georgia" w:hAnsi="Georgia"/>
          <w:b w:val="0"/>
          <w:i w:val="0"/>
          <w:color w:val="000000"/>
          <w:sz w:val="24"/>
        </w:rPr>
        <w:t xml:space="preserve">); </w:t>
      </w:r>
      <w:r>
        <w:rPr>
          <w:rFonts w:ascii="Georgia" w:hAnsi="Georgia" w:cs="Times New Roman"/>
          <w:b/>
          <w:i w:val="0"/>
          <w:color w:val="000000"/>
          <w:sz w:val="24"/>
          <w:rtl/>
          <w:szCs w:val="32"/>
        </w:rPr>
        <w:t>דיונסים</w:t>
      </w:r>
      <w:r>
        <w:rPr>
          <w:rFonts w:ascii="Georgia" w:hAnsi="Georgia"/>
          <w:b w:val="0"/>
          <w:i w:val="0"/>
          <w:color w:val="000000"/>
          <w:sz w:val="24"/>
        </w:rPr>
        <w:t xml:space="preserve"> — 180 (</w:t>
      </w:r>
      <w:r>
        <w:rPr>
          <w:rFonts w:ascii="Georgia" w:hAnsi="Georgia" w:cs="Times New Roman"/>
          <w:b/>
          <w:i w:val="0"/>
          <w:color w:val="000000"/>
          <w:sz w:val="24"/>
          <w:rtl/>
          <w:szCs w:val="32"/>
        </w:rPr>
        <w:t>ק״פ</w:t>
      </w:r>
      <w:r>
        <w:rPr>
          <w:rFonts w:ascii="Georgia" w:hAnsi="Georgia"/>
          <w:b w:val="0"/>
          <w:i w:val="0"/>
          <w:color w:val="000000"/>
          <w:sz w:val="24"/>
        </w:rPr>
        <w:t xml:space="preserve">); [всего же они составляют] тысячу шестьсот восемьдесят один (1681, [то есть тысячу и] </w:t>
      </w:r>
      <w:r>
        <w:rPr>
          <w:rFonts w:ascii="Georgia" w:hAnsi="Georgia" w:cs="Times New Roman"/>
          <w:b/>
          <w:i w:val="0"/>
          <w:color w:val="000000"/>
          <w:sz w:val="24"/>
          <w:rtl/>
          <w:szCs w:val="32"/>
        </w:rPr>
        <w:t>תרפ״א</w:t>
      </w:r>
      <w:r>
        <w:rPr>
          <w:rFonts w:ascii="Georgia" w:hAnsi="Georgia"/>
          <w:b w:val="0"/>
          <w:i w:val="0"/>
          <w:color w:val="000000"/>
          <w:sz w:val="24"/>
        </w:rPr>
        <w:t xml:space="preserve"> = 681).</w:t>
      </w:r>
    </w:p>
    <w:p>
      <w:pPr>
        <w:keepNext/>
        <w:spacing w:before="320" w:after="120"/>
      </w:pPr>
      <w:r>
        <w:rPr>
          <w:rFonts w:ascii="Georgia" w:hAnsi="Georgia"/>
          <w:b w:val="0"/>
          <w:i w:val="0"/>
          <w:color w:val="000000"/>
          <w:sz w:val="32"/>
        </w:rPr>
        <w:t>Ихуд 18</w:t>
      </w:r>
    </w:p>
    <w:p>
      <w:pPr>
        <w:spacing w:before="40" w:after="120"/>
        <w:jc w:val="both"/>
      </w:pPr>
      <w:r>
        <w:rPr>
          <w:rFonts w:ascii="Georgia" w:hAnsi="Georgia"/>
          <w:b w:val="0"/>
          <w:i w:val="0"/>
          <w:color w:val="000000"/>
          <w:sz w:val="24"/>
        </w:rPr>
        <w:t>[Запись] к вышеупомянутому, и я не знаю, к чему это [относится]. Впрочем, здесь содержатся предостережения от определенных вещей и предписания о некоторых вещах, а затем приводится суть единения, как ты увидишь перед собой. Суть его в следующем: собери кисти цицит с четырех углов [одежды]; гнев (</w:t>
      </w:r>
      <w:r>
        <w:rPr>
          <w:rFonts w:ascii="Georgia" w:hAnsi="Georgia"/>
          <w:b w:val="0"/>
          <w:i/>
          <w:color w:val="000000"/>
          <w:sz w:val="24"/>
        </w:rPr>
        <w:t>каам</w:t>
      </w:r>
      <w:r>
        <w:rPr>
          <w:rFonts w:ascii="Georgia" w:hAnsi="Georgia"/>
          <w:b w:val="0"/>
          <w:i w:val="0"/>
          <w:color w:val="000000"/>
          <w:sz w:val="24"/>
        </w:rPr>
        <w:t xml:space="preserve">, </w:t>
      </w:r>
      <w:r>
        <w:rPr>
          <w:rFonts w:ascii="Georgia" w:hAnsi="Georgia" w:cs="Times New Roman"/>
          <w:b/>
          <w:i w:val="0"/>
          <w:color w:val="000000"/>
          <w:sz w:val="24"/>
          <w:rtl/>
          <w:szCs w:val="32"/>
        </w:rPr>
        <w:t>כַּעַם</w:t>
      </w:r>
      <w:r>
        <w:rPr>
          <w:rFonts w:ascii="Georgia" w:hAnsi="Georgia"/>
          <w:b w:val="0"/>
          <w:i w:val="0"/>
          <w:color w:val="000000"/>
          <w:sz w:val="24"/>
        </w:rPr>
        <w:t xml:space="preserve"> = 130); крылья Шхины — это 320 (</w:t>
      </w:r>
      <w:r>
        <w:rPr>
          <w:rFonts w:ascii="Georgia" w:hAnsi="Georgia" w:cs="Times New Roman"/>
          <w:b/>
          <w:i w:val="0"/>
          <w:color w:val="000000"/>
          <w:sz w:val="24"/>
          <w:rtl/>
          <w:szCs w:val="32"/>
        </w:rPr>
        <w:t>ש״ך</w:t>
      </w:r>
      <w:r>
        <w:rPr>
          <w:rFonts w:ascii="Georgia" w:hAnsi="Georgia"/>
          <w:b w:val="0"/>
          <w:i w:val="0"/>
          <w:color w:val="000000"/>
          <w:sz w:val="24"/>
        </w:rPr>
        <w:t>) [судов] и АДОНАЙ (</w:t>
      </w:r>
      <w:r>
        <w:rPr>
          <w:rFonts w:ascii="Georgia" w:hAnsi="Georgia" w:cs="Times New Roman"/>
          <w:b/>
          <w:i w:val="0"/>
          <w:color w:val="000000"/>
          <w:sz w:val="24"/>
          <w:rtl/>
          <w:szCs w:val="32"/>
        </w:rPr>
        <w:t>אדני</w:t>
      </w:r>
      <w:r>
        <w:rPr>
          <w:rFonts w:ascii="Georgia" w:hAnsi="Georgia"/>
          <w:b w:val="0"/>
          <w:i w:val="0"/>
          <w:color w:val="000000"/>
          <w:sz w:val="24"/>
        </w:rPr>
        <w:t xml:space="preserve"> = 65, составляющие Шхину), ведь «всякий, кто гневается — Шхина не имеет перед ним значения». Слово «крыло» (</w:t>
      </w:r>
      <w:r>
        <w:rPr>
          <w:rFonts w:ascii="Georgia" w:hAnsi="Georgia"/>
          <w:b w:val="0"/>
          <w:i/>
          <w:color w:val="000000"/>
          <w:sz w:val="24"/>
        </w:rPr>
        <w:t>канаф</w:t>
      </w:r>
      <w:r>
        <w:rPr>
          <w:rFonts w:ascii="Georgia" w:hAnsi="Georgia"/>
          <w:b w:val="0"/>
          <w:i w:val="0"/>
          <w:color w:val="000000"/>
          <w:sz w:val="24"/>
        </w:rPr>
        <w:t xml:space="preserve">, </w:t>
      </w:r>
      <w:r>
        <w:rPr>
          <w:rFonts w:ascii="Georgia" w:hAnsi="Georgia" w:cs="Times New Roman"/>
          <w:b/>
          <w:i w:val="0"/>
          <w:color w:val="000000"/>
          <w:sz w:val="24"/>
          <w:rtl/>
          <w:szCs w:val="32"/>
        </w:rPr>
        <w:t>כָּנָף</w:t>
      </w:r>
      <w:r>
        <w:rPr>
          <w:rFonts w:ascii="Georgia" w:hAnsi="Georgia"/>
          <w:b w:val="0"/>
          <w:i w:val="0"/>
          <w:color w:val="000000"/>
          <w:sz w:val="24"/>
        </w:rPr>
        <w:t>) по гематрии равно 150 (</w:t>
      </w:r>
      <w:r>
        <w:rPr>
          <w:rFonts w:ascii="Georgia" w:hAnsi="Georgia" w:cs="Times New Roman"/>
          <w:b/>
          <w:i w:val="0"/>
          <w:color w:val="000000"/>
          <w:sz w:val="24"/>
          <w:rtl/>
          <w:szCs w:val="32"/>
        </w:rPr>
        <w:t>ק״נ</w:t>
      </w:r>
      <w:r>
        <w:rPr>
          <w:rFonts w:ascii="Georgia" w:hAnsi="Georgia"/>
          <w:b w:val="0"/>
          <w:i w:val="0"/>
          <w:color w:val="000000"/>
          <w:sz w:val="24"/>
        </w:rPr>
        <w:t>); четыре раза «крыло» — это [имя] ЭЙЕ с наполнением хэй (</w:t>
      </w:r>
      <w:r>
        <w:rPr>
          <w:rFonts w:ascii="Georgia" w:hAnsi="Georgia" w:cs="Times New Roman"/>
          <w:b/>
          <w:i w:val="0"/>
          <w:color w:val="000000"/>
          <w:sz w:val="24"/>
          <w:rtl/>
          <w:szCs w:val="32"/>
        </w:rPr>
        <w:t>הה</w:t>
      </w:r>
      <w:r>
        <w:rPr>
          <w:rFonts w:ascii="Georgia" w:hAnsi="Georgia"/>
          <w:b w:val="0"/>
          <w:i w:val="0"/>
          <w:color w:val="000000"/>
          <w:sz w:val="24"/>
        </w:rPr>
        <w:t>) [говорит Шмуэль: с коллелем]. И пусть поместит их напротив груди (</w:t>
      </w:r>
      <w:r>
        <w:rPr>
          <w:rFonts w:ascii="Georgia" w:hAnsi="Georgia"/>
          <w:b w:val="0"/>
          <w:i/>
          <w:color w:val="000000"/>
          <w:sz w:val="24"/>
        </w:rPr>
        <w:t>хазе</w:t>
      </w:r>
      <w:r>
        <w:rPr>
          <w:rFonts w:ascii="Georgia" w:hAnsi="Georgia"/>
          <w:b w:val="0"/>
          <w:i w:val="0"/>
          <w:color w:val="000000"/>
          <w:sz w:val="24"/>
        </w:rPr>
        <w:t>), потому что там происходит раскрытие хасадим. «Бедняк» (</w:t>
      </w:r>
      <w:r>
        <w:rPr>
          <w:rFonts w:ascii="Georgia" w:hAnsi="Georgia"/>
          <w:b w:val="0"/>
          <w:i/>
          <w:color w:val="000000"/>
          <w:sz w:val="24"/>
        </w:rPr>
        <w:t>ани</w:t>
      </w:r>
      <w:r>
        <w:rPr>
          <w:rFonts w:ascii="Georgia" w:hAnsi="Georgia"/>
          <w:b w:val="0"/>
          <w:i w:val="0"/>
          <w:color w:val="000000"/>
          <w:sz w:val="24"/>
        </w:rPr>
        <w:t xml:space="preserve">, </w:t>
      </w:r>
      <w:r>
        <w:rPr>
          <w:rFonts w:ascii="Georgia" w:hAnsi="Georgia" w:cs="Times New Roman"/>
          <w:b/>
          <w:i w:val="0"/>
          <w:color w:val="000000"/>
          <w:sz w:val="24"/>
          <w:rtl/>
          <w:szCs w:val="32"/>
        </w:rPr>
        <w:t>עָנִי</w:t>
      </w:r>
      <w:r>
        <w:rPr>
          <w:rFonts w:ascii="Georgia" w:hAnsi="Georgia"/>
          <w:b w:val="0"/>
          <w:i w:val="0"/>
          <w:color w:val="000000"/>
          <w:sz w:val="24"/>
        </w:rPr>
        <w:t xml:space="preserve"> = 130) и «легкий» (</w:t>
      </w:r>
      <w:r>
        <w:rPr>
          <w:rFonts w:ascii="Georgia" w:hAnsi="Georgia"/>
          <w:b w:val="0"/>
          <w:i/>
          <w:color w:val="000000"/>
          <w:sz w:val="24"/>
        </w:rPr>
        <w:t>каль</w:t>
      </w:r>
      <w:r>
        <w:rPr>
          <w:rFonts w:ascii="Georgia" w:hAnsi="Georgia"/>
          <w:b w:val="0"/>
          <w:i w:val="0"/>
          <w:color w:val="000000"/>
          <w:sz w:val="24"/>
        </w:rPr>
        <w:t xml:space="preserve">, </w:t>
      </w:r>
      <w:r>
        <w:rPr>
          <w:rFonts w:ascii="Georgia" w:hAnsi="Georgia" w:cs="Times New Roman"/>
          <w:b/>
          <w:i w:val="0"/>
          <w:color w:val="000000"/>
          <w:sz w:val="24"/>
          <w:rtl/>
          <w:szCs w:val="32"/>
        </w:rPr>
        <w:t>קַל</w:t>
      </w:r>
      <w:r>
        <w:rPr>
          <w:rFonts w:ascii="Georgia" w:hAnsi="Georgia"/>
          <w:b w:val="0"/>
          <w:i w:val="0"/>
          <w:color w:val="000000"/>
          <w:sz w:val="24"/>
        </w:rPr>
        <w:t xml:space="preserve"> = 130). Наполнение [имени] </w:t>
      </w:r>
      <w:r>
        <w:rPr>
          <w:rFonts w:ascii="Georgia" w:hAnsi="Georgia" w:cs="Times New Roman"/>
          <w:b/>
          <w:i w:val="0"/>
          <w:color w:val="000000"/>
          <w:sz w:val="24"/>
          <w:rtl/>
          <w:szCs w:val="32"/>
        </w:rPr>
        <w:t>יוד הא ואו הה</w:t>
      </w:r>
      <w:r>
        <w:rPr>
          <w:rFonts w:ascii="Georgia" w:hAnsi="Georgia"/>
          <w:b w:val="0"/>
          <w:i w:val="0"/>
          <w:color w:val="000000"/>
          <w:sz w:val="24"/>
        </w:rPr>
        <w:t xml:space="preserve"> по гематрии равно «больной» (</w:t>
      </w:r>
      <w:r>
        <w:rPr>
          <w:rFonts w:ascii="Georgia" w:hAnsi="Georgia"/>
          <w:b w:val="0"/>
          <w:i/>
          <w:color w:val="000000"/>
          <w:sz w:val="24"/>
        </w:rPr>
        <w:t>холе</w:t>
      </w:r>
      <w:r>
        <w:rPr>
          <w:rFonts w:ascii="Georgia" w:hAnsi="Georgia"/>
          <w:b w:val="0"/>
          <w:i w:val="0"/>
          <w:color w:val="000000"/>
          <w:sz w:val="24"/>
        </w:rPr>
        <w:t xml:space="preserve">, </w:t>
      </w:r>
      <w:r>
        <w:rPr>
          <w:rFonts w:ascii="Georgia" w:hAnsi="Georgia" w:cs="Times New Roman"/>
          <w:b/>
          <w:i w:val="0"/>
          <w:color w:val="000000"/>
          <w:sz w:val="24"/>
          <w:rtl/>
          <w:szCs w:val="32"/>
        </w:rPr>
        <w:t>חוֹלֶה</w:t>
      </w:r>
      <w:r>
        <w:rPr>
          <w:rFonts w:ascii="Georgia" w:hAnsi="Georgia"/>
          <w:b w:val="0"/>
          <w:i w:val="0"/>
          <w:color w:val="000000"/>
          <w:sz w:val="24"/>
        </w:rPr>
        <w:t xml:space="preserve"> = 49); </w:t>
      </w:r>
      <w:r>
        <w:rPr>
          <w:rFonts w:ascii="Georgia" w:hAnsi="Georgia"/>
          <w:b w:val="0"/>
          <w:i/>
          <w:color w:val="000000"/>
          <w:sz w:val="24"/>
        </w:rPr>
        <w:t>Хава</w:t>
      </w:r>
      <w:r>
        <w:rPr>
          <w:rFonts w:ascii="Georgia" w:hAnsi="Georgia"/>
          <w:b w:val="0"/>
          <w:i w:val="0"/>
          <w:color w:val="000000"/>
          <w:sz w:val="24"/>
        </w:rPr>
        <w:t xml:space="preserve"> (</w:t>
      </w:r>
      <w:r>
        <w:rPr>
          <w:rFonts w:ascii="Georgia" w:hAnsi="Georgia" w:cs="Times New Roman"/>
          <w:b/>
          <w:i w:val="0"/>
          <w:color w:val="000000"/>
          <w:sz w:val="24"/>
          <w:rtl/>
          <w:szCs w:val="32"/>
        </w:rPr>
        <w:t>חַוָּה</w:t>
      </w:r>
      <w:r>
        <w:rPr>
          <w:rFonts w:ascii="Georgia" w:hAnsi="Georgia"/>
          <w:b w:val="0"/>
          <w:i w:val="0"/>
          <w:color w:val="000000"/>
          <w:sz w:val="24"/>
        </w:rPr>
        <w:t xml:space="preserve"> = 19) и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 это три буквы йод из [имени] САГ [3 </w:t>
      </w:r>
      <w:r>
        <w:rPr>
          <w:rFonts w:ascii="Georgia" w:hAnsi="Georgia"/>
          <w:b w:val="0"/>
          <w:i/>
          <w:color w:val="000000"/>
          <w:sz w:val="24"/>
        </w:rPr>
        <w:t xml:space="preserve"> 10 = 30]. «Хлеб» (</w:t>
      </w:r>
      <w:r>
        <w:rPr>
          <w:rFonts w:ascii="Georgia" w:hAnsi="Georgia"/>
          <w:b w:val="0"/>
          <w:i w:val="0"/>
          <w:color w:val="000000"/>
          <w:sz w:val="24"/>
        </w:rPr>
        <w:t>лехем</w:t>
      </w:r>
      <w:r>
        <w:rPr>
          <w:rFonts w:ascii="Georgia" w:hAnsi="Georgia"/>
          <w:b w:val="0"/>
          <w:i/>
          <w:color w:val="000000"/>
          <w:sz w:val="24"/>
        </w:rPr>
        <w:t xml:space="preserve">, </w:t>
      </w:r>
      <w:r>
        <w:rPr>
          <w:rFonts w:ascii="Georgia" w:hAnsi="Georgia" w:cs="Times New Roman"/>
          <w:b/>
          <w:i/>
          <w:color w:val="000000"/>
          <w:sz w:val="24"/>
          <w:rtl/>
          <w:szCs w:val="32"/>
        </w:rPr>
        <w:t>לֶחֶם</w:t>
      </w:r>
      <w:r>
        <w:rPr>
          <w:rFonts w:ascii="Georgia" w:hAnsi="Georgia"/>
          <w:b w:val="0"/>
          <w:i/>
          <w:color w:val="000000"/>
          <w:sz w:val="24"/>
        </w:rPr>
        <w:t>) и «соль» (</w:t>
      </w:r>
      <w:r>
        <w:rPr>
          <w:rFonts w:ascii="Georgia" w:hAnsi="Georgia"/>
          <w:b w:val="0"/>
          <w:i w:val="0"/>
          <w:color w:val="000000"/>
          <w:sz w:val="24"/>
        </w:rPr>
        <w:t>мелах</w:t>
      </w:r>
      <w:r>
        <w:rPr>
          <w:rFonts w:ascii="Georgia" w:hAnsi="Georgia"/>
          <w:b w:val="0"/>
          <w:i/>
          <w:color w:val="000000"/>
          <w:sz w:val="24"/>
        </w:rPr>
        <w:t xml:space="preserve">, </w:t>
      </w:r>
      <w:r>
        <w:rPr>
          <w:rFonts w:ascii="Georgia" w:hAnsi="Georgia" w:cs="Times New Roman"/>
          <w:b/>
          <w:i/>
          <w:color w:val="000000"/>
          <w:sz w:val="24"/>
          <w:rtl/>
          <w:szCs w:val="32"/>
        </w:rPr>
        <w:t>מֶלַח</w:t>
      </w:r>
      <w:r>
        <w:rPr>
          <w:rFonts w:ascii="Georgia" w:hAnsi="Georgia"/>
          <w:b w:val="0"/>
          <w:i/>
          <w:color w:val="000000"/>
          <w:sz w:val="24"/>
        </w:rPr>
        <w:t>) равны 78 (</w:t>
      </w:r>
      <w:r>
        <w:rPr>
          <w:rFonts w:ascii="Georgia" w:hAnsi="Georgia" w:cs="Times New Roman"/>
          <w:b/>
          <w:i/>
          <w:color w:val="000000"/>
          <w:sz w:val="24"/>
          <w:rtl/>
          <w:szCs w:val="32"/>
        </w:rPr>
        <w:t>ע״ח</w:t>
      </w:r>
      <w:r>
        <w:rPr>
          <w:rFonts w:ascii="Georgia" w:hAnsi="Georgia"/>
          <w:b w:val="0"/>
          <w:i/>
          <w:color w:val="000000"/>
          <w:sz w:val="24"/>
        </w:rPr>
        <w:t xml:space="preserve">) и 78: три хасадим [3 </w:t>
      </w:r>
      <w:r>
        <w:rPr>
          <w:rFonts w:ascii="Georgia" w:hAnsi="Georgia"/>
          <w:b w:val="0"/>
          <w:i w:val="0"/>
          <w:color w:val="000000"/>
          <w:sz w:val="24"/>
        </w:rPr>
        <w:t xml:space="preserve"> 26 = 78] и три гвурот [3 </w:t>
      </w:r>
      <w:r>
        <w:rPr>
          <w:rFonts w:ascii="Georgia" w:hAnsi="Georgia"/>
          <w:b w:val="0"/>
          <w:i/>
          <w:color w:val="000000"/>
          <w:sz w:val="24"/>
        </w:rPr>
        <w:t xml:space="preserve"> 26 = 78]. АБ, САГ, МА — их [числа] 28 (</w:t>
      </w:r>
      <w:r>
        <w:rPr>
          <w:rFonts w:ascii="Georgia" w:hAnsi="Georgia" w:cs="Times New Roman"/>
          <w:b/>
          <w:i/>
          <w:color w:val="000000"/>
          <w:sz w:val="24"/>
          <w:rtl/>
          <w:szCs w:val="32"/>
        </w:rPr>
        <w:t>כ״ח</w:t>
      </w:r>
      <w:r>
        <w:rPr>
          <w:rFonts w:ascii="Georgia" w:hAnsi="Georgia"/>
          <w:b w:val="0"/>
          <w:i/>
          <w:color w:val="000000"/>
          <w:sz w:val="24"/>
        </w:rPr>
        <w:t>), 28, 28 — при омовении [рук]. Буквы йод-алеф-йод (</w:t>
      </w:r>
      <w:r>
        <w:rPr>
          <w:rFonts w:ascii="Georgia" w:hAnsi="Georgia" w:cs="Times New Roman"/>
          <w:b/>
          <w:i/>
          <w:color w:val="000000"/>
          <w:sz w:val="24"/>
          <w:rtl/>
          <w:szCs w:val="32"/>
        </w:rPr>
        <w:t>יאי</w:t>
      </w:r>
      <w:r>
        <w:rPr>
          <w:rFonts w:ascii="Georgia" w:hAnsi="Georgia"/>
          <w:b w:val="0"/>
          <w:i/>
          <w:color w:val="000000"/>
          <w:sz w:val="24"/>
        </w:rPr>
        <w:t>), двадцать две (</w:t>
      </w:r>
      <w:r>
        <w:rPr>
          <w:rFonts w:ascii="Georgia" w:hAnsi="Georgia" w:cs="Times New Roman"/>
          <w:b/>
          <w:i/>
          <w:color w:val="000000"/>
          <w:sz w:val="24"/>
          <w:rtl/>
          <w:szCs w:val="32"/>
        </w:rPr>
        <w:t>ככ״ב</w:t>
      </w:r>
      <w:r>
        <w:rPr>
          <w:rFonts w:ascii="Georgia" w:hAnsi="Georgia"/>
          <w:b w:val="0"/>
          <w:i/>
          <w:color w:val="000000"/>
          <w:sz w:val="24"/>
        </w:rPr>
        <w:t>) и 42 (</w:t>
      </w:r>
      <w:r>
        <w:rPr>
          <w:rFonts w:ascii="Georgia" w:hAnsi="Georgia" w:cs="Times New Roman"/>
          <w:b/>
          <w:i/>
          <w:color w:val="000000"/>
          <w:sz w:val="24"/>
          <w:rtl/>
          <w:szCs w:val="32"/>
        </w:rPr>
        <w:t>מ״ב</w:t>
      </w:r>
      <w:r>
        <w:rPr>
          <w:rFonts w:ascii="Georgia" w:hAnsi="Georgia"/>
          <w:b w:val="0"/>
          <w:i/>
          <w:color w:val="000000"/>
          <w:sz w:val="24"/>
        </w:rPr>
        <w:t>) буквы имени АВАЯ с наполнением алеф — когда вытираешь руки. Ведь забывчивость возникает главным образом из-за гнева и из-за использования Его Имен, благословен Он. Порядок этого единения таков: в первый день направь намерение на букву алеф (</w:t>
      </w:r>
      <w:r>
        <w:rPr>
          <w:rFonts w:ascii="Georgia" w:hAnsi="Georgia" w:cs="Times New Roman"/>
          <w:b/>
          <w:i/>
          <w:color w:val="000000"/>
          <w:sz w:val="24"/>
          <w:rtl/>
          <w:szCs w:val="32"/>
        </w:rPr>
        <w:t>אל״ף</w:t>
      </w:r>
      <w:r>
        <w:rPr>
          <w:rFonts w:ascii="Georgia" w:hAnsi="Georgia"/>
          <w:b w:val="0"/>
          <w:i/>
          <w:color w:val="000000"/>
          <w:sz w:val="24"/>
        </w:rPr>
        <w:t>) имени ЭЙЕ с наполнением йод; она по гематрии равна АВАЯ (</w:t>
      </w:r>
      <w:r>
        <w:rPr>
          <w:rFonts w:ascii="Georgia" w:hAnsi="Georgia" w:cs="Times New Roman"/>
          <w:b/>
          <w:i/>
          <w:color w:val="000000"/>
          <w:sz w:val="24"/>
          <w:rtl/>
          <w:szCs w:val="32"/>
        </w:rPr>
        <w:t>יהוה</w:t>
      </w:r>
      <w:r>
        <w:rPr>
          <w:rFonts w:ascii="Georgia" w:hAnsi="Georgia"/>
          <w:b w:val="0"/>
          <w:i/>
          <w:color w:val="000000"/>
          <w:sz w:val="24"/>
        </w:rPr>
        <w:t xml:space="preserve"> = 26) и ЭЛОКИМ (</w:t>
      </w:r>
      <w:r>
        <w:rPr>
          <w:rFonts w:ascii="Georgia" w:hAnsi="Georgia" w:cs="Times New Roman"/>
          <w:b/>
          <w:i/>
          <w:color w:val="000000"/>
          <w:sz w:val="24"/>
          <w:rtl/>
          <w:szCs w:val="32"/>
        </w:rPr>
        <w:t>אלהים</w:t>
      </w:r>
      <w:r>
        <w:rPr>
          <w:rFonts w:ascii="Georgia" w:hAnsi="Georgia"/>
          <w:b w:val="0"/>
          <w:i w:val="0"/>
          <w:color w:val="000000"/>
          <w:sz w:val="24"/>
        </w:rPr>
        <w:t>* = 86) [вместе с коллелем: 112].</w:t>
      </w:r>
    </w:p>
    <w:p>
      <w:pPr>
        <w:spacing w:before="40" w:after="120"/>
        <w:jc w:val="both"/>
      </w:pPr>
      <w:r>
        <w:rPr>
          <w:rFonts w:ascii="Georgia" w:hAnsi="Georgia"/>
          <w:b w:val="0"/>
          <w:i w:val="0"/>
          <w:color w:val="000000"/>
          <w:sz w:val="24"/>
        </w:rPr>
        <w:t>Однако переплети их: поставь АВАЯ раньше ЭЛОКИМ, если это утром, днем; а если ночью — поставь в переплетении ЭЛОКИМ раньше АВАЯ. Остались три буквы хэй, йод, хэй (</w:t>
      </w:r>
      <w:r>
        <w:rPr>
          <w:rFonts w:ascii="Georgia" w:hAnsi="Georgia" w:cs="Times New Roman"/>
          <w:b/>
          <w:i w:val="0"/>
          <w:color w:val="000000"/>
          <w:sz w:val="24"/>
          <w:rtl/>
          <w:szCs w:val="32"/>
        </w:rPr>
        <w:t>הי״ה</w:t>
      </w:r>
      <w:r>
        <w:rPr>
          <w:rFonts w:ascii="Georgia" w:hAnsi="Georgia"/>
          <w:b w:val="0"/>
          <w:i w:val="0"/>
          <w:color w:val="000000"/>
          <w:sz w:val="24"/>
        </w:rPr>
        <w:t>) из [имени] ЭЙЕ с наполнением йод; направляй намерение днем — на ЙА (</w:t>
      </w:r>
      <w:r>
        <w:rPr>
          <w:rFonts w:ascii="Georgia" w:hAnsi="Georgia" w:cs="Times New Roman"/>
          <w:b/>
          <w:i w:val="0"/>
          <w:color w:val="000000"/>
          <w:sz w:val="24"/>
          <w:rtl/>
          <w:szCs w:val="32"/>
        </w:rPr>
        <w:t>י״ה</w:t>
      </w:r>
      <w:r>
        <w:rPr>
          <w:rFonts w:ascii="Georgia" w:hAnsi="Georgia"/>
          <w:b w:val="0"/>
          <w:i w:val="0"/>
          <w:color w:val="000000"/>
          <w:sz w:val="24"/>
        </w:rPr>
        <w:t>) и буквы хэй-йод (</w:t>
      </w:r>
      <w:r>
        <w:rPr>
          <w:rFonts w:ascii="Georgia" w:hAnsi="Georgia" w:cs="Times New Roman"/>
          <w:b/>
          <w:i w:val="0"/>
          <w:color w:val="000000"/>
          <w:sz w:val="24"/>
          <w:rtl/>
          <w:szCs w:val="32"/>
        </w:rPr>
        <w:t>ה״י</w:t>
      </w:r>
      <w:r>
        <w:rPr>
          <w:rFonts w:ascii="Georgia" w:hAnsi="Georgia"/>
          <w:b w:val="0"/>
          <w:i w:val="0"/>
          <w:color w:val="000000"/>
          <w:sz w:val="24"/>
        </w:rPr>
        <w:t>), а ночью — на буквы хэй-йод (</w:t>
      </w:r>
      <w:r>
        <w:rPr>
          <w:rFonts w:ascii="Georgia" w:hAnsi="Georgia" w:cs="Times New Roman"/>
          <w:b/>
          <w:i w:val="0"/>
          <w:color w:val="000000"/>
          <w:sz w:val="24"/>
          <w:rtl/>
          <w:szCs w:val="32"/>
        </w:rPr>
        <w:t>ה״י</w:t>
      </w:r>
      <w:r>
        <w:rPr>
          <w:rFonts w:ascii="Georgia" w:hAnsi="Georgia"/>
          <w:b w:val="0"/>
          <w:i w:val="0"/>
          <w:color w:val="000000"/>
          <w:sz w:val="24"/>
        </w:rPr>
        <w:t>) и ЙА. А когда вычтешь дважды буквы хэй-йод (</w:t>
      </w:r>
      <w:r>
        <w:rPr>
          <w:rFonts w:ascii="Georgia" w:hAnsi="Georgia" w:cs="Times New Roman"/>
          <w:b/>
          <w:i w:val="0"/>
          <w:color w:val="000000"/>
          <w:sz w:val="24"/>
          <w:rtl/>
          <w:szCs w:val="32"/>
        </w:rPr>
        <w:t>ה״י</w:t>
      </w:r>
      <w:r>
        <w:rPr>
          <w:rFonts w:ascii="Georgia" w:hAnsi="Georgia"/>
          <w:b w:val="0"/>
          <w:i w:val="0"/>
          <w:color w:val="000000"/>
          <w:sz w:val="24"/>
        </w:rPr>
        <w:t xml:space="preserve"> = 15) [15 + 15 = 30] из буквы алеф, которая равна 112 (</w:t>
      </w:r>
      <w:r>
        <w:rPr>
          <w:rFonts w:ascii="Georgia" w:hAnsi="Georgia" w:cs="Times New Roman"/>
          <w:b/>
          <w:i w:val="0"/>
          <w:color w:val="000000"/>
          <w:sz w:val="24"/>
          <w:rtl/>
          <w:szCs w:val="32"/>
        </w:rPr>
        <w:t>יב״ק</w:t>
      </w:r>
      <w:r>
        <w:rPr>
          <w:rFonts w:ascii="Georgia" w:hAnsi="Georgia"/>
          <w:b w:val="0"/>
          <w:i w:val="0"/>
          <w:color w:val="000000"/>
          <w:sz w:val="24"/>
        </w:rPr>
        <w:t>), останется 82 (</w:t>
      </w:r>
      <w:r>
        <w:rPr>
          <w:rFonts w:ascii="Georgia" w:hAnsi="Georgia" w:cs="Times New Roman"/>
          <w:b/>
          <w:i w:val="0"/>
          <w:color w:val="000000"/>
          <w:sz w:val="24"/>
          <w:rtl/>
          <w:szCs w:val="32"/>
        </w:rPr>
        <w:t>פ״ב</w:t>
      </w:r>
      <w:r>
        <w:rPr>
          <w:rFonts w:ascii="Georgia" w:hAnsi="Georgia"/>
          <w:b w:val="0"/>
          <w:i w:val="0"/>
          <w:color w:val="000000"/>
          <w:sz w:val="24"/>
        </w:rPr>
        <w:t>); и это дважды по 41 (</w:t>
      </w:r>
      <w:r>
        <w:rPr>
          <w:rFonts w:ascii="Georgia" w:hAnsi="Georgia" w:cs="Times New Roman"/>
          <w:b/>
          <w:i w:val="0"/>
          <w:color w:val="000000"/>
          <w:sz w:val="24"/>
          <w:rtl/>
          <w:szCs w:val="32"/>
        </w:rPr>
        <w:t>א״ם א״ם</w:t>
      </w:r>
      <w:r>
        <w:rPr>
          <w:rFonts w:ascii="Georgia" w:hAnsi="Georgia"/>
          <w:b w:val="0"/>
          <w:i w:val="0"/>
          <w:color w:val="000000"/>
          <w:sz w:val="24"/>
        </w:rPr>
        <w:t>), [что составляет] буквы в [именах] ЭЙЕ с наполнением йод и с наполнением алеф. Во второй день — буква алеф из [имени] ЭЙЕ с наполнением алеф, подобно упомянутому порядку. В третий день: три раза алеф — это 333 (</w:t>
      </w:r>
      <w:r>
        <w:rPr>
          <w:rFonts w:ascii="Georgia" w:hAnsi="Georgia" w:cs="Times New Roman"/>
          <w:b/>
          <w:i w:val="0"/>
          <w:color w:val="000000"/>
          <w:sz w:val="24"/>
          <w:rtl/>
          <w:szCs w:val="32"/>
        </w:rPr>
        <w:t>של״ג</w:t>
      </w:r>
      <w:r>
        <w:rPr>
          <w:rFonts w:ascii="Georgia" w:hAnsi="Georgia"/>
          <w:b w:val="0"/>
          <w:i w:val="0"/>
          <w:color w:val="000000"/>
          <w:sz w:val="24"/>
        </w:rPr>
        <w:t>). И направит намерение на сочетание букв хэй-вав-йод (</w:t>
      </w:r>
      <w:r>
        <w:rPr>
          <w:rFonts w:ascii="Georgia" w:hAnsi="Georgia" w:cs="Times New Roman"/>
          <w:b/>
          <w:i w:val="0"/>
          <w:color w:val="000000"/>
          <w:sz w:val="24"/>
          <w:rtl/>
          <w:szCs w:val="32"/>
        </w:rPr>
        <w:t>הו״י</w:t>
      </w:r>
      <w:r>
        <w:rPr>
          <w:rFonts w:ascii="Georgia" w:hAnsi="Georgia"/>
          <w:b w:val="0"/>
          <w:i w:val="0"/>
          <w:color w:val="000000"/>
          <w:sz w:val="24"/>
        </w:rPr>
        <w:t>), составляющее 333, следующим образом: двадцать (</w:t>
      </w:r>
      <w:r>
        <w:rPr>
          <w:rFonts w:ascii="Georgia" w:hAnsi="Georgia" w:cs="Times New Roman"/>
          <w:b/>
          <w:i w:val="0"/>
          <w:color w:val="000000"/>
          <w:sz w:val="24"/>
          <w:rtl/>
          <w:szCs w:val="32"/>
        </w:rPr>
        <w:t>יו״ד</w:t>
      </w:r>
      <w:r>
        <w:rPr>
          <w:rFonts w:ascii="Georgia" w:hAnsi="Georgia"/>
          <w:b w:val="0"/>
          <w:i w:val="0"/>
          <w:color w:val="000000"/>
          <w:sz w:val="24"/>
        </w:rPr>
        <w:t xml:space="preserve"> = 20) раз по 15 (</w:t>
      </w:r>
      <w:r>
        <w:rPr>
          <w:rFonts w:ascii="Georgia" w:hAnsi="Georgia" w:cs="Times New Roman"/>
          <w:b/>
          <w:i w:val="0"/>
          <w:color w:val="000000"/>
          <w:sz w:val="24"/>
          <w:rtl/>
          <w:szCs w:val="32"/>
        </w:rPr>
        <w:t>ה״י</w:t>
      </w:r>
      <w:r>
        <w:rPr>
          <w:rFonts w:ascii="Georgia" w:hAnsi="Georgia"/>
          <w:b w:val="0"/>
          <w:i w:val="0"/>
          <w:color w:val="000000"/>
          <w:sz w:val="24"/>
        </w:rPr>
        <w:t xml:space="preserve"> = 15) — это 300 (</w:t>
      </w:r>
      <w:r>
        <w:rPr>
          <w:rFonts w:ascii="Georgia" w:hAnsi="Georgia" w:cs="Times New Roman"/>
          <w:b/>
          <w:i w:val="0"/>
          <w:color w:val="000000"/>
          <w:sz w:val="24"/>
          <w:rtl/>
          <w:szCs w:val="32"/>
        </w:rPr>
        <w:t>ש</w:t>
      </w:r>
      <w:r>
        <w:rPr>
          <w:rFonts w:ascii="Georgia" w:hAnsi="Georgia"/>
          <w:b w:val="0"/>
          <w:i w:val="0"/>
          <w:color w:val="000000"/>
          <w:sz w:val="24"/>
        </w:rPr>
        <w:t xml:space="preserve"> = 300); а буквы </w:t>
      </w:r>
      <w:r>
        <w:rPr>
          <w:rFonts w:ascii="Georgia" w:hAnsi="Georgia" w:cs="Times New Roman"/>
          <w:b/>
          <w:i w:val="0"/>
          <w:color w:val="000000"/>
          <w:sz w:val="24"/>
          <w:rtl/>
          <w:szCs w:val="32"/>
        </w:rPr>
        <w:t>הו״י</w:t>
      </w:r>
      <w:r>
        <w:rPr>
          <w:rFonts w:ascii="Georgia" w:hAnsi="Georgia"/>
          <w:b w:val="0"/>
          <w:i w:val="0"/>
          <w:color w:val="000000"/>
          <w:sz w:val="24"/>
        </w:rPr>
        <w:t xml:space="preserve"> составляют 21 (</w:t>
      </w:r>
      <w:r>
        <w:rPr>
          <w:rFonts w:ascii="Georgia" w:hAnsi="Georgia" w:cs="Times New Roman"/>
          <w:b/>
          <w:i w:val="0"/>
          <w:color w:val="000000"/>
          <w:sz w:val="24"/>
          <w:rtl/>
          <w:szCs w:val="32"/>
        </w:rPr>
        <w:t>כ״א</w:t>
      </w:r>
      <w:r>
        <w:rPr>
          <w:rFonts w:ascii="Georgia" w:hAnsi="Georgia"/>
          <w:b w:val="0"/>
          <w:i w:val="0"/>
          <w:color w:val="000000"/>
          <w:sz w:val="24"/>
        </w:rPr>
        <w:t>), вот 321 (</w:t>
      </w:r>
      <w:r>
        <w:rPr>
          <w:rFonts w:ascii="Georgia" w:hAnsi="Georgia" w:cs="Times New Roman"/>
          <w:b/>
          <w:i w:val="0"/>
          <w:color w:val="000000"/>
          <w:sz w:val="24"/>
          <w:rtl/>
          <w:szCs w:val="32"/>
        </w:rPr>
        <w:t>שכ״א</w:t>
      </w:r>
      <w:r>
        <w:rPr>
          <w:rFonts w:ascii="Georgia" w:hAnsi="Georgia"/>
          <w:b w:val="0"/>
          <w:i w:val="0"/>
          <w:color w:val="000000"/>
          <w:sz w:val="24"/>
        </w:rPr>
        <w:t>); и наполни букву вав вот так: удвоением вав (</w:t>
      </w:r>
      <w:r>
        <w:rPr>
          <w:rFonts w:ascii="Georgia" w:hAnsi="Georgia" w:cs="Times New Roman"/>
          <w:b/>
          <w:i w:val="0"/>
          <w:color w:val="000000"/>
          <w:sz w:val="24"/>
          <w:rtl/>
          <w:szCs w:val="32"/>
        </w:rPr>
        <w:t>ו״ו</w:t>
      </w:r>
      <w:r>
        <w:rPr>
          <w:rFonts w:ascii="Georgia" w:hAnsi="Georgia"/>
          <w:b w:val="0"/>
          <w:i w:val="0"/>
          <w:color w:val="000000"/>
          <w:sz w:val="24"/>
        </w:rPr>
        <w:t xml:space="preserve"> = 12), вот 333. Переплетение для дня выглядит так: </w:t>
      </w:r>
      <w:r>
        <w:rPr>
          <w:rFonts w:ascii="Georgia" w:hAnsi="Georgia" w:cs="Times New Roman"/>
          <w:b/>
          <w:i w:val="0"/>
          <w:color w:val="000000"/>
          <w:sz w:val="24"/>
          <w:rtl/>
          <w:szCs w:val="32"/>
        </w:rPr>
        <w:t>יאהל וההי״ם</w:t>
      </w:r>
      <w:r>
        <w:rPr>
          <w:rFonts w:ascii="Georgia" w:hAnsi="Georgia"/>
          <w:b w:val="0"/>
          <w:i w:val="0"/>
          <w:color w:val="000000"/>
          <w:sz w:val="24"/>
        </w:rPr>
        <w:t xml:space="preserve">, а для ночи: </w:t>
      </w:r>
      <w:r>
        <w:rPr>
          <w:rFonts w:ascii="Georgia" w:hAnsi="Georgia" w:cs="Times New Roman"/>
          <w:b/>
          <w:i w:val="0"/>
          <w:color w:val="000000"/>
          <w:sz w:val="24"/>
          <w:rtl/>
          <w:szCs w:val="32"/>
        </w:rPr>
        <w:t>אילה הויה״ם</w:t>
      </w:r>
      <w:r>
        <w:rPr>
          <w:rFonts w:ascii="Georgia" w:hAnsi="Georgia"/>
          <w:b w:val="0"/>
          <w:i w:val="0"/>
          <w:color w:val="000000"/>
          <w:sz w:val="24"/>
        </w:rPr>
        <w:t>. Имя из букв бэт, каф, хэт (</w:t>
      </w:r>
      <w:r>
        <w:rPr>
          <w:rFonts w:ascii="Georgia" w:hAnsi="Georgia" w:cs="Times New Roman"/>
          <w:b/>
          <w:i w:val="0"/>
          <w:color w:val="000000"/>
          <w:sz w:val="24"/>
          <w:rtl/>
          <w:szCs w:val="32"/>
        </w:rPr>
        <w:t>בכ״ח</w:t>
      </w:r>
      <w:r>
        <w:rPr>
          <w:rFonts w:ascii="Georgia" w:hAnsi="Georgia"/>
          <w:b w:val="0"/>
          <w:i w:val="0"/>
          <w:color w:val="000000"/>
          <w:sz w:val="24"/>
        </w:rPr>
        <w:t>) по системе атбаш (</w:t>
      </w:r>
      <w:r>
        <w:rPr>
          <w:rFonts w:ascii="Georgia" w:hAnsi="Georgia" w:cs="Times New Roman"/>
          <w:b/>
          <w:i w:val="0"/>
          <w:color w:val="000000"/>
          <w:sz w:val="24"/>
          <w:rtl/>
          <w:szCs w:val="32"/>
        </w:rPr>
        <w:t>בא״ת ב״ש</w:t>
      </w:r>
      <w:r>
        <w:rPr>
          <w:rFonts w:ascii="Georgia" w:hAnsi="Georgia"/>
          <w:b w:val="0"/>
          <w:i w:val="0"/>
          <w:color w:val="000000"/>
          <w:sz w:val="24"/>
        </w:rPr>
        <w:t xml:space="preserve">) — это </w:t>
      </w:r>
      <w:r>
        <w:rPr>
          <w:rFonts w:ascii="Georgia" w:hAnsi="Georgia"/>
          <w:b w:val="0"/>
          <w:i/>
          <w:color w:val="000000"/>
          <w:sz w:val="24"/>
        </w:rPr>
        <w:t>шаласа</w:t>
      </w:r>
      <w:r>
        <w:rPr>
          <w:rFonts w:ascii="Georgia" w:hAnsi="Georgia"/>
          <w:b w:val="0"/>
          <w:i w:val="0"/>
          <w:color w:val="000000"/>
          <w:sz w:val="24"/>
        </w:rPr>
        <w:t xml:space="preserve"> (</w:t>
      </w:r>
      <w:r>
        <w:rPr>
          <w:rFonts w:ascii="Georgia" w:hAnsi="Georgia" w:cs="Times New Roman"/>
          <w:b/>
          <w:i w:val="0"/>
          <w:color w:val="000000"/>
          <w:sz w:val="24"/>
          <w:rtl/>
          <w:szCs w:val="32"/>
        </w:rPr>
        <w:t>שלְסָ</w:t>
      </w:r>
      <w:r>
        <w:rPr>
          <w:rFonts w:ascii="Georgia" w:hAnsi="Georgia"/>
          <w:b w:val="0"/>
          <w:i w:val="0"/>
          <w:color w:val="000000"/>
          <w:sz w:val="24"/>
        </w:rPr>
        <w:t>); и по гематрии это 195 (</w:t>
      </w:r>
      <w:r>
        <w:rPr>
          <w:rFonts w:ascii="Georgia" w:hAnsi="Georgia" w:cs="Times New Roman"/>
          <w:b/>
          <w:i w:val="0"/>
          <w:color w:val="000000"/>
          <w:sz w:val="24"/>
          <w:rtl/>
          <w:szCs w:val="32"/>
        </w:rPr>
        <w:t>קצ״ה</w:t>
      </w:r>
      <w:r>
        <w:rPr>
          <w:rFonts w:ascii="Georgia" w:hAnsi="Georgia"/>
          <w:b w:val="0"/>
          <w:i w:val="0"/>
          <w:color w:val="000000"/>
          <w:sz w:val="24"/>
        </w:rPr>
        <w:t>) и 195. А два раза ЭЛОКИМ составляют слово «пята» (</w:t>
      </w:r>
      <w:r>
        <w:rPr>
          <w:rFonts w:ascii="Georgia" w:hAnsi="Georgia"/>
          <w:b w:val="0"/>
          <w:i/>
          <w:color w:val="000000"/>
          <w:sz w:val="24"/>
        </w:rPr>
        <w:t>экев</w:t>
      </w:r>
      <w:r>
        <w:rPr>
          <w:rFonts w:ascii="Georgia" w:hAnsi="Georgia"/>
          <w:b w:val="0"/>
          <w:i w:val="0"/>
          <w:color w:val="000000"/>
          <w:sz w:val="24"/>
        </w:rPr>
        <w:t xml:space="preserve">, </w:t>
      </w:r>
      <w:r>
        <w:rPr>
          <w:rFonts w:ascii="Georgia" w:hAnsi="Georgia" w:cs="Times New Roman"/>
          <w:b/>
          <w:i w:val="0"/>
          <w:color w:val="000000"/>
          <w:sz w:val="24"/>
          <w:rtl/>
          <w:szCs w:val="32"/>
        </w:rPr>
        <w:t>עָקֵב</w:t>
      </w:r>
      <w:r>
        <w:rPr>
          <w:rFonts w:ascii="Georgia" w:hAnsi="Georgia"/>
          <w:b w:val="0"/>
          <w:i w:val="0"/>
          <w:color w:val="000000"/>
          <w:sz w:val="24"/>
        </w:rPr>
        <w:t xml:space="preserve"> = 172). «Трапеза» (</w:t>
      </w:r>
      <w:r>
        <w:rPr>
          <w:rFonts w:ascii="Georgia" w:hAnsi="Georgia"/>
          <w:b w:val="0"/>
          <w:i/>
          <w:color w:val="000000"/>
          <w:sz w:val="24"/>
        </w:rPr>
        <w:t>ахила</w:t>
      </w:r>
      <w:r>
        <w:rPr>
          <w:rFonts w:ascii="Georgia" w:hAnsi="Georgia"/>
          <w:b w:val="0"/>
          <w:i w:val="0"/>
          <w:color w:val="000000"/>
          <w:sz w:val="24"/>
        </w:rPr>
        <w:t xml:space="preserve">, </w:t>
      </w:r>
      <w:r>
        <w:rPr>
          <w:rFonts w:ascii="Georgia" w:hAnsi="Georgia" w:cs="Times New Roman"/>
          <w:b/>
          <w:i w:val="0"/>
          <w:color w:val="000000"/>
          <w:sz w:val="24"/>
          <w:rtl/>
          <w:szCs w:val="32"/>
        </w:rPr>
        <w:t>אֲכִילָה</w:t>
      </w:r>
      <w:r>
        <w:rPr>
          <w:rFonts w:ascii="Georgia" w:hAnsi="Georgia"/>
          <w:b w:val="0"/>
          <w:i w:val="0"/>
          <w:color w:val="000000"/>
          <w:sz w:val="24"/>
        </w:rPr>
        <w:t xml:space="preserve"> = 66) — это АВАЯ де-МА с наполнением алеф [45] и ЭЙЕ [21]. [Говорит Шмуэль: мир ему.] «Работа» (</w:t>
      </w:r>
      <w:r>
        <w:rPr>
          <w:rFonts w:ascii="Georgia" w:hAnsi="Georgia"/>
          <w:b w:val="0"/>
          <w:i/>
          <w:color w:val="000000"/>
          <w:sz w:val="24"/>
        </w:rPr>
        <w:t>мелаха</w:t>
      </w:r>
      <w:r>
        <w:rPr>
          <w:rFonts w:ascii="Georgia" w:hAnsi="Georgia"/>
          <w:b w:val="0"/>
          <w:i w:val="0"/>
          <w:color w:val="000000"/>
          <w:sz w:val="24"/>
        </w:rPr>
        <w:t xml:space="preserve">, </w:t>
      </w:r>
      <w:r>
        <w:rPr>
          <w:rFonts w:ascii="Georgia" w:hAnsi="Georgia" w:cs="Times New Roman"/>
          <w:b/>
          <w:i w:val="0"/>
          <w:color w:val="000000"/>
          <w:sz w:val="24"/>
          <w:rtl/>
          <w:szCs w:val="32"/>
        </w:rPr>
        <w:t>מְלָאכָה</w:t>
      </w:r>
      <w:r>
        <w:rPr>
          <w:rFonts w:ascii="Georgia" w:hAnsi="Georgia"/>
          <w:b w:val="0"/>
          <w:i w:val="0"/>
          <w:color w:val="000000"/>
          <w:sz w:val="24"/>
        </w:rPr>
        <w:t xml:space="preserve"> = 96) — это ЭЛЬ (</w:t>
      </w:r>
      <w:r>
        <w:rPr>
          <w:rFonts w:ascii="Georgia" w:hAnsi="Georgia" w:cs="Times New Roman"/>
          <w:b/>
          <w:i w:val="0"/>
          <w:color w:val="000000"/>
          <w:sz w:val="24"/>
          <w:rtl/>
          <w:szCs w:val="32"/>
        </w:rPr>
        <w:t>א״ל</w:t>
      </w:r>
      <w:r>
        <w:rPr>
          <w:rFonts w:ascii="Georgia" w:hAnsi="Georgia"/>
          <w:b w:val="0"/>
          <w:i w:val="0"/>
          <w:color w:val="000000"/>
          <w:sz w:val="24"/>
        </w:rPr>
        <w:t xml:space="preserve"> = 31) и АДОНАЙ (</w:t>
      </w:r>
      <w:r>
        <w:rPr>
          <w:rFonts w:ascii="Georgia" w:hAnsi="Georgia" w:cs="Times New Roman"/>
          <w:b/>
          <w:i w:val="0"/>
          <w:color w:val="000000"/>
          <w:sz w:val="24"/>
          <w:rtl/>
          <w:szCs w:val="32"/>
        </w:rPr>
        <w:t>אדנ״י</w:t>
      </w:r>
      <w:r>
        <w:rPr>
          <w:rFonts w:ascii="Georgia" w:hAnsi="Georgia"/>
          <w:b w:val="0"/>
          <w:i w:val="0"/>
          <w:color w:val="000000"/>
          <w:sz w:val="24"/>
        </w:rPr>
        <w:t xml:space="preserve"> = 65); а АВАЯ и ЭЛОКИМ составляют 112 (</w:t>
      </w:r>
      <w:r>
        <w:rPr>
          <w:rFonts w:ascii="Georgia" w:hAnsi="Georgia" w:cs="Times New Roman"/>
          <w:b/>
          <w:i w:val="0"/>
          <w:color w:val="000000"/>
          <w:sz w:val="24"/>
          <w:rtl/>
          <w:szCs w:val="32"/>
        </w:rPr>
        <w:t>יב״ק</w:t>
      </w:r>
      <w:r>
        <w:rPr>
          <w:rFonts w:ascii="Georgia" w:hAnsi="Georgia"/>
          <w:b w:val="0"/>
          <w:i w:val="0"/>
          <w:color w:val="000000"/>
          <w:sz w:val="24"/>
        </w:rPr>
        <w:t>), и они — ЗА с Леей. А 112, которое составляют ЭЙЕ, АВАЯ и АДОНАЙ [21 + 26 + 65 = 112] — в Рахели. И два раза по 112 — это «путь» (</w:t>
      </w:r>
      <w:r>
        <w:rPr>
          <w:rFonts w:ascii="Georgia" w:hAnsi="Georgia"/>
          <w:b w:val="0"/>
          <w:i/>
          <w:color w:val="000000"/>
          <w:sz w:val="24"/>
        </w:rPr>
        <w:t>дерех</w:t>
      </w:r>
      <w:r>
        <w:rPr>
          <w:rFonts w:ascii="Georgia" w:hAnsi="Georgia"/>
          <w:b w:val="0"/>
          <w:i w:val="0"/>
          <w:color w:val="000000"/>
          <w:sz w:val="24"/>
        </w:rPr>
        <w:t xml:space="preserve">, </w:t>
      </w:r>
      <w:r>
        <w:rPr>
          <w:rFonts w:ascii="Georgia" w:hAnsi="Georgia" w:cs="Times New Roman"/>
          <w:b/>
          <w:i w:val="0"/>
          <w:color w:val="000000"/>
          <w:sz w:val="24"/>
          <w:rtl/>
          <w:szCs w:val="32"/>
        </w:rPr>
        <w:t>דֶּרֶךְ</w:t>
      </w:r>
      <w:r>
        <w:rPr>
          <w:rFonts w:ascii="Georgia" w:hAnsi="Georgia"/>
          <w:b w:val="0"/>
          <w:i w:val="0"/>
          <w:color w:val="000000"/>
          <w:sz w:val="24"/>
        </w:rPr>
        <w:t xml:space="preserve"> = 224); и они — ЭЙЕ с наполнением йод, равное 161 (</w:t>
      </w:r>
      <w:r>
        <w:rPr>
          <w:rFonts w:ascii="Georgia" w:hAnsi="Georgia" w:cs="Times New Roman"/>
          <w:b/>
          <w:i w:val="0"/>
          <w:color w:val="000000"/>
          <w:sz w:val="24"/>
          <w:rtl/>
          <w:szCs w:val="32"/>
        </w:rPr>
        <w:t>קס״א</w:t>
      </w:r>
      <w:r>
        <w:rPr>
          <w:rFonts w:ascii="Georgia" w:hAnsi="Georgia"/>
          <w:b w:val="0"/>
          <w:i w:val="0"/>
          <w:color w:val="000000"/>
          <w:sz w:val="24"/>
        </w:rPr>
        <w:t>), и АВАЯ де-САГ [63; 161 + 63 = 224]. Буквы алеф (</w:t>
      </w:r>
      <w:r>
        <w:rPr>
          <w:rFonts w:ascii="Georgia" w:hAnsi="Georgia" w:cs="Times New Roman"/>
          <w:b/>
          <w:i w:val="0"/>
          <w:color w:val="000000"/>
          <w:sz w:val="24"/>
          <w:rtl/>
          <w:szCs w:val="32"/>
        </w:rPr>
        <w:t>אל״ף</w:t>
      </w:r>
      <w:r>
        <w:rPr>
          <w:rFonts w:ascii="Georgia" w:hAnsi="Georgia"/>
          <w:b w:val="0"/>
          <w:i w:val="0"/>
          <w:color w:val="000000"/>
          <w:sz w:val="24"/>
        </w:rPr>
        <w:t xml:space="preserve"> = 111) и ламэд (</w:t>
      </w:r>
      <w:r>
        <w:rPr>
          <w:rFonts w:ascii="Georgia" w:hAnsi="Georgia" w:cs="Times New Roman"/>
          <w:b/>
          <w:i w:val="0"/>
          <w:color w:val="000000"/>
          <w:sz w:val="24"/>
          <w:rtl/>
          <w:szCs w:val="32"/>
        </w:rPr>
        <w:t>למ״ד</w:t>
      </w:r>
      <w:r>
        <w:rPr>
          <w:rFonts w:ascii="Georgia" w:hAnsi="Georgia"/>
          <w:b w:val="0"/>
          <w:i w:val="0"/>
          <w:color w:val="000000"/>
          <w:sz w:val="24"/>
        </w:rPr>
        <w:t xml:space="preserve"> = 74) вместе с АВАЯ по гематрии равны «озарит» (</w:t>
      </w:r>
      <w:r>
        <w:rPr>
          <w:rFonts w:ascii="Georgia" w:hAnsi="Georgia"/>
          <w:b w:val="0"/>
          <w:i/>
          <w:color w:val="000000"/>
          <w:sz w:val="24"/>
        </w:rPr>
        <w:t>яэр</w:t>
      </w:r>
      <w:r>
        <w:rPr>
          <w:rFonts w:ascii="Georgia" w:hAnsi="Georgia"/>
          <w:b w:val="0"/>
          <w:i w:val="0"/>
          <w:color w:val="000000"/>
          <w:sz w:val="24"/>
        </w:rPr>
        <w:t xml:space="preserve">, </w:t>
      </w:r>
      <w:r>
        <w:rPr>
          <w:rFonts w:ascii="Georgia" w:hAnsi="Georgia" w:cs="Times New Roman"/>
          <w:b/>
          <w:i w:val="0"/>
          <w:color w:val="000000"/>
          <w:sz w:val="24"/>
          <w:rtl/>
          <w:szCs w:val="32"/>
        </w:rPr>
        <w:t>יָאֵר</w:t>
      </w:r>
      <w:r>
        <w:rPr>
          <w:rFonts w:ascii="Georgia" w:hAnsi="Georgia"/>
          <w:b w:val="0"/>
          <w:i w:val="0"/>
          <w:color w:val="000000"/>
          <w:sz w:val="24"/>
        </w:rPr>
        <w:t xml:space="preserve"> = 211). Слово «нам» (</w:t>
      </w:r>
      <w:r>
        <w:rPr>
          <w:rFonts w:ascii="Georgia" w:hAnsi="Georgia"/>
          <w:b w:val="0"/>
          <w:i/>
          <w:color w:val="000000"/>
          <w:sz w:val="24"/>
        </w:rPr>
        <w:t>лану</w:t>
      </w:r>
      <w:r>
        <w:rPr>
          <w:rFonts w:ascii="Georgia" w:hAnsi="Georgia"/>
          <w:b w:val="0"/>
          <w:i w:val="0"/>
          <w:color w:val="000000"/>
          <w:sz w:val="24"/>
        </w:rPr>
        <w:t xml:space="preserve">, </w:t>
      </w:r>
      <w:r>
        <w:rPr>
          <w:rFonts w:ascii="Georgia" w:hAnsi="Georgia" w:cs="Times New Roman"/>
          <w:b/>
          <w:i w:val="0"/>
          <w:color w:val="000000"/>
          <w:sz w:val="24"/>
          <w:rtl/>
          <w:szCs w:val="32"/>
        </w:rPr>
        <w:t>לָנוּ</w:t>
      </w:r>
      <w:r>
        <w:rPr>
          <w:rFonts w:ascii="Georgia" w:hAnsi="Georgia"/>
          <w:b w:val="0"/>
          <w:i w:val="0"/>
          <w:color w:val="000000"/>
          <w:sz w:val="24"/>
        </w:rPr>
        <w:t xml:space="preserve"> = 86) по гематрии равно ЭЛОКИМ. И об этом сказано: </w:t>
      </w:r>
      <w:r>
        <w:rPr>
          <w:rFonts w:ascii="Georgia" w:hAnsi="Georgia"/>
          <w:b w:val="0"/>
          <w:i/>
          <w:color w:val="000000"/>
          <w:sz w:val="24"/>
        </w:rPr>
        <w:t>«Б-г — Г-сподь, и озарил Он нас…»</w:t>
      </w:r>
      <w:r>
        <w:rPr>
          <w:rFonts w:ascii="Georgia" w:hAnsi="Georgia"/>
          <w:b w:val="0"/>
          <w:i w:val="0"/>
          <w:color w:val="000000"/>
          <w:sz w:val="24"/>
        </w:rPr>
        <w:t xml:space="preserve"> (Теилим 118:27). Имя </w:t>
      </w:r>
      <w:r>
        <w:rPr>
          <w:rFonts w:ascii="Georgia" w:hAnsi="Georgia"/>
          <w:b w:val="0"/>
          <w:i/>
          <w:color w:val="000000"/>
          <w:sz w:val="24"/>
        </w:rPr>
        <w:t>Игаль</w:t>
      </w:r>
      <w:r>
        <w:rPr>
          <w:rFonts w:ascii="Georgia" w:hAnsi="Georgia"/>
          <w:b w:val="0"/>
          <w:i w:val="0"/>
          <w:color w:val="000000"/>
          <w:sz w:val="24"/>
        </w:rPr>
        <w:t xml:space="preserve"> (</w:t>
      </w:r>
      <w:r>
        <w:rPr>
          <w:rFonts w:ascii="Georgia" w:hAnsi="Georgia" w:cs="Times New Roman"/>
          <w:b/>
          <w:i w:val="0"/>
          <w:color w:val="000000"/>
          <w:sz w:val="24"/>
          <w:rtl/>
          <w:szCs w:val="32"/>
        </w:rPr>
        <w:t>יג״ל</w:t>
      </w:r>
      <w:r>
        <w:rPr>
          <w:rFonts w:ascii="Georgia" w:hAnsi="Georgia"/>
          <w:b w:val="0"/>
          <w:i w:val="0"/>
          <w:color w:val="000000"/>
          <w:sz w:val="24"/>
        </w:rPr>
        <w:t xml:space="preserve"> = 43), его корень — из АВАЯ де-САГ, ведь его наполнение по гематрии равно 37 (</w:t>
      </w:r>
      <w:r>
        <w:rPr>
          <w:rFonts w:ascii="Georgia" w:hAnsi="Georgia" w:cs="Times New Roman"/>
          <w:b/>
          <w:i w:val="0"/>
          <w:color w:val="000000"/>
          <w:sz w:val="24"/>
          <w:rtl/>
          <w:szCs w:val="32"/>
        </w:rPr>
        <w:t>ל״ז</w:t>
      </w:r>
      <w:r>
        <w:rPr>
          <w:rFonts w:ascii="Georgia" w:hAnsi="Georgia"/>
          <w:b w:val="0"/>
          <w:i w:val="0"/>
          <w:color w:val="000000"/>
          <w:sz w:val="24"/>
        </w:rPr>
        <w:t>), а вместе с шестью буквами наполнения получается 43 (</w:t>
      </w:r>
      <w:r>
        <w:rPr>
          <w:rFonts w:ascii="Georgia" w:hAnsi="Georgia" w:cs="Times New Roman"/>
          <w:b/>
          <w:i w:val="0"/>
          <w:color w:val="000000"/>
          <w:sz w:val="24"/>
          <w:rtl/>
          <w:szCs w:val="32"/>
        </w:rPr>
        <w:t>מ״ג</w:t>
      </w:r>
      <w:r>
        <w:rPr>
          <w:rFonts w:ascii="Georgia" w:hAnsi="Georgia"/>
          <w:b w:val="0"/>
          <w:i w:val="0"/>
          <w:color w:val="000000"/>
          <w:sz w:val="24"/>
        </w:rPr>
        <w:t>). Наполнение полных ахораим имени ЭЙЕ с наполнением йод по гематрии равно 500 (</w:t>
      </w:r>
      <w:r>
        <w:rPr>
          <w:rFonts w:ascii="Georgia" w:hAnsi="Georgia" w:cs="Times New Roman"/>
          <w:b/>
          <w:i w:val="0"/>
          <w:color w:val="000000"/>
          <w:sz w:val="24"/>
          <w:rtl/>
          <w:szCs w:val="32"/>
        </w:rPr>
        <w:t>ת״ק</w:t>
      </w:r>
      <w:r>
        <w:rPr>
          <w:rFonts w:ascii="Georgia" w:hAnsi="Georgia"/>
          <w:b w:val="0"/>
          <w:i w:val="0"/>
          <w:color w:val="000000"/>
          <w:sz w:val="24"/>
        </w:rPr>
        <w:t>). Также наполнение [Имени] ШАДАЙ в его полном наполнении равно 500. А [Имя] ЭЛЬ ШАДАЙ в полном наполнении по гематрии равно тысяче (</w:t>
      </w:r>
      <w:r>
        <w:rPr>
          <w:rFonts w:ascii="Georgia" w:hAnsi="Georgia" w:cs="Times New Roman"/>
          <w:b/>
          <w:i w:val="0"/>
          <w:color w:val="000000"/>
          <w:sz w:val="24"/>
          <w:rtl/>
          <w:szCs w:val="32"/>
        </w:rPr>
        <w:t>אל״ף</w:t>
      </w:r>
      <w:r>
        <w:rPr>
          <w:rFonts w:ascii="Georgia" w:hAnsi="Georgia"/>
          <w:b w:val="0"/>
          <w:i w:val="0"/>
          <w:color w:val="000000"/>
          <w:sz w:val="24"/>
        </w:rPr>
        <w:t xml:space="preserve"> = 1000) [с коллелем].</w:t>
      </w:r>
    </w:p>
    <w:p>
      <w:pPr>
        <w:keepNext/>
        <w:spacing w:before="320" w:after="120"/>
      </w:pPr>
      <w:r>
        <w:rPr>
          <w:rFonts w:ascii="Georgia" w:hAnsi="Georgia"/>
          <w:b w:val="0"/>
          <w:i w:val="0"/>
          <w:color w:val="000000"/>
          <w:sz w:val="32"/>
        </w:rPr>
        <w:t>Ихуд 19</w:t>
      </w:r>
    </w:p>
    <w:p>
      <w:pPr>
        <w:spacing w:before="40" w:after="120"/>
        <w:jc w:val="both"/>
      </w:pPr>
      <w:r>
        <w:rPr>
          <w:rFonts w:ascii="Georgia" w:hAnsi="Georgia"/>
          <w:b w:val="0"/>
          <w:i w:val="0"/>
          <w:color w:val="000000"/>
          <w:sz w:val="24"/>
        </w:rPr>
        <w:t xml:space="preserve">К упомянутому выше [относится стих]: </w:t>
      </w:r>
      <w:r>
        <w:rPr>
          <w:rFonts w:ascii="Georgia" w:hAnsi="Georgia"/>
          <w:b w:val="0"/>
          <w:i/>
          <w:color w:val="000000"/>
          <w:sz w:val="24"/>
        </w:rPr>
        <w:t>«Г-сподь, спаси! Царь ответит нам в день, когда мы взываем»</w:t>
      </w:r>
      <w:r>
        <w:rPr>
          <w:rFonts w:ascii="Georgia" w:hAnsi="Georgia"/>
          <w:b w:val="0"/>
          <w:i w:val="0"/>
          <w:color w:val="000000"/>
          <w:sz w:val="24"/>
        </w:rPr>
        <w:t xml:space="preserve"> (Теилим 20:10). В [слове] АВАЯ держи намерение на АВАЯ с наполнением йод. Начальные буквы (рашей тевот) слов </w:t>
      </w:r>
      <w:r>
        <w:rPr>
          <w:rFonts w:ascii="Georgia" w:hAnsi="Georgia"/>
          <w:b w:val="0"/>
          <w:i/>
          <w:color w:val="000000"/>
          <w:sz w:val="24"/>
        </w:rPr>
        <w:t>АВАЯ хошиа а-Мелех</w:t>
      </w:r>
      <w:r>
        <w:rPr>
          <w:rFonts w:ascii="Georgia" w:hAnsi="Georgia"/>
          <w:b w:val="0"/>
          <w:i w:val="0"/>
          <w:color w:val="000000"/>
          <w:sz w:val="24"/>
        </w:rPr>
        <w:t xml:space="preserve"> образуют буквы йод, хэй, хэй (</w:t>
      </w:r>
      <w:r>
        <w:rPr>
          <w:rFonts w:ascii="Georgia" w:hAnsi="Georgia" w:cs="Times New Roman"/>
          <w:b/>
          <w:i w:val="0"/>
          <w:color w:val="000000"/>
          <w:sz w:val="24"/>
          <w:rtl/>
          <w:szCs w:val="32"/>
        </w:rPr>
        <w:t>יה״ה</w:t>
      </w:r>
      <w:r>
        <w:rPr>
          <w:rFonts w:ascii="Georgia" w:hAnsi="Georgia"/>
          <w:b w:val="0"/>
          <w:i w:val="0"/>
          <w:color w:val="000000"/>
          <w:sz w:val="24"/>
        </w:rPr>
        <w:t>), что соответствует наполнению хэй: йод, хэй, хэй (</w:t>
      </w:r>
      <w:r>
        <w:rPr>
          <w:rFonts w:ascii="Georgia" w:hAnsi="Georgia" w:cs="Times New Roman"/>
          <w:b/>
          <w:i w:val="0"/>
          <w:color w:val="000000"/>
          <w:sz w:val="24"/>
          <w:rtl/>
          <w:szCs w:val="32"/>
        </w:rPr>
        <w:t>יו״ד ה״ה ה״ה</w:t>
      </w:r>
      <w:r>
        <w:rPr>
          <w:rFonts w:ascii="Georgia" w:hAnsi="Georgia"/>
          <w:b w:val="0"/>
          <w:i w:val="0"/>
          <w:color w:val="000000"/>
          <w:sz w:val="24"/>
        </w:rPr>
        <w:t>), где отсутствует буква вав (</w:t>
      </w:r>
      <w:r>
        <w:rPr>
          <w:rFonts w:ascii="Georgia" w:hAnsi="Georgia" w:cs="Times New Roman"/>
          <w:b/>
          <w:i w:val="0"/>
          <w:color w:val="000000"/>
          <w:sz w:val="24"/>
          <w:rtl/>
          <w:szCs w:val="32"/>
        </w:rPr>
        <w:t>ו</w:t>
      </w:r>
      <w:r>
        <w:rPr>
          <w:rFonts w:ascii="Georgia" w:hAnsi="Georgia"/>
          <w:b w:val="0"/>
          <w:i w:val="0"/>
          <w:color w:val="000000"/>
          <w:sz w:val="24"/>
        </w:rPr>
        <w:t xml:space="preserve">) из имени АВАЯ. Затем [из слов] </w:t>
      </w:r>
      <w:r>
        <w:rPr>
          <w:rFonts w:ascii="Georgia" w:hAnsi="Georgia"/>
          <w:b w:val="0"/>
          <w:i/>
          <w:color w:val="000000"/>
          <w:sz w:val="24"/>
        </w:rPr>
        <w:t>«ответит нам в день, когда мы взываем»</w:t>
      </w:r>
      <w:r>
        <w:rPr>
          <w:rFonts w:ascii="Georgia" w:hAnsi="Georgia"/>
          <w:b w:val="0"/>
          <w:i w:val="0"/>
          <w:color w:val="000000"/>
          <w:sz w:val="24"/>
        </w:rPr>
        <w:t xml:space="preserve"> (</w:t>
      </w:r>
      <w:r>
        <w:rPr>
          <w:rFonts w:ascii="Georgia" w:hAnsi="Georgia" w:cs="Times New Roman"/>
          <w:b/>
          <w:i w:val="0"/>
          <w:color w:val="000000"/>
          <w:sz w:val="24"/>
          <w:rtl/>
          <w:szCs w:val="32"/>
        </w:rPr>
        <w:t>יַעֲננֵוּ בְיוֹם קראנו</w:t>
      </w:r>
      <w:r>
        <w:rPr>
          <w:rFonts w:ascii="Georgia" w:hAnsi="Georgia"/>
          <w:b w:val="0"/>
          <w:i w:val="0"/>
          <w:color w:val="000000"/>
          <w:sz w:val="24"/>
        </w:rPr>
        <w:t xml:space="preserve">) [образуется форма] </w:t>
      </w:r>
      <w:r>
        <w:rPr>
          <w:rFonts w:ascii="Georgia" w:hAnsi="Georgia" w:cs="Times New Roman"/>
          <w:b/>
          <w:i w:val="0"/>
          <w:color w:val="000000"/>
          <w:sz w:val="24"/>
          <w:rtl/>
          <w:szCs w:val="32"/>
        </w:rPr>
        <w:t>יהׁוה יוֹד הֵיֹ ויוָ הָיֵ</w:t>
      </w:r>
      <w:r>
        <w:rPr>
          <w:rFonts w:ascii="Georgia" w:hAnsi="Georgia"/>
          <w:b w:val="0"/>
          <w:i w:val="0"/>
          <w:color w:val="000000"/>
          <w:sz w:val="24"/>
        </w:rPr>
        <w:t>, огласовка которой в гематрии равна 102 (</w:t>
      </w:r>
      <w:r>
        <w:rPr>
          <w:rFonts w:ascii="Georgia" w:hAnsi="Georgia" w:cs="Times New Roman"/>
          <w:b/>
          <w:i w:val="0"/>
          <w:color w:val="000000"/>
          <w:sz w:val="24"/>
          <w:rtl/>
          <w:szCs w:val="32"/>
        </w:rPr>
        <w:t>ק״ב</w:t>
      </w:r>
      <w:r>
        <w:rPr>
          <w:rFonts w:ascii="Georgia" w:hAnsi="Georgia"/>
          <w:b w:val="0"/>
          <w:i w:val="0"/>
          <w:color w:val="000000"/>
          <w:sz w:val="24"/>
        </w:rPr>
        <w:t>), а вместе с десятью буквами [самого наполнения] получается 112 (</w:t>
      </w:r>
      <w:r>
        <w:rPr>
          <w:rFonts w:ascii="Georgia" w:hAnsi="Georgia" w:cs="Times New Roman"/>
          <w:b/>
          <w:i w:val="0"/>
          <w:color w:val="000000"/>
          <w:sz w:val="24"/>
          <w:rtl/>
          <w:szCs w:val="32"/>
        </w:rPr>
        <w:t>יב״ק</w:t>
      </w:r>
      <w:r>
        <w:rPr>
          <w:rFonts w:ascii="Georgia" w:hAnsi="Georgia"/>
          <w:b w:val="0"/>
          <w:i w:val="0"/>
          <w:color w:val="000000"/>
          <w:sz w:val="24"/>
        </w:rPr>
        <w:t xml:space="preserve">). Во втором [сочетании]: </w:t>
      </w:r>
      <w:r>
        <w:rPr>
          <w:rFonts w:ascii="Georgia" w:hAnsi="Georgia" w:cs="Times New Roman"/>
          <w:b/>
          <w:i w:val="0"/>
          <w:color w:val="000000"/>
          <w:sz w:val="24"/>
          <w:rtl/>
          <w:szCs w:val="32"/>
        </w:rPr>
        <w:t>יַוֲדֵ ההְ הׁה</w:t>
      </w:r>
      <w:r>
        <w:rPr>
          <w:rFonts w:ascii="Georgia" w:hAnsi="Georgia"/>
          <w:b w:val="0"/>
          <w:i w:val="0"/>
          <w:color w:val="000000"/>
          <w:sz w:val="24"/>
        </w:rPr>
        <w:t xml:space="preserve"> — огласовка в гематрии равна 92 (</w:t>
      </w:r>
      <w:r>
        <w:rPr>
          <w:rFonts w:ascii="Georgia" w:hAnsi="Georgia" w:cs="Times New Roman"/>
          <w:b/>
          <w:i w:val="0"/>
          <w:color w:val="000000"/>
          <w:sz w:val="24"/>
          <w:rtl/>
          <w:szCs w:val="32"/>
        </w:rPr>
        <w:t>צ״ב</w:t>
      </w:r>
      <w:r>
        <w:rPr>
          <w:rFonts w:ascii="Georgia" w:hAnsi="Georgia"/>
          <w:b w:val="0"/>
          <w:i w:val="0"/>
          <w:color w:val="000000"/>
          <w:sz w:val="24"/>
        </w:rPr>
        <w:t>), а три буквы наполнения йод (</w:t>
      </w:r>
      <w:r>
        <w:rPr>
          <w:rFonts w:ascii="Georgia" w:hAnsi="Georgia" w:cs="Times New Roman"/>
          <w:b/>
          <w:i w:val="0"/>
          <w:color w:val="000000"/>
          <w:sz w:val="24"/>
          <w:rtl/>
          <w:szCs w:val="32"/>
        </w:rPr>
        <w:t>די״ו</w:t>
      </w:r>
      <w:r>
        <w:rPr>
          <w:rFonts w:ascii="Georgia" w:hAnsi="Georgia"/>
          <w:b w:val="0"/>
          <w:i w:val="0"/>
          <w:color w:val="000000"/>
          <w:sz w:val="24"/>
        </w:rPr>
        <w:t xml:space="preserve">), которые не были огласованы из упомянутого выше АВАЯ с наполнением йод, дают [вместе с ней] 112. И в итоге [получаются] дважды по 112: </w:t>
      </w:r>
      <w:r>
        <w:rPr>
          <w:rFonts w:ascii="Georgia" w:hAnsi="Georgia" w:cs="Times New Roman"/>
          <w:b/>
          <w:i w:val="0"/>
          <w:color w:val="000000"/>
          <w:sz w:val="24"/>
          <w:rtl/>
          <w:szCs w:val="32"/>
        </w:rPr>
        <w:t>יֹיַ וֵוֲ דֵד הָֹה יְהַוֹה יֶהוֶה יֹיַ וִוֲ דדֵ הָה יהְוַֹה יֶהוהֶ</w:t>
      </w:r>
      <w:r>
        <w:rPr>
          <w:rFonts w:ascii="Georgia" w:hAnsi="Georgia"/>
          <w:b w:val="0"/>
          <w:i w:val="0"/>
          <w:color w:val="000000"/>
          <w:sz w:val="24"/>
        </w:rPr>
        <w:t>. [Это число] 112 [служит для того], чтобы притянуть [душу] рабби Йоханана бен Брока (</w:t>
      </w:r>
      <w:r>
        <w:rPr>
          <w:rFonts w:ascii="Georgia" w:hAnsi="Georgia"/>
          <w:b w:val="0"/>
          <w:i/>
          <w:color w:val="000000"/>
          <w:sz w:val="24"/>
        </w:rPr>
        <w:t>рабби Йоханан бен Брока</w:t>
      </w:r>
      <w:r>
        <w:rPr>
          <w:rFonts w:ascii="Georgia" w:hAnsi="Georgia"/>
          <w:b w:val="0"/>
          <w:i w:val="0"/>
          <w:color w:val="000000"/>
          <w:sz w:val="24"/>
        </w:rPr>
        <w:t xml:space="preserve">, </w:t>
      </w:r>
      <w:r>
        <w:rPr>
          <w:rFonts w:ascii="Georgia" w:hAnsi="Georgia" w:cs="Times New Roman"/>
          <w:b/>
          <w:i w:val="0"/>
          <w:color w:val="000000"/>
          <w:sz w:val="24"/>
          <w:rtl/>
          <w:szCs w:val="32"/>
        </w:rPr>
        <w:t>ר׳ יוֹחָנָן בֶּן בְּרוֹקָא</w:t>
      </w:r>
      <w:r>
        <w:rPr>
          <w:rFonts w:ascii="Georgia" w:hAnsi="Georgia"/>
          <w:b w:val="0"/>
          <w:i w:val="0"/>
          <w:color w:val="000000"/>
          <w:sz w:val="24"/>
        </w:rPr>
        <w:t>), начальные буквы [имени которого] (</w:t>
      </w:r>
      <w:r>
        <w:rPr>
          <w:rFonts w:ascii="Georgia" w:hAnsi="Georgia" w:cs="Times New Roman"/>
          <w:b/>
          <w:i w:val="0"/>
          <w:color w:val="000000"/>
          <w:sz w:val="24"/>
          <w:rtl/>
          <w:szCs w:val="32"/>
        </w:rPr>
        <w:t>יב״ק</w:t>
      </w:r>
      <w:r>
        <w:rPr>
          <w:rFonts w:ascii="Georgia" w:hAnsi="Georgia"/>
          <w:b w:val="0"/>
          <w:i w:val="0"/>
          <w:color w:val="000000"/>
          <w:sz w:val="24"/>
        </w:rPr>
        <w:t xml:space="preserve">) составляют 112. Конечные буквы (софей тевот) слов </w:t>
      </w:r>
      <w:r>
        <w:rPr>
          <w:rFonts w:ascii="Georgia" w:hAnsi="Georgia"/>
          <w:b w:val="0"/>
          <w:i/>
          <w:color w:val="000000"/>
          <w:sz w:val="24"/>
        </w:rPr>
        <w:t>яанейну бе-йом коръэну</w:t>
      </w:r>
      <w:r>
        <w:rPr>
          <w:rFonts w:ascii="Georgia" w:hAnsi="Georgia"/>
          <w:b w:val="0"/>
          <w:i w:val="0"/>
          <w:color w:val="000000"/>
          <w:sz w:val="24"/>
        </w:rPr>
        <w:t xml:space="preserve"> — «ответит нам в день, когда мы взываем» (</w:t>
      </w:r>
      <w:r>
        <w:rPr>
          <w:rFonts w:ascii="Georgia" w:hAnsi="Georgia" w:cs="Times New Roman"/>
          <w:b/>
          <w:i w:val="0"/>
          <w:color w:val="000000"/>
          <w:sz w:val="24"/>
          <w:rtl/>
          <w:szCs w:val="32"/>
        </w:rPr>
        <w:t>יַעֲנֵנוּ בְיוֹם קָרְאֵנוּ</w:t>
      </w:r>
      <w:r>
        <w:rPr>
          <w:rFonts w:ascii="Georgia" w:hAnsi="Georgia"/>
          <w:b w:val="0"/>
          <w:i w:val="0"/>
          <w:color w:val="000000"/>
          <w:sz w:val="24"/>
        </w:rPr>
        <w:t>) дают БОН (</w:t>
      </w:r>
      <w:r>
        <w:rPr>
          <w:rFonts w:ascii="Georgia" w:hAnsi="Georgia" w:cs="Times New Roman"/>
          <w:b/>
          <w:i w:val="0"/>
          <w:color w:val="000000"/>
          <w:sz w:val="24"/>
          <w:rtl/>
          <w:szCs w:val="32"/>
        </w:rPr>
        <w:t>ב״ן</w:t>
      </w:r>
      <w:r>
        <w:rPr>
          <w:rFonts w:ascii="Georgia" w:hAnsi="Georgia"/>
          <w:b w:val="0"/>
          <w:i w:val="0"/>
          <w:color w:val="000000"/>
          <w:sz w:val="24"/>
        </w:rPr>
        <w:t xml:space="preserve"> = 52). АБ (72) и 52 [в сумме составляют] 124 (</w:t>
      </w:r>
      <w:r>
        <w:rPr>
          <w:rFonts w:ascii="Georgia" w:hAnsi="Georgia" w:cs="Times New Roman"/>
          <w:b/>
          <w:i w:val="0"/>
          <w:color w:val="000000"/>
          <w:sz w:val="24"/>
          <w:rtl/>
          <w:szCs w:val="32"/>
        </w:rPr>
        <w:t>קכ״ד</w:t>
      </w:r>
      <w:r>
        <w:rPr>
          <w:rFonts w:ascii="Georgia" w:hAnsi="Georgia"/>
          <w:b w:val="0"/>
          <w:i w:val="0"/>
          <w:color w:val="000000"/>
          <w:sz w:val="24"/>
        </w:rPr>
        <w:t>), что равно гематрии имени Йоханан (</w:t>
      </w:r>
      <w:r>
        <w:rPr>
          <w:rFonts w:ascii="Georgia" w:hAnsi="Georgia" w:cs="Times New Roman"/>
          <w:b/>
          <w:i w:val="0"/>
          <w:color w:val="000000"/>
          <w:sz w:val="24"/>
          <w:rtl/>
          <w:szCs w:val="32"/>
        </w:rPr>
        <w:t>יוֹחָנָן</w:t>
      </w:r>
      <w:r>
        <w:rPr>
          <w:rFonts w:ascii="Georgia" w:hAnsi="Georgia"/>
          <w:b w:val="0"/>
          <w:i w:val="0"/>
          <w:color w:val="000000"/>
          <w:sz w:val="24"/>
        </w:rPr>
        <w:t xml:space="preserve"> = 124). Имя же, объединяющее их, — это ахораим полных наполнений имени АВАЯ с наполнением хэй (де-хэйин), которые в гематрии составляют 144 (</w:t>
      </w:r>
      <w:r>
        <w:rPr>
          <w:rFonts w:ascii="Georgia" w:hAnsi="Georgia" w:cs="Times New Roman"/>
          <w:b/>
          <w:i w:val="0"/>
          <w:color w:val="000000"/>
          <w:sz w:val="24"/>
          <w:rtl/>
          <w:szCs w:val="32"/>
        </w:rPr>
        <w:t>קד״ם</w:t>
      </w:r>
      <w:r>
        <w:rPr>
          <w:rFonts w:ascii="Georgia" w:hAnsi="Georgia"/>
          <w:b w:val="0"/>
          <w:i w:val="0"/>
          <w:color w:val="000000"/>
          <w:sz w:val="24"/>
        </w:rPr>
        <w:t>); если вычесть 26 (</w:t>
      </w:r>
      <w:r>
        <w:rPr>
          <w:rFonts w:ascii="Georgia" w:hAnsi="Georgia" w:cs="Times New Roman"/>
          <w:b/>
          <w:i w:val="0"/>
          <w:color w:val="000000"/>
          <w:sz w:val="24"/>
          <w:rtl/>
          <w:szCs w:val="32"/>
        </w:rPr>
        <w:t>כ״ו</w:t>
      </w:r>
      <w:r>
        <w:rPr>
          <w:rFonts w:ascii="Georgia" w:hAnsi="Georgia"/>
          <w:b w:val="0"/>
          <w:i w:val="0"/>
          <w:color w:val="000000"/>
          <w:sz w:val="24"/>
        </w:rPr>
        <w:t>) самого простого имени АВАЯ, останется 118 (</w:t>
      </w:r>
      <w:r>
        <w:rPr>
          <w:rFonts w:ascii="Georgia" w:hAnsi="Georgia" w:cs="Times New Roman"/>
          <w:b/>
          <w:i w:val="0"/>
          <w:color w:val="000000"/>
          <w:sz w:val="24"/>
          <w:rtl/>
          <w:szCs w:val="32"/>
        </w:rPr>
        <w:t>קי״ח</w:t>
      </w:r>
      <w:r>
        <w:rPr>
          <w:rFonts w:ascii="Georgia" w:hAnsi="Georgia"/>
          <w:b w:val="0"/>
          <w:i w:val="0"/>
          <w:color w:val="000000"/>
          <w:sz w:val="24"/>
        </w:rPr>
        <w:t>), а вместе с первой буквой вав из наполнения [де-]йодин получается 124 (</w:t>
      </w:r>
      <w:r>
        <w:rPr>
          <w:rFonts w:ascii="Georgia" w:hAnsi="Georgia" w:cs="Times New Roman"/>
          <w:b/>
          <w:i w:val="0"/>
          <w:color w:val="000000"/>
          <w:sz w:val="24"/>
          <w:rtl/>
          <w:szCs w:val="32"/>
        </w:rPr>
        <w:t>קכ״ד</w:t>
      </w:r>
      <w:r>
        <w:rPr>
          <w:rFonts w:ascii="Georgia" w:hAnsi="Georgia"/>
          <w:b w:val="0"/>
          <w:i w:val="0"/>
          <w:color w:val="000000"/>
          <w:sz w:val="24"/>
        </w:rPr>
        <w:t>).</w:t>
      </w:r>
    </w:p>
    <w:p>
      <w:pPr>
        <w:keepNext/>
        <w:spacing w:before="320" w:after="120"/>
      </w:pPr>
      <w:r>
        <w:rPr>
          <w:rFonts w:ascii="Georgia" w:hAnsi="Georgia"/>
          <w:b w:val="0"/>
          <w:i w:val="0"/>
          <w:color w:val="000000"/>
          <w:sz w:val="32"/>
        </w:rPr>
        <w:t>Ихуд 20</w:t>
      </w:r>
    </w:p>
    <w:p>
      <w:pPr>
        <w:spacing w:before="40" w:after="120"/>
        <w:jc w:val="both"/>
      </w:pPr>
      <w:r>
        <w:rPr>
          <w:rFonts w:ascii="Georgia" w:hAnsi="Georgia"/>
          <w:b w:val="0"/>
          <w:i w:val="0"/>
          <w:color w:val="000000"/>
          <w:sz w:val="24"/>
        </w:rPr>
        <w:t xml:space="preserve">Следует произнести стих: </w:t>
      </w:r>
      <w:r>
        <w:rPr>
          <w:rFonts w:ascii="Georgia" w:hAnsi="Georgia"/>
          <w:b w:val="0"/>
          <w:i/>
          <w:color w:val="000000"/>
          <w:sz w:val="24"/>
        </w:rPr>
        <w:t>«Вспоминая, вспомнит и поникает во мне душа моя»</w:t>
      </w:r>
      <w:r>
        <w:rPr>
          <w:rFonts w:ascii="Georgia" w:hAnsi="Georgia"/>
          <w:b w:val="0"/>
          <w:i w:val="0"/>
          <w:color w:val="000000"/>
          <w:sz w:val="24"/>
        </w:rPr>
        <w:t xml:space="preserve"> (Эйха 3:20) — и сосредоточить намерение (</w:t>
      </w:r>
      <w:r>
        <w:rPr>
          <w:rFonts w:ascii="Georgia" w:hAnsi="Georgia"/>
          <w:b w:val="0"/>
          <w:i/>
          <w:color w:val="000000"/>
          <w:sz w:val="24"/>
        </w:rPr>
        <w:t>кавана</w:t>
      </w:r>
      <w:r>
        <w:rPr>
          <w:rFonts w:ascii="Georgia" w:hAnsi="Georgia"/>
          <w:b w:val="0"/>
          <w:i w:val="0"/>
          <w:color w:val="000000"/>
          <w:sz w:val="24"/>
        </w:rPr>
        <w:t xml:space="preserve">) на том, что мы напишем. Начальные буквы слов </w:t>
      </w:r>
      <w:r>
        <w:rPr>
          <w:rFonts w:ascii="Georgia" w:hAnsi="Georgia"/>
          <w:b w:val="0"/>
          <w:i/>
          <w:color w:val="000000"/>
          <w:sz w:val="24"/>
        </w:rPr>
        <w:t>«поникает во мне душа моя»</w:t>
      </w:r>
      <w:r>
        <w:rPr>
          <w:rFonts w:ascii="Georgia" w:hAnsi="Georgia"/>
          <w:b w:val="0"/>
          <w:i w:val="0"/>
          <w:color w:val="000000"/>
          <w:sz w:val="24"/>
        </w:rPr>
        <w:t xml:space="preserve"> (</w:t>
      </w:r>
      <w:r>
        <w:rPr>
          <w:rFonts w:ascii="Georgia" w:hAnsi="Georgia" w:cs="Times New Roman"/>
          <w:b/>
          <w:i w:val="0"/>
          <w:color w:val="000000"/>
          <w:sz w:val="24"/>
          <w:rtl/>
          <w:szCs w:val="32"/>
        </w:rPr>
        <w:t>וְתָשׁוּחַ עָלַי נַפְשִׁי</w:t>
      </w:r>
      <w:r>
        <w:rPr>
          <w:rFonts w:ascii="Georgia" w:hAnsi="Georgia"/>
          <w:b w:val="0"/>
          <w:i w:val="0"/>
          <w:color w:val="000000"/>
          <w:sz w:val="24"/>
        </w:rPr>
        <w:t>) составляют гематрию 126 (</w:t>
      </w:r>
      <w:r>
        <w:rPr>
          <w:rFonts w:ascii="Georgia" w:hAnsi="Georgia" w:cs="Times New Roman"/>
          <w:b/>
          <w:i w:val="0"/>
          <w:color w:val="000000"/>
          <w:sz w:val="24"/>
          <w:rtl/>
          <w:szCs w:val="32"/>
        </w:rPr>
        <w:t>קכ״ו</w:t>
      </w:r>
      <w:r>
        <w:rPr>
          <w:rFonts w:ascii="Georgia" w:hAnsi="Georgia"/>
          <w:b w:val="0"/>
          <w:i w:val="0"/>
          <w:color w:val="000000"/>
          <w:sz w:val="24"/>
        </w:rPr>
        <w:t>), и это трижды по 42 буквы, содержащиеся в трех Именах АВАЯ: АБ, САГ и МА. Конечные буквы всех слов упомянутого стиха по гематрии равны Имени ХАТАХ (</w:t>
      </w:r>
      <w:r>
        <w:rPr>
          <w:rFonts w:ascii="Georgia" w:hAnsi="Georgia" w:cs="Times New Roman"/>
          <w:b/>
          <w:i w:val="0"/>
          <w:color w:val="000000"/>
          <w:sz w:val="24"/>
          <w:rtl/>
          <w:szCs w:val="32"/>
        </w:rPr>
        <w:t>חת״ך</w:t>
      </w:r>
      <w:r>
        <w:rPr>
          <w:rFonts w:ascii="Georgia" w:hAnsi="Georgia"/>
          <w:b w:val="0"/>
          <w:i w:val="0"/>
          <w:color w:val="000000"/>
          <w:sz w:val="24"/>
        </w:rPr>
        <w:t xml:space="preserve"> = 428), образующемуся из конечных букв слов </w:t>
      </w:r>
      <w:r>
        <w:rPr>
          <w:rFonts w:ascii="Georgia" w:hAnsi="Georgia"/>
          <w:b w:val="0"/>
          <w:i/>
          <w:color w:val="000000"/>
          <w:sz w:val="24"/>
        </w:rPr>
        <w:t>«открываешь руку Свою...»</w:t>
      </w:r>
      <w:r>
        <w:rPr>
          <w:rFonts w:ascii="Georgia" w:hAnsi="Georgia"/>
          <w:b w:val="0"/>
          <w:i w:val="0"/>
          <w:color w:val="000000"/>
          <w:sz w:val="24"/>
        </w:rPr>
        <w:t xml:space="preserve"> (Теилим 145:16) [— </w:t>
      </w:r>
      <w:r>
        <w:rPr>
          <w:rFonts w:ascii="Georgia" w:hAnsi="Georgia"/>
          <w:b w:val="0"/>
          <w:i/>
          <w:color w:val="000000"/>
          <w:sz w:val="24"/>
        </w:rPr>
        <w:t>потэ́ах эт ядэ́ха</w:t>
      </w:r>
      <w:r>
        <w:rPr>
          <w:rFonts w:ascii="Georgia" w:hAnsi="Georgia"/>
          <w:b w:val="0"/>
          <w:i w:val="0"/>
          <w:color w:val="000000"/>
          <w:sz w:val="24"/>
        </w:rPr>
        <w:t xml:space="preserve"> (</w:t>
      </w:r>
      <w:r>
        <w:rPr>
          <w:rFonts w:ascii="Georgia" w:hAnsi="Georgia" w:cs="Times New Roman"/>
          <w:b/>
          <w:i w:val="0"/>
          <w:color w:val="000000"/>
          <w:sz w:val="24"/>
          <w:rtl/>
          <w:szCs w:val="32"/>
        </w:rPr>
        <w:t>פּוֹתֵחַ אֶת יָדֶךָ</w:t>
      </w:r>
      <w:r>
        <w:rPr>
          <w:rFonts w:ascii="Georgia" w:hAnsi="Georgia"/>
          <w:b w:val="0"/>
          <w:i w:val="0"/>
          <w:color w:val="000000"/>
          <w:sz w:val="24"/>
        </w:rPr>
        <w:t>)], ведь известно, что оно оделяет (</w:t>
      </w:r>
      <w:r>
        <w:rPr>
          <w:rFonts w:ascii="Georgia" w:hAnsi="Georgia"/>
          <w:b w:val="0"/>
          <w:i/>
          <w:color w:val="000000"/>
          <w:sz w:val="24"/>
        </w:rPr>
        <w:t>хотэх</w:t>
      </w:r>
      <w:r>
        <w:rPr>
          <w:rFonts w:ascii="Georgia" w:hAnsi="Georgia"/>
          <w:b w:val="0"/>
          <w:i w:val="0"/>
          <w:color w:val="000000"/>
          <w:sz w:val="24"/>
        </w:rPr>
        <w:t xml:space="preserve">, </w:t>
      </w:r>
      <w:r>
        <w:rPr>
          <w:rFonts w:ascii="Georgia" w:hAnsi="Georgia" w:cs="Times New Roman"/>
          <w:b/>
          <w:i w:val="0"/>
          <w:color w:val="000000"/>
          <w:sz w:val="24"/>
          <w:rtl/>
          <w:szCs w:val="32"/>
        </w:rPr>
        <w:t>חוֹתֵךְ</w:t>
      </w:r>
      <w:r>
        <w:rPr>
          <w:rFonts w:ascii="Georgia" w:hAnsi="Georgia"/>
          <w:b w:val="0"/>
          <w:i w:val="0"/>
          <w:color w:val="000000"/>
          <w:sz w:val="24"/>
        </w:rPr>
        <w:t>) пропитанием от ЗА, чтобы передать его нукве.</w:t>
      </w:r>
    </w:p>
    <w:p>
      <w:pPr>
        <w:spacing w:before="40" w:after="120"/>
        <w:jc w:val="both"/>
      </w:pPr>
      <w:r>
        <w:rPr>
          <w:rFonts w:ascii="Georgia" w:hAnsi="Georgia"/>
          <w:b w:val="0"/>
          <w:i w:val="0"/>
          <w:color w:val="000000"/>
          <w:sz w:val="24"/>
        </w:rPr>
        <w:t>Упомянутое [Имя] ХАТАХ — это тайна [света] хашмаль, называемого Орпаниэль (</w:t>
      </w:r>
      <w:r>
        <w:rPr>
          <w:rFonts w:ascii="Georgia" w:hAnsi="Georgia" w:cs="Times New Roman"/>
          <w:b/>
          <w:i w:val="0"/>
          <w:color w:val="000000"/>
          <w:sz w:val="24"/>
          <w:rtl/>
          <w:szCs w:val="32"/>
        </w:rPr>
        <w:t>אוֹרְפַּנִיאֵל</w:t>
      </w:r>
      <w:r>
        <w:rPr>
          <w:rFonts w:ascii="Georgia" w:hAnsi="Georgia"/>
          <w:b w:val="0"/>
          <w:i w:val="0"/>
          <w:color w:val="000000"/>
          <w:sz w:val="24"/>
        </w:rPr>
        <w:t xml:space="preserve">), и его гематрия равна слову </w:t>
      </w:r>
      <w:r>
        <w:rPr>
          <w:rFonts w:ascii="Georgia" w:hAnsi="Georgia"/>
          <w:b w:val="0"/>
          <w:i/>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 xml:space="preserve"> = 378), представляющему собой свет лика нуквы, называемый ЭЛЬ, по смыслу стиха </w:t>
      </w:r>
      <w:r>
        <w:rPr>
          <w:rFonts w:ascii="Georgia" w:hAnsi="Georgia"/>
          <w:b w:val="0"/>
          <w:i/>
          <w:color w:val="000000"/>
          <w:sz w:val="24"/>
        </w:rPr>
        <w:t>«...и Б-г, гневающийся всякий день»</w:t>
      </w:r>
      <w:r>
        <w:rPr>
          <w:rFonts w:ascii="Georgia" w:hAnsi="Georgia"/>
          <w:b w:val="0"/>
          <w:i w:val="0"/>
          <w:color w:val="000000"/>
          <w:sz w:val="24"/>
        </w:rPr>
        <w:t xml:space="preserve"> (Теилим 7:12), как известно. Однако до счета ХАТАХ упомянутому [числу] хашмаль не хватает еще пятидесяти. Суть этих пятидесяти — пять сфирот: ХАГАТ и Нецах-Ход де-ЗА, каждая из которых включает в себя десять, что [в сумме] составляет пятьдесят. Дело в том, что клипа, называемая клипат нога, иногда забирает [свечение] от этих пяти сфирот де-ЗА, и от их свечения для нуквы остается лишь мера числа хашмаль, являющаяся тайной ее света лика, как сказано выше. Когда же человек возвращается [к Творцу] в раскаянии (совершает тшуву), то, что вначале называлось клипат нога, теперь называется светом нога (</w:t>
      </w:r>
      <w:r>
        <w:rPr>
          <w:rFonts w:ascii="Georgia" w:hAnsi="Georgia"/>
          <w:b w:val="0"/>
          <w:i/>
          <w:color w:val="000000"/>
          <w:sz w:val="24"/>
        </w:rPr>
        <w:t>ор нога</w:t>
      </w:r>
      <w:r>
        <w:rPr>
          <w:rFonts w:ascii="Georgia" w:hAnsi="Georgia"/>
          <w:b w:val="0"/>
          <w:i w:val="0"/>
          <w:color w:val="000000"/>
          <w:sz w:val="24"/>
        </w:rPr>
        <w:t>) и возвращается к святости. Также начальные буквы всех слов упомянутого стиха по гематрии составляют 533 (</w:t>
      </w:r>
      <w:r>
        <w:rPr>
          <w:rFonts w:ascii="Georgia" w:hAnsi="Georgia" w:cs="Times New Roman"/>
          <w:b/>
          <w:i w:val="0"/>
          <w:color w:val="000000"/>
          <w:sz w:val="24"/>
          <w:rtl/>
          <w:szCs w:val="32"/>
        </w:rPr>
        <w:t>תקל״ג</w:t>
      </w:r>
      <w:r>
        <w:rPr>
          <w:rFonts w:ascii="Georgia" w:hAnsi="Georgia"/>
          <w:b w:val="0"/>
          <w:i w:val="0"/>
          <w:color w:val="000000"/>
          <w:sz w:val="24"/>
        </w:rPr>
        <w:t>). Это соответствует Имени ЭЛОКИМ (</w:t>
      </w:r>
      <w:r>
        <w:rPr>
          <w:rFonts w:ascii="Georgia" w:hAnsi="Georgia" w:cs="Times New Roman"/>
          <w:b/>
          <w:i w:val="0"/>
          <w:color w:val="000000"/>
          <w:sz w:val="24"/>
          <w:rtl/>
          <w:szCs w:val="32"/>
        </w:rPr>
        <w:t>אֱלֹהִים</w:t>
      </w:r>
      <w:r>
        <w:rPr>
          <w:rFonts w:ascii="Georgia" w:hAnsi="Georgia"/>
          <w:b w:val="0"/>
          <w:i w:val="0"/>
          <w:color w:val="000000"/>
          <w:sz w:val="24"/>
        </w:rPr>
        <w:t>) с наполнением через буквы йод (</w:t>
      </w:r>
      <w:r>
        <w:rPr>
          <w:rFonts w:ascii="Georgia" w:hAnsi="Georgia" w:cs="Times New Roman"/>
          <w:b/>
          <w:i w:val="0"/>
          <w:color w:val="000000"/>
          <w:sz w:val="24"/>
          <w:rtl/>
          <w:szCs w:val="32"/>
        </w:rPr>
        <w:t>י</w:t>
      </w:r>
      <w:r>
        <w:rPr>
          <w:rFonts w:ascii="Georgia" w:hAnsi="Georgia"/>
          <w:b w:val="0"/>
          <w:i w:val="0"/>
          <w:color w:val="000000"/>
          <w:sz w:val="24"/>
        </w:rPr>
        <w:t>), равным 300 (</w:t>
      </w:r>
      <w:r>
        <w:rPr>
          <w:rFonts w:ascii="Georgia" w:hAnsi="Georgia" w:cs="Times New Roman"/>
          <w:b/>
          <w:i w:val="0"/>
          <w:color w:val="000000"/>
          <w:sz w:val="24"/>
          <w:rtl/>
          <w:szCs w:val="32"/>
        </w:rPr>
        <w:t>ש</w:t>
      </w:r>
      <w:r>
        <w:rPr>
          <w:rFonts w:ascii="Georgia" w:hAnsi="Georgia"/>
          <w:b w:val="0"/>
          <w:i w:val="0"/>
          <w:color w:val="000000"/>
          <w:sz w:val="24"/>
        </w:rPr>
        <w:t>), и наполнением его наполнения, равным 200 (</w:t>
      </w:r>
      <w:r>
        <w:rPr>
          <w:rFonts w:ascii="Georgia" w:hAnsi="Georgia" w:cs="Times New Roman"/>
          <w:b/>
          <w:i w:val="0"/>
          <w:color w:val="000000"/>
          <w:sz w:val="24"/>
          <w:rtl/>
          <w:szCs w:val="32"/>
        </w:rPr>
        <w:t>ר</w:t>
      </w:r>
      <w:r>
        <w:rPr>
          <w:rFonts w:ascii="Georgia" w:hAnsi="Georgia"/>
          <w:b w:val="0"/>
          <w:i w:val="0"/>
          <w:color w:val="000000"/>
          <w:sz w:val="24"/>
        </w:rPr>
        <w:t>). Мне, пишущему, Хаиму, представляется, что здесь должно быть сказано так: «а простые ахораим его равны 200 (</w:t>
      </w:r>
      <w:r>
        <w:rPr>
          <w:rFonts w:ascii="Georgia" w:hAnsi="Georgia" w:cs="Times New Roman"/>
          <w:b/>
          <w:i w:val="0"/>
          <w:color w:val="000000"/>
          <w:sz w:val="24"/>
          <w:rtl/>
          <w:szCs w:val="32"/>
        </w:rPr>
        <w:t>ר</w:t>
      </w:r>
      <w:r>
        <w:rPr>
          <w:rFonts w:ascii="Georgia" w:hAnsi="Georgia"/>
          <w:b w:val="0"/>
          <w:i w:val="0"/>
          <w:color w:val="000000"/>
          <w:sz w:val="24"/>
        </w:rPr>
        <w:t>)», число же содержащихся в нем букв — 33 (</w:t>
      </w:r>
      <w:r>
        <w:rPr>
          <w:rFonts w:ascii="Georgia" w:hAnsi="Georgia" w:cs="Times New Roman"/>
          <w:b/>
          <w:i w:val="0"/>
          <w:color w:val="000000"/>
          <w:sz w:val="24"/>
          <w:rtl/>
          <w:szCs w:val="32"/>
        </w:rPr>
        <w:t>ל״ג</w:t>
      </w:r>
      <w:r>
        <w:rPr>
          <w:rFonts w:ascii="Georgia" w:hAnsi="Georgia"/>
          <w:b w:val="0"/>
          <w:i w:val="0"/>
          <w:color w:val="000000"/>
          <w:sz w:val="24"/>
        </w:rPr>
        <w:t>). И это Имя ЭЛОКИМ пребывает в нукве де-ЗА.</w:t>
      </w:r>
    </w:p>
    <w:p>
      <w:pPr>
        <w:spacing w:before="40" w:after="120"/>
        <w:jc w:val="both"/>
      </w:pPr>
      <w:r>
        <w:rPr>
          <w:rFonts w:ascii="Georgia" w:hAnsi="Georgia"/>
          <w:b w:val="0"/>
          <w:i w:val="0"/>
          <w:color w:val="000000"/>
          <w:sz w:val="24"/>
        </w:rPr>
        <w:t xml:space="preserve">Намерение при [словах] </w:t>
      </w:r>
      <w:r>
        <w:rPr>
          <w:rFonts w:ascii="Georgia" w:hAnsi="Georgia"/>
          <w:b w:val="0"/>
          <w:i/>
          <w:color w:val="000000"/>
          <w:sz w:val="24"/>
        </w:rPr>
        <w:t>«вспоминая, вспомнит»</w:t>
      </w:r>
      <w:r>
        <w:rPr>
          <w:rFonts w:ascii="Georgia" w:hAnsi="Georgia"/>
          <w:b w:val="0"/>
          <w:i w:val="0"/>
          <w:color w:val="000000"/>
          <w:sz w:val="24"/>
        </w:rPr>
        <w:t xml:space="preserve"> состоит в том, чтобы направить мысль на подъем НЕХИ на место ХАГАТ, а ХАГАТ — на место ХАБАД. В итоге возникают два проявления Есода, называемого мужским началом (</w:t>
      </w:r>
      <w:r>
        <w:rPr>
          <w:rFonts w:ascii="Georgia" w:hAnsi="Georgia"/>
          <w:b w:val="0"/>
          <w:i/>
          <w:color w:val="000000"/>
          <w:sz w:val="24"/>
        </w:rPr>
        <w:t>захар</w:t>
      </w:r>
      <w:r>
        <w:rPr>
          <w:rFonts w:ascii="Georgia" w:hAnsi="Georgia"/>
          <w:b w:val="0"/>
          <w:i w:val="0"/>
          <w:color w:val="000000"/>
          <w:sz w:val="24"/>
        </w:rPr>
        <w:t xml:space="preserve">, </w:t>
      </w:r>
      <w:r>
        <w:rPr>
          <w:rFonts w:ascii="Georgia" w:hAnsi="Georgia" w:cs="Times New Roman"/>
          <w:b/>
          <w:i w:val="0"/>
          <w:color w:val="000000"/>
          <w:sz w:val="24"/>
          <w:rtl/>
          <w:szCs w:val="32"/>
        </w:rPr>
        <w:t>זָכָר</w:t>
      </w:r>
      <w:r>
        <w:rPr>
          <w:rFonts w:ascii="Georgia" w:hAnsi="Georgia"/>
          <w:b w:val="0"/>
          <w:i w:val="0"/>
          <w:color w:val="000000"/>
          <w:sz w:val="24"/>
        </w:rPr>
        <w:t xml:space="preserve">), и в этом тайна [слов] </w:t>
      </w:r>
      <w:r>
        <w:rPr>
          <w:rFonts w:ascii="Georgia" w:hAnsi="Georgia"/>
          <w:b w:val="0"/>
          <w:i/>
          <w:color w:val="000000"/>
          <w:sz w:val="24"/>
        </w:rPr>
        <w:t>«вспоминая, вспомнит»</w:t>
      </w:r>
      <w:r>
        <w:rPr>
          <w:rFonts w:ascii="Georgia" w:hAnsi="Georgia"/>
          <w:b w:val="0"/>
          <w:i w:val="0"/>
          <w:color w:val="000000"/>
          <w:sz w:val="24"/>
        </w:rPr>
        <w:t xml:space="preserve"> (</w:t>
      </w:r>
      <w:r>
        <w:rPr>
          <w:rFonts w:ascii="Georgia" w:hAnsi="Georgia"/>
          <w:b w:val="0"/>
          <w:i/>
          <w:color w:val="000000"/>
          <w:sz w:val="24"/>
        </w:rPr>
        <w:t>захор тизкор</w:t>
      </w:r>
      <w:r>
        <w:rPr>
          <w:rFonts w:ascii="Georgia" w:hAnsi="Georgia"/>
          <w:b w:val="0"/>
          <w:i w:val="0"/>
          <w:color w:val="000000"/>
          <w:sz w:val="24"/>
        </w:rPr>
        <w:t xml:space="preserve">). Суть же в том, что ни одна сфира не поднимается целиком: поднимается только одна треть каждой сфиры, чтобы ее место не осталось пустым и незанятым. Тем самым Есод поднялся не весь, но часть его осталась внизу, на своем месте, а часть поднялась на место Тиферет — и вот образовались два Есода. Известно, что от свечения этих двух Есодов произошла нуква де-ЗА, называемая «нефеш». А из-за упомянутого выше прегрешения Малхут, которой надлежало выйти оттуда, оказалась покорна и принижена. В этом смысл [слов] </w:t>
      </w:r>
      <w:r>
        <w:rPr>
          <w:rFonts w:ascii="Georgia" w:hAnsi="Georgia"/>
          <w:b w:val="0"/>
          <w:i/>
          <w:color w:val="000000"/>
          <w:sz w:val="24"/>
        </w:rPr>
        <w:t>«и поникает во мне душа моя»</w:t>
      </w:r>
      <w:r>
        <w:rPr>
          <w:rFonts w:ascii="Georgia" w:hAnsi="Georgia"/>
          <w:b w:val="0"/>
          <w:i w:val="0"/>
          <w:color w:val="000000"/>
          <w:sz w:val="24"/>
        </w:rPr>
        <w:t>: нуква поникает и склоняется надо мной из-за моего прегрешения [и оказывается] под ногами ЗА. А благодаря раскаянию «душа моя» (</w:t>
      </w:r>
      <w:r>
        <w:rPr>
          <w:rFonts w:ascii="Georgia" w:hAnsi="Georgia"/>
          <w:b w:val="0"/>
          <w:i/>
          <w:color w:val="000000"/>
          <w:sz w:val="24"/>
        </w:rPr>
        <w:t>нафши</w:t>
      </w:r>
      <w:r>
        <w:rPr>
          <w:rFonts w:ascii="Georgia" w:hAnsi="Georgia"/>
          <w:b w:val="0"/>
          <w:i w:val="0"/>
          <w:color w:val="000000"/>
          <w:sz w:val="24"/>
        </w:rPr>
        <w:t xml:space="preserve">) поднимается туда, и слово </w:t>
      </w:r>
      <w:r>
        <w:rPr>
          <w:rFonts w:ascii="Georgia" w:hAnsi="Georgia"/>
          <w:b w:val="0"/>
          <w:i/>
          <w:color w:val="000000"/>
          <w:sz w:val="24"/>
        </w:rPr>
        <w:t>алай</w:t>
      </w:r>
      <w:r>
        <w:rPr>
          <w:rFonts w:ascii="Georgia" w:hAnsi="Georgia"/>
          <w:b w:val="0"/>
          <w:i w:val="0"/>
          <w:color w:val="000000"/>
          <w:sz w:val="24"/>
        </w:rPr>
        <w:t xml:space="preserve"> (</w:t>
      </w:r>
      <w:r>
        <w:rPr>
          <w:rFonts w:ascii="Georgia" w:hAnsi="Georgia" w:cs="Times New Roman"/>
          <w:b/>
          <w:i w:val="0"/>
          <w:color w:val="000000"/>
          <w:sz w:val="24"/>
          <w:rtl/>
          <w:szCs w:val="32"/>
        </w:rPr>
        <w:t>עָלַי</w:t>
      </w:r>
      <w:r>
        <w:rPr>
          <w:rFonts w:ascii="Georgia" w:hAnsi="Georgia"/>
          <w:b w:val="0"/>
          <w:i w:val="0"/>
          <w:color w:val="000000"/>
          <w:sz w:val="24"/>
        </w:rPr>
        <w:t xml:space="preserve">), огласованное патахом под буквой ламэд, обращается так, будто оно огласовано хириком: </w:t>
      </w:r>
      <w:r>
        <w:rPr>
          <w:rFonts w:ascii="Georgia" w:hAnsi="Georgia"/>
          <w:b w:val="0"/>
          <w:i/>
          <w:color w:val="000000"/>
          <w:sz w:val="24"/>
        </w:rPr>
        <w:t>али́</w:t>
      </w:r>
      <w:r>
        <w:rPr>
          <w:rFonts w:ascii="Georgia" w:hAnsi="Georgia"/>
          <w:b w:val="0"/>
          <w:i w:val="0"/>
          <w:color w:val="000000"/>
          <w:sz w:val="24"/>
        </w:rPr>
        <w:t xml:space="preserve"> (</w:t>
      </w:r>
      <w:r>
        <w:rPr>
          <w:rFonts w:ascii="Georgia" w:hAnsi="Georgia" w:cs="Times New Roman"/>
          <w:b/>
          <w:i w:val="0"/>
          <w:color w:val="000000"/>
          <w:sz w:val="24"/>
          <w:rtl/>
          <w:szCs w:val="32"/>
        </w:rPr>
        <w:t>עֲלִי</w:t>
      </w:r>
      <w:r>
        <w:rPr>
          <w:rFonts w:ascii="Georgia" w:hAnsi="Georgia"/>
          <w:b w:val="0"/>
          <w:i w:val="0"/>
          <w:color w:val="000000"/>
          <w:sz w:val="24"/>
        </w:rPr>
        <w:t xml:space="preserve"> — «восходи!»), как в стихе </w:t>
      </w:r>
      <w:r>
        <w:rPr>
          <w:rFonts w:ascii="Georgia" w:hAnsi="Georgia"/>
          <w:b w:val="0"/>
          <w:i/>
          <w:color w:val="000000"/>
          <w:sz w:val="24"/>
        </w:rPr>
        <w:t>«Восходи, колодец, пойте ему!»</w:t>
      </w:r>
      <w:r>
        <w:rPr>
          <w:rFonts w:ascii="Georgia" w:hAnsi="Georgia"/>
          <w:b w:val="0"/>
          <w:i w:val="0"/>
          <w:color w:val="000000"/>
          <w:sz w:val="24"/>
        </w:rPr>
        <w:t xml:space="preserve"> (Бемидбар 21:17). В этом и состоит смысл [призыва] «Восходи, душа моя!» (</w:t>
      </w:r>
      <w:r>
        <w:rPr>
          <w:rFonts w:ascii="Georgia" w:hAnsi="Georgia"/>
          <w:b w:val="0"/>
          <w:i/>
          <w:color w:val="000000"/>
          <w:sz w:val="24"/>
        </w:rPr>
        <w:t>али́ нафши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начальные буквы слов </w:t>
      </w:r>
      <w:r>
        <w:rPr>
          <w:rFonts w:ascii="Georgia" w:hAnsi="Georgia"/>
          <w:b w:val="0"/>
          <w:i/>
          <w:color w:val="000000"/>
          <w:sz w:val="24"/>
        </w:rPr>
        <w:t>«поникает во мне душа моя»</w:t>
      </w:r>
      <w:r>
        <w:rPr>
          <w:rFonts w:ascii="Georgia" w:hAnsi="Georgia"/>
          <w:b w:val="0"/>
          <w:i w:val="0"/>
          <w:color w:val="000000"/>
          <w:sz w:val="24"/>
        </w:rPr>
        <w:t xml:space="preserve"> составляют слово </w:t>
      </w:r>
      <w:r>
        <w:rPr>
          <w:rFonts w:ascii="Georgia" w:hAnsi="Georgia"/>
          <w:b w:val="0"/>
          <w:i/>
          <w:color w:val="000000"/>
          <w:sz w:val="24"/>
        </w:rPr>
        <w:t>эну</w:t>
      </w:r>
      <w:r>
        <w:rPr>
          <w:rFonts w:ascii="Georgia" w:hAnsi="Georgia"/>
          <w:b w:val="0"/>
          <w:i w:val="0"/>
          <w:color w:val="000000"/>
          <w:sz w:val="24"/>
        </w:rPr>
        <w:t xml:space="preserve"> (</w:t>
      </w:r>
      <w:r>
        <w:rPr>
          <w:rFonts w:ascii="Georgia" w:hAnsi="Georgia" w:cs="Times New Roman"/>
          <w:b/>
          <w:i w:val="0"/>
          <w:color w:val="000000"/>
          <w:sz w:val="24"/>
          <w:rtl/>
          <w:szCs w:val="32"/>
        </w:rPr>
        <w:t>עֲנוּ</w:t>
      </w:r>
      <w:r>
        <w:rPr>
          <w:rFonts w:ascii="Georgia" w:hAnsi="Georgia"/>
          <w:b w:val="0"/>
          <w:i w:val="0"/>
          <w:color w:val="000000"/>
          <w:sz w:val="24"/>
        </w:rPr>
        <w:t xml:space="preserve"> — «пойте»). Суть в том, что «колодец», то есть нуква, поднимается навстречу трем [сочетаниям] по 42 буквы трех Имен АВАЯ: АБ, САГ и МА, представляющим собой каплю мужских вод (</w:t>
      </w:r>
      <w:r>
        <w:rPr>
          <w:rFonts w:ascii="Georgia" w:hAnsi="Georgia"/>
          <w:b w:val="0"/>
          <w:i/>
          <w:color w:val="000000"/>
          <w:sz w:val="24"/>
        </w:rPr>
        <w:t>маин духрин</w:t>
      </w:r>
      <w:r>
        <w:rPr>
          <w:rFonts w:ascii="Georgia" w:hAnsi="Georgia"/>
          <w:b w:val="0"/>
          <w:i w:val="0"/>
          <w:color w:val="000000"/>
          <w:sz w:val="24"/>
        </w:rPr>
        <w:t xml:space="preserve">), как упомянуто выше; их гематрия равна слову </w:t>
      </w:r>
      <w:r>
        <w:rPr>
          <w:rFonts w:ascii="Georgia" w:hAnsi="Georgia"/>
          <w:b w:val="0"/>
          <w:i/>
          <w:color w:val="000000"/>
          <w:sz w:val="24"/>
        </w:rPr>
        <w:t>эну</w:t>
      </w:r>
      <w:r>
        <w:rPr>
          <w:rFonts w:ascii="Georgia" w:hAnsi="Georgia"/>
          <w:b w:val="0"/>
          <w:i w:val="0"/>
          <w:color w:val="000000"/>
          <w:sz w:val="24"/>
        </w:rPr>
        <w:t xml:space="preserve"> (</w:t>
      </w:r>
      <w:r>
        <w:rPr>
          <w:rFonts w:ascii="Georgia" w:hAnsi="Georgia" w:cs="Times New Roman"/>
          <w:b/>
          <w:i w:val="0"/>
          <w:color w:val="000000"/>
          <w:sz w:val="24"/>
          <w:rtl/>
          <w:szCs w:val="32"/>
        </w:rPr>
        <w:t>עֲנוּ</w:t>
      </w:r>
      <w:r>
        <w:rPr>
          <w:rFonts w:ascii="Georgia" w:hAnsi="Georgia"/>
          <w:b w:val="0"/>
          <w:i w:val="0"/>
          <w:color w:val="000000"/>
          <w:sz w:val="24"/>
        </w:rPr>
        <w:t xml:space="preserve"> = 126). Когда же человек согрешил, [слово </w:t>
      </w:r>
      <w:r>
        <w:rPr>
          <w:rFonts w:ascii="Georgia" w:hAnsi="Georgia"/>
          <w:b w:val="0"/>
          <w:i/>
          <w:color w:val="000000"/>
          <w:sz w:val="24"/>
        </w:rPr>
        <w:t>эну</w:t>
      </w:r>
      <w:r>
        <w:rPr>
          <w:rFonts w:ascii="Georgia" w:hAnsi="Georgia"/>
          <w:b w:val="0"/>
          <w:i w:val="0"/>
          <w:color w:val="000000"/>
          <w:sz w:val="24"/>
        </w:rPr>
        <w:t>] обратилось в «прегрешение» (</w:t>
      </w:r>
      <w:r>
        <w:rPr>
          <w:rFonts w:ascii="Georgia" w:hAnsi="Georgia"/>
          <w:b w:val="0"/>
          <w:i/>
          <w:color w:val="000000"/>
          <w:sz w:val="24"/>
        </w:rPr>
        <w:t>авон</w:t>
      </w:r>
      <w:r>
        <w:rPr>
          <w:rFonts w:ascii="Georgia" w:hAnsi="Georgia"/>
          <w:b w:val="0"/>
          <w:i w:val="0"/>
          <w:color w:val="000000"/>
          <w:sz w:val="24"/>
        </w:rPr>
        <w:t xml:space="preserve">, </w:t>
      </w:r>
      <w:r>
        <w:rPr>
          <w:rFonts w:ascii="Georgia" w:hAnsi="Georgia" w:cs="Times New Roman"/>
          <w:b/>
          <w:i w:val="0"/>
          <w:color w:val="000000"/>
          <w:sz w:val="24"/>
          <w:rtl/>
          <w:szCs w:val="32"/>
        </w:rPr>
        <w:t>עָוֹן</w:t>
      </w:r>
      <w:r>
        <w:rPr>
          <w:rFonts w:ascii="Georgia" w:hAnsi="Georgia"/>
          <w:b w:val="0"/>
          <w:i w:val="0"/>
          <w:color w:val="000000"/>
          <w:sz w:val="24"/>
        </w:rPr>
        <w:t xml:space="preserve">), и от этого Малхут была истязаема, принижена и поникла вниз. Теперь же она вновь становится словом </w:t>
      </w:r>
      <w:r>
        <w:rPr>
          <w:rFonts w:ascii="Georgia" w:hAnsi="Georgia"/>
          <w:b w:val="0"/>
          <w:i/>
          <w:color w:val="000000"/>
          <w:sz w:val="24"/>
        </w:rPr>
        <w:t>эну</w:t>
      </w:r>
      <w:r>
        <w:rPr>
          <w:rFonts w:ascii="Georgia" w:hAnsi="Georgia"/>
          <w:b w:val="0"/>
          <w:i w:val="0"/>
          <w:color w:val="000000"/>
          <w:sz w:val="24"/>
        </w:rPr>
        <w:t xml:space="preserve"> (</w:t>
      </w:r>
      <w:r>
        <w:rPr>
          <w:rFonts w:ascii="Georgia" w:hAnsi="Georgia" w:cs="Times New Roman"/>
          <w:b/>
          <w:i w:val="0"/>
          <w:color w:val="000000"/>
          <w:sz w:val="24"/>
          <w:rtl/>
          <w:szCs w:val="32"/>
        </w:rPr>
        <w:t>עֲנוּ</w:t>
      </w:r>
      <w:r>
        <w:rPr>
          <w:rFonts w:ascii="Georgia" w:hAnsi="Georgia"/>
          <w:b w:val="0"/>
          <w:i w:val="0"/>
          <w:color w:val="000000"/>
          <w:sz w:val="24"/>
        </w:rPr>
        <w:t xml:space="preserve">) и благодаря этому поднимается в тайне стиха </w:t>
      </w:r>
      <w:r>
        <w:rPr>
          <w:rFonts w:ascii="Georgia" w:hAnsi="Georgia"/>
          <w:b w:val="0"/>
          <w:i/>
          <w:color w:val="000000"/>
          <w:sz w:val="24"/>
        </w:rPr>
        <w:t>«Восходи, колодец, пойте ему!»</w:t>
      </w:r>
      <w:r>
        <w:rPr>
          <w:rFonts w:ascii="Georgia" w:hAnsi="Georgia"/>
          <w:b w:val="0"/>
          <w:i w:val="0"/>
          <w:color w:val="000000"/>
          <w:sz w:val="24"/>
        </w:rPr>
        <w:t xml:space="preserve"> (Бемидбар 21:17). При этом [слово] </w:t>
      </w:r>
      <w:r>
        <w:rPr>
          <w:rFonts w:ascii="Georgia" w:hAnsi="Georgia"/>
          <w:b w:val="0"/>
          <w:i/>
          <w:color w:val="000000"/>
          <w:sz w:val="24"/>
        </w:rPr>
        <w:t>захор</w:t>
      </w:r>
      <w:r>
        <w:rPr>
          <w:rFonts w:ascii="Georgia" w:hAnsi="Georgia"/>
          <w:b w:val="0"/>
          <w:i w:val="0"/>
          <w:color w:val="000000"/>
          <w:sz w:val="24"/>
        </w:rPr>
        <w:t xml:space="preserve"> («вспоминая») соответствует высшему Есоду, а </w:t>
      </w:r>
      <w:r>
        <w:rPr>
          <w:rFonts w:ascii="Georgia" w:hAnsi="Georgia"/>
          <w:b w:val="0"/>
          <w:i/>
          <w:color w:val="000000"/>
          <w:sz w:val="24"/>
        </w:rPr>
        <w:t>тизкор</w:t>
      </w:r>
      <w:r>
        <w:rPr>
          <w:rFonts w:ascii="Georgia" w:hAnsi="Georgia"/>
          <w:b w:val="0"/>
          <w:i w:val="0"/>
          <w:color w:val="000000"/>
          <w:sz w:val="24"/>
        </w:rPr>
        <w:t xml:space="preserve"> («вспомнит») — нижнему Есоду, как упомянуто выше. [Слово] </w:t>
      </w:r>
      <w:r>
        <w:rPr>
          <w:rFonts w:ascii="Georgia" w:hAnsi="Georgia"/>
          <w:b w:val="0"/>
          <w:i/>
          <w:color w:val="000000"/>
          <w:sz w:val="24"/>
        </w:rPr>
        <w:t>тизкор</w:t>
      </w:r>
      <w:r>
        <w:rPr>
          <w:rFonts w:ascii="Georgia" w:hAnsi="Georgia"/>
          <w:b w:val="0"/>
          <w:i w:val="0"/>
          <w:color w:val="000000"/>
          <w:sz w:val="24"/>
        </w:rPr>
        <w:t xml:space="preserve"> (</w:t>
      </w:r>
      <w:r>
        <w:rPr>
          <w:rFonts w:ascii="Georgia" w:hAnsi="Georgia" w:cs="Times New Roman"/>
          <w:b/>
          <w:i w:val="0"/>
          <w:color w:val="000000"/>
          <w:sz w:val="24"/>
          <w:rtl/>
          <w:szCs w:val="32"/>
        </w:rPr>
        <w:t>תִּזְכּוֹר</w:t>
      </w:r>
      <w:r>
        <w:rPr>
          <w:rFonts w:ascii="Georgia" w:hAnsi="Georgia"/>
          <w:b w:val="0"/>
          <w:i w:val="0"/>
          <w:color w:val="000000"/>
          <w:sz w:val="24"/>
        </w:rPr>
        <w:t>) по гематрии [вычисляется так]: Имя АДОНАЙ (</w:t>
      </w:r>
      <w:r>
        <w:rPr>
          <w:rFonts w:ascii="Georgia" w:hAnsi="Georgia" w:cs="Times New Roman"/>
          <w:b/>
          <w:i w:val="0"/>
          <w:color w:val="000000"/>
          <w:sz w:val="24"/>
          <w:rtl/>
          <w:szCs w:val="32"/>
        </w:rPr>
        <w:t>אדני</w:t>
      </w:r>
      <w:r>
        <w:rPr>
          <w:rFonts w:ascii="Georgia" w:hAnsi="Georgia"/>
          <w:b w:val="0"/>
          <w:i w:val="0"/>
          <w:color w:val="000000"/>
          <w:sz w:val="24"/>
        </w:rPr>
        <w:t>) в полном наполнении составляет 671 (</w:t>
      </w:r>
      <w:r>
        <w:rPr>
          <w:rFonts w:ascii="Georgia" w:hAnsi="Georgia" w:cs="Times New Roman"/>
          <w:b/>
          <w:i w:val="0"/>
          <w:color w:val="000000"/>
          <w:sz w:val="24"/>
          <w:rtl/>
          <w:szCs w:val="32"/>
        </w:rPr>
        <w:t>תרע״א</w:t>
      </w:r>
      <w:r>
        <w:rPr>
          <w:rFonts w:ascii="Georgia" w:hAnsi="Georgia"/>
          <w:b w:val="0"/>
          <w:i w:val="0"/>
          <w:color w:val="000000"/>
          <w:sz w:val="24"/>
        </w:rPr>
        <w:t>); если вычесть из него простое [Имя], составляющее 65 (</w:t>
      </w:r>
      <w:r>
        <w:rPr>
          <w:rFonts w:ascii="Georgia" w:hAnsi="Georgia" w:cs="Times New Roman"/>
          <w:b/>
          <w:i w:val="0"/>
          <w:color w:val="000000"/>
          <w:sz w:val="24"/>
          <w:rtl/>
          <w:szCs w:val="32"/>
        </w:rPr>
        <w:t>ס״ה</w:t>
      </w:r>
      <w:r>
        <w:rPr>
          <w:rFonts w:ascii="Georgia" w:hAnsi="Georgia"/>
          <w:b w:val="0"/>
          <w:i w:val="0"/>
          <w:color w:val="000000"/>
          <w:sz w:val="24"/>
        </w:rPr>
        <w:t>), останется по гематрии 444 (</w:t>
      </w:r>
      <w:r>
        <w:rPr>
          <w:rFonts w:ascii="Georgia" w:hAnsi="Georgia" w:cs="Times New Roman"/>
          <w:b/>
          <w:i w:val="0"/>
          <w:color w:val="000000"/>
          <w:sz w:val="24"/>
          <w:rtl/>
          <w:szCs w:val="32"/>
        </w:rPr>
        <w:t>תמ״ד</w:t>
      </w:r>
      <w:r>
        <w:rPr>
          <w:rFonts w:ascii="Georgia" w:hAnsi="Georgia"/>
          <w:b w:val="0"/>
          <w:i w:val="0"/>
          <w:color w:val="000000"/>
          <w:sz w:val="24"/>
        </w:rPr>
        <w:t xml:space="preserve">), являющееся Шхиной. В другом варианте текста сказано: «останется по гематрии </w:t>
      </w:r>
      <w:r>
        <w:rPr>
          <w:rFonts w:ascii="Georgia" w:hAnsi="Georgia"/>
          <w:b w:val="0"/>
          <w:i/>
          <w:color w:val="000000"/>
          <w:sz w:val="24"/>
        </w:rPr>
        <w:t>тизкор</w:t>
      </w:r>
      <w:r>
        <w:rPr>
          <w:rFonts w:ascii="Georgia" w:hAnsi="Georgia"/>
          <w:b w:val="0"/>
          <w:i w:val="0"/>
          <w:color w:val="000000"/>
          <w:sz w:val="24"/>
        </w:rPr>
        <w:t>, то есть Шхина». Мне же, пишущему, Хаиму, представляется, что следует читать так: «останется по гематрии Рут (</w:t>
      </w:r>
      <w:r>
        <w:rPr>
          <w:rFonts w:ascii="Georgia" w:hAnsi="Georgia" w:cs="Times New Roman"/>
          <w:b/>
          <w:i w:val="0"/>
          <w:color w:val="000000"/>
          <w:sz w:val="24"/>
          <w:rtl/>
          <w:szCs w:val="32"/>
        </w:rPr>
        <w:t>רוּת</w:t>
      </w:r>
      <w:r>
        <w:rPr>
          <w:rFonts w:ascii="Georgia" w:hAnsi="Georgia"/>
          <w:b w:val="0"/>
          <w:i w:val="0"/>
          <w:color w:val="000000"/>
          <w:sz w:val="24"/>
        </w:rPr>
        <w:t xml:space="preserve"> = 606) [и еще] 27 (</w:t>
      </w:r>
      <w:r>
        <w:rPr>
          <w:rFonts w:ascii="Georgia" w:hAnsi="Georgia" w:cs="Times New Roman"/>
          <w:b/>
          <w:i w:val="0"/>
          <w:color w:val="000000"/>
          <w:sz w:val="24"/>
          <w:rtl/>
          <w:szCs w:val="32"/>
        </w:rPr>
        <w:t>כ״ז</w:t>
      </w:r>
      <w:r>
        <w:rPr>
          <w:rFonts w:ascii="Georgia" w:hAnsi="Georgia"/>
          <w:b w:val="0"/>
          <w:i w:val="0"/>
          <w:color w:val="000000"/>
          <w:sz w:val="24"/>
        </w:rPr>
        <w:t>), то есть Шхина, называемая Рут».</w:t>
      </w:r>
    </w:p>
    <w:p>
      <w:pPr>
        <w:spacing w:before="40" w:after="120"/>
        <w:jc w:val="both"/>
      </w:pPr>
      <w:r>
        <w:rPr>
          <w:rFonts w:ascii="Georgia" w:hAnsi="Georgia"/>
          <w:b w:val="0"/>
          <w:i w:val="0"/>
          <w:color w:val="000000"/>
          <w:sz w:val="24"/>
        </w:rPr>
        <w:t>[Говорит Шмуэль: мне представляется, что оставшиеся 27 — это 22 буквы вместе с пятью двойными буквами (</w:t>
      </w:r>
      <w:r>
        <w:rPr>
          <w:rFonts w:ascii="Georgia" w:hAnsi="Georgia" w:cs="Times New Roman"/>
          <w:b/>
          <w:i w:val="0"/>
          <w:color w:val="000000"/>
          <w:sz w:val="24"/>
          <w:rtl/>
          <w:szCs w:val="32"/>
        </w:rPr>
        <w:t>מנצפ״ך</w:t>
      </w:r>
      <w:r>
        <w:rPr>
          <w:rFonts w:ascii="Georgia" w:hAnsi="Georgia"/>
          <w:b w:val="0"/>
          <w:i w:val="0"/>
          <w:color w:val="000000"/>
          <w:sz w:val="24"/>
        </w:rPr>
        <w:t xml:space="preserve">), как мы объяснили в намерении на [слово] </w:t>
      </w:r>
      <w:r>
        <w:rPr>
          <w:rFonts w:ascii="Georgia" w:hAnsi="Georgia"/>
          <w:b w:val="0"/>
          <w:i/>
          <w:color w:val="000000"/>
          <w:sz w:val="24"/>
        </w:rPr>
        <w:t>Ата</w:t>
      </w:r>
      <w:r>
        <w:rPr>
          <w:rFonts w:ascii="Georgia" w:hAnsi="Georgia"/>
          <w:b w:val="0"/>
          <w:i w:val="0"/>
          <w:color w:val="000000"/>
          <w:sz w:val="24"/>
        </w:rPr>
        <w:t xml:space="preserve"> (</w:t>
      </w:r>
      <w:r>
        <w:rPr>
          <w:rFonts w:ascii="Georgia" w:hAnsi="Georgia" w:cs="Times New Roman"/>
          <w:b/>
          <w:i w:val="0"/>
          <w:color w:val="000000"/>
          <w:sz w:val="24"/>
          <w:rtl/>
          <w:szCs w:val="32"/>
        </w:rPr>
        <w:t>אַתָּה</w:t>
      </w:r>
      <w:r>
        <w:rPr>
          <w:rFonts w:ascii="Georgia" w:hAnsi="Georgia"/>
          <w:b w:val="0"/>
          <w:i w:val="0"/>
          <w:color w:val="000000"/>
          <w:sz w:val="24"/>
        </w:rPr>
        <w:t>): [буквы] алеф-тав (</w:t>
      </w:r>
      <w:r>
        <w:rPr>
          <w:rFonts w:ascii="Georgia" w:hAnsi="Georgia" w:cs="Times New Roman"/>
          <w:b/>
          <w:i w:val="0"/>
          <w:color w:val="000000"/>
          <w:sz w:val="24"/>
          <w:rtl/>
          <w:szCs w:val="32"/>
        </w:rPr>
        <w:t>א״ת</w:t>
      </w:r>
      <w:r>
        <w:rPr>
          <w:rFonts w:ascii="Georgia" w:hAnsi="Georgia"/>
          <w:b w:val="0"/>
          <w:i w:val="0"/>
          <w:color w:val="000000"/>
          <w:sz w:val="24"/>
        </w:rPr>
        <w:t>) — это 22 буквы, а [буква] хэй (</w:t>
      </w:r>
      <w:r>
        <w:rPr>
          <w:rFonts w:ascii="Georgia" w:hAnsi="Georgia" w:cs="Times New Roman"/>
          <w:b/>
          <w:i w:val="0"/>
          <w:color w:val="000000"/>
          <w:sz w:val="24"/>
          <w:rtl/>
          <w:szCs w:val="32"/>
        </w:rPr>
        <w:t>ה</w:t>
      </w:r>
      <w:r>
        <w:rPr>
          <w:rFonts w:ascii="Georgia" w:hAnsi="Georgia"/>
          <w:b w:val="0"/>
          <w:i w:val="0"/>
          <w:color w:val="000000"/>
          <w:sz w:val="24"/>
        </w:rPr>
        <w:t>) — это пять букв (</w:t>
      </w:r>
      <w:r>
        <w:rPr>
          <w:rFonts w:ascii="Georgia" w:hAnsi="Georgia" w:cs="Times New Roman"/>
          <w:b/>
          <w:i w:val="0"/>
          <w:color w:val="000000"/>
          <w:sz w:val="24"/>
          <w:rtl/>
          <w:szCs w:val="32"/>
        </w:rPr>
        <w:t>מנצפך</w:t>
      </w:r>
      <w:r>
        <w:rPr>
          <w:rFonts w:ascii="Georgia" w:hAnsi="Georgia"/>
          <w:b w:val="0"/>
          <w:i w:val="0"/>
          <w:color w:val="000000"/>
          <w:sz w:val="24"/>
        </w:rPr>
        <w:t>); так мне представляется].</w:t>
      </w:r>
    </w:p>
    <w:p>
      <w:pPr>
        <w:spacing w:before="40" w:after="120"/>
        <w:jc w:val="both"/>
      </w:pPr>
      <w:r>
        <w:rPr>
          <w:rFonts w:ascii="Georgia" w:hAnsi="Georgia"/>
          <w:b w:val="0"/>
          <w:i w:val="0"/>
          <w:color w:val="000000"/>
          <w:sz w:val="24"/>
        </w:rPr>
        <w:t xml:space="preserve">Также мне представляется, что это исправление предназначено исключительно для [искупления греха] излияния семени впустую, как понятно из рассуждения о [стихе] </w:t>
      </w:r>
      <w:r>
        <w:rPr>
          <w:rFonts w:ascii="Georgia" w:hAnsi="Georgia"/>
          <w:b w:val="0"/>
          <w:i/>
          <w:color w:val="000000"/>
          <w:sz w:val="24"/>
        </w:rPr>
        <w:t>«Восходи, колодец, пойте ему!»</w:t>
      </w:r>
      <w:r>
        <w:rPr>
          <w:rFonts w:ascii="Georgia" w:hAnsi="Georgia"/>
          <w:b w:val="0"/>
          <w:i w:val="0"/>
          <w:color w:val="000000"/>
          <w:sz w:val="24"/>
        </w:rPr>
        <w:t xml:space="preserve"> относительно [слов] </w:t>
      </w:r>
      <w:r>
        <w:rPr>
          <w:rFonts w:ascii="Georgia" w:hAnsi="Georgia"/>
          <w:b w:val="0"/>
          <w:i/>
          <w:color w:val="000000"/>
          <w:sz w:val="24"/>
        </w:rPr>
        <w:t>«и поникает...»</w:t>
      </w:r>
      <w:r>
        <w:rPr>
          <w:rFonts w:ascii="Georgia" w:hAnsi="Georgia"/>
          <w:b w:val="0"/>
          <w:i w:val="0"/>
          <w:color w:val="000000"/>
          <w:sz w:val="24"/>
        </w:rPr>
        <w:t xml:space="preserve">, ведь это тайна МАН, называемых «нефеш», которые теперь должны подняться, чтобы принять мужские [воды], называемые </w:t>
      </w:r>
      <w:r>
        <w:rPr>
          <w:rFonts w:ascii="Georgia" w:hAnsi="Georgia"/>
          <w:b w:val="0"/>
          <w:i/>
          <w:color w:val="000000"/>
          <w:sz w:val="24"/>
        </w:rPr>
        <w:t>эну</w:t>
      </w:r>
      <w:r>
        <w:rPr>
          <w:rFonts w:ascii="Georgia" w:hAnsi="Georgia"/>
          <w:b w:val="0"/>
          <w:i w:val="0"/>
          <w:color w:val="000000"/>
          <w:sz w:val="24"/>
        </w:rPr>
        <w:t>, как упомянуто выше.</w:t>
      </w:r>
    </w:p>
    <w:p>
      <w:r>
        <w:br w:type="page"/>
      </w:r>
    </w:p>
    <w:p>
      <w:pPr>
        <w:keepNext/>
        <w:spacing w:before="360" w:after="160"/>
        <w:jc w:val="center"/>
      </w:pPr>
      <w:r>
        <w:rPr>
          <w:rFonts w:ascii="Georgia" w:hAnsi="Georgia"/>
          <w:b w:val="0"/>
          <w:i w:val="0"/>
          <w:color w:val="000000"/>
          <w:sz w:val="40"/>
        </w:rPr>
        <w:t>Ихудим для исправления связи с замужней женщиной</w:t>
      </w:r>
    </w:p>
    <w:p>
      <w:pPr>
        <w:keepNext/>
        <w:spacing w:before="320" w:after="120"/>
      </w:pPr>
      <w:r>
        <w:rPr>
          <w:rFonts w:ascii="Georgia" w:hAnsi="Georgia"/>
          <w:b w:val="0"/>
          <w:i w:val="0"/>
          <w:color w:val="000000"/>
          <w:sz w:val="32"/>
        </w:rPr>
        <w:t>Ихуд 1</w:t>
      </w:r>
    </w:p>
    <w:p>
      <w:pPr>
        <w:spacing w:before="40" w:after="120"/>
        <w:jc w:val="both"/>
      </w:pPr>
      <w:r>
        <w:rPr>
          <w:rFonts w:ascii="Georgia" w:hAnsi="Georgia"/>
          <w:b w:val="0"/>
          <w:i w:val="0"/>
          <w:color w:val="000000"/>
          <w:sz w:val="24"/>
        </w:rPr>
        <w:t xml:space="preserve">Исправление прегрешения [того, кто] вступил в связь с замужней женщиной. Стих: </w:t>
      </w:r>
      <w:r>
        <w:rPr>
          <w:rFonts w:ascii="Georgia" w:hAnsi="Georgia"/>
          <w:b w:val="0"/>
          <w:i/>
          <w:color w:val="000000"/>
          <w:sz w:val="24"/>
        </w:rPr>
        <w:t>«Светильник Г-сподень — душа человека…»</w:t>
      </w:r>
      <w:r>
        <w:rPr>
          <w:rFonts w:ascii="Georgia" w:hAnsi="Georgia"/>
          <w:b w:val="0"/>
          <w:i w:val="0"/>
          <w:color w:val="000000"/>
          <w:sz w:val="24"/>
        </w:rPr>
        <w:t xml:space="preserve"> (Мишлей 20:27). Начальные буквы [первых трех слов: «светильник Г-сподень — душа»] — буква нун (</w:t>
      </w:r>
      <w:r>
        <w:rPr>
          <w:rFonts w:ascii="Georgia" w:hAnsi="Georgia" w:cs="Times New Roman"/>
          <w:b/>
          <w:i w:val="0"/>
          <w:color w:val="000000"/>
          <w:sz w:val="24"/>
          <w:rtl/>
          <w:szCs w:val="32"/>
        </w:rPr>
        <w:t>נ</w:t>
      </w:r>
      <w:r>
        <w:rPr>
          <w:rFonts w:ascii="Georgia" w:hAnsi="Georgia"/>
          <w:b w:val="0"/>
          <w:i w:val="0"/>
          <w:color w:val="000000"/>
          <w:sz w:val="24"/>
        </w:rPr>
        <w:t xml:space="preserve"> = 50),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нун (</w:t>
      </w:r>
      <w:r>
        <w:rPr>
          <w:rFonts w:ascii="Georgia" w:hAnsi="Georgia" w:cs="Times New Roman"/>
          <w:b/>
          <w:i w:val="0"/>
          <w:color w:val="000000"/>
          <w:sz w:val="24"/>
          <w:rtl/>
          <w:szCs w:val="32"/>
        </w:rPr>
        <w:t>נ</w:t>
      </w:r>
      <w:r>
        <w:rPr>
          <w:rFonts w:ascii="Georgia" w:hAnsi="Georgia"/>
          <w:b w:val="0"/>
          <w:i w:val="0"/>
          <w:color w:val="000000"/>
          <w:sz w:val="24"/>
        </w:rPr>
        <w:t xml:space="preserve"> = 50) — составляют в гематрии 110 (</w:t>
      </w:r>
      <w:r>
        <w:rPr>
          <w:rFonts w:ascii="Georgia" w:hAnsi="Georgia" w:cs="Times New Roman"/>
          <w:b/>
          <w:i w:val="0"/>
          <w:color w:val="000000"/>
          <w:sz w:val="24"/>
          <w:rtl/>
          <w:szCs w:val="32"/>
        </w:rPr>
        <w:t>ק״י</w:t>
      </w:r>
      <w:r>
        <w:rPr>
          <w:rFonts w:ascii="Georgia" w:hAnsi="Georgia"/>
          <w:b w:val="0"/>
          <w:i w:val="0"/>
          <w:color w:val="000000"/>
          <w:sz w:val="24"/>
        </w:rPr>
        <w:t xml:space="preserve">), что равно [сумме Имен] АВАЯ де-МА (45) и АДОНАЙ (65). Слово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это также [по гематрии] АВАЯ де-МА (45). [В продолжении стиха:] </w:t>
      </w:r>
      <w:r>
        <w:rPr>
          <w:rFonts w:ascii="Georgia" w:hAnsi="Georgia"/>
          <w:b w:val="0"/>
          <w:i/>
          <w:color w:val="000000"/>
          <w:sz w:val="24"/>
        </w:rPr>
        <w:t>«…обыскивающая все тайники утробы»</w:t>
      </w:r>
      <w:r>
        <w:rPr>
          <w:rFonts w:ascii="Georgia" w:hAnsi="Georgia"/>
          <w:b w:val="0"/>
          <w:i w:val="0"/>
          <w:color w:val="000000"/>
          <w:sz w:val="24"/>
        </w:rPr>
        <w:t xml:space="preserve"> (Мишлей 20:27) — начальные буквы [этих слов] —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буква каф (</w:t>
      </w:r>
      <w:r>
        <w:rPr>
          <w:rFonts w:ascii="Georgia" w:hAnsi="Georgia" w:cs="Times New Roman"/>
          <w:b/>
          <w:i w:val="0"/>
          <w:color w:val="000000"/>
          <w:sz w:val="24"/>
          <w:rtl/>
          <w:szCs w:val="32"/>
        </w:rPr>
        <w:t>כ</w:t>
      </w:r>
      <w:r>
        <w:rPr>
          <w:rFonts w:ascii="Georgia" w:hAnsi="Georgia"/>
          <w:b w:val="0"/>
          <w:i w:val="0"/>
          <w:color w:val="000000"/>
          <w:sz w:val="24"/>
        </w:rPr>
        <w:t xml:space="preserve"> = 20),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и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 составляют в гематрии 38 (</w:t>
      </w:r>
      <w:r>
        <w:rPr>
          <w:rFonts w:ascii="Georgia" w:hAnsi="Georgia" w:cs="Times New Roman"/>
          <w:b/>
          <w:i w:val="0"/>
          <w:color w:val="000000"/>
          <w:sz w:val="24"/>
          <w:rtl/>
          <w:szCs w:val="32"/>
        </w:rPr>
        <w:t>ל״ח</w:t>
      </w:r>
      <w:r>
        <w:rPr>
          <w:rFonts w:ascii="Georgia" w:hAnsi="Georgia"/>
          <w:b w:val="0"/>
          <w:i w:val="0"/>
          <w:color w:val="000000"/>
          <w:sz w:val="24"/>
        </w:rPr>
        <w:t>). Это 33 буквы (</w:t>
      </w:r>
      <w:r>
        <w:rPr>
          <w:rFonts w:ascii="Georgia" w:hAnsi="Georgia" w:cs="Times New Roman"/>
          <w:b/>
          <w:i w:val="0"/>
          <w:color w:val="000000"/>
          <w:sz w:val="24"/>
          <w:rtl/>
          <w:szCs w:val="32"/>
        </w:rPr>
        <w:t>ל״ג</w:t>
      </w:r>
      <w:r>
        <w:rPr>
          <w:rFonts w:ascii="Georgia" w:hAnsi="Georgia"/>
          <w:b w:val="0"/>
          <w:i w:val="0"/>
          <w:color w:val="000000"/>
          <w:sz w:val="24"/>
        </w:rPr>
        <w:t>) наполнения наполнения (милуй де-милуй) Имени ЭЛОКИМ и 5 простых букв [этого Имени] (33 + 5 = 38).</w:t>
      </w:r>
    </w:p>
    <w:p>
      <w:pPr>
        <w:spacing w:before="40" w:after="120"/>
        <w:jc w:val="both"/>
      </w:pPr>
      <w:r>
        <w:rPr>
          <w:rFonts w:ascii="Georgia" w:hAnsi="Georgia"/>
          <w:b w:val="0"/>
          <w:i w:val="0"/>
          <w:color w:val="000000"/>
          <w:sz w:val="24"/>
        </w:rPr>
        <w:t>Также конечные буквы [слов] «светильник Г-сподень — душа» [в стихе «Светильник Г-сподень — душа человека»] — буква рэйш (</w:t>
      </w:r>
      <w:r>
        <w:rPr>
          <w:rFonts w:ascii="Georgia" w:hAnsi="Georgia" w:cs="Times New Roman"/>
          <w:b/>
          <w:i w:val="0"/>
          <w:color w:val="000000"/>
          <w:sz w:val="24"/>
          <w:rtl/>
          <w:szCs w:val="32"/>
        </w:rPr>
        <w:t>ר</w:t>
      </w:r>
      <w:r>
        <w:rPr>
          <w:rFonts w:ascii="Georgia" w:hAnsi="Georgia"/>
          <w:b w:val="0"/>
          <w:i w:val="0"/>
          <w:color w:val="000000"/>
          <w:sz w:val="24"/>
        </w:rPr>
        <w:t xml:space="preserve"> = 200),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и буква тав (</w:t>
      </w:r>
      <w:r>
        <w:rPr>
          <w:rFonts w:ascii="Georgia" w:hAnsi="Georgia" w:cs="Times New Roman"/>
          <w:b/>
          <w:i w:val="0"/>
          <w:color w:val="000000"/>
          <w:sz w:val="24"/>
          <w:rtl/>
          <w:szCs w:val="32"/>
        </w:rPr>
        <w:t>ת</w:t>
      </w:r>
      <w:r>
        <w:rPr>
          <w:rFonts w:ascii="Georgia" w:hAnsi="Georgia"/>
          <w:b w:val="0"/>
          <w:i w:val="0"/>
          <w:color w:val="000000"/>
          <w:sz w:val="24"/>
        </w:rPr>
        <w:t xml:space="preserve"> = 400) — образуют сочетание букв хэй, рэйш, тав (</w:t>
      </w:r>
      <w:r>
        <w:rPr>
          <w:rFonts w:ascii="Georgia" w:hAnsi="Georgia" w:cs="Times New Roman"/>
          <w:b/>
          <w:i w:val="0"/>
          <w:color w:val="000000"/>
          <w:sz w:val="24"/>
          <w:rtl/>
          <w:szCs w:val="32"/>
        </w:rPr>
        <w:t>הר״ת</w:t>
      </w:r>
      <w:r>
        <w:rPr>
          <w:rFonts w:ascii="Georgia" w:hAnsi="Georgia"/>
          <w:b w:val="0"/>
          <w:i w:val="0"/>
          <w:color w:val="000000"/>
          <w:sz w:val="24"/>
        </w:rPr>
        <w:t xml:space="preserve"> = 605), что составляет все суды: 325 (</w:t>
      </w:r>
      <w:r>
        <w:rPr>
          <w:rFonts w:ascii="Georgia" w:hAnsi="Georgia" w:cs="Times New Roman"/>
          <w:b/>
          <w:i w:val="0"/>
          <w:color w:val="000000"/>
          <w:sz w:val="24"/>
          <w:rtl/>
          <w:szCs w:val="32"/>
        </w:rPr>
        <w:t>שכ״ה</w:t>
      </w:r>
      <w:r>
        <w:rPr>
          <w:rFonts w:ascii="Georgia" w:hAnsi="Georgia"/>
          <w:b w:val="0"/>
          <w:i w:val="0"/>
          <w:color w:val="000000"/>
          <w:sz w:val="24"/>
        </w:rPr>
        <w:t>) и 280 (</w:t>
      </w:r>
      <w:r>
        <w:rPr>
          <w:rFonts w:ascii="Georgia" w:hAnsi="Georgia" w:cs="Times New Roman"/>
          <w:b/>
          <w:i w:val="0"/>
          <w:color w:val="000000"/>
          <w:sz w:val="24"/>
          <w:rtl/>
          <w:szCs w:val="32"/>
        </w:rPr>
        <w:t>פ״ר</w:t>
      </w:r>
      <w:r>
        <w:rPr>
          <w:rFonts w:ascii="Georgia" w:hAnsi="Georgia"/>
          <w:b w:val="0"/>
          <w:i w:val="0"/>
          <w:color w:val="000000"/>
          <w:sz w:val="24"/>
        </w:rPr>
        <w:t>), как известно. Также конечные буквы [слов] «человек, обыскивающая все» — буква мэм софит (</w:t>
      </w:r>
      <w:r>
        <w:rPr>
          <w:rFonts w:ascii="Georgia" w:hAnsi="Georgia" w:cs="Times New Roman"/>
          <w:b/>
          <w:i w:val="0"/>
          <w:color w:val="000000"/>
          <w:sz w:val="24"/>
          <w:rtl/>
          <w:szCs w:val="32"/>
        </w:rPr>
        <w:t>ם</w:t>
      </w:r>
      <w:r>
        <w:rPr>
          <w:rFonts w:ascii="Georgia" w:hAnsi="Georgia"/>
          <w:b w:val="0"/>
          <w:i w:val="0"/>
          <w:color w:val="000000"/>
          <w:sz w:val="24"/>
        </w:rPr>
        <w:t xml:space="preserve"> = 40),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и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 составляют в гематрии 370 (</w:t>
      </w:r>
      <w:r>
        <w:rPr>
          <w:rFonts w:ascii="Georgia" w:hAnsi="Georgia" w:cs="Times New Roman"/>
          <w:b/>
          <w:i w:val="0"/>
          <w:color w:val="000000"/>
          <w:sz w:val="24"/>
          <w:rtl/>
          <w:szCs w:val="32"/>
        </w:rPr>
        <w:t>ש״ע</w:t>
      </w:r>
      <w:r>
        <w:rPr>
          <w:rFonts w:ascii="Georgia" w:hAnsi="Georgia"/>
          <w:b w:val="0"/>
          <w:i w:val="0"/>
          <w:color w:val="000000"/>
          <w:sz w:val="24"/>
        </w:rPr>
        <w:t>), что составляет 370 светов, являющихся двумя Именами ЭЛЬ (</w:t>
      </w:r>
      <w:r>
        <w:rPr>
          <w:rFonts w:ascii="Georgia" w:hAnsi="Georgia" w:cs="Times New Roman"/>
          <w:b/>
          <w:i w:val="0"/>
          <w:color w:val="000000"/>
          <w:sz w:val="24"/>
          <w:rtl/>
          <w:szCs w:val="32"/>
        </w:rPr>
        <w:t>א״ל</w:t>
      </w:r>
      <w:r>
        <w:rPr>
          <w:rFonts w:ascii="Georgia" w:hAnsi="Georgia"/>
          <w:b w:val="0"/>
          <w:i w:val="0"/>
          <w:color w:val="000000"/>
          <w:sz w:val="24"/>
        </w:rPr>
        <w:t>) с их наполнением. Также конечные буквы [слов] «тайники утробы» —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нун софит (</w:t>
      </w:r>
      <w:r>
        <w:rPr>
          <w:rFonts w:ascii="Georgia" w:hAnsi="Georgia" w:cs="Times New Roman"/>
          <w:b/>
          <w:i w:val="0"/>
          <w:color w:val="000000"/>
          <w:sz w:val="24"/>
          <w:rtl/>
          <w:szCs w:val="32"/>
        </w:rPr>
        <w:t>ן</w:t>
      </w:r>
      <w:r>
        <w:rPr>
          <w:rFonts w:ascii="Georgia" w:hAnsi="Georgia"/>
          <w:b w:val="0"/>
          <w:i w:val="0"/>
          <w:color w:val="000000"/>
          <w:sz w:val="24"/>
        </w:rPr>
        <w:t xml:space="preserve"> = 50) — составляют в сумме 60 (</w:t>
      </w:r>
      <w:r>
        <w:rPr>
          <w:rFonts w:ascii="Georgia" w:hAnsi="Georgia" w:cs="Times New Roman"/>
          <w:b/>
          <w:i w:val="0"/>
          <w:color w:val="000000"/>
          <w:sz w:val="24"/>
          <w:rtl/>
          <w:szCs w:val="32"/>
        </w:rPr>
        <w:t>ס</w:t>
      </w:r>
      <w:r>
        <w:rPr>
          <w:rFonts w:ascii="Georgia" w:hAnsi="Georgia"/>
          <w:b w:val="0"/>
          <w:i w:val="0"/>
          <w:color w:val="000000"/>
          <w:sz w:val="24"/>
        </w:rPr>
        <w:t>): это шесть букв йод, имеющихся в трех Именах АВАЯ — АБ, МА и БОН. [Говорит Шмуэль: четыре — в АБ, одна — в МА и одна — в БОН.]</w:t>
      </w:r>
    </w:p>
    <w:p>
      <w:pPr>
        <w:keepNext/>
        <w:spacing w:before="320" w:after="120"/>
      </w:pPr>
      <w:r>
        <w:rPr>
          <w:rFonts w:ascii="Georgia" w:hAnsi="Georgia"/>
          <w:b w:val="0"/>
          <w:i w:val="0"/>
          <w:color w:val="000000"/>
          <w:sz w:val="32"/>
        </w:rPr>
        <w:t>Ихуд 2</w:t>
      </w:r>
    </w:p>
    <w:p>
      <w:pPr>
        <w:spacing w:before="40" w:after="120"/>
        <w:jc w:val="both"/>
      </w:pPr>
      <w:r>
        <w:rPr>
          <w:rFonts w:ascii="Georgia" w:hAnsi="Georgia"/>
          <w:b w:val="0"/>
          <w:i w:val="0"/>
          <w:color w:val="000000"/>
          <w:sz w:val="24"/>
        </w:rPr>
        <w:t xml:space="preserve">К вышеупомянутому [относится стих]: </w:t>
      </w:r>
      <w:r>
        <w:rPr>
          <w:rFonts w:ascii="Georgia" w:hAnsi="Georgia"/>
          <w:b w:val="0"/>
          <w:i/>
          <w:color w:val="000000"/>
          <w:sz w:val="24"/>
        </w:rPr>
        <w:t>«Ибо возлюбили рабы Твои камни ее…»</w:t>
      </w:r>
      <w:r>
        <w:rPr>
          <w:rFonts w:ascii="Georgia" w:hAnsi="Georgia"/>
          <w:b w:val="0"/>
          <w:i w:val="0"/>
          <w:color w:val="000000"/>
          <w:sz w:val="24"/>
        </w:rPr>
        <w:t xml:space="preserve"> (Теилим 102:15) — </w:t>
      </w:r>
      <w:r>
        <w:rPr>
          <w:rFonts w:ascii="Georgia" w:hAnsi="Georgia"/>
          <w:b w:val="0"/>
          <w:i/>
          <w:color w:val="000000"/>
          <w:sz w:val="24"/>
        </w:rPr>
        <w:t>ки рацу авдеха эт авнеха</w:t>
      </w:r>
      <w:r>
        <w:rPr>
          <w:rFonts w:ascii="Georgia" w:hAnsi="Georgia"/>
          <w:b w:val="0"/>
          <w:i w:val="0"/>
          <w:color w:val="000000"/>
          <w:sz w:val="24"/>
        </w:rPr>
        <w:t xml:space="preserve"> (</w:t>
      </w:r>
      <w:r>
        <w:rPr>
          <w:rFonts w:ascii="Georgia" w:hAnsi="Georgia" w:cs="Times New Roman"/>
          <w:b/>
          <w:i w:val="0"/>
          <w:color w:val="000000"/>
          <w:sz w:val="24"/>
          <w:rtl/>
          <w:szCs w:val="32"/>
        </w:rPr>
        <w:t>כי רצו עבדיך את אבניה</w:t>
      </w:r>
      <w:r>
        <w:rPr>
          <w:rFonts w:ascii="Georgia" w:hAnsi="Georgia"/>
          <w:b w:val="0"/>
          <w:i w:val="0"/>
          <w:color w:val="000000"/>
          <w:sz w:val="24"/>
        </w:rPr>
        <w:t>). Начальные буквы [этих слов] составляют по гематрии [значение Имени] ЭЛОКИМ де-альфин (с наполнением алеф) — 291 (</w:t>
      </w:r>
      <w:r>
        <w:rPr>
          <w:rFonts w:ascii="Georgia" w:hAnsi="Georgia" w:cs="Times New Roman"/>
          <w:b/>
          <w:i w:val="0"/>
          <w:color w:val="000000"/>
          <w:sz w:val="24"/>
          <w:rtl/>
          <w:szCs w:val="32"/>
        </w:rPr>
        <w:t>רצ״א</w:t>
      </w:r>
      <w:r>
        <w:rPr>
          <w:rFonts w:ascii="Georgia" w:hAnsi="Georgia"/>
          <w:b w:val="0"/>
          <w:i w:val="0"/>
          <w:color w:val="000000"/>
          <w:sz w:val="24"/>
        </w:rPr>
        <w:t xml:space="preserve">) — вместе с колелем [что дает 292]. А конечные буквы [этих слов] равны по гематрии значению слова </w:t>
      </w:r>
      <w:r>
        <w:rPr>
          <w:rFonts w:ascii="Georgia" w:hAnsi="Georgia"/>
          <w:b w:val="0"/>
          <w:i/>
          <w:color w:val="000000"/>
          <w:sz w:val="24"/>
        </w:rPr>
        <w:t>эмет</w:t>
      </w:r>
      <w:r>
        <w:rPr>
          <w:rFonts w:ascii="Georgia" w:hAnsi="Georgia"/>
          <w:b w:val="0"/>
          <w:i w:val="0"/>
          <w:color w:val="000000"/>
          <w:sz w:val="24"/>
        </w:rPr>
        <w:t xml:space="preserve"> — «истина» (</w:t>
      </w:r>
      <w:r>
        <w:rPr>
          <w:rFonts w:ascii="Georgia" w:hAnsi="Georgia" w:cs="Times New Roman"/>
          <w:b/>
          <w:i w:val="0"/>
          <w:color w:val="000000"/>
          <w:sz w:val="24"/>
          <w:rtl/>
          <w:szCs w:val="32"/>
        </w:rPr>
        <w:t>אֱמֶת</w:t>
      </w:r>
      <w:r>
        <w:rPr>
          <w:rFonts w:ascii="Georgia" w:hAnsi="Georgia"/>
          <w:b w:val="0"/>
          <w:i w:val="0"/>
          <w:color w:val="000000"/>
          <w:sz w:val="24"/>
        </w:rPr>
        <w:t xml:space="preserve"> = 441), что равно [значению Имени] ЭЙЕ, умноженному на ЭЙЕ [21 × 21 = 441], а также семи [Именам] АВАЯ де-САГ [7 × 63 = 441]. В словах же </w:t>
      </w:r>
      <w:r>
        <w:rPr>
          <w:rFonts w:ascii="Georgia" w:hAnsi="Georgia"/>
          <w:b w:val="0"/>
          <w:i/>
          <w:color w:val="000000"/>
          <w:sz w:val="24"/>
        </w:rPr>
        <w:t>«…и к праху ее благоволят»</w:t>
      </w:r>
      <w:r>
        <w:rPr>
          <w:rFonts w:ascii="Georgia" w:hAnsi="Georgia"/>
          <w:b w:val="0"/>
          <w:i w:val="0"/>
          <w:color w:val="000000"/>
          <w:sz w:val="24"/>
        </w:rPr>
        <w:t xml:space="preserve"> — </w:t>
      </w:r>
      <w:r>
        <w:rPr>
          <w:rFonts w:ascii="Georgia" w:hAnsi="Georgia"/>
          <w:b w:val="0"/>
          <w:i/>
          <w:color w:val="000000"/>
          <w:sz w:val="24"/>
        </w:rPr>
        <w:t>ве-эт афар йехонену</w:t>
      </w:r>
      <w:r>
        <w:rPr>
          <w:rFonts w:ascii="Georgia" w:hAnsi="Georgia"/>
          <w:b w:val="0"/>
          <w:i w:val="0"/>
          <w:color w:val="000000"/>
          <w:sz w:val="24"/>
        </w:rPr>
        <w:t xml:space="preserve"> (</w:t>
      </w:r>
      <w:r>
        <w:rPr>
          <w:rFonts w:ascii="Georgia" w:hAnsi="Georgia" w:cs="Times New Roman"/>
          <w:b/>
          <w:i w:val="0"/>
          <w:color w:val="000000"/>
          <w:sz w:val="24"/>
          <w:rtl/>
          <w:szCs w:val="32"/>
        </w:rPr>
        <w:t>וא״ת עפר יחוננו</w:t>
      </w:r>
      <w:r>
        <w:rPr>
          <w:rFonts w:ascii="Georgia" w:hAnsi="Georgia"/>
          <w:b w:val="0"/>
          <w:i w:val="0"/>
          <w:color w:val="000000"/>
          <w:sz w:val="24"/>
        </w:rPr>
        <w:t xml:space="preserve">) начальные буквы по гематрии равны [Имени] ЭЛОКИМ [86], и это — простое [написание] вышеупомянутого наполнения ЭЛОКИМ де-альфин (291). А конечные буквы [этих слов образуют слово] </w:t>
      </w:r>
      <w:r>
        <w:rPr>
          <w:rFonts w:ascii="Georgia" w:hAnsi="Georgia"/>
          <w:b w:val="0"/>
          <w:i/>
          <w:color w:val="000000"/>
          <w:sz w:val="24"/>
        </w:rPr>
        <w:t>тоху</w:t>
      </w:r>
      <w:r>
        <w:rPr>
          <w:rFonts w:ascii="Georgia" w:hAnsi="Georgia"/>
          <w:b w:val="0"/>
          <w:i w:val="0"/>
          <w:color w:val="000000"/>
          <w:sz w:val="24"/>
        </w:rPr>
        <w:t xml:space="preserve"> — «хаос» (</w:t>
      </w:r>
      <w:r>
        <w:rPr>
          <w:rFonts w:ascii="Georgia" w:hAnsi="Georgia" w:cs="Times New Roman"/>
          <w:b/>
          <w:i w:val="0"/>
          <w:color w:val="000000"/>
          <w:sz w:val="24"/>
          <w:rtl/>
          <w:szCs w:val="32"/>
        </w:rPr>
        <w:t>תֹּהוּ</w:t>
      </w:r>
      <w:r>
        <w:rPr>
          <w:rFonts w:ascii="Georgia" w:hAnsi="Georgia"/>
          <w:b w:val="0"/>
          <w:i w:val="0"/>
          <w:color w:val="000000"/>
          <w:sz w:val="24"/>
        </w:rPr>
        <w:t>), чтобы намекнуть: благодаря истине, на которую выше намекают конечные буквы начала стиха, удерживается [в существовании] даже мир Тоху, на который намекают эти конечные буквы.</w:t>
      </w:r>
    </w:p>
    <w:p>
      <w:pPr>
        <w:keepNext/>
        <w:spacing w:before="320" w:after="120"/>
      </w:pPr>
      <w:r>
        <w:rPr>
          <w:rFonts w:ascii="Georgia" w:hAnsi="Georgia"/>
          <w:b w:val="0"/>
          <w:i w:val="0"/>
          <w:color w:val="000000"/>
          <w:sz w:val="32"/>
        </w:rPr>
        <w:t>Ихуд 3</w:t>
      </w:r>
    </w:p>
    <w:p>
      <w:pPr>
        <w:spacing w:before="40" w:after="120"/>
        <w:jc w:val="both"/>
      </w:pPr>
      <w:r>
        <w:rPr>
          <w:rFonts w:ascii="Georgia" w:hAnsi="Georgia"/>
          <w:b w:val="0"/>
          <w:i w:val="0"/>
          <w:color w:val="000000"/>
          <w:sz w:val="24"/>
        </w:rPr>
        <w:t xml:space="preserve">К вышеупомянутому [относится стих]: </w:t>
      </w:r>
      <w:r>
        <w:rPr>
          <w:rFonts w:ascii="Georgia" w:hAnsi="Georgia"/>
          <w:b w:val="0"/>
          <w:i/>
          <w:color w:val="000000"/>
          <w:sz w:val="24"/>
        </w:rPr>
        <w:t>«Радуюсь я слову Твоему…»</w:t>
      </w:r>
      <w:r>
        <w:rPr>
          <w:rFonts w:ascii="Georgia" w:hAnsi="Georgia"/>
          <w:b w:val="0"/>
          <w:i w:val="0"/>
          <w:color w:val="000000"/>
          <w:sz w:val="24"/>
        </w:rPr>
        <w:t xml:space="preserve"> (Теилим 119:162). Начальные буквы (</w:t>
      </w:r>
      <w:r>
        <w:rPr>
          <w:rFonts w:ascii="Georgia" w:hAnsi="Georgia"/>
          <w:b w:val="0"/>
          <w:i/>
          <w:color w:val="000000"/>
          <w:sz w:val="24"/>
        </w:rPr>
        <w:t>рашей тевот</w:t>
      </w:r>
      <w:r>
        <w:rPr>
          <w:rFonts w:ascii="Georgia" w:hAnsi="Georgia"/>
          <w:b w:val="0"/>
          <w:i w:val="0"/>
          <w:color w:val="000000"/>
          <w:sz w:val="24"/>
        </w:rPr>
        <w:t>):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 это [Имя] ЭЛОКИМ с наполнением [буквами] йод (де-юдин); а буквы алеф, айн, алеф (</w:t>
      </w:r>
      <w:r>
        <w:rPr>
          <w:rFonts w:ascii="Georgia" w:hAnsi="Georgia" w:cs="Times New Roman"/>
          <w:b/>
          <w:i w:val="0"/>
          <w:color w:val="000000"/>
          <w:sz w:val="24"/>
          <w:rtl/>
          <w:szCs w:val="32"/>
        </w:rPr>
        <w:t>אע״א</w:t>
      </w:r>
      <w:r>
        <w:rPr>
          <w:rFonts w:ascii="Georgia" w:hAnsi="Georgia"/>
          <w:b w:val="0"/>
          <w:i w:val="0"/>
          <w:color w:val="000000"/>
          <w:sz w:val="24"/>
        </w:rPr>
        <w:t xml:space="preserve"> = 72) — это [Имя] АВАЯ де-АБ с наполнением [буквами] йод, смягчающее упомянутое [Имя] ЭЛОКИМ. Конечные буквы (</w:t>
      </w:r>
      <w:r>
        <w:rPr>
          <w:rFonts w:ascii="Georgia" w:hAnsi="Georgia"/>
          <w:b w:val="0"/>
          <w:i/>
          <w:color w:val="000000"/>
          <w:sz w:val="24"/>
        </w:rPr>
        <w:t>софей тевот</w:t>
      </w:r>
      <w:r>
        <w:rPr>
          <w:rFonts w:ascii="Georgia" w:hAnsi="Georgia"/>
          <w:b w:val="0"/>
          <w:i w:val="0"/>
          <w:color w:val="000000"/>
          <w:sz w:val="24"/>
        </w:rPr>
        <w:t>) составляют 360 (</w:t>
      </w:r>
      <w:r>
        <w:rPr>
          <w:rFonts w:ascii="Georgia" w:hAnsi="Georgia" w:cs="Times New Roman"/>
          <w:b/>
          <w:i w:val="0"/>
          <w:color w:val="000000"/>
          <w:sz w:val="24"/>
          <w:rtl/>
          <w:szCs w:val="32"/>
        </w:rPr>
        <w:t>ש״ם</w:t>
      </w:r>
      <w:r>
        <w:rPr>
          <w:rFonts w:ascii="Georgia" w:hAnsi="Georgia"/>
          <w:b w:val="0"/>
          <w:i w:val="0"/>
          <w:color w:val="000000"/>
          <w:sz w:val="24"/>
        </w:rPr>
        <w:t xml:space="preserve">), что равно двум [Именам] АВАЯ де-АБ, двум [Именам] АВАЯ де-САГ и двум [Именам] АВАЯ де-МА. [Слово] </w:t>
      </w:r>
      <w:r>
        <w:rPr>
          <w:rFonts w:ascii="Georgia" w:hAnsi="Georgia"/>
          <w:b w:val="0"/>
          <w:i/>
          <w:color w:val="000000"/>
          <w:sz w:val="24"/>
        </w:rPr>
        <w:t>сас</w:t>
      </w:r>
      <w:r>
        <w:rPr>
          <w:rFonts w:ascii="Georgia" w:hAnsi="Georgia"/>
          <w:b w:val="0"/>
          <w:i w:val="0"/>
          <w:color w:val="000000"/>
          <w:sz w:val="24"/>
        </w:rPr>
        <w:t xml:space="preserve"> (</w:t>
      </w:r>
      <w:r>
        <w:rPr>
          <w:rFonts w:ascii="Georgia" w:hAnsi="Georgia" w:cs="Times New Roman"/>
          <w:b/>
          <w:i w:val="0"/>
          <w:color w:val="000000"/>
          <w:sz w:val="24"/>
          <w:rtl/>
          <w:szCs w:val="32"/>
        </w:rPr>
        <w:t>שָׂשׂ</w:t>
      </w:r>
      <w:r>
        <w:rPr>
          <w:rFonts w:ascii="Georgia" w:hAnsi="Georgia"/>
          <w:b w:val="0"/>
          <w:i w:val="0"/>
          <w:color w:val="000000"/>
          <w:sz w:val="24"/>
        </w:rPr>
        <w:t xml:space="preserve"> = 600) — это два Имени </w:t>
      </w:r>
      <w:r>
        <w:rPr>
          <w:rFonts w:ascii="Georgia" w:hAnsi="Georgia" w:cs="Times New Roman"/>
          <w:b/>
          <w:i w:val="0"/>
          <w:color w:val="000000"/>
          <w:sz w:val="24"/>
          <w:rtl/>
          <w:szCs w:val="32"/>
        </w:rPr>
        <w:t>מצפ״ץ</w:t>
      </w:r>
      <w:r>
        <w:rPr>
          <w:rFonts w:ascii="Georgia" w:hAnsi="Georgia"/>
          <w:b w:val="0"/>
          <w:i w:val="0"/>
          <w:color w:val="000000"/>
          <w:sz w:val="24"/>
        </w:rPr>
        <w:t xml:space="preserve"> [каждое по 300]: [слова] </w:t>
      </w:r>
      <w:r>
        <w:rPr>
          <w:rFonts w:ascii="Georgia" w:hAnsi="Georgia"/>
          <w:b w:val="0"/>
          <w:i/>
          <w:color w:val="000000"/>
          <w:sz w:val="24"/>
        </w:rPr>
        <w:t>анохи аль</w:t>
      </w:r>
      <w:r>
        <w:rPr>
          <w:rFonts w:ascii="Georgia" w:hAnsi="Georgia"/>
          <w:b w:val="0"/>
          <w:i w:val="0"/>
          <w:color w:val="000000"/>
          <w:sz w:val="24"/>
        </w:rPr>
        <w:t xml:space="preserve"> (</w:t>
      </w:r>
      <w:r>
        <w:rPr>
          <w:rFonts w:ascii="Georgia" w:hAnsi="Georgia" w:cs="Times New Roman"/>
          <w:b/>
          <w:i w:val="0"/>
          <w:color w:val="000000"/>
          <w:sz w:val="24"/>
          <w:rtl/>
          <w:szCs w:val="32"/>
        </w:rPr>
        <w:t>אָנֹכִי עַל</w:t>
      </w:r>
      <w:r>
        <w:rPr>
          <w:rFonts w:ascii="Georgia" w:hAnsi="Georgia"/>
          <w:b w:val="0"/>
          <w:i w:val="0"/>
          <w:color w:val="000000"/>
          <w:sz w:val="24"/>
        </w:rPr>
        <w:t xml:space="preserve"> = 181) по гематрии равны АБ (72), САГ (63), МА (45) и колелю (+1); а [слово] </w:t>
      </w:r>
      <w:r>
        <w:rPr>
          <w:rFonts w:ascii="Georgia" w:hAnsi="Georgia"/>
          <w:b w:val="0"/>
          <w:i/>
          <w:color w:val="000000"/>
          <w:sz w:val="24"/>
        </w:rPr>
        <w:t>имратеха</w:t>
      </w:r>
      <w:r>
        <w:rPr>
          <w:rFonts w:ascii="Georgia" w:hAnsi="Georgia"/>
          <w:b w:val="0"/>
          <w:i w:val="0"/>
          <w:color w:val="000000"/>
          <w:sz w:val="24"/>
        </w:rPr>
        <w:t xml:space="preserve"> (</w:t>
      </w:r>
      <w:r>
        <w:rPr>
          <w:rFonts w:ascii="Georgia" w:hAnsi="Georgia" w:cs="Times New Roman"/>
          <w:b/>
          <w:i w:val="0"/>
          <w:color w:val="000000"/>
          <w:sz w:val="24"/>
          <w:rtl/>
          <w:szCs w:val="32"/>
        </w:rPr>
        <w:t>אִמְרָתֶיךָ</w:t>
      </w:r>
      <w:r>
        <w:rPr>
          <w:rFonts w:ascii="Georgia" w:hAnsi="Georgia"/>
          <w:b w:val="0"/>
          <w:i w:val="0"/>
          <w:color w:val="000000"/>
          <w:sz w:val="24"/>
        </w:rPr>
        <w:t xml:space="preserve"> = 661) по гематрии равно десяти Именам АДОНАЙ (650), десяти частным колелям (+10) и еще одному колелю, объединяющему их все (+1). </w:t>
      </w:r>
      <w:r>
        <w:rPr>
          <w:rFonts w:ascii="Georgia" w:hAnsi="Georgia"/>
          <w:b w:val="0"/>
          <w:i/>
          <w:color w:val="000000"/>
          <w:sz w:val="24"/>
        </w:rPr>
        <w:t>«…как нашедший великую добычу»</w:t>
      </w:r>
      <w:r>
        <w:rPr>
          <w:rFonts w:ascii="Georgia" w:hAnsi="Georgia"/>
          <w:b w:val="0"/>
          <w:i w:val="0"/>
          <w:color w:val="000000"/>
          <w:sz w:val="24"/>
        </w:rPr>
        <w:t xml:space="preserve"> (Теилим 119:162): начальные буквы (</w:t>
      </w:r>
      <w:r>
        <w:rPr>
          <w:rFonts w:ascii="Georgia" w:hAnsi="Georgia"/>
          <w:b w:val="0"/>
          <w:i/>
          <w:color w:val="000000"/>
          <w:sz w:val="24"/>
        </w:rPr>
        <w:t>рашей тевот</w:t>
      </w:r>
      <w:r>
        <w:rPr>
          <w:rFonts w:ascii="Georgia" w:hAnsi="Georgia"/>
          <w:b w:val="0"/>
          <w:i w:val="0"/>
          <w:color w:val="000000"/>
          <w:sz w:val="24"/>
        </w:rPr>
        <w:t>) составляют 520 (</w:t>
      </w:r>
      <w:r>
        <w:rPr>
          <w:rFonts w:ascii="Georgia" w:hAnsi="Georgia" w:cs="Times New Roman"/>
          <w:b/>
          <w:i w:val="0"/>
          <w:color w:val="000000"/>
          <w:sz w:val="24"/>
          <w:rtl/>
          <w:szCs w:val="32"/>
        </w:rPr>
        <w:t>תק״ך</w:t>
      </w:r>
      <w:r>
        <w:rPr>
          <w:rFonts w:ascii="Georgia" w:hAnsi="Georgia"/>
          <w:b w:val="0"/>
          <w:i w:val="0"/>
          <w:color w:val="000000"/>
          <w:sz w:val="24"/>
        </w:rPr>
        <w:t>), то есть [Имя] ЭЛОКИМ с наполнением [буквами] йод —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простое развертывание (</w:t>
      </w:r>
      <w:r>
        <w:rPr>
          <w:rFonts w:ascii="Georgia" w:hAnsi="Georgia"/>
          <w:b w:val="0"/>
          <w:i/>
          <w:color w:val="000000"/>
          <w:sz w:val="24"/>
        </w:rPr>
        <w:t>ахораим</w:t>
      </w:r>
      <w:r>
        <w:rPr>
          <w:rFonts w:ascii="Georgia" w:hAnsi="Georgia"/>
          <w:b w:val="0"/>
          <w:i w:val="0"/>
          <w:color w:val="000000"/>
          <w:sz w:val="24"/>
        </w:rPr>
        <w:t>) — буква рэйш (</w:t>
      </w:r>
      <w:r>
        <w:rPr>
          <w:rFonts w:ascii="Georgia" w:hAnsi="Georgia" w:cs="Times New Roman"/>
          <w:b/>
          <w:i w:val="0"/>
          <w:color w:val="000000"/>
          <w:sz w:val="24"/>
          <w:rtl/>
          <w:szCs w:val="32"/>
        </w:rPr>
        <w:t>ר</w:t>
      </w:r>
      <w:r>
        <w:rPr>
          <w:rFonts w:ascii="Georgia" w:hAnsi="Georgia"/>
          <w:b w:val="0"/>
          <w:i w:val="0"/>
          <w:color w:val="000000"/>
          <w:sz w:val="24"/>
        </w:rPr>
        <w:t xml:space="preserve"> = 200), пятнадцать букв [этого] развертывания (+15) и пять букв простого [Имени] (+5). А упомянутые конечные буквы (</w:t>
      </w:r>
      <w:r>
        <w:rPr>
          <w:rFonts w:ascii="Georgia" w:hAnsi="Georgia"/>
          <w:b w:val="0"/>
          <w:i/>
          <w:color w:val="000000"/>
          <w:sz w:val="24"/>
        </w:rPr>
        <w:t>софей тевот</w:t>
      </w:r>
      <w:r>
        <w:rPr>
          <w:rFonts w:ascii="Georgia" w:hAnsi="Georgia"/>
          <w:b w:val="0"/>
          <w:i w:val="0"/>
          <w:color w:val="000000"/>
          <w:sz w:val="24"/>
        </w:rPr>
        <w:t>) составляют 33 (</w:t>
      </w:r>
      <w:r>
        <w:rPr>
          <w:rFonts w:ascii="Georgia" w:hAnsi="Georgia" w:cs="Times New Roman"/>
          <w:b/>
          <w:i w:val="0"/>
          <w:color w:val="000000"/>
          <w:sz w:val="24"/>
          <w:rtl/>
          <w:szCs w:val="32"/>
        </w:rPr>
        <w:t>ל״ג</w:t>
      </w:r>
      <w:r>
        <w:rPr>
          <w:rFonts w:ascii="Georgia" w:hAnsi="Georgia"/>
          <w:b w:val="0"/>
          <w:i w:val="0"/>
          <w:color w:val="000000"/>
          <w:sz w:val="24"/>
        </w:rPr>
        <w:t>), что соответствует числу букв наполнения наполнения (</w:t>
      </w:r>
      <w:r>
        <w:rPr>
          <w:rFonts w:ascii="Georgia" w:hAnsi="Georgia"/>
          <w:b w:val="0"/>
          <w:i/>
          <w:color w:val="000000"/>
          <w:sz w:val="24"/>
        </w:rPr>
        <w:t>милуй де-милуй</w:t>
      </w:r>
      <w:r>
        <w:rPr>
          <w:rFonts w:ascii="Georgia" w:hAnsi="Georgia"/>
          <w:b w:val="0"/>
          <w:i w:val="0"/>
          <w:color w:val="000000"/>
          <w:sz w:val="24"/>
        </w:rPr>
        <w:t xml:space="preserve">) упомянутого [Имени] ЭЛОКИМ. [Слово] </w:t>
      </w:r>
      <w:r>
        <w:rPr>
          <w:rFonts w:ascii="Georgia" w:hAnsi="Georgia"/>
          <w:b w:val="0"/>
          <w:i/>
          <w:color w:val="000000"/>
          <w:sz w:val="24"/>
        </w:rPr>
        <w:t>ке-моце</w:t>
      </w:r>
      <w:r>
        <w:rPr>
          <w:rFonts w:ascii="Georgia" w:hAnsi="Georgia"/>
          <w:b w:val="0"/>
          <w:i w:val="0"/>
          <w:color w:val="000000"/>
          <w:sz w:val="24"/>
        </w:rPr>
        <w:t xml:space="preserve"> (</w:t>
      </w:r>
      <w:r>
        <w:rPr>
          <w:rFonts w:ascii="Georgia" w:hAnsi="Georgia" w:cs="Times New Roman"/>
          <w:b/>
          <w:i w:val="0"/>
          <w:color w:val="000000"/>
          <w:sz w:val="24"/>
          <w:rtl/>
          <w:szCs w:val="32"/>
        </w:rPr>
        <w:t>כְּמוֹצֵא</w:t>
      </w:r>
      <w:r>
        <w:rPr>
          <w:rFonts w:ascii="Georgia" w:hAnsi="Georgia"/>
          <w:b w:val="0"/>
          <w:i w:val="0"/>
          <w:color w:val="000000"/>
          <w:sz w:val="24"/>
        </w:rPr>
        <w:t xml:space="preserve"> = 157) по гематрии равно трем [Именам] АВАЯ де-БОН с наполнением [буквами] хэй (де-хэйин) вместе с колелем (+1). [Слово] </w:t>
      </w:r>
      <w:r>
        <w:rPr>
          <w:rFonts w:ascii="Georgia" w:hAnsi="Georgia"/>
          <w:b w:val="0"/>
          <w:i/>
          <w:color w:val="000000"/>
          <w:sz w:val="24"/>
        </w:rPr>
        <w:t>шалаль</w:t>
      </w:r>
      <w:r>
        <w:rPr>
          <w:rFonts w:ascii="Georgia" w:hAnsi="Georgia"/>
          <w:b w:val="0"/>
          <w:i w:val="0"/>
          <w:color w:val="000000"/>
          <w:sz w:val="24"/>
        </w:rPr>
        <w:t xml:space="preserve"> (</w:t>
      </w:r>
      <w:r>
        <w:rPr>
          <w:rFonts w:ascii="Georgia" w:hAnsi="Georgia" w:cs="Times New Roman"/>
          <w:b/>
          <w:i w:val="0"/>
          <w:color w:val="000000"/>
          <w:sz w:val="24"/>
          <w:rtl/>
          <w:szCs w:val="32"/>
        </w:rPr>
        <w:t>שָׁלָל</w:t>
      </w:r>
      <w:r>
        <w:rPr>
          <w:rFonts w:ascii="Georgia" w:hAnsi="Georgia"/>
          <w:b w:val="0"/>
          <w:i w:val="0"/>
          <w:color w:val="000000"/>
          <w:sz w:val="24"/>
        </w:rPr>
        <w:t xml:space="preserve"> = 360) равно по числу двум [Именам] АВАЯ де-АБ, двум де-САГ и двум де-МА. [Слово] </w:t>
      </w:r>
      <w:r>
        <w:rPr>
          <w:rFonts w:ascii="Georgia" w:hAnsi="Georgia"/>
          <w:b w:val="0"/>
          <w:i/>
          <w:color w:val="000000"/>
          <w:sz w:val="24"/>
        </w:rPr>
        <w:t>рав</w:t>
      </w:r>
      <w:r>
        <w:rPr>
          <w:rFonts w:ascii="Georgia" w:hAnsi="Georgia"/>
          <w:b w:val="0"/>
          <w:i w:val="0"/>
          <w:color w:val="000000"/>
          <w:sz w:val="24"/>
        </w:rPr>
        <w:t xml:space="preserve"> (</w:t>
      </w:r>
      <w:r>
        <w:rPr>
          <w:rFonts w:ascii="Georgia" w:hAnsi="Georgia" w:cs="Times New Roman"/>
          <w:b/>
          <w:i w:val="0"/>
          <w:color w:val="000000"/>
          <w:sz w:val="24"/>
          <w:rtl/>
          <w:szCs w:val="32"/>
        </w:rPr>
        <w:t>רָב</w:t>
      </w:r>
      <w:r>
        <w:rPr>
          <w:rFonts w:ascii="Georgia" w:hAnsi="Georgia"/>
          <w:b w:val="0"/>
          <w:i w:val="0"/>
          <w:color w:val="000000"/>
          <w:sz w:val="24"/>
        </w:rPr>
        <w:t xml:space="preserve"> = 202) по гематрии равно АБ (72) и 130 (</w:t>
      </w:r>
      <w:r>
        <w:rPr>
          <w:rFonts w:ascii="Georgia" w:hAnsi="Georgia" w:cs="Times New Roman"/>
          <w:b/>
          <w:i w:val="0"/>
          <w:color w:val="000000"/>
          <w:sz w:val="24"/>
          <w:rtl/>
          <w:szCs w:val="32"/>
        </w:rPr>
        <w:t>ק״ל</w:t>
      </w:r>
      <w:r>
        <w:rPr>
          <w:rFonts w:ascii="Georgia" w:hAnsi="Georgia"/>
          <w:b w:val="0"/>
          <w:i w:val="0"/>
          <w:color w:val="000000"/>
          <w:sz w:val="24"/>
        </w:rPr>
        <w:t>).</w:t>
      </w:r>
    </w:p>
    <w:p>
      <w:pPr>
        <w:keepNext/>
        <w:spacing w:before="320" w:after="120"/>
      </w:pPr>
      <w:r>
        <w:rPr>
          <w:rFonts w:ascii="Georgia" w:hAnsi="Georgia"/>
          <w:b w:val="0"/>
          <w:i w:val="0"/>
          <w:color w:val="000000"/>
          <w:sz w:val="32"/>
        </w:rPr>
        <w:t>Ихуд 4</w:t>
      </w:r>
    </w:p>
    <w:p>
      <w:pPr>
        <w:spacing w:before="40" w:after="120"/>
        <w:jc w:val="both"/>
      </w:pPr>
      <w:r>
        <w:rPr>
          <w:rFonts w:ascii="Georgia" w:hAnsi="Georgia"/>
          <w:b w:val="0"/>
          <w:i w:val="0"/>
          <w:color w:val="000000"/>
          <w:sz w:val="24"/>
        </w:rPr>
        <w:t xml:space="preserve">К упомянутому выше [стиху]: </w:t>
      </w:r>
      <w:r>
        <w:rPr>
          <w:rFonts w:ascii="Georgia" w:hAnsi="Georgia"/>
          <w:b w:val="0"/>
          <w:i/>
          <w:color w:val="000000"/>
          <w:sz w:val="24"/>
        </w:rPr>
        <w:t>«Явишь истину Яакову...»</w:t>
      </w:r>
      <w:r>
        <w:rPr>
          <w:rFonts w:ascii="Georgia" w:hAnsi="Georgia"/>
          <w:b w:val="0"/>
          <w:i w:val="0"/>
          <w:color w:val="000000"/>
          <w:sz w:val="24"/>
        </w:rPr>
        <w:t xml:space="preserve"> (Миха 7:20) — начальные буквы [дают в сумме] 216 и 216 (</w:t>
      </w:r>
      <w:r>
        <w:rPr>
          <w:rFonts w:ascii="Georgia" w:hAnsi="Georgia" w:cs="Times New Roman"/>
          <w:b/>
          <w:i w:val="0"/>
          <w:color w:val="000000"/>
          <w:sz w:val="24"/>
          <w:rtl/>
          <w:szCs w:val="32"/>
        </w:rPr>
        <w:t>רי״ו רי״ו</w:t>
      </w:r>
      <w:r>
        <w:rPr>
          <w:rFonts w:ascii="Georgia" w:hAnsi="Georgia"/>
          <w:b w:val="0"/>
          <w:i w:val="0"/>
          <w:color w:val="000000"/>
          <w:sz w:val="24"/>
        </w:rPr>
        <w:t>) [Говорит Шмуэль: с колелем], что составляет шесть раз по 72 (АБ). И эти два [числа] 216 происходят от мысленного представления АВАЯ: ведь первое 216 — от букв йод и хэй, и мысленное представление их — буквы йод, рэйш, вав (</w:t>
      </w:r>
      <w:r>
        <w:rPr>
          <w:rFonts w:ascii="Georgia" w:hAnsi="Georgia" w:cs="Times New Roman"/>
          <w:b/>
          <w:i w:val="0"/>
          <w:color w:val="000000"/>
          <w:sz w:val="24"/>
          <w:rtl/>
          <w:szCs w:val="32"/>
        </w:rPr>
        <w:t>ירו</w:t>
      </w:r>
      <w:r>
        <w:rPr>
          <w:rFonts w:ascii="Georgia" w:hAnsi="Georgia"/>
          <w:b w:val="0"/>
          <w:i w:val="0"/>
          <w:color w:val="000000"/>
          <w:sz w:val="24"/>
        </w:rPr>
        <w:t xml:space="preserve"> = 216) вот так: йод-хэй (</w:t>
      </w:r>
      <w:r>
        <w:rPr>
          <w:rFonts w:ascii="Georgia" w:hAnsi="Georgia" w:cs="Times New Roman"/>
          <w:b/>
          <w:i w:val="0"/>
          <w:color w:val="000000"/>
          <w:sz w:val="24"/>
          <w:rtl/>
          <w:szCs w:val="32"/>
        </w:rPr>
        <w:t>יה</w:t>
      </w:r>
      <w:r>
        <w:rPr>
          <w:rFonts w:ascii="Georgia" w:hAnsi="Georgia"/>
          <w:b w:val="0"/>
          <w:i w:val="0"/>
          <w:color w:val="000000"/>
          <w:sz w:val="24"/>
        </w:rPr>
        <w:t>); а второе — от букв хэй и вав, и мысленное представление их — 216 (</w:t>
      </w:r>
      <w:r>
        <w:rPr>
          <w:rFonts w:ascii="Georgia" w:hAnsi="Georgia" w:cs="Times New Roman"/>
          <w:b/>
          <w:i w:val="0"/>
          <w:color w:val="000000"/>
          <w:sz w:val="24"/>
          <w:rtl/>
          <w:szCs w:val="32"/>
        </w:rPr>
        <w:t>רי״ו</w:t>
      </w:r>
      <w:r>
        <w:rPr>
          <w:rFonts w:ascii="Georgia" w:hAnsi="Georgia"/>
          <w:b w:val="0"/>
          <w:i w:val="0"/>
          <w:color w:val="000000"/>
          <w:sz w:val="24"/>
        </w:rPr>
        <w:t>) вот так: хэй-вав (</w:t>
      </w:r>
      <w:r>
        <w:rPr>
          <w:rFonts w:ascii="Georgia" w:hAnsi="Georgia" w:cs="Times New Roman"/>
          <w:b/>
          <w:i w:val="0"/>
          <w:color w:val="000000"/>
          <w:sz w:val="24"/>
          <w:rtl/>
          <w:szCs w:val="32"/>
        </w:rPr>
        <w:t>הו</w:t>
      </w:r>
      <w:r>
        <w:rPr>
          <w:rFonts w:ascii="Georgia" w:hAnsi="Georgia"/>
          <w:b w:val="0"/>
          <w:i w:val="0"/>
          <w:color w:val="000000"/>
          <w:sz w:val="24"/>
        </w:rPr>
        <w:t>). Конечные же буквы составляют 452 (</w:t>
      </w:r>
      <w:r>
        <w:rPr>
          <w:rFonts w:ascii="Georgia" w:hAnsi="Georgia" w:cs="Times New Roman"/>
          <w:b/>
          <w:i w:val="0"/>
          <w:color w:val="000000"/>
          <w:sz w:val="24"/>
          <w:rtl/>
          <w:szCs w:val="32"/>
        </w:rPr>
        <w:t>תנ״ב</w:t>
      </w:r>
      <w:r>
        <w:rPr>
          <w:rFonts w:ascii="Georgia" w:hAnsi="Georgia"/>
          <w:b w:val="0"/>
          <w:i w:val="0"/>
          <w:color w:val="000000"/>
          <w:sz w:val="24"/>
        </w:rPr>
        <w:t xml:space="preserve">), что равно десяти [Именам] АВАЯ де-МА: пяти со свойствами хасадим и пяти со свойствами гвурот, и двум колелям. Слово </w:t>
      </w:r>
      <w:r>
        <w:rPr>
          <w:rFonts w:ascii="Georgia" w:hAnsi="Georgia"/>
          <w:b w:val="0"/>
          <w:i/>
          <w:color w:val="000000"/>
          <w:sz w:val="24"/>
        </w:rPr>
        <w:t>эмет</w:t>
      </w:r>
      <w:r>
        <w:rPr>
          <w:rFonts w:ascii="Georgia" w:hAnsi="Georgia"/>
          <w:b w:val="0"/>
          <w:i w:val="0"/>
          <w:color w:val="000000"/>
          <w:sz w:val="24"/>
        </w:rPr>
        <w:t xml:space="preserve"> («истина», </w:t>
      </w:r>
      <w:r>
        <w:rPr>
          <w:rFonts w:ascii="Georgia" w:hAnsi="Georgia" w:cs="Times New Roman"/>
          <w:b/>
          <w:i w:val="0"/>
          <w:color w:val="000000"/>
          <w:sz w:val="24"/>
          <w:rtl/>
          <w:szCs w:val="32"/>
        </w:rPr>
        <w:t>אֱמֶת</w:t>
      </w:r>
      <w:r>
        <w:rPr>
          <w:rFonts w:ascii="Georgia" w:hAnsi="Georgia"/>
          <w:b w:val="0"/>
          <w:i w:val="0"/>
          <w:color w:val="000000"/>
          <w:sz w:val="24"/>
        </w:rPr>
        <w:t xml:space="preserve">) — это [произведение] ЭЙЕ на ЭЙЕ, а также семь [Имен] АВАЯ де-САГ. Слово </w:t>
      </w:r>
      <w:r>
        <w:rPr>
          <w:rFonts w:ascii="Georgia" w:hAnsi="Georgia"/>
          <w:b w:val="0"/>
          <w:i/>
          <w:color w:val="000000"/>
          <w:sz w:val="24"/>
        </w:rPr>
        <w:t>титен</w:t>
      </w:r>
      <w:r>
        <w:rPr>
          <w:rFonts w:ascii="Georgia" w:hAnsi="Georgia"/>
          <w:b w:val="0"/>
          <w:i w:val="0"/>
          <w:color w:val="000000"/>
          <w:sz w:val="24"/>
        </w:rPr>
        <w:t xml:space="preserve"> («явишь», </w:t>
      </w:r>
      <w:r>
        <w:rPr>
          <w:rFonts w:ascii="Georgia" w:hAnsi="Georgia" w:cs="Times New Roman"/>
          <w:b/>
          <w:i w:val="0"/>
          <w:color w:val="000000"/>
          <w:sz w:val="24"/>
          <w:rtl/>
          <w:szCs w:val="32"/>
        </w:rPr>
        <w:t>תִּתֵּן</w:t>
      </w:r>
      <w:r>
        <w:rPr>
          <w:rFonts w:ascii="Georgia" w:hAnsi="Georgia"/>
          <w:b w:val="0"/>
          <w:i w:val="0"/>
          <w:color w:val="000000"/>
          <w:sz w:val="24"/>
        </w:rPr>
        <w:t>) — это дважды по 425 (</w:t>
      </w:r>
      <w:r>
        <w:rPr>
          <w:rFonts w:ascii="Georgia" w:hAnsi="Georgia" w:cs="Times New Roman"/>
          <w:b/>
          <w:i w:val="0"/>
          <w:color w:val="000000"/>
          <w:sz w:val="24"/>
          <w:rtl/>
          <w:szCs w:val="32"/>
        </w:rPr>
        <w:t>תכ״ה</w:t>
      </w:r>
      <w:r>
        <w:rPr>
          <w:rFonts w:ascii="Georgia" w:hAnsi="Georgia"/>
          <w:b w:val="0"/>
          <w:i w:val="0"/>
          <w:color w:val="000000"/>
          <w:sz w:val="24"/>
        </w:rPr>
        <w:t xml:space="preserve">). Оно представляет собой одно из [трехбуквенных] Имен [Имени] АБ, образующееся из начальных букв слов </w:t>
      </w:r>
      <w:r>
        <w:rPr>
          <w:rFonts w:ascii="Georgia" w:hAnsi="Georgia"/>
          <w:b w:val="0"/>
          <w:i/>
          <w:color w:val="000000"/>
          <w:sz w:val="24"/>
        </w:rPr>
        <w:t>«Всякая душа да восхвалит...»</w:t>
      </w:r>
      <w:r>
        <w:rPr>
          <w:rFonts w:ascii="Georgia" w:hAnsi="Georgia"/>
          <w:b w:val="0"/>
          <w:i w:val="0"/>
          <w:color w:val="000000"/>
          <w:sz w:val="24"/>
        </w:rPr>
        <w:t xml:space="preserve"> (Теилим 150:6); а вместе с колелем это тайна </w:t>
      </w:r>
      <w:r>
        <w:rPr>
          <w:rFonts w:ascii="Georgia" w:hAnsi="Georgia"/>
          <w:b w:val="0"/>
          <w:i/>
          <w:color w:val="000000"/>
          <w:sz w:val="24"/>
        </w:rPr>
        <w:t>альма тохо</w:t>
      </w:r>
      <w:r>
        <w:rPr>
          <w:rFonts w:ascii="Georgia" w:hAnsi="Georgia"/>
          <w:b w:val="0"/>
          <w:i w:val="0"/>
          <w:color w:val="000000"/>
          <w:sz w:val="24"/>
        </w:rPr>
        <w:t xml:space="preserve"> (</w:t>
      </w:r>
      <w:r>
        <w:rPr>
          <w:rFonts w:ascii="Georgia" w:hAnsi="Georgia" w:cs="Times New Roman"/>
          <w:b/>
          <w:i w:val="0"/>
          <w:color w:val="000000"/>
          <w:sz w:val="24"/>
          <w:rtl/>
          <w:szCs w:val="32"/>
        </w:rPr>
        <w:t>עַלְמָה תּוֹכ״וֹ</w:t>
      </w:r>
      <w:r>
        <w:rPr>
          <w:rFonts w:ascii="Georgia" w:hAnsi="Georgia"/>
          <w:b w:val="0"/>
          <w:i w:val="0"/>
          <w:color w:val="000000"/>
          <w:sz w:val="24"/>
        </w:rPr>
        <w:t xml:space="preserve">). И это то самое Имя, которое упомянул Моше-рабейну, мир ему: </w:t>
      </w:r>
      <w:r>
        <w:rPr>
          <w:rFonts w:ascii="Georgia" w:hAnsi="Georgia"/>
          <w:b w:val="0"/>
          <w:i/>
          <w:color w:val="000000"/>
          <w:sz w:val="24"/>
        </w:rPr>
        <w:t>«И сказал нечестивцу: зачем ты бьешь ближнего твоего?»</w:t>
      </w:r>
      <w:r>
        <w:rPr>
          <w:rFonts w:ascii="Georgia" w:hAnsi="Georgia"/>
          <w:b w:val="0"/>
          <w:i w:val="0"/>
          <w:color w:val="000000"/>
          <w:sz w:val="24"/>
        </w:rPr>
        <w:t xml:space="preserve"> (Шмот 2:13) [где слово «бьешь» — </w:t>
      </w:r>
      <w:r>
        <w:rPr>
          <w:rFonts w:ascii="Georgia" w:hAnsi="Georgia"/>
          <w:b w:val="0"/>
          <w:i/>
          <w:color w:val="000000"/>
          <w:sz w:val="24"/>
        </w:rPr>
        <w:t>таке</w:t>
      </w:r>
      <w:r>
        <w:rPr>
          <w:rFonts w:ascii="Georgia" w:hAnsi="Georgia"/>
          <w:b w:val="0"/>
          <w:i w:val="0"/>
          <w:color w:val="000000"/>
          <w:sz w:val="24"/>
        </w:rPr>
        <w:t xml:space="preserve"> (</w:t>
      </w:r>
      <w:r>
        <w:rPr>
          <w:rFonts w:ascii="Georgia" w:hAnsi="Georgia" w:cs="Times New Roman"/>
          <w:b/>
          <w:i w:val="0"/>
          <w:color w:val="000000"/>
          <w:sz w:val="24"/>
          <w:rtl/>
          <w:szCs w:val="32"/>
        </w:rPr>
        <w:t>תַכֶּה</w:t>
      </w:r>
      <w:r>
        <w:rPr>
          <w:rFonts w:ascii="Georgia" w:hAnsi="Georgia"/>
          <w:b w:val="0"/>
          <w:i w:val="0"/>
          <w:color w:val="000000"/>
          <w:sz w:val="24"/>
        </w:rPr>
        <w:t xml:space="preserve"> = 425)]. И это тайна двух простых ахораим де-ЭЛОКИМ, составляющих по гематрии 400 (букву тав, </w:t>
      </w:r>
      <w:r>
        <w:rPr>
          <w:rFonts w:ascii="Georgia" w:hAnsi="Georgia" w:cs="Times New Roman"/>
          <w:b/>
          <w:i w:val="0"/>
          <w:color w:val="000000"/>
          <w:sz w:val="24"/>
          <w:rtl/>
          <w:szCs w:val="32"/>
        </w:rPr>
        <w:t>ת</w:t>
      </w:r>
      <w:r>
        <w:rPr>
          <w:rFonts w:ascii="Georgia" w:hAnsi="Georgia"/>
          <w:b w:val="0"/>
          <w:i w:val="0"/>
          <w:color w:val="000000"/>
          <w:sz w:val="24"/>
        </w:rPr>
        <w:t xml:space="preserve"> = 400), а вместе с двадцатью шестью буквами наполнения, имеющимися в обоих при их наполнении, получается 425 [Говорит Шмуэль: должно быть 426 (</w:t>
      </w:r>
      <w:r>
        <w:rPr>
          <w:rFonts w:ascii="Georgia" w:hAnsi="Georgia" w:cs="Times New Roman"/>
          <w:b/>
          <w:i w:val="0"/>
          <w:color w:val="000000"/>
          <w:sz w:val="24"/>
          <w:rtl/>
          <w:szCs w:val="32"/>
        </w:rPr>
        <w:t>תכ״ו</w:t>
      </w:r>
      <w:r>
        <w:rPr>
          <w:rFonts w:ascii="Georgia" w:hAnsi="Georgia"/>
          <w:b w:val="0"/>
          <w:i w:val="0"/>
          <w:color w:val="000000"/>
          <w:sz w:val="24"/>
        </w:rPr>
        <w:t xml:space="preserve">)]. И оказывается, что слово </w:t>
      </w:r>
      <w:r>
        <w:rPr>
          <w:rFonts w:ascii="Georgia" w:hAnsi="Georgia"/>
          <w:b w:val="0"/>
          <w:i/>
          <w:color w:val="000000"/>
          <w:sz w:val="24"/>
        </w:rPr>
        <w:t>титен</w:t>
      </w:r>
      <w:r>
        <w:rPr>
          <w:rFonts w:ascii="Georgia" w:hAnsi="Georgia"/>
          <w:b w:val="0"/>
          <w:i w:val="0"/>
          <w:color w:val="000000"/>
          <w:sz w:val="24"/>
        </w:rPr>
        <w:t xml:space="preserve"> — это дважды по 425, и это четыре ахораим де-ЭЛОКИМ, являющиеся суровыми судами. И потому ими Моше-рабейну, мир ему, поразил египтянина. А также потому, что сами четыре простых [Имени] ЭЛОКИМ по гематрии равны самому Моше (</w:t>
      </w:r>
      <w:r>
        <w:rPr>
          <w:rFonts w:ascii="Georgia" w:hAnsi="Georgia" w:cs="Times New Roman"/>
          <w:b/>
          <w:i w:val="0"/>
          <w:color w:val="000000"/>
          <w:sz w:val="24"/>
          <w:rtl/>
          <w:szCs w:val="32"/>
        </w:rPr>
        <w:t>מֹשֶׁה</w:t>
      </w:r>
      <w:r>
        <w:rPr>
          <w:rFonts w:ascii="Georgia" w:hAnsi="Georgia"/>
          <w:b w:val="0"/>
          <w:i w:val="0"/>
          <w:color w:val="000000"/>
          <w:sz w:val="24"/>
        </w:rPr>
        <w:t>) [Говорит Шмуэль: с колелем]. И нужно сосредоточить намерение на том, что эти четыре [Имени] ЭЛОКИМ пребывают в мире Асия, называемом «ЭЛЬ АДОНАЙ», как известно; и там эти четыре [Имени] ЭЛОКИМ равны по гематрии Моше.</w:t>
      </w:r>
    </w:p>
    <w:p>
      <w:pPr>
        <w:spacing w:before="40" w:after="120"/>
        <w:jc w:val="both"/>
      </w:pPr>
      <w:r>
        <w:rPr>
          <w:rFonts w:ascii="Georgia" w:hAnsi="Georgia"/>
          <w:b w:val="0"/>
          <w:i w:val="0"/>
          <w:color w:val="000000"/>
          <w:sz w:val="24"/>
        </w:rPr>
        <w:t xml:space="preserve">Поэтому сосредоточь намерение низвести Имя ЭЛЬ ШАДАЙ, пребывающее в мире Брия, как известно; оно также по гематрии равно [слову] </w:t>
      </w:r>
      <w:r>
        <w:rPr>
          <w:rFonts w:ascii="Georgia" w:hAnsi="Georgia"/>
          <w:b w:val="0"/>
          <w:i/>
          <w:color w:val="000000"/>
          <w:sz w:val="24"/>
        </w:rPr>
        <w:t>аса</w:t>
      </w:r>
      <w:r>
        <w:rPr>
          <w:rFonts w:ascii="Georgia" w:hAnsi="Georgia"/>
          <w:b w:val="0"/>
          <w:i w:val="0"/>
          <w:color w:val="000000"/>
          <w:sz w:val="24"/>
        </w:rPr>
        <w:t xml:space="preserve"> (</w:t>
      </w:r>
      <w:r>
        <w:rPr>
          <w:rFonts w:ascii="Georgia" w:hAnsi="Georgia" w:cs="Times New Roman"/>
          <w:b/>
          <w:i w:val="0"/>
          <w:color w:val="000000"/>
          <w:sz w:val="24"/>
          <w:rtl/>
          <w:szCs w:val="32"/>
        </w:rPr>
        <w:t>עָשָׂה</w:t>
      </w:r>
      <w:r>
        <w:rPr>
          <w:rFonts w:ascii="Georgia" w:hAnsi="Georgia"/>
          <w:b w:val="0"/>
          <w:i w:val="0"/>
          <w:color w:val="000000"/>
          <w:sz w:val="24"/>
        </w:rPr>
        <w:t xml:space="preserve">), и им ты смягчишь эти четыре [Имени] ЭЛОКИМ. Слово </w:t>
      </w:r>
      <w:r>
        <w:rPr>
          <w:rFonts w:ascii="Georgia" w:hAnsi="Georgia"/>
          <w:b w:val="0"/>
          <w:i/>
          <w:color w:val="000000"/>
          <w:sz w:val="24"/>
        </w:rPr>
        <w:t>ле-Яаков</w:t>
      </w:r>
      <w:r>
        <w:rPr>
          <w:rFonts w:ascii="Georgia" w:hAnsi="Georgia"/>
          <w:b w:val="0"/>
          <w:i w:val="0"/>
          <w:color w:val="000000"/>
          <w:sz w:val="24"/>
        </w:rPr>
        <w:t xml:space="preserve"> («Яакову») составляет по гематрии 212 (</w:t>
      </w:r>
      <w:r>
        <w:rPr>
          <w:rFonts w:ascii="Georgia" w:hAnsi="Georgia" w:cs="Times New Roman"/>
          <w:b/>
          <w:i w:val="0"/>
          <w:color w:val="000000"/>
          <w:sz w:val="24"/>
          <w:rtl/>
          <w:szCs w:val="32"/>
        </w:rPr>
        <w:t>רי״ב</w:t>
      </w:r>
      <w:r>
        <w:rPr>
          <w:rFonts w:ascii="Georgia" w:hAnsi="Georgia"/>
          <w:b w:val="0"/>
          <w:i w:val="0"/>
          <w:color w:val="000000"/>
          <w:sz w:val="24"/>
        </w:rPr>
        <w:t>); и это — ЭЙЕ с наполнением йод (де-йодин), равное 161 (</w:t>
      </w:r>
      <w:r>
        <w:rPr>
          <w:rFonts w:ascii="Georgia" w:hAnsi="Georgia" w:cs="Times New Roman"/>
          <w:b/>
          <w:i w:val="0"/>
          <w:color w:val="000000"/>
          <w:sz w:val="24"/>
          <w:rtl/>
          <w:szCs w:val="32"/>
        </w:rPr>
        <w:t>קס״א</w:t>
      </w:r>
      <w:r>
        <w:rPr>
          <w:rFonts w:ascii="Georgia" w:hAnsi="Georgia"/>
          <w:b w:val="0"/>
          <w:i w:val="0"/>
          <w:color w:val="000000"/>
          <w:sz w:val="24"/>
        </w:rPr>
        <w:t>), а вместе с десятью его буквами — 171 (</w:t>
      </w:r>
      <w:r>
        <w:rPr>
          <w:rFonts w:ascii="Georgia" w:hAnsi="Georgia" w:cs="Times New Roman"/>
          <w:b/>
          <w:i w:val="0"/>
          <w:color w:val="000000"/>
          <w:sz w:val="24"/>
          <w:rtl/>
          <w:szCs w:val="32"/>
        </w:rPr>
        <w:t>קע״א</w:t>
      </w:r>
      <w:r>
        <w:rPr>
          <w:rFonts w:ascii="Georgia" w:hAnsi="Georgia"/>
          <w:b w:val="0"/>
          <w:i w:val="0"/>
          <w:color w:val="000000"/>
          <w:sz w:val="24"/>
        </w:rPr>
        <w:t>), а вместе с сорока одной его буквой (</w:t>
      </w:r>
      <w:r>
        <w:rPr>
          <w:rFonts w:ascii="Georgia" w:hAnsi="Georgia" w:cs="Times New Roman"/>
          <w:b/>
          <w:i w:val="0"/>
          <w:color w:val="000000"/>
          <w:sz w:val="24"/>
          <w:rtl/>
          <w:szCs w:val="32"/>
        </w:rPr>
        <w:t>א״ם</w:t>
      </w:r>
      <w:r>
        <w:rPr>
          <w:rFonts w:ascii="Georgia" w:hAnsi="Georgia"/>
          <w:b w:val="0"/>
          <w:i w:val="0"/>
          <w:color w:val="000000"/>
          <w:sz w:val="24"/>
        </w:rPr>
        <w:t xml:space="preserve"> = 41), содержащейся в простом [написании], в наполнении и в наполнении наполнения, получается как раз [значение слова] </w:t>
      </w:r>
      <w:r>
        <w:rPr>
          <w:rFonts w:ascii="Georgia" w:hAnsi="Georgia"/>
          <w:b w:val="0"/>
          <w:i/>
          <w:color w:val="000000"/>
          <w:sz w:val="24"/>
        </w:rPr>
        <w:t>ле-Яаков</w:t>
      </w:r>
      <w:r>
        <w:rPr>
          <w:rFonts w:ascii="Georgia" w:hAnsi="Georgia"/>
          <w:b w:val="0"/>
          <w:i w:val="0"/>
          <w:color w:val="000000"/>
          <w:sz w:val="24"/>
        </w:rPr>
        <w:t xml:space="preserve"> (</w:t>
      </w:r>
      <w:r>
        <w:rPr>
          <w:rFonts w:ascii="Georgia" w:hAnsi="Georgia" w:cs="Times New Roman"/>
          <w:b/>
          <w:i w:val="0"/>
          <w:color w:val="000000"/>
          <w:sz w:val="24"/>
          <w:rtl/>
          <w:szCs w:val="32"/>
        </w:rPr>
        <w:t>לְיַעֲקֹב</w:t>
      </w:r>
      <w:r>
        <w:rPr>
          <w:rFonts w:ascii="Georgia" w:hAnsi="Georgia"/>
          <w:b w:val="0"/>
          <w:i w:val="0"/>
          <w:color w:val="000000"/>
          <w:sz w:val="24"/>
        </w:rPr>
        <w:t xml:space="preserve"> = 212). И в этом тайна стиха: </w:t>
      </w:r>
      <w:r>
        <w:rPr>
          <w:rFonts w:ascii="Georgia" w:hAnsi="Georgia"/>
          <w:b w:val="0"/>
          <w:i/>
          <w:color w:val="000000"/>
          <w:sz w:val="24"/>
        </w:rPr>
        <w:t>«Взойду ли на небо...»</w:t>
      </w:r>
      <w:r>
        <w:rPr>
          <w:rFonts w:ascii="Georgia" w:hAnsi="Georgia"/>
          <w:b w:val="0"/>
          <w:i w:val="0"/>
          <w:color w:val="000000"/>
          <w:sz w:val="24"/>
        </w:rPr>
        <w:t xml:space="preserve"> (Теилим 139:8) — притянуть упомянутые 41 (</w:t>
      </w:r>
      <w:r>
        <w:rPr>
          <w:rFonts w:ascii="Georgia" w:hAnsi="Georgia"/>
          <w:b w:val="0"/>
          <w:i/>
          <w:color w:val="000000"/>
          <w:sz w:val="24"/>
        </w:rPr>
        <w:t>им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 и 161 (</w:t>
      </w:r>
      <w:r>
        <w:rPr>
          <w:rFonts w:ascii="Georgia" w:hAnsi="Georgia"/>
          <w:b w:val="0"/>
          <w:i/>
          <w:color w:val="000000"/>
          <w:sz w:val="24"/>
        </w:rPr>
        <w:t>эсак</w:t>
      </w:r>
      <w:r>
        <w:rPr>
          <w:rFonts w:ascii="Georgia" w:hAnsi="Georgia"/>
          <w:b w:val="0"/>
          <w:i w:val="0"/>
          <w:color w:val="000000"/>
          <w:sz w:val="24"/>
        </w:rPr>
        <w:t xml:space="preserve">, </w:t>
      </w:r>
      <w:r>
        <w:rPr>
          <w:rFonts w:ascii="Georgia" w:hAnsi="Georgia" w:cs="Times New Roman"/>
          <w:b/>
          <w:i w:val="0"/>
          <w:color w:val="000000"/>
          <w:sz w:val="24"/>
          <w:rtl/>
          <w:szCs w:val="32"/>
        </w:rPr>
        <w:t>אֶסַּק</w:t>
      </w:r>
      <w:r>
        <w:rPr>
          <w:rFonts w:ascii="Georgia" w:hAnsi="Georgia"/>
          <w:b w:val="0"/>
          <w:i w:val="0"/>
          <w:color w:val="000000"/>
          <w:sz w:val="24"/>
        </w:rPr>
        <w:t>) от Имы к ЗА, который есть «небеса», и он же Яаков. И сосредоточь намерение низвести эти упомянутые 41 и 161, чтобы смягчить ахораим, составляющие 72 и 130 (</w:t>
      </w:r>
      <w:r>
        <w:rPr>
          <w:rFonts w:ascii="Georgia" w:hAnsi="Georgia" w:cs="Times New Roman"/>
          <w:b/>
          <w:i w:val="0"/>
          <w:color w:val="000000"/>
          <w:sz w:val="24"/>
          <w:rtl/>
          <w:szCs w:val="32"/>
        </w:rPr>
        <w:t>ע״ב ק״ל</w:t>
      </w:r>
      <w:r>
        <w:rPr>
          <w:rFonts w:ascii="Georgia" w:hAnsi="Georgia"/>
          <w:b w:val="0"/>
          <w:i w:val="0"/>
          <w:color w:val="000000"/>
          <w:sz w:val="24"/>
        </w:rPr>
        <w:t xml:space="preserve">), числовое значение которых также равно [сумме чисел] 41 и 161; и все это — в Яакове. [Говорит Шмуэль: не скрыто [от меня], что все еще недостает упомянутых десяти букв]. 72 и 130 — это в АВАЯ. И сосредоточь намерение на том, что десятая часть [от числа слова] </w:t>
      </w:r>
      <w:r>
        <w:rPr>
          <w:rFonts w:ascii="Georgia" w:hAnsi="Georgia"/>
          <w:b w:val="0"/>
          <w:i/>
          <w:color w:val="000000"/>
          <w:sz w:val="24"/>
        </w:rPr>
        <w:t>эмет</w:t>
      </w:r>
      <w:r>
        <w:rPr>
          <w:rFonts w:ascii="Georgia" w:hAnsi="Georgia"/>
          <w:b w:val="0"/>
          <w:i w:val="0"/>
          <w:color w:val="000000"/>
          <w:sz w:val="24"/>
        </w:rPr>
        <w:t xml:space="preserve"> — это АВАЯ де-МА с наполнением алеф (де-альфин), пребывающее в ЗА, называемом Яаковом; и в этом смысл [слов]: </w:t>
      </w:r>
      <w:r>
        <w:rPr>
          <w:rFonts w:ascii="Georgia" w:hAnsi="Georgia"/>
          <w:b w:val="0"/>
          <w:i/>
          <w:color w:val="000000"/>
          <w:sz w:val="24"/>
        </w:rPr>
        <w:t>«Явишь истину Яакову»</w:t>
      </w:r>
      <w:r>
        <w:rPr>
          <w:rFonts w:ascii="Georgia" w:hAnsi="Georgia"/>
          <w:b w:val="0"/>
          <w:i w:val="0"/>
          <w:color w:val="000000"/>
          <w:sz w:val="24"/>
        </w:rPr>
        <w:t>. [Говорит Шмуэль: нужно посчитать по одному колелю для каждого Имени АВАЯ, чтобы дополнить его до упомянутого десятка]. «Милость» же (</w:t>
      </w:r>
      <w:r>
        <w:rPr>
          <w:rFonts w:ascii="Georgia" w:hAnsi="Georgia"/>
          <w:b w:val="0"/>
          <w:i/>
          <w:color w:val="000000"/>
          <w:sz w:val="24"/>
        </w:rPr>
        <w:t>хесед</w:t>
      </w:r>
      <w:r>
        <w:rPr>
          <w:rFonts w:ascii="Georgia" w:hAnsi="Georgia"/>
          <w:b w:val="0"/>
          <w:i w:val="0"/>
          <w:color w:val="000000"/>
          <w:sz w:val="24"/>
        </w:rPr>
        <w:t xml:space="preserve">) — это АВАЯ де-АБ с наполнением йод (де-йодин) — </w:t>
      </w:r>
      <w:r>
        <w:rPr>
          <w:rFonts w:ascii="Georgia" w:hAnsi="Georgia"/>
          <w:b w:val="0"/>
          <w:i/>
          <w:color w:val="000000"/>
          <w:sz w:val="24"/>
        </w:rPr>
        <w:t>«Аврааму»</w:t>
      </w:r>
      <w:r>
        <w:rPr>
          <w:rFonts w:ascii="Georgia" w:hAnsi="Georgia"/>
          <w:b w:val="0"/>
          <w:i w:val="0"/>
          <w:color w:val="000000"/>
          <w:sz w:val="24"/>
        </w:rPr>
        <w:t xml:space="preserve">. Упомянутая же «истина» — это тайна [произведения] ЭЙЕ на ЭЙЕ. А «милость» — это АВАЯ де-йодин; итак, это соединение АВАЯ и ЭЙЕ. И это же намекается начальными буквами слов </w:t>
      </w:r>
      <w:r>
        <w:rPr>
          <w:rFonts w:ascii="Georgia" w:hAnsi="Georgia"/>
          <w:b w:val="0"/>
          <w:i/>
          <w:color w:val="000000"/>
          <w:sz w:val="24"/>
        </w:rPr>
        <w:t>«Яакову, милость Аврааму»</w:t>
      </w:r>
      <w:r>
        <w:rPr>
          <w:rFonts w:ascii="Georgia" w:hAnsi="Georgia"/>
          <w:b w:val="0"/>
          <w:i w:val="0"/>
          <w:color w:val="000000"/>
          <w:sz w:val="24"/>
        </w:rPr>
        <w:t xml:space="preserve">, составляющими по гематрии [слово] </w:t>
      </w:r>
      <w:r>
        <w:rPr>
          <w:rFonts w:ascii="Georgia" w:hAnsi="Georgia"/>
          <w:b w:val="0"/>
          <w:i/>
          <w:color w:val="000000"/>
          <w:sz w:val="24"/>
        </w:rPr>
        <w:t>хаим</w:t>
      </w:r>
      <w:r>
        <w:rPr>
          <w:rFonts w:ascii="Georgia" w:hAnsi="Georgia"/>
          <w:b w:val="0"/>
          <w:i w:val="0"/>
          <w:color w:val="000000"/>
          <w:sz w:val="24"/>
        </w:rPr>
        <w:t xml:space="preserve"> («жизнь», </w:t>
      </w:r>
      <w:r>
        <w:rPr>
          <w:rFonts w:ascii="Georgia" w:hAnsi="Georgia" w:cs="Times New Roman"/>
          <w:b/>
          <w:i w:val="0"/>
          <w:color w:val="000000"/>
          <w:sz w:val="24"/>
          <w:rtl/>
          <w:szCs w:val="32"/>
        </w:rPr>
        <w:t>חַיִּים</w:t>
      </w:r>
      <w:r>
        <w:rPr>
          <w:rFonts w:ascii="Georgia" w:hAnsi="Georgia"/>
          <w:b w:val="0"/>
          <w:i w:val="0"/>
          <w:color w:val="000000"/>
          <w:sz w:val="24"/>
        </w:rPr>
        <w:t xml:space="preserve"> = 68), что равно [сумме Имен] ЭЙЕ, АВАЯ, ЭЙЕ. Начальные буквы слов </w:t>
      </w:r>
      <w:r>
        <w:rPr>
          <w:rFonts w:ascii="Georgia" w:hAnsi="Georgia"/>
          <w:b w:val="0"/>
          <w:i/>
          <w:color w:val="000000"/>
          <w:sz w:val="24"/>
        </w:rPr>
        <w:t>«о чем клялся отцам нашим»</w:t>
      </w:r>
      <w:r>
        <w:rPr>
          <w:rFonts w:ascii="Georgia" w:hAnsi="Georgia"/>
          <w:b w:val="0"/>
          <w:i w:val="0"/>
          <w:color w:val="000000"/>
          <w:sz w:val="24"/>
        </w:rPr>
        <w:t xml:space="preserve"> составляют 81 (</w:t>
      </w:r>
      <w:r>
        <w:rPr>
          <w:rFonts w:ascii="Georgia" w:hAnsi="Georgia" w:cs="Times New Roman"/>
          <w:b/>
          <w:i w:val="0"/>
          <w:color w:val="000000"/>
          <w:sz w:val="24"/>
          <w:rtl/>
          <w:szCs w:val="32"/>
        </w:rPr>
        <w:t>כס״א</w:t>
      </w:r>
      <w:r>
        <w:rPr>
          <w:rFonts w:ascii="Georgia" w:hAnsi="Georgia"/>
          <w:b w:val="0"/>
          <w:i w:val="0"/>
          <w:color w:val="000000"/>
          <w:sz w:val="24"/>
        </w:rPr>
        <w:t>), а конечные буквы — 606 (</w:t>
      </w:r>
      <w:r>
        <w:rPr>
          <w:rFonts w:ascii="Georgia" w:hAnsi="Georgia" w:cs="Times New Roman"/>
          <w:b/>
          <w:i w:val="0"/>
          <w:color w:val="000000"/>
          <w:sz w:val="24"/>
          <w:rtl/>
          <w:szCs w:val="32"/>
        </w:rPr>
        <w:t>רו״ת</w:t>
      </w:r>
      <w:r>
        <w:rPr>
          <w:rFonts w:ascii="Georgia" w:hAnsi="Georgia"/>
          <w:b w:val="0"/>
          <w:i w:val="0"/>
          <w:color w:val="000000"/>
          <w:sz w:val="24"/>
        </w:rPr>
        <w:t>), что есть наполнение Имени АДОНАЙ. [Говорит Шмуэль: это намерение [состоит в том, что] когда вычитаешь значение АДОНАЙ, то есть 65 (</w:t>
      </w:r>
      <w:r>
        <w:rPr>
          <w:rFonts w:ascii="Georgia" w:hAnsi="Georgia" w:cs="Times New Roman"/>
          <w:b/>
          <w:i w:val="0"/>
          <w:color w:val="000000"/>
          <w:sz w:val="24"/>
          <w:rtl/>
          <w:szCs w:val="32"/>
        </w:rPr>
        <w:t>ס״ה</w:t>
      </w:r>
      <w:r>
        <w:rPr>
          <w:rFonts w:ascii="Georgia" w:hAnsi="Georgia"/>
          <w:b w:val="0"/>
          <w:i w:val="0"/>
          <w:color w:val="000000"/>
          <w:sz w:val="24"/>
        </w:rPr>
        <w:t>), из 671 (</w:t>
      </w:r>
      <w:r>
        <w:rPr>
          <w:rFonts w:ascii="Georgia" w:hAnsi="Georgia" w:cs="Times New Roman"/>
          <w:b/>
          <w:i w:val="0"/>
          <w:color w:val="000000"/>
          <w:sz w:val="24"/>
          <w:rtl/>
          <w:szCs w:val="32"/>
        </w:rPr>
        <w:t>תרע״א</w:t>
      </w:r>
      <w:r>
        <w:rPr>
          <w:rFonts w:ascii="Georgia" w:hAnsi="Georgia"/>
          <w:b w:val="0"/>
          <w:i w:val="0"/>
          <w:color w:val="000000"/>
          <w:sz w:val="24"/>
        </w:rPr>
        <w:t>), остается 606]. [Говорит Шмуэль: мне также представляется верным соединить их вместе, ведь 81 (</w:t>
      </w:r>
      <w:r>
        <w:rPr>
          <w:rFonts w:ascii="Georgia" w:hAnsi="Georgia" w:cs="Times New Roman"/>
          <w:b/>
          <w:i w:val="0"/>
          <w:color w:val="000000"/>
          <w:sz w:val="24"/>
          <w:rtl/>
          <w:szCs w:val="32"/>
        </w:rPr>
        <w:t>כש״א</w:t>
      </w:r>
      <w:r>
        <w:rPr>
          <w:rFonts w:ascii="Georgia" w:hAnsi="Georgia"/>
          <w:b w:val="0"/>
          <w:i w:val="0"/>
          <w:color w:val="000000"/>
          <w:sz w:val="24"/>
        </w:rPr>
        <w:t>) и 606 (</w:t>
      </w:r>
      <w:r>
        <w:rPr>
          <w:rFonts w:ascii="Georgia" w:hAnsi="Georgia" w:cs="Times New Roman"/>
          <w:b/>
          <w:i w:val="0"/>
          <w:color w:val="000000"/>
          <w:sz w:val="24"/>
          <w:rtl/>
          <w:szCs w:val="32"/>
        </w:rPr>
        <w:t>רו״ח</w:t>
      </w:r>
      <w:r>
        <w:rPr>
          <w:rFonts w:ascii="Georgia" w:hAnsi="Georgia"/>
          <w:b w:val="0"/>
          <w:i w:val="0"/>
          <w:color w:val="000000"/>
          <w:sz w:val="24"/>
        </w:rPr>
        <w:t>) составляют по гематрии 687 (</w:t>
      </w:r>
      <w:r>
        <w:rPr>
          <w:rFonts w:ascii="Georgia" w:hAnsi="Georgia" w:cs="Times New Roman"/>
          <w:b/>
          <w:i w:val="0"/>
          <w:color w:val="000000"/>
          <w:sz w:val="24"/>
          <w:rtl/>
          <w:szCs w:val="32"/>
        </w:rPr>
        <w:t>תרפ״ז</w:t>
      </w:r>
      <w:r>
        <w:rPr>
          <w:rFonts w:ascii="Georgia" w:hAnsi="Georgia"/>
          <w:b w:val="0"/>
          <w:i w:val="0"/>
          <w:color w:val="000000"/>
          <w:sz w:val="24"/>
        </w:rPr>
        <w:t>), и они равны числу четырех [Имен] АВАЯ — АБ, САГ, МА и БОН, составляющих 232 (</w:t>
      </w:r>
      <w:r>
        <w:rPr>
          <w:rFonts w:ascii="Georgia" w:hAnsi="Georgia" w:cs="Times New Roman"/>
          <w:b/>
          <w:i w:val="0"/>
          <w:color w:val="000000"/>
          <w:sz w:val="24"/>
          <w:rtl/>
          <w:szCs w:val="32"/>
        </w:rPr>
        <w:t>רל״ב</w:t>
      </w:r>
      <w:r>
        <w:rPr>
          <w:rFonts w:ascii="Georgia" w:hAnsi="Georgia"/>
          <w:b w:val="0"/>
          <w:i w:val="0"/>
          <w:color w:val="000000"/>
          <w:sz w:val="24"/>
        </w:rPr>
        <w:t xml:space="preserve">), и трех [Имен] ЭЙЕ — с наполнением йод, алеф и хэй; а вся их совокупность составляет 687, указывая на то, что все упомянутые света притягиваются к Малхут, как мне представляется]. Слова </w:t>
      </w:r>
      <w:r>
        <w:rPr>
          <w:rFonts w:ascii="Georgia" w:hAnsi="Georgia"/>
          <w:b w:val="0"/>
          <w:i/>
          <w:color w:val="000000"/>
          <w:sz w:val="24"/>
        </w:rPr>
        <w:t>«с древних дней»</w:t>
      </w:r>
      <w:r>
        <w:rPr>
          <w:rFonts w:ascii="Georgia" w:hAnsi="Georgia"/>
          <w:b w:val="0"/>
          <w:i w:val="0"/>
          <w:color w:val="000000"/>
          <w:sz w:val="24"/>
        </w:rPr>
        <w:t xml:space="preserve"> составляют по гематрии 244 (</w:t>
      </w:r>
      <w:r>
        <w:rPr>
          <w:rFonts w:ascii="Georgia" w:hAnsi="Georgia" w:cs="Times New Roman"/>
          <w:b/>
          <w:i w:val="0"/>
          <w:color w:val="000000"/>
          <w:sz w:val="24"/>
          <w:rtl/>
          <w:szCs w:val="32"/>
        </w:rPr>
        <w:t>רמ״ד</w:t>
      </w:r>
      <w:r>
        <w:rPr>
          <w:rFonts w:ascii="Georgia" w:hAnsi="Georgia"/>
          <w:b w:val="0"/>
          <w:i w:val="0"/>
          <w:color w:val="000000"/>
          <w:sz w:val="24"/>
        </w:rPr>
        <w:t>); и это — АВАЯ де-йодин (72) и ЭЙЕ де-йодин (161), и десять их букв [Говорит Шмуэль: с колелем]. А конечные буквы всех пяти упомянутых слов составляют 656 (</w:t>
      </w:r>
      <w:r>
        <w:rPr>
          <w:rFonts w:ascii="Georgia" w:hAnsi="Georgia" w:cs="Times New Roman"/>
          <w:b/>
          <w:i w:val="0"/>
          <w:color w:val="000000"/>
          <w:sz w:val="24"/>
          <w:rtl/>
          <w:szCs w:val="32"/>
        </w:rPr>
        <w:t>תרנ״ו</w:t>
      </w:r>
      <w:r>
        <w:rPr>
          <w:rFonts w:ascii="Georgia" w:hAnsi="Georgia"/>
          <w:b w:val="0"/>
          <w:i w:val="0"/>
          <w:color w:val="000000"/>
          <w:sz w:val="24"/>
        </w:rPr>
        <w:t>); ведь АДОНАЙ в полном наполнении составляет 687 (</w:t>
      </w:r>
      <w:r>
        <w:rPr>
          <w:rFonts w:ascii="Georgia" w:hAnsi="Georgia" w:cs="Times New Roman"/>
          <w:b/>
          <w:i w:val="0"/>
          <w:color w:val="000000"/>
          <w:sz w:val="24"/>
          <w:rtl/>
          <w:szCs w:val="32"/>
        </w:rPr>
        <w:t>תרפ״ז</w:t>
      </w:r>
      <w:r>
        <w:rPr>
          <w:rFonts w:ascii="Georgia" w:hAnsi="Georgia"/>
          <w:b w:val="0"/>
          <w:i w:val="0"/>
          <w:color w:val="000000"/>
          <w:sz w:val="24"/>
        </w:rPr>
        <w:t>) вместе с числом букв простого [написания] и наполнения [Говорит Шмуэль: все еще два лишних, ведь 671 (</w:t>
      </w:r>
      <w:r>
        <w:rPr>
          <w:rFonts w:ascii="Georgia" w:hAnsi="Georgia" w:cs="Times New Roman"/>
          <w:b/>
          <w:i w:val="0"/>
          <w:color w:val="000000"/>
          <w:sz w:val="24"/>
          <w:rtl/>
          <w:szCs w:val="32"/>
        </w:rPr>
        <w:t>תרע״א</w:t>
      </w:r>
      <w:r>
        <w:rPr>
          <w:rFonts w:ascii="Georgia" w:hAnsi="Georgia"/>
          <w:b w:val="0"/>
          <w:i w:val="0"/>
          <w:color w:val="000000"/>
          <w:sz w:val="24"/>
        </w:rPr>
        <w:t>), тринадцать букв наполнения и пять букв простого [Имени] составляют по гематрии 689 (</w:t>
      </w:r>
      <w:r>
        <w:rPr>
          <w:rFonts w:ascii="Georgia" w:hAnsi="Georgia" w:cs="Times New Roman"/>
          <w:b/>
          <w:i w:val="0"/>
          <w:color w:val="000000"/>
          <w:sz w:val="24"/>
          <w:rtl/>
          <w:szCs w:val="32"/>
        </w:rPr>
        <w:t>תרפ״ט</w:t>
      </w:r>
      <w:r>
        <w:rPr>
          <w:rFonts w:ascii="Georgia" w:hAnsi="Georgia"/>
          <w:b w:val="0"/>
          <w:i w:val="0"/>
          <w:color w:val="000000"/>
          <w:sz w:val="24"/>
        </w:rPr>
        <w:t>); и возможно, он считает с двумя колелями]. И если вычтешь из 687 числовое значение ЭЛЬ (</w:t>
      </w:r>
      <w:r>
        <w:rPr>
          <w:rFonts w:ascii="Georgia" w:hAnsi="Georgia" w:cs="Times New Roman"/>
          <w:b/>
          <w:i w:val="0"/>
          <w:color w:val="000000"/>
          <w:sz w:val="24"/>
          <w:rtl/>
          <w:szCs w:val="32"/>
        </w:rPr>
        <w:t>אֵל</w:t>
      </w:r>
      <w:r>
        <w:rPr>
          <w:rFonts w:ascii="Georgia" w:hAnsi="Georgia"/>
          <w:b w:val="0"/>
          <w:i w:val="0"/>
          <w:color w:val="000000"/>
          <w:sz w:val="24"/>
        </w:rPr>
        <w:t xml:space="preserve"> = 31), останется по гематрии 656. И это — четыре [Имени] АВАЯ: АБ, САГ, МА, БОН, и три [Имени] ЭЙЕ: с наполнением йод, алеф и хэй, которые по гематрии составляют 656 [Говорит Шмуэль: должно быть «составляют по гематрии 677 (</w:t>
      </w:r>
      <w:r>
        <w:rPr>
          <w:rFonts w:ascii="Georgia" w:hAnsi="Georgia" w:cs="Times New Roman"/>
          <w:b/>
          <w:i w:val="0"/>
          <w:color w:val="000000"/>
          <w:sz w:val="24"/>
          <w:rtl/>
          <w:szCs w:val="32"/>
        </w:rPr>
        <w:t>תרע״ז</w:t>
      </w:r>
      <w:r>
        <w:rPr>
          <w:rFonts w:ascii="Georgia" w:hAnsi="Georgia"/>
          <w:b w:val="0"/>
          <w:i w:val="0"/>
          <w:color w:val="000000"/>
          <w:sz w:val="24"/>
        </w:rPr>
        <w:t>)», как упомянуто выше].</w:t>
      </w:r>
    </w:p>
    <w:p>
      <w:pPr>
        <w:keepNext/>
        <w:spacing w:before="320" w:after="120"/>
      </w:pPr>
      <w:r>
        <w:rPr>
          <w:rFonts w:ascii="Georgia" w:hAnsi="Georgia"/>
          <w:b w:val="0"/>
          <w:i w:val="0"/>
          <w:color w:val="000000"/>
          <w:sz w:val="32"/>
        </w:rPr>
        <w:t>Ихуд 5</w:t>
      </w:r>
    </w:p>
    <w:p>
      <w:pPr>
        <w:spacing w:before="40" w:after="120"/>
        <w:jc w:val="both"/>
      </w:pPr>
      <w:r>
        <w:rPr>
          <w:rFonts w:ascii="Georgia" w:hAnsi="Georgia"/>
          <w:b w:val="0"/>
          <w:i w:val="0"/>
          <w:color w:val="000000"/>
          <w:sz w:val="24"/>
        </w:rPr>
        <w:t xml:space="preserve">К упомянутому выше [стиху]: </w:t>
      </w:r>
      <w:r>
        <w:rPr>
          <w:rFonts w:ascii="Georgia" w:hAnsi="Georgia"/>
          <w:b w:val="0"/>
          <w:i/>
          <w:color w:val="000000"/>
          <w:sz w:val="24"/>
        </w:rPr>
        <w:t>«Сними с меня позор и презрение…»</w:t>
      </w:r>
      <w:r>
        <w:rPr>
          <w:rFonts w:ascii="Georgia" w:hAnsi="Georgia"/>
          <w:b w:val="0"/>
          <w:i w:val="0"/>
          <w:color w:val="000000"/>
          <w:sz w:val="24"/>
        </w:rPr>
        <w:t xml:space="preserve"> (Теилим 119:22). Начальные буквы слов (</w:t>
      </w:r>
      <w:r>
        <w:rPr>
          <w:rFonts w:ascii="Georgia" w:hAnsi="Georgia" w:cs="Times New Roman"/>
          <w:b/>
          <w:i w:val="0"/>
          <w:color w:val="000000"/>
          <w:sz w:val="24"/>
          <w:rtl/>
          <w:szCs w:val="32"/>
        </w:rPr>
        <w:t>גל מעלי חרפ׳ ובוז</w:t>
      </w:r>
      <w:r>
        <w:rPr>
          <w:rFonts w:ascii="Georgia" w:hAnsi="Georgia"/>
          <w:b w:val="0"/>
          <w:i w:val="0"/>
          <w:color w:val="000000"/>
          <w:sz w:val="24"/>
        </w:rPr>
        <w:t xml:space="preserve">) равны по гематрии Именам ЭЛЬ и АВАЯ (31 + 26 = 57), а конечные буквы — Имени АВАЯ в наполнении БОН (52) де-хэйин. Слова </w:t>
      </w:r>
      <w:r>
        <w:rPr>
          <w:rFonts w:ascii="Georgia" w:hAnsi="Georgia"/>
          <w:b w:val="0"/>
          <w:i/>
          <w:color w:val="000000"/>
          <w:sz w:val="24"/>
        </w:rPr>
        <w:t>гал ме-алай</w:t>
      </w:r>
      <w:r>
        <w:rPr>
          <w:rFonts w:ascii="Georgia" w:hAnsi="Georgia"/>
          <w:b w:val="0"/>
          <w:i w:val="0"/>
          <w:color w:val="000000"/>
          <w:sz w:val="24"/>
        </w:rPr>
        <w:t xml:space="preserve"> с колелем равны по гематрии 184 (</w:t>
      </w:r>
      <w:r>
        <w:rPr>
          <w:rFonts w:ascii="Georgia" w:hAnsi="Georgia" w:cs="Times New Roman"/>
          <w:b/>
          <w:i w:val="0"/>
          <w:color w:val="000000"/>
          <w:sz w:val="24"/>
          <w:rtl/>
          <w:szCs w:val="32"/>
        </w:rPr>
        <w:t>קפ״ד</w:t>
      </w:r>
      <w:r>
        <w:rPr>
          <w:rFonts w:ascii="Georgia" w:hAnsi="Georgia"/>
          <w:b w:val="0"/>
          <w:i w:val="0"/>
          <w:color w:val="000000"/>
          <w:sz w:val="24"/>
        </w:rPr>
        <w:t xml:space="preserve">), и это — ахораим де-АВАЯ с [наполнением] йодин. Слова же </w:t>
      </w:r>
      <w:r>
        <w:rPr>
          <w:rFonts w:ascii="Georgia" w:hAnsi="Georgia"/>
          <w:b w:val="0"/>
          <w:i/>
          <w:color w:val="000000"/>
          <w:sz w:val="24"/>
        </w:rPr>
        <w:t>херпа ва-вуз</w:t>
      </w:r>
      <w:r>
        <w:rPr>
          <w:rFonts w:ascii="Georgia" w:hAnsi="Georgia"/>
          <w:b w:val="0"/>
          <w:i w:val="0"/>
          <w:color w:val="000000"/>
          <w:sz w:val="24"/>
        </w:rPr>
        <w:t xml:space="preserve"> равны по гематрии Имени ШАДАЙ (314). Имя, на которое необходимо направить намерение, — это [слово] </w:t>
      </w:r>
      <w:r>
        <w:rPr>
          <w:rFonts w:ascii="Georgia" w:hAnsi="Georgia"/>
          <w:b w:val="0"/>
          <w:i/>
          <w:color w:val="000000"/>
          <w:sz w:val="24"/>
        </w:rPr>
        <w:t>гал</w:t>
      </w:r>
      <w:r>
        <w:rPr>
          <w:rFonts w:ascii="Georgia" w:hAnsi="Georgia"/>
          <w:b w:val="0"/>
          <w:i w:val="0"/>
          <w:color w:val="000000"/>
          <w:sz w:val="24"/>
        </w:rPr>
        <w:t xml:space="preserve"> в полном написании: гимель, ламэд (</w:t>
      </w:r>
      <w:r>
        <w:rPr>
          <w:rFonts w:ascii="Georgia" w:hAnsi="Georgia" w:cs="Times New Roman"/>
          <w:b/>
          <w:i w:val="0"/>
          <w:color w:val="000000"/>
          <w:sz w:val="24"/>
          <w:rtl/>
          <w:szCs w:val="32"/>
        </w:rPr>
        <w:t>גִּימֶל לָמֶד</w:t>
      </w:r>
      <w:r>
        <w:rPr>
          <w:rFonts w:ascii="Georgia" w:hAnsi="Georgia"/>
          <w:b w:val="0"/>
          <w:i w:val="0"/>
          <w:color w:val="000000"/>
          <w:sz w:val="24"/>
        </w:rPr>
        <w:t>). По гематрии оно равно [имени] Йосеф с колелем (156 + 1 = 157), что составляет три [Имени] АВАЯ в наполнении БОН (52 × 3 = 156) плюс колель. Также сами две буквы — гимель и ламэд — относятся к Есоду и Малхут. Затем направь намерение на то, что Имя ЭЛЬ, на которое указывают упомянутые выше начальные буквы, вместе с упомянутым Именем ШАДАЙ равны по гематрии [имени] Моше (31 + 314 = 345). И они [эти Имена, равные Моше] составляют тайну 325 (</w:t>
      </w:r>
      <w:r>
        <w:rPr>
          <w:rFonts w:ascii="Georgia" w:hAnsi="Georgia" w:cs="Times New Roman"/>
          <w:b/>
          <w:i w:val="0"/>
          <w:color w:val="000000"/>
          <w:sz w:val="24"/>
          <w:rtl/>
          <w:szCs w:val="32"/>
        </w:rPr>
        <w:t>שכ״ה</w:t>
      </w:r>
      <w:r>
        <w:rPr>
          <w:rFonts w:ascii="Georgia" w:hAnsi="Georgia"/>
          <w:b w:val="0"/>
          <w:i w:val="0"/>
          <w:color w:val="000000"/>
          <w:sz w:val="24"/>
        </w:rPr>
        <w:t>) судов вместе с десятью буквами ахораим со значением 184 и десятью буквами [Имени] ЭЙЕ со значением 161 (</w:t>
      </w:r>
      <w:r>
        <w:rPr>
          <w:rFonts w:ascii="Georgia" w:hAnsi="Georgia" w:cs="Times New Roman"/>
          <w:b/>
          <w:i w:val="0"/>
          <w:color w:val="000000"/>
          <w:sz w:val="24"/>
          <w:rtl/>
          <w:szCs w:val="32"/>
        </w:rPr>
        <w:t>קס״א</w:t>
      </w:r>
      <w:r>
        <w:rPr>
          <w:rFonts w:ascii="Georgia" w:hAnsi="Georgia"/>
          <w:b w:val="0"/>
          <w:i w:val="0"/>
          <w:color w:val="000000"/>
          <w:sz w:val="24"/>
        </w:rPr>
        <w:t xml:space="preserve">), как известно, ведь и 184, и 161 также равны по гематрии [имени] Моше (184 + 161 = 345). И ты уже знаешь, что эти ихудим совершают ночью перед сном. Также необходимо произносить чтение, соответствующее этому единению, и сейчас этим чтением будет отрывок 25: </w:t>
      </w:r>
      <w:r>
        <w:rPr>
          <w:rFonts w:ascii="Georgia" w:hAnsi="Georgia"/>
          <w:b w:val="0"/>
          <w:i/>
          <w:color w:val="000000"/>
          <w:sz w:val="24"/>
        </w:rPr>
        <w:t>«Тебе, Тебе единому согрешил я…»</w:t>
      </w:r>
      <w:r>
        <w:rPr>
          <w:rFonts w:ascii="Georgia" w:hAnsi="Georgia"/>
          <w:b w:val="0"/>
          <w:i w:val="0"/>
          <w:color w:val="000000"/>
          <w:sz w:val="24"/>
        </w:rPr>
        <w:t xml:space="preserve"> (Теилим 51:6) в книге Зоар.</w:t>
      </w:r>
    </w:p>
    <w:p>
      <w:pPr>
        <w:keepNext/>
        <w:spacing w:before="320" w:after="120"/>
      </w:pPr>
      <w:r>
        <w:rPr>
          <w:rFonts w:ascii="Georgia" w:hAnsi="Georgia"/>
          <w:b w:val="0"/>
          <w:i w:val="0"/>
          <w:color w:val="000000"/>
          <w:sz w:val="32"/>
        </w:rPr>
        <w:t>Ихуд 6</w:t>
      </w:r>
    </w:p>
    <w:p>
      <w:pPr>
        <w:spacing w:before="40" w:after="120"/>
        <w:jc w:val="both"/>
      </w:pPr>
      <w:r>
        <w:rPr>
          <w:rFonts w:ascii="Georgia" w:hAnsi="Georgia"/>
          <w:b w:val="0"/>
          <w:i w:val="0"/>
          <w:color w:val="000000"/>
          <w:sz w:val="24"/>
        </w:rPr>
        <w:t xml:space="preserve">К вышеупомянутому [стиху]: </w:t>
      </w:r>
      <w:r>
        <w:rPr>
          <w:rFonts w:ascii="Georgia" w:hAnsi="Georgia"/>
          <w:b w:val="0"/>
          <w:i/>
          <w:color w:val="000000"/>
          <w:sz w:val="24"/>
        </w:rPr>
        <w:t>«Солнце [и] луна остановились в обители [своей]…»</w:t>
      </w:r>
      <w:r>
        <w:rPr>
          <w:rFonts w:ascii="Georgia" w:hAnsi="Georgia"/>
          <w:b w:val="0"/>
          <w:i w:val="0"/>
          <w:color w:val="000000"/>
          <w:sz w:val="24"/>
        </w:rPr>
        <w:t xml:space="preserve"> (Хавакук 3:11) (</w:t>
      </w:r>
      <w:r>
        <w:rPr>
          <w:rFonts w:ascii="Georgia" w:hAnsi="Georgia" w:cs="Times New Roman"/>
          <w:b/>
          <w:i w:val="0"/>
          <w:color w:val="000000"/>
          <w:sz w:val="24"/>
          <w:rtl/>
          <w:szCs w:val="32"/>
        </w:rPr>
        <w:t>שמש ירח עמד זבול</w:t>
      </w:r>
      <w:r>
        <w:rPr>
          <w:rFonts w:ascii="Georgia" w:hAnsi="Georgia"/>
          <w:b w:val="0"/>
          <w:i w:val="0"/>
          <w:color w:val="000000"/>
          <w:sz w:val="24"/>
        </w:rPr>
        <w:t>). Их начальные буквы по гематрии составляют 387 (</w:t>
      </w:r>
      <w:r>
        <w:rPr>
          <w:rFonts w:ascii="Georgia" w:hAnsi="Georgia" w:cs="Times New Roman"/>
          <w:b/>
          <w:i w:val="0"/>
          <w:color w:val="000000"/>
          <w:sz w:val="24"/>
          <w:rtl/>
          <w:szCs w:val="32"/>
        </w:rPr>
        <w:t>שפ״ז</w:t>
      </w:r>
      <w:r>
        <w:rPr>
          <w:rFonts w:ascii="Georgia" w:hAnsi="Georgia"/>
          <w:b w:val="0"/>
          <w:i w:val="0"/>
          <w:color w:val="000000"/>
          <w:sz w:val="24"/>
        </w:rPr>
        <w:t xml:space="preserve">), что соответствует гематрии слова </w:t>
      </w:r>
      <w:r>
        <w:rPr>
          <w:rFonts w:ascii="Georgia" w:hAnsi="Georgia"/>
          <w:b w:val="0"/>
          <w:i/>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 а это 370 (</w:t>
      </w:r>
      <w:r>
        <w:rPr>
          <w:rFonts w:ascii="Georgia" w:hAnsi="Georgia" w:cs="Times New Roman"/>
          <w:b/>
          <w:i w:val="0"/>
          <w:color w:val="000000"/>
          <w:sz w:val="24"/>
          <w:rtl/>
          <w:szCs w:val="32"/>
        </w:rPr>
        <w:t>ש״ע</w:t>
      </w:r>
      <w:r>
        <w:rPr>
          <w:rFonts w:ascii="Georgia" w:hAnsi="Georgia"/>
          <w:b w:val="0"/>
          <w:i w:val="0"/>
          <w:color w:val="000000"/>
          <w:sz w:val="24"/>
        </w:rPr>
        <w:t>) светов, исходящих от двух [начертаний] ахораим (обратной стороны) АВАЯ с наполнением йод, составляющих 184 (</w:t>
      </w:r>
      <w:r>
        <w:rPr>
          <w:rFonts w:ascii="Georgia" w:hAnsi="Georgia" w:cs="Times New Roman"/>
          <w:b/>
          <w:i w:val="0"/>
          <w:color w:val="000000"/>
          <w:sz w:val="24"/>
          <w:rtl/>
          <w:szCs w:val="32"/>
        </w:rPr>
        <w:t>קפ״ד</w:t>
      </w:r>
      <w:r>
        <w:rPr>
          <w:rFonts w:ascii="Georgia" w:hAnsi="Georgia"/>
          <w:b w:val="0"/>
          <w:i w:val="0"/>
          <w:color w:val="000000"/>
          <w:sz w:val="24"/>
        </w:rPr>
        <w:t xml:space="preserve">) и 184, как известно. И направь также намерение на десять букв самого АВАЯ с наполнением йод, [парцуфа] АБ, вместе с исходящим из него </w:t>
      </w:r>
      <w:r>
        <w:rPr>
          <w:rFonts w:ascii="Georgia" w:hAnsi="Georgia"/>
          <w:b w:val="0"/>
          <w:i/>
          <w:color w:val="000000"/>
          <w:sz w:val="24"/>
        </w:rPr>
        <w:t>хашмаль</w:t>
      </w:r>
      <w:r>
        <w:rPr>
          <w:rFonts w:ascii="Georgia" w:hAnsi="Georgia"/>
          <w:b w:val="0"/>
          <w:i w:val="0"/>
          <w:color w:val="000000"/>
          <w:sz w:val="24"/>
        </w:rPr>
        <w:t>, что дает 388 (</w:t>
      </w:r>
      <w:r>
        <w:rPr>
          <w:rFonts w:ascii="Georgia" w:hAnsi="Georgia" w:cs="Times New Roman"/>
          <w:b/>
          <w:i w:val="0"/>
          <w:color w:val="000000"/>
          <w:sz w:val="24"/>
          <w:rtl/>
          <w:szCs w:val="32"/>
        </w:rPr>
        <w:t>שפ״ח</w:t>
      </w:r>
      <w:r>
        <w:rPr>
          <w:rFonts w:ascii="Georgia" w:hAnsi="Georgia"/>
          <w:b w:val="0"/>
          <w:i w:val="0"/>
          <w:color w:val="000000"/>
          <w:sz w:val="24"/>
        </w:rPr>
        <w:t>). [Говорит Шмуэль: с коллелем.] А конечные буквы составляют 317 (</w:t>
      </w:r>
      <w:r>
        <w:rPr>
          <w:rFonts w:ascii="Georgia" w:hAnsi="Georgia" w:cs="Times New Roman"/>
          <w:b/>
          <w:i w:val="0"/>
          <w:color w:val="000000"/>
          <w:sz w:val="24"/>
          <w:rtl/>
          <w:szCs w:val="32"/>
        </w:rPr>
        <w:t>שי״ז</w:t>
      </w:r>
      <w:r>
        <w:rPr>
          <w:rFonts w:ascii="Georgia" w:hAnsi="Georgia"/>
          <w:b w:val="0"/>
          <w:i w:val="0"/>
          <w:color w:val="000000"/>
          <w:sz w:val="24"/>
        </w:rPr>
        <w:t>), а с коллелем — 318 (</w:t>
      </w:r>
      <w:r>
        <w:rPr>
          <w:rFonts w:ascii="Georgia" w:hAnsi="Georgia" w:cs="Times New Roman"/>
          <w:b/>
          <w:i w:val="0"/>
          <w:color w:val="000000"/>
          <w:sz w:val="24"/>
          <w:rtl/>
          <w:szCs w:val="32"/>
        </w:rPr>
        <w:t>שי״ח</w:t>
      </w:r>
      <w:r>
        <w:rPr>
          <w:rFonts w:ascii="Georgia" w:hAnsi="Georgia"/>
          <w:b w:val="0"/>
          <w:i w:val="0"/>
          <w:color w:val="000000"/>
          <w:sz w:val="24"/>
        </w:rPr>
        <w:t>), что равно [Имени] ЭЛОКИМ с наполнением йод: 300 (</w:t>
      </w:r>
      <w:r>
        <w:rPr>
          <w:rFonts w:ascii="Georgia" w:hAnsi="Georgia" w:cs="Times New Roman"/>
          <w:b/>
          <w:i w:val="0"/>
          <w:color w:val="000000"/>
          <w:sz w:val="24"/>
          <w:rtl/>
          <w:szCs w:val="32"/>
        </w:rPr>
        <w:t>ש</w:t>
      </w:r>
      <w:r>
        <w:rPr>
          <w:rFonts w:ascii="Georgia" w:hAnsi="Georgia"/>
          <w:b w:val="0"/>
          <w:i w:val="0"/>
          <w:color w:val="000000"/>
          <w:sz w:val="24"/>
        </w:rPr>
        <w:t>) [его гематрии], тринадцать (</w:t>
      </w:r>
      <w:r>
        <w:rPr>
          <w:rFonts w:ascii="Georgia" w:hAnsi="Georgia" w:cs="Times New Roman"/>
          <w:b/>
          <w:i w:val="0"/>
          <w:color w:val="000000"/>
          <w:sz w:val="24"/>
          <w:rtl/>
          <w:szCs w:val="32"/>
        </w:rPr>
        <w:t>י״ג</w:t>
      </w:r>
      <w:r>
        <w:rPr>
          <w:rFonts w:ascii="Georgia" w:hAnsi="Georgia"/>
          <w:b w:val="0"/>
          <w:i w:val="0"/>
          <w:color w:val="000000"/>
          <w:sz w:val="24"/>
        </w:rPr>
        <w:t>) букв наполнения и пять (</w:t>
      </w:r>
      <w:r>
        <w:rPr>
          <w:rFonts w:ascii="Georgia" w:hAnsi="Georgia" w:cs="Times New Roman"/>
          <w:b/>
          <w:i w:val="0"/>
          <w:color w:val="000000"/>
          <w:sz w:val="24"/>
          <w:rtl/>
          <w:szCs w:val="32"/>
        </w:rPr>
        <w:t>ה</w:t>
      </w:r>
      <w:r>
        <w:rPr>
          <w:rFonts w:ascii="Georgia" w:hAnsi="Georgia"/>
          <w:b w:val="0"/>
          <w:i w:val="0"/>
          <w:color w:val="000000"/>
          <w:sz w:val="24"/>
        </w:rPr>
        <w:t xml:space="preserve">) букв простого [Имени]. Слово </w:t>
      </w:r>
      <w:r>
        <w:rPr>
          <w:rFonts w:ascii="Georgia" w:hAnsi="Georgia"/>
          <w:b w:val="0"/>
          <w:i/>
          <w:color w:val="000000"/>
          <w:sz w:val="24"/>
        </w:rPr>
        <w:t>шемеш</w:t>
      </w:r>
      <w:r>
        <w:rPr>
          <w:rFonts w:ascii="Georgia" w:hAnsi="Georgia"/>
          <w:b w:val="0"/>
          <w:i w:val="0"/>
          <w:color w:val="000000"/>
          <w:sz w:val="24"/>
        </w:rPr>
        <w:t xml:space="preserve"> — «солнце» (</w:t>
      </w:r>
      <w:r>
        <w:rPr>
          <w:rFonts w:ascii="Georgia" w:hAnsi="Georgia" w:cs="Times New Roman"/>
          <w:b/>
          <w:i w:val="0"/>
          <w:color w:val="000000"/>
          <w:sz w:val="24"/>
          <w:rtl/>
          <w:szCs w:val="32"/>
        </w:rPr>
        <w:t>שֶׁמֶשׁ</w:t>
      </w:r>
      <w:r>
        <w:rPr>
          <w:rFonts w:ascii="Georgia" w:hAnsi="Georgia"/>
          <w:b w:val="0"/>
          <w:i w:val="0"/>
          <w:color w:val="000000"/>
          <w:sz w:val="24"/>
        </w:rPr>
        <w:t xml:space="preserve">) — по гематрии равно </w:t>
      </w:r>
      <w:r>
        <w:rPr>
          <w:rFonts w:ascii="Georgia" w:hAnsi="Georgia"/>
          <w:b w:val="0"/>
          <w:i/>
          <w:color w:val="000000"/>
          <w:sz w:val="24"/>
        </w:rPr>
        <w:t>тамар</w:t>
      </w:r>
      <w:r>
        <w:rPr>
          <w:rFonts w:ascii="Georgia" w:hAnsi="Georgia"/>
          <w:b w:val="0"/>
          <w:i w:val="0"/>
          <w:color w:val="000000"/>
          <w:sz w:val="24"/>
        </w:rPr>
        <w:t xml:space="preserve"> (</w:t>
      </w:r>
      <w:r>
        <w:rPr>
          <w:rFonts w:ascii="Georgia" w:hAnsi="Georgia" w:cs="Times New Roman"/>
          <w:b/>
          <w:i w:val="0"/>
          <w:color w:val="000000"/>
          <w:sz w:val="24"/>
          <w:rtl/>
          <w:szCs w:val="32"/>
        </w:rPr>
        <w:t>תָּמָר</w:t>
      </w:r>
      <w:r>
        <w:rPr>
          <w:rFonts w:ascii="Georgia" w:hAnsi="Georgia"/>
          <w:b w:val="0"/>
          <w:i w:val="0"/>
          <w:color w:val="000000"/>
          <w:sz w:val="24"/>
        </w:rPr>
        <w:t xml:space="preserve"> = 640), и это 320 (</w:t>
      </w:r>
      <w:r>
        <w:rPr>
          <w:rFonts w:ascii="Georgia" w:hAnsi="Georgia" w:cs="Times New Roman"/>
          <w:b/>
          <w:i w:val="0"/>
          <w:color w:val="000000"/>
          <w:sz w:val="24"/>
          <w:rtl/>
          <w:szCs w:val="32"/>
        </w:rPr>
        <w:t>ש״ך</w:t>
      </w:r>
      <w:r>
        <w:rPr>
          <w:rFonts w:ascii="Georgia" w:hAnsi="Georgia"/>
          <w:b w:val="0"/>
          <w:i w:val="0"/>
          <w:color w:val="000000"/>
          <w:sz w:val="24"/>
        </w:rPr>
        <w:t xml:space="preserve">) судов в Рахели и 320 судов в Лее. Слово </w:t>
      </w:r>
      <w:r>
        <w:rPr>
          <w:rFonts w:ascii="Georgia" w:hAnsi="Georgia"/>
          <w:b w:val="0"/>
          <w:i/>
          <w:color w:val="000000"/>
          <w:sz w:val="24"/>
        </w:rPr>
        <w:t>яреах</w:t>
      </w:r>
      <w:r>
        <w:rPr>
          <w:rFonts w:ascii="Georgia" w:hAnsi="Georgia"/>
          <w:b w:val="0"/>
          <w:i w:val="0"/>
          <w:color w:val="000000"/>
          <w:sz w:val="24"/>
        </w:rPr>
        <w:t xml:space="preserve"> — «луна» (</w:t>
      </w:r>
      <w:r>
        <w:rPr>
          <w:rFonts w:ascii="Georgia" w:hAnsi="Georgia" w:cs="Times New Roman"/>
          <w:b/>
          <w:i w:val="0"/>
          <w:color w:val="000000"/>
          <w:sz w:val="24"/>
          <w:rtl/>
          <w:szCs w:val="32"/>
        </w:rPr>
        <w:t>יָרֵחַ</w:t>
      </w:r>
      <w:r>
        <w:rPr>
          <w:rFonts w:ascii="Georgia" w:hAnsi="Georgia"/>
          <w:b w:val="0"/>
          <w:i w:val="0"/>
          <w:color w:val="000000"/>
          <w:sz w:val="24"/>
        </w:rPr>
        <w:t>) — это [Имя] ЭЛОКИМ в простом [начертании] ахораим, составляющее 200 (</w:t>
      </w:r>
      <w:r>
        <w:rPr>
          <w:rFonts w:ascii="Georgia" w:hAnsi="Georgia" w:cs="Times New Roman"/>
          <w:b/>
          <w:i w:val="0"/>
          <w:color w:val="000000"/>
          <w:sz w:val="24"/>
          <w:rtl/>
          <w:szCs w:val="32"/>
        </w:rPr>
        <w:t>ר</w:t>
      </w:r>
      <w:r>
        <w:rPr>
          <w:rFonts w:ascii="Georgia" w:hAnsi="Georgia"/>
          <w:b w:val="0"/>
          <w:i w:val="0"/>
          <w:color w:val="000000"/>
          <w:sz w:val="24"/>
        </w:rPr>
        <w:t>), и [еще] восемнадцать (</w:t>
      </w:r>
      <w:r>
        <w:rPr>
          <w:rFonts w:ascii="Georgia" w:hAnsi="Georgia" w:cs="Times New Roman"/>
          <w:b/>
          <w:i w:val="0"/>
          <w:color w:val="000000"/>
          <w:sz w:val="24"/>
          <w:rtl/>
          <w:szCs w:val="32"/>
        </w:rPr>
        <w:t>י״ח</w:t>
      </w:r>
      <w:r>
        <w:rPr>
          <w:rFonts w:ascii="Georgia" w:hAnsi="Georgia"/>
          <w:b w:val="0"/>
          <w:i w:val="0"/>
          <w:color w:val="000000"/>
          <w:sz w:val="24"/>
        </w:rPr>
        <w:t xml:space="preserve">) букв простого [Имени] и наполнения наполнения. Слово </w:t>
      </w:r>
      <w:r>
        <w:rPr>
          <w:rFonts w:ascii="Georgia" w:hAnsi="Georgia"/>
          <w:b w:val="0"/>
          <w:i/>
          <w:color w:val="000000"/>
          <w:sz w:val="24"/>
        </w:rPr>
        <w:t>амад</w:t>
      </w:r>
      <w:r>
        <w:rPr>
          <w:rFonts w:ascii="Georgia" w:hAnsi="Georgia"/>
          <w:b w:val="0"/>
          <w:i w:val="0"/>
          <w:color w:val="000000"/>
          <w:sz w:val="24"/>
        </w:rPr>
        <w:t xml:space="preserve"> — «остановилось» (</w:t>
      </w:r>
      <w:r>
        <w:rPr>
          <w:rFonts w:ascii="Georgia" w:hAnsi="Georgia" w:cs="Times New Roman"/>
          <w:b/>
          <w:i w:val="0"/>
          <w:color w:val="000000"/>
          <w:sz w:val="24"/>
          <w:rtl/>
          <w:szCs w:val="32"/>
        </w:rPr>
        <w:t>עָמַד</w:t>
      </w:r>
      <w:r>
        <w:rPr>
          <w:rFonts w:ascii="Georgia" w:hAnsi="Georgia"/>
          <w:b w:val="0"/>
          <w:i w:val="0"/>
          <w:color w:val="000000"/>
          <w:sz w:val="24"/>
        </w:rPr>
        <w:t>) — по гематрии равно 114 (</w:t>
      </w:r>
      <w:r>
        <w:rPr>
          <w:rFonts w:ascii="Georgia" w:hAnsi="Georgia" w:cs="Times New Roman"/>
          <w:b/>
          <w:i w:val="0"/>
          <w:color w:val="000000"/>
          <w:sz w:val="24"/>
          <w:rtl/>
          <w:szCs w:val="32"/>
        </w:rPr>
        <w:t>קי״ד</w:t>
      </w:r>
      <w:r>
        <w:rPr>
          <w:rFonts w:ascii="Georgia" w:hAnsi="Georgia"/>
          <w:b w:val="0"/>
          <w:i w:val="0"/>
          <w:color w:val="000000"/>
          <w:sz w:val="24"/>
        </w:rPr>
        <w:t>), и нужно направить намерение на АВАЯ де-АБ и на [Имя из] 42 (</w:t>
      </w:r>
      <w:r>
        <w:rPr>
          <w:rFonts w:ascii="Georgia" w:hAnsi="Georgia" w:cs="Times New Roman"/>
          <w:b/>
          <w:i w:val="0"/>
          <w:color w:val="000000"/>
          <w:sz w:val="24"/>
          <w:rtl/>
          <w:szCs w:val="32"/>
        </w:rPr>
        <w:t>מ״ב</w:t>
      </w:r>
      <w:r>
        <w:rPr>
          <w:rFonts w:ascii="Georgia" w:hAnsi="Georgia"/>
          <w:b w:val="0"/>
          <w:i w:val="0"/>
          <w:color w:val="000000"/>
          <w:sz w:val="24"/>
        </w:rPr>
        <w:t xml:space="preserve">) букв, что дает 114, чтобы усластить все упомянутые проявления ЭЛОКИМ. Слово </w:t>
      </w:r>
      <w:r>
        <w:rPr>
          <w:rFonts w:ascii="Georgia" w:hAnsi="Georgia"/>
          <w:b w:val="0"/>
          <w:i/>
          <w:color w:val="000000"/>
          <w:sz w:val="24"/>
        </w:rPr>
        <w:t>звула</w:t>
      </w:r>
      <w:r>
        <w:rPr>
          <w:rFonts w:ascii="Georgia" w:hAnsi="Georgia"/>
          <w:b w:val="0"/>
          <w:i w:val="0"/>
          <w:color w:val="000000"/>
          <w:sz w:val="24"/>
        </w:rPr>
        <w:t xml:space="preserve"> — «в обители своей» (</w:t>
      </w:r>
      <w:r>
        <w:rPr>
          <w:rFonts w:ascii="Georgia" w:hAnsi="Georgia" w:cs="Times New Roman"/>
          <w:b/>
          <w:i w:val="0"/>
          <w:color w:val="000000"/>
          <w:sz w:val="24"/>
          <w:rtl/>
          <w:szCs w:val="32"/>
        </w:rPr>
        <w:t>זְבוּל</w:t>
      </w:r>
      <w:r>
        <w:rPr>
          <w:rFonts w:ascii="Georgia" w:hAnsi="Georgia"/>
          <w:b w:val="0"/>
          <w:i w:val="0"/>
          <w:color w:val="000000"/>
          <w:sz w:val="24"/>
        </w:rPr>
        <w:t>) — по гематрии равно 50 (</w:t>
      </w:r>
      <w:r>
        <w:rPr>
          <w:rFonts w:ascii="Georgia" w:hAnsi="Georgia" w:cs="Times New Roman"/>
          <w:b/>
          <w:i w:val="0"/>
          <w:color w:val="000000"/>
          <w:sz w:val="24"/>
          <w:rtl/>
          <w:szCs w:val="32"/>
        </w:rPr>
        <w:t>נ</w:t>
      </w:r>
      <w:r>
        <w:rPr>
          <w:rFonts w:ascii="Georgia" w:hAnsi="Georgia"/>
          <w:b w:val="0"/>
          <w:i w:val="0"/>
          <w:color w:val="000000"/>
          <w:sz w:val="24"/>
        </w:rPr>
        <w:t xml:space="preserve">), и это пятьдесят букв, содержащихся в простом [написании], в наполнении и в наполнении наполнения [Имени] АДОНАЙ. Имя [образуется] из [слова] </w:t>
      </w:r>
      <w:r>
        <w:rPr>
          <w:rFonts w:ascii="Georgia" w:hAnsi="Georgia"/>
          <w:b w:val="0"/>
          <w:i/>
          <w:color w:val="000000"/>
          <w:sz w:val="24"/>
        </w:rPr>
        <w:t>шемеш</w:t>
      </w:r>
      <w:r>
        <w:rPr>
          <w:rFonts w:ascii="Georgia" w:hAnsi="Georgia"/>
          <w:b w:val="0"/>
          <w:i w:val="0"/>
          <w:color w:val="000000"/>
          <w:sz w:val="24"/>
        </w:rPr>
        <w:t xml:space="preserve">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 это </w:t>
      </w:r>
      <w:r>
        <w:rPr>
          <w:rFonts w:ascii="Georgia" w:hAnsi="Georgia"/>
          <w:b w:val="0"/>
          <w:i/>
          <w:color w:val="000000"/>
          <w:sz w:val="24"/>
        </w:rPr>
        <w:t>Бейава</w:t>
      </w:r>
      <w:r>
        <w:rPr>
          <w:rFonts w:ascii="Georgia" w:hAnsi="Georgia"/>
          <w:b w:val="0"/>
          <w:i w:val="0"/>
          <w:color w:val="000000"/>
          <w:sz w:val="24"/>
        </w:rPr>
        <w:t xml:space="preserve"> (</w:t>
      </w:r>
      <w:r>
        <w:rPr>
          <w:rFonts w:ascii="Georgia" w:hAnsi="Georgia" w:cs="Times New Roman"/>
          <w:b/>
          <w:i w:val="0"/>
          <w:color w:val="000000"/>
          <w:sz w:val="24"/>
          <w:rtl/>
          <w:szCs w:val="32"/>
        </w:rPr>
        <w:t>בֶיָבָ</w:t>
      </w:r>
      <w:r>
        <w:rPr>
          <w:rFonts w:ascii="Georgia" w:hAnsi="Georgia"/>
          <w:b w:val="0"/>
          <w:i w:val="0"/>
          <w:color w:val="000000"/>
          <w:sz w:val="24"/>
        </w:rPr>
        <w:t xml:space="preserve">). А огласовка — от [слов] </w:t>
      </w:r>
      <w:r>
        <w:rPr>
          <w:rFonts w:ascii="Georgia" w:hAnsi="Georgia"/>
          <w:b w:val="0"/>
          <w:i/>
          <w:color w:val="000000"/>
          <w:sz w:val="24"/>
        </w:rPr>
        <w:t>шемеш яреах амад</w:t>
      </w:r>
      <w:r>
        <w:rPr>
          <w:rFonts w:ascii="Georgia" w:hAnsi="Georgia"/>
          <w:b w:val="0"/>
          <w:i w:val="0"/>
          <w:color w:val="000000"/>
          <w:sz w:val="24"/>
        </w:rPr>
        <w:t>, и она по гематрии равна четырнадцати (</w:t>
      </w:r>
      <w:r>
        <w:rPr>
          <w:rFonts w:ascii="Georgia" w:hAnsi="Georgia" w:cs="Times New Roman"/>
          <w:b/>
          <w:i w:val="0"/>
          <w:color w:val="000000"/>
          <w:sz w:val="24"/>
          <w:rtl/>
          <w:szCs w:val="32"/>
        </w:rPr>
        <w:t>י״ד</w:t>
      </w:r>
      <w:r>
        <w:rPr>
          <w:rFonts w:ascii="Georgia" w:hAnsi="Georgia"/>
          <w:b w:val="0"/>
          <w:i w:val="0"/>
          <w:color w:val="000000"/>
          <w:sz w:val="24"/>
        </w:rPr>
        <w:t>) буквам АВАЯ с наполнением алеф в простом [начертании] и в наполнении. [Исправление] истечения семени (</w:t>
      </w:r>
      <w:r>
        <w:rPr>
          <w:rFonts w:ascii="Georgia" w:hAnsi="Georgia"/>
          <w:b w:val="0"/>
          <w:i/>
          <w:color w:val="000000"/>
          <w:sz w:val="24"/>
        </w:rPr>
        <w:t>кери</w:t>
      </w:r>
      <w:r>
        <w:rPr>
          <w:rFonts w:ascii="Georgia" w:hAnsi="Georgia"/>
          <w:b w:val="0"/>
          <w:i w:val="0"/>
          <w:color w:val="000000"/>
          <w:sz w:val="24"/>
        </w:rPr>
        <w:t>) — по книге «Тиккуним», Тиккун 21.</w:t>
      </w:r>
    </w:p>
    <w:p>
      <w:pPr>
        <w:keepNext/>
        <w:spacing w:before="320" w:after="120"/>
      </w:pPr>
      <w:r>
        <w:rPr>
          <w:rFonts w:ascii="Georgia" w:hAnsi="Georgia"/>
          <w:b w:val="0"/>
          <w:i w:val="0"/>
          <w:color w:val="000000"/>
          <w:sz w:val="32"/>
        </w:rPr>
        <w:t>Ихуд 7</w:t>
      </w:r>
    </w:p>
    <w:p>
      <w:pPr>
        <w:spacing w:before="40" w:after="120"/>
        <w:jc w:val="both"/>
      </w:pPr>
      <w:r>
        <w:rPr>
          <w:rFonts w:ascii="Georgia" w:hAnsi="Georgia"/>
          <w:b w:val="0"/>
          <w:i w:val="0"/>
          <w:color w:val="000000"/>
          <w:sz w:val="24"/>
        </w:rPr>
        <w:t xml:space="preserve">К упомянутому выше [стиху]: В [словах] </w:t>
      </w:r>
      <w:r>
        <w:rPr>
          <w:rFonts w:ascii="Georgia" w:hAnsi="Georgia"/>
          <w:b w:val="0"/>
          <w:i/>
          <w:color w:val="000000"/>
          <w:sz w:val="24"/>
        </w:rPr>
        <w:t>«Г-сподь перечтет при переписи народов…»</w:t>
      </w:r>
      <w:r>
        <w:rPr>
          <w:rFonts w:ascii="Georgia" w:hAnsi="Georgia"/>
          <w:b w:val="0"/>
          <w:i w:val="0"/>
          <w:color w:val="000000"/>
          <w:sz w:val="24"/>
        </w:rPr>
        <w:t xml:space="preserve"> (Теилим 87:6) начальные буквы составляют в гематрии 92 (</w:t>
      </w:r>
      <w:r>
        <w:rPr>
          <w:rFonts w:ascii="Georgia" w:hAnsi="Georgia" w:cs="Times New Roman"/>
          <w:b/>
          <w:i w:val="0"/>
          <w:color w:val="000000"/>
          <w:sz w:val="24"/>
          <w:rtl/>
          <w:szCs w:val="32"/>
        </w:rPr>
        <w:t>צ״ב</w:t>
      </w:r>
      <w:r>
        <w:rPr>
          <w:rFonts w:ascii="Georgia" w:hAnsi="Georgia"/>
          <w:b w:val="0"/>
          <w:i w:val="0"/>
          <w:color w:val="000000"/>
          <w:sz w:val="24"/>
        </w:rPr>
        <w:t>): АВАЯ для Зеир Анпина (ЗА) — 26, а АДОНАЙ для его Нуквы — 65 (</w:t>
      </w:r>
      <w:r>
        <w:rPr>
          <w:rFonts w:ascii="Georgia" w:hAnsi="Georgia" w:cs="Times New Roman"/>
          <w:b/>
          <w:i w:val="0"/>
          <w:color w:val="000000"/>
          <w:sz w:val="24"/>
          <w:rtl/>
          <w:szCs w:val="32"/>
        </w:rPr>
        <w:t>ה״ס</w:t>
      </w:r>
      <w:r>
        <w:rPr>
          <w:rFonts w:ascii="Georgia" w:hAnsi="Georgia"/>
          <w:b w:val="0"/>
          <w:i w:val="0"/>
          <w:color w:val="000000"/>
          <w:sz w:val="24"/>
        </w:rPr>
        <w:t xml:space="preserve">), и вместе с коллелем получается 92. В [словах] </w:t>
      </w:r>
      <w:r>
        <w:rPr>
          <w:rFonts w:ascii="Georgia" w:hAnsi="Georgia"/>
          <w:b w:val="0"/>
          <w:i/>
          <w:color w:val="000000"/>
          <w:sz w:val="24"/>
        </w:rPr>
        <w:t>«…Этот родился там, сэла»</w:t>
      </w:r>
      <w:r>
        <w:rPr>
          <w:rFonts w:ascii="Georgia" w:hAnsi="Georgia"/>
          <w:b w:val="0"/>
          <w:i w:val="0"/>
          <w:color w:val="000000"/>
          <w:sz w:val="24"/>
        </w:rPr>
        <w:t xml:space="preserve"> начальные буквы дают число </w:t>
      </w:r>
      <w:r>
        <w:rPr>
          <w:rFonts w:ascii="Georgia" w:hAnsi="Georgia"/>
          <w:b w:val="0"/>
          <w:i/>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 xml:space="preserve">) светов (говорит Шмуэль: с коллелем). Конечные буквы [слов] </w:t>
      </w:r>
      <w:r>
        <w:rPr>
          <w:rFonts w:ascii="Georgia" w:hAnsi="Georgia"/>
          <w:b w:val="0"/>
          <w:i/>
          <w:color w:val="000000"/>
          <w:sz w:val="24"/>
        </w:rPr>
        <w:t>«Г-сподь перечтет при переписи народов»</w:t>
      </w:r>
      <w:r>
        <w:rPr>
          <w:rFonts w:ascii="Georgia" w:hAnsi="Georgia"/>
          <w:b w:val="0"/>
          <w:i w:val="0"/>
          <w:color w:val="000000"/>
          <w:sz w:val="24"/>
        </w:rPr>
        <w:t xml:space="preserve"> вместе с коллелем составляют 248 (</w:t>
      </w:r>
      <w:r>
        <w:rPr>
          <w:rFonts w:ascii="Georgia" w:hAnsi="Georgia" w:cs="Times New Roman"/>
          <w:b/>
          <w:i w:val="0"/>
          <w:color w:val="000000"/>
          <w:sz w:val="24"/>
          <w:rtl/>
          <w:szCs w:val="32"/>
        </w:rPr>
        <w:t>רמ״ח</w:t>
      </w:r>
      <w:r>
        <w:rPr>
          <w:rFonts w:ascii="Georgia" w:hAnsi="Georgia"/>
          <w:b w:val="0"/>
          <w:i w:val="0"/>
          <w:color w:val="000000"/>
          <w:sz w:val="24"/>
        </w:rPr>
        <w:t>) — это четыре [наполнения] АВАЯ: АБ, САГ, МА, БОН и 16 (</w:t>
      </w:r>
      <w:r>
        <w:rPr>
          <w:rFonts w:ascii="Georgia" w:hAnsi="Georgia" w:cs="Times New Roman"/>
          <w:b/>
          <w:i w:val="0"/>
          <w:color w:val="000000"/>
          <w:sz w:val="24"/>
          <w:rtl/>
          <w:szCs w:val="32"/>
        </w:rPr>
        <w:t>י״ו</w:t>
      </w:r>
      <w:r>
        <w:rPr>
          <w:rFonts w:ascii="Georgia" w:hAnsi="Georgia"/>
          <w:b w:val="0"/>
          <w:i w:val="0"/>
          <w:color w:val="000000"/>
          <w:sz w:val="24"/>
        </w:rPr>
        <w:t xml:space="preserve">) их простых букв (отиет). Конечные буквы [слов] </w:t>
      </w:r>
      <w:r>
        <w:rPr>
          <w:rFonts w:ascii="Georgia" w:hAnsi="Georgia"/>
          <w:b w:val="0"/>
          <w:i/>
          <w:color w:val="000000"/>
          <w:sz w:val="24"/>
        </w:rPr>
        <w:t>«Этот родился там, сэла»</w:t>
      </w:r>
      <w:r>
        <w:rPr>
          <w:rFonts w:ascii="Georgia" w:hAnsi="Georgia"/>
          <w:b w:val="0"/>
          <w:i w:val="0"/>
          <w:color w:val="000000"/>
          <w:sz w:val="24"/>
        </w:rPr>
        <w:t xml:space="preserve"> в гематрии равны 54 (</w:t>
      </w:r>
      <w:r>
        <w:rPr>
          <w:rFonts w:ascii="Georgia" w:hAnsi="Georgia" w:cs="Times New Roman"/>
          <w:b/>
          <w:i w:val="0"/>
          <w:color w:val="000000"/>
          <w:sz w:val="24"/>
          <w:rtl/>
          <w:szCs w:val="32"/>
        </w:rPr>
        <w:t>נ״ד</w:t>
      </w:r>
      <w:r>
        <w:rPr>
          <w:rFonts w:ascii="Georgia" w:hAnsi="Georgia"/>
          <w:b w:val="0"/>
          <w:i w:val="0"/>
          <w:color w:val="000000"/>
          <w:sz w:val="24"/>
        </w:rPr>
        <w:t>). И это два наполнения, каждое по 27 (</w:t>
      </w:r>
      <w:r>
        <w:rPr>
          <w:rFonts w:ascii="Georgia" w:hAnsi="Georgia" w:cs="Times New Roman"/>
          <w:b/>
          <w:i w:val="0"/>
          <w:color w:val="000000"/>
          <w:sz w:val="24"/>
          <w:rtl/>
          <w:szCs w:val="32"/>
        </w:rPr>
        <w:t>ז״ך</w:t>
      </w:r>
      <w:r>
        <w:rPr>
          <w:rFonts w:ascii="Georgia" w:hAnsi="Georgia"/>
          <w:b w:val="0"/>
          <w:i w:val="0"/>
          <w:color w:val="000000"/>
          <w:sz w:val="24"/>
        </w:rPr>
        <w:t xml:space="preserve">): 27 — [наполнение] АВАЯ для ЗА, и 27 — [наполнение] АДОНАЙ для Нуквы. [Слова] </w:t>
      </w:r>
      <w:r>
        <w:rPr>
          <w:rFonts w:ascii="Georgia" w:hAnsi="Georgia"/>
          <w:b w:val="0"/>
          <w:i/>
          <w:color w:val="000000"/>
          <w:sz w:val="24"/>
        </w:rPr>
        <w:t>«Г-сподь перечтет»</w:t>
      </w:r>
      <w:r>
        <w:rPr>
          <w:rFonts w:ascii="Georgia" w:hAnsi="Georgia"/>
          <w:b w:val="0"/>
          <w:i w:val="0"/>
          <w:color w:val="000000"/>
          <w:sz w:val="24"/>
        </w:rPr>
        <w:t xml:space="preserve"> в гематрии равны 376 (</w:t>
      </w:r>
      <w:r>
        <w:rPr>
          <w:rFonts w:ascii="Georgia" w:hAnsi="Georgia" w:cs="Times New Roman"/>
          <w:b/>
          <w:i w:val="0"/>
          <w:color w:val="000000"/>
          <w:sz w:val="24"/>
          <w:rtl/>
          <w:szCs w:val="32"/>
        </w:rPr>
        <w:t>שע״ו</w:t>
      </w:r>
      <w:r>
        <w:rPr>
          <w:rFonts w:ascii="Georgia" w:hAnsi="Georgia"/>
          <w:b w:val="0"/>
          <w:i w:val="0"/>
          <w:color w:val="000000"/>
          <w:sz w:val="24"/>
        </w:rPr>
        <w:t>). И это 370 (</w:t>
      </w:r>
      <w:r>
        <w:rPr>
          <w:rFonts w:ascii="Georgia" w:hAnsi="Georgia" w:cs="Times New Roman"/>
          <w:b/>
          <w:i w:val="0"/>
          <w:color w:val="000000"/>
          <w:sz w:val="24"/>
          <w:rtl/>
          <w:szCs w:val="32"/>
        </w:rPr>
        <w:t>ש״ע</w:t>
      </w:r>
      <w:r>
        <w:rPr>
          <w:rFonts w:ascii="Georgia" w:hAnsi="Georgia"/>
          <w:b w:val="0"/>
          <w:i w:val="0"/>
          <w:color w:val="000000"/>
          <w:sz w:val="24"/>
        </w:rPr>
        <w:t>) светов и шесть букв [наполнения Имени] ЭЛЬ (</w:t>
      </w:r>
      <w:r>
        <w:rPr>
          <w:rFonts w:ascii="Georgia" w:hAnsi="Georgia" w:cs="Times New Roman"/>
          <w:b/>
          <w:i w:val="0"/>
          <w:color w:val="000000"/>
          <w:sz w:val="24"/>
          <w:rtl/>
          <w:szCs w:val="32"/>
        </w:rPr>
        <w:t>אָלֶף לָמֶד</w:t>
      </w:r>
      <w:r>
        <w:rPr>
          <w:rFonts w:ascii="Georgia" w:hAnsi="Georgia"/>
          <w:b w:val="0"/>
          <w:i w:val="0"/>
          <w:color w:val="000000"/>
          <w:sz w:val="24"/>
        </w:rPr>
        <w:t>), которые, как известно, служат их корнем, — вот и 376. Говорит Шмуэль: понятно, что это [дважды по] 185 (</w:t>
      </w:r>
      <w:r>
        <w:rPr>
          <w:rFonts w:ascii="Georgia" w:hAnsi="Georgia" w:cs="Times New Roman"/>
          <w:b/>
          <w:i w:val="0"/>
          <w:color w:val="000000"/>
          <w:sz w:val="24"/>
          <w:rtl/>
          <w:szCs w:val="32"/>
        </w:rPr>
        <w:t>קפ״ה</w:t>
      </w:r>
      <w:r>
        <w:rPr>
          <w:rFonts w:ascii="Georgia" w:hAnsi="Georgia"/>
          <w:b w:val="0"/>
          <w:i w:val="0"/>
          <w:color w:val="000000"/>
          <w:sz w:val="24"/>
        </w:rPr>
        <w:t xml:space="preserve">), то есть 185 и 185. [Слово] </w:t>
      </w:r>
      <w:r>
        <w:rPr>
          <w:rFonts w:ascii="Georgia" w:hAnsi="Georgia"/>
          <w:b w:val="0"/>
          <w:i/>
          <w:color w:val="000000"/>
          <w:sz w:val="24"/>
        </w:rPr>
        <w:t>би-хтов</w:t>
      </w:r>
      <w:r>
        <w:rPr>
          <w:rFonts w:ascii="Georgia" w:hAnsi="Georgia"/>
          <w:b w:val="0"/>
          <w:i w:val="0"/>
          <w:color w:val="000000"/>
          <w:sz w:val="24"/>
        </w:rPr>
        <w:t xml:space="preserve"> («при записи») (</w:t>
      </w:r>
      <w:r>
        <w:rPr>
          <w:rFonts w:ascii="Georgia" w:hAnsi="Georgia" w:cs="Times New Roman"/>
          <w:b/>
          <w:i w:val="0"/>
          <w:color w:val="000000"/>
          <w:sz w:val="24"/>
          <w:rtl/>
          <w:szCs w:val="32"/>
        </w:rPr>
        <w:t>בִּכְתֹב</w:t>
      </w:r>
      <w:r>
        <w:rPr>
          <w:rFonts w:ascii="Georgia" w:hAnsi="Georgia"/>
          <w:b w:val="0"/>
          <w:i w:val="0"/>
          <w:color w:val="000000"/>
          <w:sz w:val="24"/>
        </w:rPr>
        <w:t>) в гематрии равно 425 (</w:t>
      </w:r>
      <w:r>
        <w:rPr>
          <w:rFonts w:ascii="Georgia" w:hAnsi="Georgia" w:cs="Times New Roman"/>
          <w:b/>
          <w:i w:val="0"/>
          <w:color w:val="000000"/>
          <w:sz w:val="24"/>
          <w:rtl/>
          <w:szCs w:val="32"/>
        </w:rPr>
        <w:t>תכ״ה</w:t>
      </w:r>
      <w:r>
        <w:rPr>
          <w:rFonts w:ascii="Georgia" w:hAnsi="Georgia"/>
          <w:b w:val="0"/>
          <w:i w:val="0"/>
          <w:color w:val="000000"/>
          <w:sz w:val="24"/>
        </w:rPr>
        <w:t xml:space="preserve">) с коллелем, и это святое Имя, образуемое начальными буквами [слов] </w:t>
      </w:r>
      <w:r>
        <w:rPr>
          <w:rFonts w:ascii="Georgia" w:hAnsi="Georgia"/>
          <w:b w:val="0"/>
          <w:i/>
          <w:color w:val="000000"/>
          <w:sz w:val="24"/>
        </w:rPr>
        <w:t>«Всякая душа да восхвалит [Г-спода]»</w:t>
      </w:r>
      <w:r>
        <w:rPr>
          <w:rFonts w:ascii="Georgia" w:hAnsi="Georgia"/>
          <w:b w:val="0"/>
          <w:i w:val="0"/>
          <w:color w:val="000000"/>
          <w:sz w:val="24"/>
        </w:rPr>
        <w:t xml:space="preserve"> (</w:t>
      </w:r>
      <w:r>
        <w:rPr>
          <w:rFonts w:ascii="Georgia" w:hAnsi="Georgia"/>
          <w:b w:val="0"/>
          <w:i/>
          <w:color w:val="000000"/>
          <w:sz w:val="24"/>
        </w:rPr>
        <w:t>коль а-нешама теалель</w:t>
      </w:r>
      <w:r>
        <w:rPr>
          <w:rFonts w:ascii="Georgia" w:hAnsi="Georgia"/>
          <w:b w:val="0"/>
          <w:i w:val="0"/>
          <w:color w:val="000000"/>
          <w:sz w:val="24"/>
        </w:rPr>
        <w:t xml:space="preserve">, </w:t>
      </w:r>
      <w:r>
        <w:rPr>
          <w:rFonts w:ascii="Georgia" w:hAnsi="Georgia" w:cs="Times New Roman"/>
          <w:b/>
          <w:i w:val="0"/>
          <w:color w:val="000000"/>
          <w:sz w:val="24"/>
          <w:rtl/>
          <w:szCs w:val="32"/>
        </w:rPr>
        <w:t>כָּל הַנְּשָׁמָ׳ תְּהַלֵּל</w:t>
      </w:r>
      <w:r>
        <w:rPr>
          <w:rFonts w:ascii="Georgia" w:hAnsi="Georgia"/>
          <w:b w:val="0"/>
          <w:i w:val="0"/>
          <w:color w:val="000000"/>
          <w:sz w:val="24"/>
        </w:rPr>
        <w:t xml:space="preserve">) (Теилим 150:6). [Слово] </w:t>
      </w:r>
      <w:r>
        <w:rPr>
          <w:rFonts w:ascii="Georgia" w:hAnsi="Georgia"/>
          <w:b w:val="0"/>
          <w:i/>
          <w:color w:val="000000"/>
          <w:sz w:val="24"/>
        </w:rPr>
        <w:t>амим</w:t>
      </w:r>
      <w:r>
        <w:rPr>
          <w:rFonts w:ascii="Georgia" w:hAnsi="Georgia"/>
          <w:b w:val="0"/>
          <w:i w:val="0"/>
          <w:color w:val="000000"/>
          <w:sz w:val="24"/>
        </w:rPr>
        <w:t xml:space="preserve"> («народов») в гематрии равно [Имени] ЭЙЕ де-йодин (с наполнением йод) (говорит Шмуэль: с коллелем). [Слова] </w:t>
      </w:r>
      <w:r>
        <w:rPr>
          <w:rFonts w:ascii="Georgia" w:hAnsi="Georgia"/>
          <w:b w:val="0"/>
          <w:i/>
          <w:color w:val="000000"/>
          <w:sz w:val="24"/>
        </w:rPr>
        <w:t>зэ юлад</w:t>
      </w:r>
      <w:r>
        <w:rPr>
          <w:rFonts w:ascii="Georgia" w:hAnsi="Georgia"/>
          <w:b w:val="0"/>
          <w:i w:val="0"/>
          <w:color w:val="000000"/>
          <w:sz w:val="24"/>
        </w:rPr>
        <w:t xml:space="preserve"> («этот родился») в гематрии равны Имени БОН де-хэйин (с наполнением буквами хэй) и девяти его буквам (говорит Шмуэль: с коллелем). [Слова] </w:t>
      </w:r>
      <w:r>
        <w:rPr>
          <w:rFonts w:ascii="Georgia" w:hAnsi="Georgia"/>
          <w:b w:val="0"/>
          <w:i/>
          <w:color w:val="000000"/>
          <w:sz w:val="24"/>
        </w:rPr>
        <w:t>шам сэла</w:t>
      </w:r>
      <w:r>
        <w:rPr>
          <w:rFonts w:ascii="Georgia" w:hAnsi="Georgia"/>
          <w:b w:val="0"/>
          <w:i w:val="0"/>
          <w:color w:val="000000"/>
          <w:sz w:val="24"/>
        </w:rPr>
        <w:t xml:space="preserve"> («там, сэла») в гематрии равны пяти [Именам] ЭЛОКИМ, которые составляют 430 (</w:t>
      </w:r>
      <w:r>
        <w:rPr>
          <w:rFonts w:ascii="Georgia" w:hAnsi="Georgia" w:cs="Times New Roman"/>
          <w:b/>
          <w:i w:val="0"/>
          <w:color w:val="000000"/>
          <w:sz w:val="24"/>
          <w:rtl/>
          <w:szCs w:val="32"/>
        </w:rPr>
        <w:t>ת״ל</w:t>
      </w:r>
      <w:r>
        <w:rPr>
          <w:rFonts w:ascii="Georgia" w:hAnsi="Georgia"/>
          <w:b w:val="0"/>
          <w:i w:val="0"/>
          <w:color w:val="000000"/>
          <w:sz w:val="24"/>
        </w:rPr>
        <w:t xml:space="preserve">), и пяти его простым буквам — либо пяти коллелям самих пяти [Имен] ЭЛОКИМ. Это Имя образуется от [слова] </w:t>
      </w:r>
      <w:r>
        <w:rPr>
          <w:rFonts w:ascii="Georgia" w:hAnsi="Georgia"/>
          <w:b w:val="0"/>
          <w:i/>
          <w:color w:val="000000"/>
          <w:sz w:val="24"/>
        </w:rPr>
        <w:t>шам</w:t>
      </w:r>
      <w:r>
        <w:rPr>
          <w:rFonts w:ascii="Georgia" w:hAnsi="Georgia"/>
          <w:b w:val="0"/>
          <w:i w:val="0"/>
          <w:color w:val="000000"/>
          <w:sz w:val="24"/>
        </w:rPr>
        <w:t xml:space="preserve"> («там») по [системе] атбаш: </w:t>
      </w:r>
      <w:r>
        <w:rPr>
          <w:rFonts w:ascii="Georgia" w:hAnsi="Georgia"/>
          <w:b w:val="0"/>
          <w:i/>
          <w:color w:val="000000"/>
          <w:sz w:val="24"/>
        </w:rPr>
        <w:t>Йебо</w:t>
      </w:r>
      <w:r>
        <w:rPr>
          <w:rFonts w:ascii="Georgia" w:hAnsi="Georgia"/>
          <w:b w:val="0"/>
          <w:i w:val="0"/>
          <w:color w:val="000000"/>
          <w:sz w:val="24"/>
        </w:rPr>
        <w:t xml:space="preserve"> (</w:t>
      </w:r>
      <w:r>
        <w:rPr>
          <w:rFonts w:ascii="Georgia" w:hAnsi="Georgia" w:cs="Times New Roman"/>
          <w:b/>
          <w:i w:val="0"/>
          <w:color w:val="000000"/>
          <w:sz w:val="24"/>
          <w:rtl/>
          <w:szCs w:val="32"/>
        </w:rPr>
        <w:t>יֶבֹּ</w:t>
      </w:r>
      <w:r>
        <w:rPr>
          <w:rFonts w:ascii="Georgia" w:hAnsi="Georgia"/>
          <w:b w:val="0"/>
          <w:i w:val="0"/>
          <w:color w:val="000000"/>
          <w:sz w:val="24"/>
        </w:rPr>
        <w:t xml:space="preserve">), а огласовка — от [слов] </w:t>
      </w:r>
      <w:r>
        <w:rPr>
          <w:rFonts w:ascii="Georgia" w:hAnsi="Georgia"/>
          <w:b w:val="0"/>
          <w:i/>
          <w:color w:val="000000"/>
          <w:sz w:val="24"/>
        </w:rPr>
        <w:t>зэ юлад</w:t>
      </w:r>
      <w:r>
        <w:rPr>
          <w:rFonts w:ascii="Georgia" w:hAnsi="Georgia"/>
          <w:b w:val="0"/>
          <w:i w:val="0"/>
          <w:color w:val="000000"/>
          <w:sz w:val="24"/>
        </w:rPr>
        <w:t xml:space="preserve"> («этот родился»). И оно в гематрии равно 12 (</w:t>
      </w:r>
      <w:r>
        <w:rPr>
          <w:rFonts w:ascii="Georgia" w:hAnsi="Georgia" w:cs="Times New Roman"/>
          <w:b/>
          <w:i w:val="0"/>
          <w:color w:val="000000"/>
          <w:sz w:val="24"/>
          <w:rtl/>
          <w:szCs w:val="32"/>
        </w:rPr>
        <w:t>י״ב</w:t>
      </w:r>
      <w:r>
        <w:rPr>
          <w:rFonts w:ascii="Georgia" w:hAnsi="Georgia"/>
          <w:b w:val="0"/>
          <w:i w:val="0"/>
          <w:color w:val="000000"/>
          <w:sz w:val="24"/>
        </w:rPr>
        <w:t>) — [числу] букв [трех Имен]: ЭЙЕ, АВАЯ, АДОНАЙ, чтобы смягчить ими пять упомянутых [Имен] ЭЛОКИМ. Чтение — в Тиккуне 43 [книги «Тиккуней Зоар»].</w:t>
      </w:r>
    </w:p>
    <w:p>
      <w:pPr>
        <w:keepNext/>
        <w:spacing w:before="320" w:after="120"/>
      </w:pPr>
      <w:r>
        <w:rPr>
          <w:rFonts w:ascii="Georgia" w:hAnsi="Georgia"/>
          <w:b w:val="0"/>
          <w:i w:val="0"/>
          <w:color w:val="000000"/>
          <w:sz w:val="32"/>
        </w:rPr>
        <w:t>Ихуд 8</w:t>
      </w:r>
    </w:p>
    <w:p>
      <w:pPr>
        <w:spacing w:before="40" w:after="120"/>
        <w:jc w:val="both"/>
      </w:pPr>
      <w:r>
        <w:rPr>
          <w:rFonts w:ascii="Georgia" w:hAnsi="Georgia"/>
          <w:b w:val="0"/>
          <w:i w:val="0"/>
          <w:color w:val="000000"/>
          <w:sz w:val="24"/>
        </w:rPr>
        <w:t xml:space="preserve">К упомянутому выше [относится стих]: </w:t>
      </w:r>
      <w:r>
        <w:rPr>
          <w:rFonts w:ascii="Georgia" w:hAnsi="Georgia"/>
          <w:b w:val="0"/>
          <w:i/>
          <w:color w:val="000000"/>
          <w:sz w:val="24"/>
        </w:rPr>
        <w:t>«При умножении блага умножаются поедающие его…»</w:t>
      </w:r>
      <w:r>
        <w:rPr>
          <w:rFonts w:ascii="Georgia" w:hAnsi="Georgia"/>
          <w:b w:val="0"/>
          <w:i w:val="0"/>
          <w:color w:val="000000"/>
          <w:sz w:val="24"/>
        </w:rPr>
        <w:t xml:space="preserve"> (Коэлет 5:10). Начальные буквы [этих слов дают в гематрии] 208 (</w:t>
      </w:r>
      <w:r>
        <w:rPr>
          <w:rFonts w:ascii="Georgia" w:hAnsi="Georgia" w:cs="Times New Roman"/>
          <w:b/>
          <w:i w:val="0"/>
          <w:color w:val="000000"/>
          <w:sz w:val="24"/>
          <w:rtl/>
          <w:szCs w:val="32"/>
        </w:rPr>
        <w:t>ר״ח</w:t>
      </w:r>
      <w:r>
        <w:rPr>
          <w:rFonts w:ascii="Georgia" w:hAnsi="Georgia"/>
          <w:b w:val="0"/>
          <w:i w:val="0"/>
          <w:color w:val="000000"/>
          <w:sz w:val="24"/>
        </w:rPr>
        <w:t xml:space="preserve">), и это — четыре АВАЯ де-БОН с [наполнением] хэйин. А конечные буквы составляют слово </w:t>
      </w:r>
      <w:r>
        <w:rPr>
          <w:rFonts w:ascii="Georgia" w:hAnsi="Georgia"/>
          <w:b w:val="0"/>
          <w:i/>
          <w:color w:val="000000"/>
          <w:sz w:val="24"/>
        </w:rPr>
        <w:t>тав</w:t>
      </w:r>
      <w:r>
        <w:rPr>
          <w:rFonts w:ascii="Georgia" w:hAnsi="Georgia"/>
          <w:b w:val="0"/>
          <w:i w:val="0"/>
          <w:color w:val="000000"/>
          <w:sz w:val="24"/>
        </w:rPr>
        <w:t xml:space="preserve"> (</w:t>
      </w:r>
      <w:r>
        <w:rPr>
          <w:rFonts w:ascii="Georgia" w:hAnsi="Georgia" w:cs="Times New Roman"/>
          <w:b/>
          <w:i w:val="0"/>
          <w:color w:val="000000"/>
          <w:sz w:val="24"/>
          <w:rtl/>
          <w:szCs w:val="32"/>
        </w:rPr>
        <w:t>תי״ו</w:t>
      </w:r>
      <w:r>
        <w:rPr>
          <w:rFonts w:ascii="Georgia" w:hAnsi="Georgia"/>
          <w:b w:val="0"/>
          <w:i w:val="0"/>
          <w:color w:val="000000"/>
          <w:sz w:val="24"/>
        </w:rPr>
        <w:t xml:space="preserve"> [416]), и это — два простых ахораим де-ЭЛОКИМ: они [составляют в гематрии] 400 (</w:t>
      </w:r>
      <w:r>
        <w:rPr>
          <w:rFonts w:ascii="Georgia" w:hAnsi="Georgia" w:cs="Times New Roman"/>
          <w:b/>
          <w:i w:val="0"/>
          <w:color w:val="000000"/>
          <w:sz w:val="24"/>
          <w:rtl/>
          <w:szCs w:val="32"/>
        </w:rPr>
        <w:t>ת</w:t>
      </w:r>
      <w:r>
        <w:rPr>
          <w:rFonts w:ascii="Georgia" w:hAnsi="Georgia"/>
          <w:b w:val="0"/>
          <w:i w:val="0"/>
          <w:color w:val="000000"/>
          <w:sz w:val="24"/>
        </w:rPr>
        <w:t xml:space="preserve">), вместе с пятнадцатью буквами в них и колелем. [Слово] </w:t>
      </w:r>
      <w:r>
        <w:rPr>
          <w:rFonts w:ascii="Georgia" w:hAnsi="Georgia"/>
          <w:b w:val="0"/>
          <w:i/>
          <w:color w:val="000000"/>
          <w:sz w:val="24"/>
        </w:rPr>
        <w:t>бирвот</w:t>
      </w:r>
      <w:r>
        <w:rPr>
          <w:rFonts w:ascii="Georgia" w:hAnsi="Georgia"/>
          <w:b w:val="0"/>
          <w:i w:val="0"/>
          <w:color w:val="000000"/>
          <w:sz w:val="24"/>
        </w:rPr>
        <w:t xml:space="preserve"> (</w:t>
      </w:r>
      <w:r>
        <w:rPr>
          <w:rFonts w:ascii="Georgia" w:hAnsi="Georgia" w:cs="Times New Roman"/>
          <w:b/>
          <w:i w:val="0"/>
          <w:color w:val="000000"/>
          <w:sz w:val="24"/>
          <w:rtl/>
          <w:szCs w:val="32"/>
        </w:rPr>
        <w:t>בִּרְבוֹת</w:t>
      </w:r>
      <w:r>
        <w:rPr>
          <w:rFonts w:ascii="Georgia" w:hAnsi="Georgia"/>
          <w:b w:val="0"/>
          <w:i w:val="0"/>
          <w:color w:val="000000"/>
          <w:sz w:val="24"/>
        </w:rPr>
        <w:t>) — в гематрии 610 (</w:t>
      </w:r>
      <w:r>
        <w:rPr>
          <w:rFonts w:ascii="Georgia" w:hAnsi="Georgia" w:cs="Times New Roman"/>
          <w:b/>
          <w:i w:val="0"/>
          <w:color w:val="000000"/>
          <w:sz w:val="24"/>
          <w:rtl/>
          <w:szCs w:val="32"/>
        </w:rPr>
        <w:t>ית״ר</w:t>
      </w:r>
      <w:r>
        <w:rPr>
          <w:rFonts w:ascii="Georgia" w:hAnsi="Georgia"/>
          <w:b w:val="0"/>
          <w:i w:val="0"/>
          <w:color w:val="000000"/>
          <w:sz w:val="24"/>
        </w:rPr>
        <w:t xml:space="preserve">), и это — два Имени </w:t>
      </w:r>
      <w:r>
        <w:rPr>
          <w:rFonts w:ascii="Georgia" w:hAnsi="Georgia" w:cs="Times New Roman"/>
          <w:b/>
          <w:i w:val="0"/>
          <w:color w:val="000000"/>
          <w:sz w:val="24"/>
          <w:rtl/>
          <w:szCs w:val="32"/>
        </w:rPr>
        <w:t>מצפ״ץ מצפ״ץ</w:t>
      </w:r>
      <w:r>
        <w:rPr>
          <w:rFonts w:ascii="Georgia" w:hAnsi="Georgia"/>
          <w:b w:val="0"/>
          <w:i w:val="0"/>
          <w:color w:val="000000"/>
          <w:sz w:val="24"/>
        </w:rPr>
        <w:t xml:space="preserve">, восемь их букв и два их колеля. [Слова] </w:t>
      </w:r>
      <w:r>
        <w:rPr>
          <w:rFonts w:ascii="Georgia" w:hAnsi="Georgia"/>
          <w:b w:val="0"/>
          <w:i/>
          <w:color w:val="000000"/>
          <w:sz w:val="24"/>
        </w:rPr>
        <w:t>а-това раву</w:t>
      </w:r>
      <w:r>
        <w:rPr>
          <w:rFonts w:ascii="Georgia" w:hAnsi="Georgia"/>
          <w:b w:val="0"/>
          <w:i w:val="0"/>
          <w:color w:val="000000"/>
          <w:sz w:val="24"/>
        </w:rPr>
        <w:t xml:space="preserve"> (</w:t>
      </w:r>
      <w:r>
        <w:rPr>
          <w:rFonts w:ascii="Georgia" w:hAnsi="Georgia" w:cs="Times New Roman"/>
          <w:b/>
          <w:i w:val="0"/>
          <w:color w:val="000000"/>
          <w:sz w:val="24"/>
          <w:rtl/>
          <w:szCs w:val="32"/>
        </w:rPr>
        <w:t>הַטּוֹב׳ רַבּוּ</w:t>
      </w:r>
      <w:r>
        <w:rPr>
          <w:rFonts w:ascii="Georgia" w:hAnsi="Georgia"/>
          <w:b w:val="0"/>
          <w:i w:val="0"/>
          <w:color w:val="000000"/>
          <w:sz w:val="24"/>
        </w:rPr>
        <w:t>) — в гематрии 235 (</w:t>
      </w:r>
      <w:r>
        <w:rPr>
          <w:rFonts w:ascii="Georgia" w:hAnsi="Georgia" w:cs="Times New Roman"/>
          <w:b/>
          <w:i w:val="0"/>
          <w:color w:val="000000"/>
          <w:sz w:val="24"/>
          <w:rtl/>
          <w:szCs w:val="32"/>
        </w:rPr>
        <w:t>רל״ה</w:t>
      </w:r>
      <w:r>
        <w:rPr>
          <w:rFonts w:ascii="Georgia" w:hAnsi="Georgia"/>
          <w:b w:val="0"/>
          <w:i w:val="0"/>
          <w:color w:val="000000"/>
          <w:sz w:val="24"/>
        </w:rPr>
        <w:t>), а с колелем — 236 (</w:t>
      </w:r>
      <w:r>
        <w:rPr>
          <w:rFonts w:ascii="Georgia" w:hAnsi="Georgia" w:cs="Times New Roman"/>
          <w:b/>
          <w:i w:val="0"/>
          <w:color w:val="000000"/>
          <w:sz w:val="24"/>
          <w:rtl/>
          <w:szCs w:val="32"/>
        </w:rPr>
        <w:t>רל״ו</w:t>
      </w:r>
      <w:r>
        <w:rPr>
          <w:rFonts w:ascii="Georgia" w:hAnsi="Georgia"/>
          <w:b w:val="0"/>
          <w:i w:val="0"/>
          <w:color w:val="000000"/>
          <w:sz w:val="24"/>
        </w:rPr>
        <w:t xml:space="preserve">), и это — четыре АВАЯ: АБ, САГ, МА, БОН и четыре их колеля. [Слово] </w:t>
      </w:r>
      <w:r>
        <w:rPr>
          <w:rFonts w:ascii="Georgia" w:hAnsi="Georgia"/>
          <w:b w:val="0"/>
          <w:i/>
          <w:color w:val="000000"/>
          <w:sz w:val="24"/>
        </w:rPr>
        <w:t>охлейа</w:t>
      </w:r>
      <w:r>
        <w:rPr>
          <w:rFonts w:ascii="Georgia" w:hAnsi="Georgia"/>
          <w:b w:val="0"/>
          <w:i w:val="0"/>
          <w:color w:val="000000"/>
          <w:sz w:val="24"/>
        </w:rPr>
        <w:t xml:space="preserve"> (</w:t>
      </w:r>
      <w:r>
        <w:rPr>
          <w:rFonts w:ascii="Georgia" w:hAnsi="Georgia" w:cs="Times New Roman"/>
          <w:b/>
          <w:i w:val="0"/>
          <w:color w:val="000000"/>
          <w:sz w:val="24"/>
          <w:rtl/>
          <w:szCs w:val="32"/>
        </w:rPr>
        <w:t>אוֹכְלֶיהָ</w:t>
      </w:r>
      <w:r>
        <w:rPr>
          <w:rFonts w:ascii="Georgia" w:hAnsi="Georgia"/>
          <w:b w:val="0"/>
          <w:i w:val="0"/>
          <w:color w:val="000000"/>
          <w:sz w:val="24"/>
        </w:rPr>
        <w:t xml:space="preserve">) — в гематрии как [Имя] АДОНАЙ. Говорит Шмуэль: с колелем. И направь намерение, чтобы два упомянутых выше Имени </w:t>
      </w:r>
      <w:r>
        <w:rPr>
          <w:rFonts w:ascii="Georgia" w:hAnsi="Georgia" w:cs="Times New Roman"/>
          <w:b/>
          <w:i w:val="0"/>
          <w:color w:val="000000"/>
          <w:sz w:val="24"/>
          <w:rtl/>
          <w:szCs w:val="32"/>
        </w:rPr>
        <w:t>מצפ״ץ</w:t>
      </w:r>
      <w:r>
        <w:rPr>
          <w:rFonts w:ascii="Georgia" w:hAnsi="Georgia"/>
          <w:b w:val="0"/>
          <w:i w:val="0"/>
          <w:color w:val="000000"/>
          <w:sz w:val="24"/>
        </w:rPr>
        <w:t xml:space="preserve"> стерли два упомянутых выше ахораим де-ЭЛОКИМ, а четыре упомянутых [выше] АВАЯ смягчили упомянутое [выше] Имя АДОНАЙ. И всё это — в Зеир Анпине (ЗА). И всё это — после того как четыре упомянутых выше АВАЯ де-БОН спустятся в виде мохин самого ЗА: три [АВАЯ де-]БОН [пребывают] в трех его мохин, а один [АВАЯ де-]БОН — в остальной части его распространения. Имя [образуется] из [слова] </w:t>
      </w:r>
      <w:r>
        <w:rPr>
          <w:rFonts w:ascii="Georgia" w:hAnsi="Georgia"/>
          <w:b w:val="0"/>
          <w:i/>
          <w:color w:val="000000"/>
          <w:sz w:val="24"/>
        </w:rPr>
        <w:t>раву</w:t>
      </w:r>
      <w:r>
        <w:rPr>
          <w:rFonts w:ascii="Georgia" w:hAnsi="Georgia"/>
          <w:b w:val="0"/>
          <w:i w:val="0"/>
          <w:color w:val="000000"/>
          <w:sz w:val="24"/>
        </w:rPr>
        <w:t xml:space="preserve"> (</w:t>
      </w:r>
      <w:r>
        <w:rPr>
          <w:rFonts w:ascii="Georgia" w:hAnsi="Georgia" w:cs="Times New Roman"/>
          <w:b/>
          <w:i w:val="0"/>
          <w:color w:val="000000"/>
          <w:sz w:val="24"/>
          <w:rtl/>
          <w:szCs w:val="32"/>
        </w:rPr>
        <w:t>רַבּוּ</w:t>
      </w:r>
      <w:r>
        <w:rPr>
          <w:rFonts w:ascii="Georgia" w:hAnsi="Georgia"/>
          <w:b w:val="0"/>
          <w:i w:val="0"/>
          <w:color w:val="000000"/>
          <w:sz w:val="24"/>
        </w:rPr>
        <w:t>)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 [это буквы] </w:t>
      </w:r>
      <w:r>
        <w:rPr>
          <w:rFonts w:ascii="Georgia" w:hAnsi="Georgia" w:cs="Times New Roman"/>
          <w:b/>
          <w:i w:val="0"/>
          <w:color w:val="000000"/>
          <w:sz w:val="24"/>
          <w:rtl/>
          <w:szCs w:val="32"/>
        </w:rPr>
        <w:t>גשף</w:t>
      </w:r>
      <w:r>
        <w:rPr>
          <w:rFonts w:ascii="Georgia" w:hAnsi="Georgia"/>
          <w:b w:val="0"/>
          <w:i w:val="0"/>
          <w:color w:val="000000"/>
          <w:sz w:val="24"/>
        </w:rPr>
        <w:t>, и оно равно в гематрии 370 (</w:t>
      </w:r>
      <w:r>
        <w:rPr>
          <w:rFonts w:ascii="Georgia" w:hAnsi="Georgia" w:cs="Times New Roman"/>
          <w:b/>
          <w:i w:val="0"/>
          <w:color w:val="000000"/>
          <w:sz w:val="24"/>
          <w:rtl/>
          <w:szCs w:val="32"/>
        </w:rPr>
        <w:t>ש״ע</w:t>
      </w:r>
      <w:r>
        <w:rPr>
          <w:rFonts w:ascii="Georgia" w:hAnsi="Georgia"/>
          <w:b w:val="0"/>
          <w:i w:val="0"/>
          <w:color w:val="000000"/>
          <w:sz w:val="24"/>
        </w:rPr>
        <w:t>) светам и тринадцати (</w:t>
      </w:r>
      <w:r>
        <w:rPr>
          <w:rFonts w:ascii="Georgia" w:hAnsi="Georgia" w:cs="Times New Roman"/>
          <w:b/>
          <w:i w:val="0"/>
          <w:color w:val="000000"/>
          <w:sz w:val="24"/>
          <w:rtl/>
          <w:szCs w:val="32"/>
        </w:rPr>
        <w:t>י״ג</w:t>
      </w:r>
      <w:r>
        <w:rPr>
          <w:rFonts w:ascii="Georgia" w:hAnsi="Georgia"/>
          <w:b w:val="0"/>
          <w:i w:val="0"/>
          <w:color w:val="000000"/>
          <w:sz w:val="24"/>
        </w:rPr>
        <w:t>) исправлениям дикна де-АА. Чтение — в исправлении 46.</w:t>
      </w:r>
    </w:p>
    <w:p>
      <w:pPr>
        <w:keepNext/>
        <w:spacing w:before="320" w:after="120"/>
      </w:pPr>
      <w:r>
        <w:rPr>
          <w:rFonts w:ascii="Georgia" w:hAnsi="Georgia"/>
          <w:b w:val="0"/>
          <w:i w:val="0"/>
          <w:color w:val="000000"/>
          <w:sz w:val="32"/>
        </w:rPr>
        <w:t>Ихуд 9</w:t>
      </w:r>
    </w:p>
    <w:p>
      <w:pPr>
        <w:spacing w:before="40" w:after="120"/>
        <w:jc w:val="both"/>
      </w:pPr>
      <w:r>
        <w:rPr>
          <w:rFonts w:ascii="Georgia" w:hAnsi="Georgia"/>
          <w:b w:val="0"/>
          <w:i w:val="0"/>
          <w:color w:val="000000"/>
          <w:sz w:val="24"/>
        </w:rPr>
        <w:t xml:space="preserve">К упомянутому выше: </w:t>
      </w:r>
      <w:r>
        <w:rPr>
          <w:rFonts w:ascii="Georgia" w:hAnsi="Georgia"/>
          <w:b w:val="0"/>
          <w:i/>
          <w:color w:val="000000"/>
          <w:sz w:val="24"/>
        </w:rPr>
        <w:t>«Я сказал: буду хранить пути мои, чтобы не грешить языком моим…»</w:t>
      </w:r>
      <w:r>
        <w:rPr>
          <w:rFonts w:ascii="Georgia" w:hAnsi="Georgia"/>
          <w:b w:val="0"/>
          <w:i w:val="0"/>
          <w:color w:val="000000"/>
          <w:sz w:val="24"/>
        </w:rPr>
        <w:t xml:space="preserve"> (</w:t>
      </w:r>
      <w:r>
        <w:rPr>
          <w:rFonts w:ascii="Georgia" w:hAnsi="Georgia" w:cs="Times New Roman"/>
          <w:b/>
          <w:i w:val="0"/>
          <w:color w:val="000000"/>
          <w:sz w:val="24"/>
          <w:rtl/>
          <w:szCs w:val="32"/>
        </w:rPr>
        <w:t>אמרתי אשמר׳ דרכי מחטוא בלשוני</w:t>
      </w:r>
      <w:r>
        <w:rPr>
          <w:rFonts w:ascii="Georgia" w:hAnsi="Georgia"/>
          <w:b w:val="0"/>
          <w:i w:val="0"/>
          <w:color w:val="000000"/>
          <w:sz w:val="24"/>
        </w:rPr>
        <w:t>, Теилим 39:2). Начальные буквы [этих слов равны] 24 и 24 (</w:t>
      </w:r>
      <w:r>
        <w:rPr>
          <w:rFonts w:ascii="Georgia" w:hAnsi="Georgia" w:cs="Times New Roman"/>
          <w:b/>
          <w:i w:val="0"/>
          <w:color w:val="000000"/>
          <w:sz w:val="24"/>
          <w:rtl/>
          <w:szCs w:val="32"/>
        </w:rPr>
        <w:t>כ״ד כ״ד</w:t>
      </w:r>
      <w:r>
        <w:rPr>
          <w:rFonts w:ascii="Georgia" w:hAnsi="Georgia"/>
          <w:b w:val="0"/>
          <w:i w:val="0"/>
          <w:color w:val="000000"/>
          <w:sz w:val="24"/>
        </w:rPr>
        <w:t>), что составляет две открытые трети Хеседа, распространяющегося в Тиферет де-Зеир Анпин. Говорит Шмуэль: смысл в том, что начальные буквы упомянутых слов в гематрии составляют 48 (</w:t>
      </w:r>
      <w:r>
        <w:rPr>
          <w:rFonts w:ascii="Georgia" w:hAnsi="Georgia" w:cs="Times New Roman"/>
          <w:b/>
          <w:i w:val="0"/>
          <w:color w:val="000000"/>
          <w:sz w:val="24"/>
          <w:rtl/>
          <w:szCs w:val="32"/>
        </w:rPr>
        <w:t>מ״ח</w:t>
      </w:r>
      <w:r>
        <w:rPr>
          <w:rFonts w:ascii="Georgia" w:hAnsi="Georgia"/>
          <w:b w:val="0"/>
          <w:i w:val="0"/>
          <w:color w:val="000000"/>
          <w:sz w:val="24"/>
        </w:rPr>
        <w:t>), и это две трети Имени АБ (72), которое находится в Хеседе, и так далее. А конечные буквы упомянутых слов [в сумме составляют] 36 (</w:t>
      </w:r>
      <w:r>
        <w:rPr>
          <w:rFonts w:ascii="Georgia" w:hAnsi="Georgia" w:cs="Times New Roman"/>
          <w:b/>
          <w:i w:val="0"/>
          <w:color w:val="000000"/>
          <w:sz w:val="24"/>
          <w:rtl/>
          <w:szCs w:val="32"/>
        </w:rPr>
        <w:t>ל״ו</w:t>
      </w:r>
      <w:r>
        <w:rPr>
          <w:rFonts w:ascii="Georgia" w:hAnsi="Georgia"/>
          <w:b w:val="0"/>
          <w:i w:val="0"/>
          <w:color w:val="000000"/>
          <w:sz w:val="24"/>
        </w:rPr>
        <w:t>), и это 36 букв простого [написания], наполнения и наполнения наполнения Имени АВАЯ де-БОН де-хэйин. [Слово] «амарти» — в гематрии 656 (</w:t>
      </w:r>
      <w:r>
        <w:rPr>
          <w:rFonts w:ascii="Georgia" w:hAnsi="Georgia" w:cs="Times New Roman"/>
          <w:b/>
          <w:i w:val="0"/>
          <w:color w:val="000000"/>
          <w:sz w:val="24"/>
          <w:rtl/>
          <w:szCs w:val="32"/>
        </w:rPr>
        <w:t>תרנ״ו</w:t>
      </w:r>
      <w:r>
        <w:rPr>
          <w:rFonts w:ascii="Georgia" w:hAnsi="Georgia"/>
          <w:b w:val="0"/>
          <w:i w:val="0"/>
          <w:color w:val="000000"/>
          <w:sz w:val="24"/>
        </w:rPr>
        <w:t>), десять [Имен] АВАЯ. Мне, Хаиму, представляется: десять [Имен] АДОНАЙ. Говорит Шмуэль: должно быть [написано]: «в гематрии 651 (</w:t>
      </w:r>
      <w:r>
        <w:rPr>
          <w:rFonts w:ascii="Georgia" w:hAnsi="Georgia" w:cs="Times New Roman"/>
          <w:b/>
          <w:i w:val="0"/>
          <w:color w:val="000000"/>
          <w:sz w:val="24"/>
          <w:rtl/>
          <w:szCs w:val="32"/>
        </w:rPr>
        <w:t>תרנ״א</w:t>
      </w:r>
      <w:r>
        <w:rPr>
          <w:rFonts w:ascii="Georgia" w:hAnsi="Georgia"/>
          <w:b w:val="0"/>
          <w:i w:val="0"/>
          <w:color w:val="000000"/>
          <w:sz w:val="24"/>
        </w:rPr>
        <w:t>)», и [тогда] это будет с колелем. А если захотят сосчитать также сами пять букв, чтобы прибавить их к 656, то это не составит числа десяти [Имен] АДОНАЙ. [Слово] «эшмера» — в гематрии 546 (</w:t>
      </w:r>
      <w:r>
        <w:rPr>
          <w:rFonts w:ascii="Georgia" w:hAnsi="Georgia" w:cs="Times New Roman"/>
          <w:b/>
          <w:i w:val="0"/>
          <w:color w:val="000000"/>
          <w:sz w:val="24"/>
          <w:rtl/>
          <w:szCs w:val="32"/>
        </w:rPr>
        <w:t>תקמ״ו</w:t>
      </w:r>
      <w:r>
        <w:rPr>
          <w:rFonts w:ascii="Georgia" w:hAnsi="Georgia"/>
          <w:b w:val="0"/>
          <w:i w:val="0"/>
          <w:color w:val="000000"/>
          <w:sz w:val="24"/>
        </w:rPr>
        <w:t>): 46 (</w:t>
      </w:r>
      <w:r>
        <w:rPr>
          <w:rFonts w:ascii="Georgia" w:hAnsi="Georgia" w:cs="Times New Roman"/>
          <w:b/>
          <w:i w:val="0"/>
          <w:color w:val="000000"/>
          <w:sz w:val="24"/>
          <w:rtl/>
          <w:szCs w:val="32"/>
        </w:rPr>
        <w:t>מ״ו</w:t>
      </w:r>
      <w:r>
        <w:rPr>
          <w:rFonts w:ascii="Georgia" w:hAnsi="Georgia"/>
          <w:b w:val="0"/>
          <w:i w:val="0"/>
          <w:color w:val="000000"/>
          <w:sz w:val="24"/>
        </w:rPr>
        <w:t>) — это наполнение [Имени] АВАЯ де-йодин, то есть АБ (72), а 500 (</w:t>
      </w:r>
      <w:r>
        <w:rPr>
          <w:rFonts w:ascii="Georgia" w:hAnsi="Georgia" w:cs="Times New Roman"/>
          <w:b/>
          <w:i w:val="0"/>
          <w:color w:val="000000"/>
          <w:sz w:val="24"/>
          <w:rtl/>
          <w:szCs w:val="32"/>
        </w:rPr>
        <w:t>ת״ק</w:t>
      </w:r>
      <w:r>
        <w:rPr>
          <w:rFonts w:ascii="Georgia" w:hAnsi="Georgia"/>
          <w:b w:val="0"/>
          <w:i w:val="0"/>
          <w:color w:val="000000"/>
          <w:sz w:val="24"/>
        </w:rPr>
        <w:t>) — наполнение [Имени] ЭЙЕ де-йодин в [виде] ахораим. [Слово] «драхай» — в гематрии АБ, САГ, МА и БОН, что составляет 232 (</w:t>
      </w:r>
      <w:r>
        <w:rPr>
          <w:rFonts w:ascii="Georgia" w:hAnsi="Georgia" w:cs="Times New Roman"/>
          <w:b/>
          <w:i w:val="0"/>
          <w:color w:val="000000"/>
          <w:sz w:val="24"/>
          <w:rtl/>
          <w:szCs w:val="32"/>
        </w:rPr>
        <w:t>רל״ב</w:t>
      </w:r>
      <w:r>
        <w:rPr>
          <w:rFonts w:ascii="Georgia" w:hAnsi="Georgia"/>
          <w:b w:val="0"/>
          <w:i w:val="0"/>
          <w:color w:val="000000"/>
          <w:sz w:val="24"/>
        </w:rPr>
        <w:t>) и два колеля. [Слово] «ме-хато» — в гематрии АДОНАЙ. Говорит Шмуэль: с колелем. [Слово] «би-лшони» — в гематрии 398 (</w:t>
      </w:r>
      <w:r>
        <w:rPr>
          <w:rFonts w:ascii="Georgia" w:hAnsi="Georgia" w:cs="Times New Roman"/>
          <w:b/>
          <w:i w:val="0"/>
          <w:color w:val="000000"/>
          <w:sz w:val="24"/>
          <w:rtl/>
          <w:szCs w:val="32"/>
        </w:rPr>
        <w:t>שצ״ח</w:t>
      </w:r>
      <w:r>
        <w:rPr>
          <w:rFonts w:ascii="Georgia" w:hAnsi="Georgia"/>
          <w:b w:val="0"/>
          <w:i w:val="0"/>
          <w:color w:val="000000"/>
          <w:sz w:val="24"/>
        </w:rPr>
        <w:t>), и это дважды по 151 (</w:t>
      </w:r>
      <w:r>
        <w:rPr>
          <w:rFonts w:ascii="Georgia" w:hAnsi="Georgia" w:cs="Times New Roman"/>
          <w:b/>
          <w:i w:val="0"/>
          <w:color w:val="000000"/>
          <w:sz w:val="24"/>
          <w:rtl/>
          <w:szCs w:val="32"/>
        </w:rPr>
        <w:t>קנ״א קנ״א</w:t>
      </w:r>
      <w:r>
        <w:rPr>
          <w:rFonts w:ascii="Georgia" w:hAnsi="Georgia"/>
          <w:b w:val="0"/>
          <w:i w:val="0"/>
          <w:color w:val="000000"/>
          <w:sz w:val="24"/>
        </w:rPr>
        <w:t xml:space="preserve">), а также [Имена] ЭЛЬ и АДОНАЙ. Имя это образуется из [слова] «драхай» по [системе] атбаш — </w:t>
      </w:r>
      <w:r>
        <w:rPr>
          <w:rFonts w:ascii="Georgia" w:hAnsi="Georgia"/>
          <w:b w:val="0"/>
          <w:i/>
          <w:color w:val="000000"/>
          <w:sz w:val="24"/>
        </w:rPr>
        <w:t>каглас</w:t>
      </w:r>
      <w:r>
        <w:rPr>
          <w:rFonts w:ascii="Georgia" w:hAnsi="Georgia"/>
          <w:b w:val="0"/>
          <w:i w:val="0"/>
          <w:color w:val="000000"/>
          <w:sz w:val="24"/>
        </w:rPr>
        <w:t xml:space="preserve"> (</w:t>
      </w:r>
      <w:r>
        <w:rPr>
          <w:rFonts w:ascii="Georgia" w:hAnsi="Georgia" w:cs="Times New Roman"/>
          <w:b/>
          <w:i w:val="0"/>
          <w:color w:val="000000"/>
          <w:sz w:val="24"/>
          <w:rtl/>
          <w:szCs w:val="32"/>
        </w:rPr>
        <w:t>קגלס</w:t>
      </w:r>
      <w:r>
        <w:rPr>
          <w:rFonts w:ascii="Georgia" w:hAnsi="Georgia"/>
          <w:b w:val="0"/>
          <w:i w:val="0"/>
          <w:color w:val="000000"/>
          <w:sz w:val="24"/>
        </w:rPr>
        <w:t>), и оно в гематрии [равно] двум [Именам] ЭЛОКИМ с колелем. Огласовка [этого Имени берется] от начальных букв [слов] «амарти», «эшмера», «драхай», а чтение — в исправлении 41.</w:t>
      </w:r>
    </w:p>
    <w:p>
      <w:pPr>
        <w:keepNext/>
        <w:spacing w:before="320" w:after="120"/>
      </w:pPr>
      <w:r>
        <w:rPr>
          <w:rFonts w:ascii="Georgia" w:hAnsi="Georgia"/>
          <w:b w:val="0"/>
          <w:i w:val="0"/>
          <w:color w:val="000000"/>
          <w:sz w:val="32"/>
        </w:rPr>
        <w:t>Ихуд 10</w:t>
      </w:r>
    </w:p>
    <w:p>
      <w:pPr>
        <w:spacing w:before="40" w:after="120"/>
        <w:jc w:val="both"/>
      </w:pPr>
      <w:r>
        <w:rPr>
          <w:rFonts w:ascii="Georgia" w:hAnsi="Georgia"/>
          <w:b w:val="0"/>
          <w:i w:val="0"/>
          <w:color w:val="000000"/>
          <w:sz w:val="24"/>
        </w:rPr>
        <w:t xml:space="preserve">Сказал мне вышеупомянутый [учитель]: в [стихе] </w:t>
      </w:r>
      <w:r>
        <w:rPr>
          <w:rFonts w:ascii="Georgia" w:hAnsi="Georgia"/>
          <w:b w:val="0"/>
          <w:i/>
          <w:color w:val="000000"/>
          <w:sz w:val="24"/>
        </w:rPr>
        <w:t>«Молитва бедняка, когда он изнемогает…»</w:t>
      </w:r>
      <w:r>
        <w:rPr>
          <w:rFonts w:ascii="Georgia" w:hAnsi="Georgia"/>
          <w:b w:val="0"/>
          <w:i w:val="0"/>
          <w:color w:val="000000"/>
          <w:sz w:val="24"/>
        </w:rPr>
        <w:t xml:space="preserve"> (Теилим 102:1) начальные буквы [слов] составляют 460 (</w:t>
      </w:r>
      <w:r>
        <w:rPr>
          <w:rFonts w:ascii="Georgia" w:hAnsi="Georgia" w:cs="Times New Roman"/>
          <w:b/>
          <w:i w:val="0"/>
          <w:color w:val="000000"/>
          <w:sz w:val="24"/>
          <w:rtl/>
          <w:szCs w:val="32"/>
        </w:rPr>
        <w:t>ת״ס</w:t>
      </w:r>
      <w:r>
        <w:rPr>
          <w:rFonts w:ascii="Georgia" w:hAnsi="Georgia"/>
          <w:b w:val="0"/>
          <w:i w:val="0"/>
          <w:color w:val="000000"/>
          <w:sz w:val="24"/>
        </w:rPr>
        <w:t>), и это десять наполнений [Имени] АВАЯ де-АБ с [буквами] йод, [наполнение] которого равно 46 (</w:t>
      </w:r>
      <w:r>
        <w:rPr>
          <w:rFonts w:ascii="Georgia" w:hAnsi="Georgia" w:cs="Times New Roman"/>
          <w:b/>
          <w:i w:val="0"/>
          <w:color w:val="000000"/>
          <w:sz w:val="24"/>
          <w:rtl/>
          <w:szCs w:val="32"/>
        </w:rPr>
        <w:t>מ״ו</w:t>
      </w:r>
      <w:r>
        <w:rPr>
          <w:rFonts w:ascii="Georgia" w:hAnsi="Georgia"/>
          <w:b w:val="0"/>
          <w:i w:val="0"/>
          <w:color w:val="000000"/>
          <w:sz w:val="24"/>
        </w:rPr>
        <w:t xml:space="preserve">). В [словах] </w:t>
      </w:r>
      <w:r>
        <w:rPr>
          <w:rFonts w:ascii="Georgia" w:hAnsi="Georgia"/>
          <w:b w:val="0"/>
          <w:i/>
          <w:color w:val="000000"/>
          <w:sz w:val="24"/>
        </w:rPr>
        <w:t>«…и перед Г-сподом изливает речь свою»</w:t>
      </w:r>
      <w:r>
        <w:rPr>
          <w:rFonts w:ascii="Georgia" w:hAnsi="Georgia"/>
          <w:b w:val="0"/>
          <w:i w:val="0"/>
          <w:color w:val="000000"/>
          <w:sz w:val="24"/>
        </w:rPr>
        <w:t xml:space="preserve"> (Теилим 102:1) начальные буквы [слов] — это 325 (</w:t>
      </w:r>
      <w:r>
        <w:rPr>
          <w:rFonts w:ascii="Georgia" w:hAnsi="Georgia" w:cs="Times New Roman"/>
          <w:b/>
          <w:i w:val="0"/>
          <w:color w:val="000000"/>
          <w:sz w:val="24"/>
          <w:rtl/>
          <w:szCs w:val="32"/>
        </w:rPr>
        <w:t>שכ״ה</w:t>
      </w:r>
      <w:r>
        <w:rPr>
          <w:rFonts w:ascii="Georgia" w:hAnsi="Georgia"/>
          <w:b w:val="0"/>
          <w:i w:val="0"/>
          <w:color w:val="000000"/>
          <w:sz w:val="24"/>
        </w:rPr>
        <w:t xml:space="preserve">) судов вместе с коллелем, и они услаждаются посредством десяти упомянутых наполнений. Конечные буквы [слов] </w:t>
      </w:r>
      <w:r>
        <w:rPr>
          <w:rFonts w:ascii="Georgia" w:hAnsi="Georgia"/>
          <w:b w:val="0"/>
          <w:i/>
          <w:color w:val="000000"/>
          <w:sz w:val="24"/>
        </w:rPr>
        <w:t>«Молитва бедняка, когда он изнемогает…»</w:t>
      </w:r>
      <w:r>
        <w:rPr>
          <w:rFonts w:ascii="Georgia" w:hAnsi="Georgia"/>
          <w:b w:val="0"/>
          <w:i w:val="0"/>
          <w:color w:val="000000"/>
          <w:sz w:val="24"/>
        </w:rPr>
        <w:t xml:space="preserve"> по гематрии равны [Имени] АВАЯ де-САГ (</w:t>
      </w:r>
      <w:r>
        <w:rPr>
          <w:rFonts w:ascii="Georgia" w:hAnsi="Georgia" w:cs="Times New Roman"/>
          <w:b/>
          <w:i w:val="0"/>
          <w:color w:val="000000"/>
          <w:sz w:val="24"/>
          <w:rtl/>
          <w:szCs w:val="32"/>
        </w:rPr>
        <w:t>ס״ג</w:t>
      </w:r>
      <w:r>
        <w:rPr>
          <w:rFonts w:ascii="Georgia" w:hAnsi="Georgia"/>
          <w:b w:val="0"/>
          <w:i w:val="0"/>
          <w:color w:val="000000"/>
          <w:sz w:val="24"/>
        </w:rPr>
        <w:t xml:space="preserve"> = 63) и сорока двум (</w:t>
      </w:r>
      <w:r>
        <w:rPr>
          <w:rFonts w:ascii="Georgia" w:hAnsi="Georgia" w:cs="Times New Roman"/>
          <w:b/>
          <w:i w:val="0"/>
          <w:color w:val="000000"/>
          <w:sz w:val="24"/>
          <w:rtl/>
          <w:szCs w:val="32"/>
        </w:rPr>
        <w:t>מ״ב</w:t>
      </w:r>
      <w:r>
        <w:rPr>
          <w:rFonts w:ascii="Georgia" w:hAnsi="Georgia"/>
          <w:b w:val="0"/>
          <w:i w:val="0"/>
          <w:color w:val="000000"/>
          <w:sz w:val="24"/>
        </w:rPr>
        <w:t xml:space="preserve">) его буквам [в сумме 105], чтобы притянуть [этот свет] в Зеир Анпин (ЗА) для услаждения упомянутых 325 судов. Конечные буквы [слов] </w:t>
      </w:r>
      <w:r>
        <w:rPr>
          <w:rFonts w:ascii="Georgia" w:hAnsi="Georgia"/>
          <w:b w:val="0"/>
          <w:i/>
          <w:color w:val="000000"/>
          <w:sz w:val="24"/>
        </w:rPr>
        <w:t>«…и перед Г-сподом изливает речь свою»</w:t>
      </w:r>
      <w:r>
        <w:rPr>
          <w:rFonts w:ascii="Georgia" w:hAnsi="Georgia"/>
          <w:b w:val="0"/>
          <w:i w:val="0"/>
          <w:color w:val="000000"/>
          <w:sz w:val="24"/>
        </w:rPr>
        <w:t xml:space="preserve"> составляют 41 (</w:t>
      </w:r>
      <w:r>
        <w:rPr>
          <w:rFonts w:ascii="Georgia" w:hAnsi="Georgia" w:cs="Times New Roman"/>
          <w:b/>
          <w:i w:val="0"/>
          <w:color w:val="000000"/>
          <w:sz w:val="24"/>
          <w:rtl/>
          <w:szCs w:val="32"/>
        </w:rPr>
        <w:t>א״ם</w:t>
      </w:r>
      <w:r>
        <w:rPr>
          <w:rFonts w:ascii="Georgia" w:hAnsi="Georgia"/>
          <w:b w:val="0"/>
          <w:i w:val="0"/>
          <w:color w:val="000000"/>
          <w:sz w:val="24"/>
        </w:rPr>
        <w:t>), [число] букв ЭЙЕ, чтобы также усладить упомянутые 325 судов. Слово «молитва» (</w:t>
      </w:r>
      <w:r>
        <w:rPr>
          <w:rFonts w:ascii="Georgia" w:hAnsi="Georgia"/>
          <w:b w:val="0"/>
          <w:i/>
          <w:color w:val="000000"/>
          <w:sz w:val="24"/>
        </w:rPr>
        <w:t>тфила</w:t>
      </w:r>
      <w:r>
        <w:rPr>
          <w:rFonts w:ascii="Georgia" w:hAnsi="Georgia"/>
          <w:b w:val="0"/>
          <w:i w:val="0"/>
          <w:color w:val="000000"/>
          <w:sz w:val="24"/>
        </w:rPr>
        <w:t xml:space="preserve">, </w:t>
      </w:r>
      <w:r>
        <w:rPr>
          <w:rFonts w:ascii="Georgia" w:hAnsi="Georgia" w:cs="Times New Roman"/>
          <w:b/>
          <w:i w:val="0"/>
          <w:color w:val="000000"/>
          <w:sz w:val="24"/>
          <w:rtl/>
          <w:szCs w:val="32"/>
        </w:rPr>
        <w:t>תְּפִלָּה</w:t>
      </w:r>
      <w:r>
        <w:rPr>
          <w:rFonts w:ascii="Georgia" w:hAnsi="Georgia"/>
          <w:b w:val="0"/>
          <w:i w:val="0"/>
          <w:color w:val="000000"/>
          <w:sz w:val="24"/>
        </w:rPr>
        <w:t>) по гематрии равно 515 (</w:t>
      </w:r>
      <w:r>
        <w:rPr>
          <w:rFonts w:ascii="Georgia" w:hAnsi="Georgia" w:cs="Times New Roman"/>
          <w:b/>
          <w:i w:val="0"/>
          <w:color w:val="000000"/>
          <w:sz w:val="24"/>
          <w:rtl/>
          <w:szCs w:val="32"/>
        </w:rPr>
        <w:t>תקי״ה</w:t>
      </w:r>
      <w:r>
        <w:rPr>
          <w:rFonts w:ascii="Georgia" w:hAnsi="Georgia"/>
          <w:b w:val="0"/>
          <w:i w:val="0"/>
          <w:color w:val="000000"/>
          <w:sz w:val="24"/>
        </w:rPr>
        <w:t>), и это: десять раз [наполнение] хэй с буквой йод (</w:t>
      </w:r>
      <w:r>
        <w:rPr>
          <w:rFonts w:ascii="Georgia" w:hAnsi="Georgia" w:cs="Times New Roman"/>
          <w:b/>
          <w:i w:val="0"/>
          <w:color w:val="000000"/>
          <w:sz w:val="24"/>
          <w:rtl/>
          <w:szCs w:val="32"/>
        </w:rPr>
        <w:t>ה״י</w:t>
      </w:r>
      <w:r>
        <w:rPr>
          <w:rFonts w:ascii="Georgia" w:hAnsi="Georgia"/>
          <w:b w:val="0"/>
          <w:i w:val="0"/>
          <w:color w:val="000000"/>
          <w:sz w:val="24"/>
        </w:rPr>
        <w:t>) — 300 (</w:t>
      </w:r>
      <w:r>
        <w:rPr>
          <w:rFonts w:ascii="Georgia" w:hAnsi="Georgia" w:cs="Times New Roman"/>
          <w:b/>
          <w:i w:val="0"/>
          <w:color w:val="000000"/>
          <w:sz w:val="24"/>
          <w:rtl/>
          <w:szCs w:val="32"/>
        </w:rPr>
        <w:t>ש</w:t>
      </w:r>
      <w:r>
        <w:rPr>
          <w:rFonts w:ascii="Georgia" w:hAnsi="Georgia"/>
          <w:b w:val="0"/>
          <w:i w:val="0"/>
          <w:color w:val="000000"/>
          <w:sz w:val="24"/>
        </w:rPr>
        <w:t>); десять раз [наполнение] хэй с буквой хэй (</w:t>
      </w:r>
      <w:r>
        <w:rPr>
          <w:rFonts w:ascii="Georgia" w:hAnsi="Georgia" w:cs="Times New Roman"/>
          <w:b/>
          <w:i w:val="0"/>
          <w:color w:val="000000"/>
          <w:sz w:val="24"/>
          <w:rtl/>
          <w:szCs w:val="32"/>
        </w:rPr>
        <w:t>ה״ה</w:t>
      </w:r>
      <w:r>
        <w:rPr>
          <w:rFonts w:ascii="Georgia" w:hAnsi="Georgia"/>
          <w:b w:val="0"/>
          <w:i w:val="0"/>
          <w:color w:val="000000"/>
          <w:sz w:val="24"/>
        </w:rPr>
        <w:t>) — это 200 (</w:t>
      </w:r>
      <w:r>
        <w:rPr>
          <w:rFonts w:ascii="Georgia" w:hAnsi="Georgia" w:cs="Times New Roman"/>
          <w:b/>
          <w:i w:val="0"/>
          <w:color w:val="000000"/>
          <w:sz w:val="24"/>
          <w:rtl/>
          <w:szCs w:val="32"/>
        </w:rPr>
        <w:t>ר</w:t>
      </w:r>
      <w:r>
        <w:rPr>
          <w:rFonts w:ascii="Georgia" w:hAnsi="Georgia"/>
          <w:b w:val="0"/>
          <w:i w:val="0"/>
          <w:color w:val="000000"/>
          <w:sz w:val="24"/>
        </w:rPr>
        <w:t>); и само [Имя] ЙА (</w:t>
      </w:r>
      <w:r>
        <w:rPr>
          <w:rFonts w:ascii="Georgia" w:hAnsi="Georgia" w:cs="Times New Roman"/>
          <w:b/>
          <w:i w:val="0"/>
          <w:color w:val="000000"/>
          <w:sz w:val="24"/>
          <w:rtl/>
          <w:szCs w:val="32"/>
        </w:rPr>
        <w:t>י״ה</w:t>
      </w:r>
      <w:r>
        <w:rPr>
          <w:rFonts w:ascii="Georgia" w:hAnsi="Georgia"/>
          <w:b w:val="0"/>
          <w:i w:val="0"/>
          <w:color w:val="000000"/>
          <w:sz w:val="24"/>
        </w:rPr>
        <w:t xml:space="preserve"> = 15) — вот и получается 515. Слово «бедняку» (</w:t>
      </w:r>
      <w:r>
        <w:rPr>
          <w:rFonts w:ascii="Georgia" w:hAnsi="Georgia"/>
          <w:b w:val="0"/>
          <w:i/>
          <w:color w:val="000000"/>
          <w:sz w:val="24"/>
        </w:rPr>
        <w:t>ле-ани</w:t>
      </w:r>
      <w:r>
        <w:rPr>
          <w:rFonts w:ascii="Georgia" w:hAnsi="Georgia"/>
          <w:b w:val="0"/>
          <w:i w:val="0"/>
          <w:color w:val="000000"/>
          <w:sz w:val="24"/>
        </w:rPr>
        <w:t xml:space="preserve">, </w:t>
      </w:r>
      <w:r>
        <w:rPr>
          <w:rFonts w:ascii="Georgia" w:hAnsi="Georgia" w:cs="Times New Roman"/>
          <w:b/>
          <w:i w:val="0"/>
          <w:color w:val="000000"/>
          <w:sz w:val="24"/>
          <w:rtl/>
          <w:szCs w:val="32"/>
        </w:rPr>
        <w:t>לְעָנִי</w:t>
      </w:r>
      <w:r>
        <w:rPr>
          <w:rFonts w:ascii="Georgia" w:hAnsi="Georgia"/>
          <w:b w:val="0"/>
          <w:i w:val="0"/>
          <w:color w:val="000000"/>
          <w:sz w:val="24"/>
        </w:rPr>
        <w:t xml:space="preserve">) — это ЭЙЕ с [буквами] йод; говорит Шмуэль: с коллелем. Слова </w:t>
      </w:r>
      <w:r>
        <w:rPr>
          <w:rFonts w:ascii="Georgia" w:hAnsi="Georgia"/>
          <w:b w:val="0"/>
          <w:i/>
          <w:color w:val="000000"/>
          <w:sz w:val="24"/>
        </w:rPr>
        <w:t>ки яатоф</w:t>
      </w:r>
      <w:r>
        <w:rPr>
          <w:rFonts w:ascii="Georgia" w:hAnsi="Georgia"/>
          <w:b w:val="0"/>
          <w:i w:val="0"/>
          <w:color w:val="000000"/>
          <w:sz w:val="24"/>
        </w:rPr>
        <w:t xml:space="preserve"> (</w:t>
      </w:r>
      <w:r>
        <w:rPr>
          <w:rFonts w:ascii="Georgia" w:hAnsi="Georgia" w:cs="Times New Roman"/>
          <w:b/>
          <w:i w:val="0"/>
          <w:color w:val="000000"/>
          <w:sz w:val="24"/>
          <w:rtl/>
          <w:szCs w:val="32"/>
        </w:rPr>
        <w:t>כִּי יַעֲטוֹף</w:t>
      </w:r>
      <w:r>
        <w:rPr>
          <w:rFonts w:ascii="Georgia" w:hAnsi="Georgia"/>
          <w:b w:val="0"/>
          <w:i w:val="0"/>
          <w:color w:val="000000"/>
          <w:sz w:val="24"/>
        </w:rPr>
        <w:t>) по гематрии равны слову «цдака» (</w:t>
      </w:r>
      <w:r>
        <w:rPr>
          <w:rFonts w:ascii="Georgia" w:hAnsi="Georgia"/>
          <w:b w:val="0"/>
          <w:i/>
          <w:color w:val="000000"/>
          <w:sz w:val="24"/>
        </w:rPr>
        <w:t>цдака</w:t>
      </w:r>
      <w:r>
        <w:rPr>
          <w:rFonts w:ascii="Georgia" w:hAnsi="Georgia"/>
          <w:b w:val="0"/>
          <w:i w:val="0"/>
          <w:color w:val="000000"/>
          <w:sz w:val="24"/>
        </w:rPr>
        <w:t xml:space="preserve">, </w:t>
      </w:r>
      <w:r>
        <w:rPr>
          <w:rFonts w:ascii="Georgia" w:hAnsi="Georgia" w:cs="Times New Roman"/>
          <w:b/>
          <w:i w:val="0"/>
          <w:color w:val="000000"/>
          <w:sz w:val="24"/>
          <w:rtl/>
          <w:szCs w:val="32"/>
        </w:rPr>
        <w:t>צְדָקָה</w:t>
      </w:r>
      <w:r>
        <w:rPr>
          <w:rFonts w:ascii="Georgia" w:hAnsi="Georgia"/>
          <w:b w:val="0"/>
          <w:i w:val="0"/>
          <w:color w:val="000000"/>
          <w:sz w:val="24"/>
        </w:rPr>
        <w:t xml:space="preserve"> = 199): десять раз [наполнение] хэй с буквой алеф (</w:t>
      </w:r>
      <w:r>
        <w:rPr>
          <w:rFonts w:ascii="Georgia" w:hAnsi="Georgia" w:cs="Times New Roman"/>
          <w:b/>
          <w:i w:val="0"/>
          <w:color w:val="000000"/>
          <w:sz w:val="24"/>
          <w:rtl/>
          <w:szCs w:val="32"/>
        </w:rPr>
        <w:t>ה״א</w:t>
      </w:r>
      <w:r>
        <w:rPr>
          <w:rFonts w:ascii="Georgia" w:hAnsi="Georgia"/>
          <w:b w:val="0"/>
          <w:i w:val="0"/>
          <w:color w:val="000000"/>
          <w:sz w:val="24"/>
        </w:rPr>
        <w:t>) — это 120 (</w:t>
      </w:r>
      <w:r>
        <w:rPr>
          <w:rFonts w:ascii="Georgia" w:hAnsi="Georgia" w:cs="Times New Roman"/>
          <w:b/>
          <w:i w:val="0"/>
          <w:color w:val="000000"/>
          <w:sz w:val="24"/>
          <w:rtl/>
          <w:szCs w:val="32"/>
        </w:rPr>
        <w:t>ק״ך</w:t>
      </w:r>
      <w:r>
        <w:rPr>
          <w:rFonts w:ascii="Georgia" w:hAnsi="Georgia"/>
          <w:b w:val="0"/>
          <w:i w:val="0"/>
          <w:color w:val="000000"/>
          <w:sz w:val="24"/>
        </w:rPr>
        <w:t>); [буква] хэй [с наполнением алеф], помноженная на букву вав (</w:t>
      </w:r>
      <w:r>
        <w:rPr>
          <w:rFonts w:ascii="Georgia" w:hAnsi="Georgia" w:cs="Times New Roman"/>
          <w:b/>
          <w:i w:val="0"/>
          <w:color w:val="000000"/>
          <w:sz w:val="24"/>
          <w:rtl/>
          <w:szCs w:val="32"/>
        </w:rPr>
        <w:t>ו</w:t>
      </w:r>
      <w:r>
        <w:rPr>
          <w:rFonts w:ascii="Georgia" w:hAnsi="Georgia"/>
          <w:b w:val="0"/>
          <w:i w:val="0"/>
          <w:color w:val="000000"/>
          <w:sz w:val="24"/>
        </w:rPr>
        <w:t xml:space="preserve"> = 6), — это 78 (</w:t>
      </w:r>
      <w:r>
        <w:rPr>
          <w:rFonts w:ascii="Georgia" w:hAnsi="Georgia" w:cs="Times New Roman"/>
          <w:b/>
          <w:i w:val="0"/>
          <w:color w:val="000000"/>
          <w:sz w:val="24"/>
          <w:rtl/>
          <w:szCs w:val="32"/>
        </w:rPr>
        <w:t>ע״ח</w:t>
      </w:r>
      <w:r>
        <w:rPr>
          <w:rFonts w:ascii="Georgia" w:hAnsi="Georgia"/>
          <w:b w:val="0"/>
          <w:i w:val="0"/>
          <w:color w:val="000000"/>
          <w:sz w:val="24"/>
        </w:rPr>
        <w:t>); говорит Шмуэль: с коллелем. Слова «и перед Г-сподом» (</w:t>
      </w:r>
      <w:r>
        <w:rPr>
          <w:rFonts w:ascii="Georgia" w:hAnsi="Georgia"/>
          <w:b w:val="0"/>
          <w:i/>
          <w:color w:val="000000"/>
          <w:sz w:val="24"/>
        </w:rPr>
        <w:t>ве-лифней АВАЯ</w:t>
      </w:r>
      <w:r>
        <w:rPr>
          <w:rFonts w:ascii="Georgia" w:hAnsi="Georgia"/>
          <w:b w:val="0"/>
          <w:i w:val="0"/>
          <w:color w:val="000000"/>
          <w:sz w:val="24"/>
        </w:rPr>
        <w:t xml:space="preserve">, </w:t>
      </w:r>
      <w:r>
        <w:rPr>
          <w:rFonts w:ascii="Georgia" w:hAnsi="Georgia" w:cs="Times New Roman"/>
          <w:b/>
          <w:i w:val="0"/>
          <w:color w:val="000000"/>
          <w:sz w:val="24"/>
          <w:rtl/>
          <w:szCs w:val="32"/>
        </w:rPr>
        <w:t>וְלִפְנֵי יהוה</w:t>
      </w:r>
      <w:r>
        <w:rPr>
          <w:rFonts w:ascii="Georgia" w:hAnsi="Georgia"/>
          <w:b w:val="0"/>
          <w:i w:val="0"/>
          <w:color w:val="000000"/>
          <w:sz w:val="24"/>
        </w:rPr>
        <w:t>) по гематрии равны 72 (</w:t>
      </w:r>
      <w:r>
        <w:rPr>
          <w:rFonts w:ascii="Georgia" w:hAnsi="Georgia" w:cs="Times New Roman"/>
          <w:b/>
          <w:i w:val="0"/>
          <w:color w:val="000000"/>
          <w:sz w:val="24"/>
          <w:rtl/>
          <w:szCs w:val="32"/>
        </w:rPr>
        <w:t>ע״ב</w:t>
      </w:r>
      <w:r>
        <w:rPr>
          <w:rFonts w:ascii="Georgia" w:hAnsi="Georgia"/>
          <w:b w:val="0"/>
          <w:i w:val="0"/>
          <w:color w:val="000000"/>
          <w:sz w:val="24"/>
        </w:rPr>
        <w:t>) и 130 (</w:t>
      </w:r>
      <w:r>
        <w:rPr>
          <w:rFonts w:ascii="Georgia" w:hAnsi="Georgia" w:cs="Times New Roman"/>
          <w:b/>
          <w:i w:val="0"/>
          <w:color w:val="000000"/>
          <w:sz w:val="24"/>
          <w:rtl/>
          <w:szCs w:val="32"/>
        </w:rPr>
        <w:t>ק״ל</w:t>
      </w:r>
      <w:r>
        <w:rPr>
          <w:rFonts w:ascii="Georgia" w:hAnsi="Georgia"/>
          <w:b w:val="0"/>
          <w:i w:val="0"/>
          <w:color w:val="000000"/>
          <w:sz w:val="24"/>
        </w:rPr>
        <w:t xml:space="preserve">). Слово </w:t>
      </w:r>
      <w:r>
        <w:rPr>
          <w:rFonts w:ascii="Georgia" w:hAnsi="Georgia"/>
          <w:b w:val="0"/>
          <w:i/>
          <w:color w:val="000000"/>
          <w:sz w:val="24"/>
        </w:rPr>
        <w:t>йишпох</w:t>
      </w:r>
      <w:r>
        <w:rPr>
          <w:rFonts w:ascii="Georgia" w:hAnsi="Georgia"/>
          <w:b w:val="0"/>
          <w:i w:val="0"/>
          <w:color w:val="000000"/>
          <w:sz w:val="24"/>
        </w:rPr>
        <w:t xml:space="preserve"> (</w:t>
      </w:r>
      <w:r>
        <w:rPr>
          <w:rFonts w:ascii="Georgia" w:hAnsi="Georgia"/>
          <w:b w:val="0"/>
          <w:i/>
          <w:color w:val="000000"/>
          <w:sz w:val="24"/>
        </w:rPr>
        <w:t>«изливает»</w:t>
      </w:r>
      <w:r>
        <w:rPr>
          <w:rFonts w:ascii="Georgia" w:hAnsi="Georgia"/>
          <w:b w:val="0"/>
          <w:i w:val="0"/>
          <w:color w:val="000000"/>
          <w:sz w:val="24"/>
        </w:rPr>
        <w:t xml:space="preserve">, </w:t>
      </w:r>
      <w:r>
        <w:rPr>
          <w:rFonts w:ascii="Georgia" w:hAnsi="Georgia" w:cs="Times New Roman"/>
          <w:b/>
          <w:i w:val="0"/>
          <w:color w:val="000000"/>
          <w:sz w:val="24"/>
          <w:rtl/>
          <w:szCs w:val="32"/>
        </w:rPr>
        <w:t>יִשְׁפּוֹךְ</w:t>
      </w:r>
      <w:r>
        <w:rPr>
          <w:rFonts w:ascii="Georgia" w:hAnsi="Georgia"/>
          <w:b w:val="0"/>
          <w:i w:val="0"/>
          <w:color w:val="000000"/>
          <w:sz w:val="24"/>
        </w:rPr>
        <w:t xml:space="preserve">) по гематрии равно [слову] </w:t>
      </w:r>
      <w:r>
        <w:rPr>
          <w:rFonts w:ascii="Georgia" w:hAnsi="Georgia"/>
          <w:b w:val="0"/>
          <w:i/>
          <w:color w:val="000000"/>
          <w:sz w:val="24"/>
        </w:rPr>
        <w:t>тав</w:t>
      </w:r>
      <w:r>
        <w:rPr>
          <w:rFonts w:ascii="Georgia" w:hAnsi="Georgia"/>
          <w:b w:val="0"/>
          <w:i w:val="0"/>
          <w:color w:val="000000"/>
          <w:sz w:val="24"/>
        </w:rPr>
        <w:t xml:space="preserve"> (</w:t>
      </w:r>
      <w:r>
        <w:rPr>
          <w:rFonts w:ascii="Georgia" w:hAnsi="Georgia" w:cs="Times New Roman"/>
          <w:b/>
          <w:i w:val="0"/>
          <w:color w:val="000000"/>
          <w:sz w:val="24"/>
          <w:rtl/>
          <w:szCs w:val="32"/>
        </w:rPr>
        <w:t>תָּיו</w:t>
      </w:r>
      <w:r>
        <w:rPr>
          <w:rFonts w:ascii="Georgia" w:hAnsi="Georgia"/>
          <w:b w:val="0"/>
          <w:i w:val="0"/>
          <w:color w:val="000000"/>
          <w:sz w:val="24"/>
        </w:rPr>
        <w:t xml:space="preserve"> = 416), и это: четыре буквы йод (</w:t>
      </w:r>
      <w:r>
        <w:rPr>
          <w:rFonts w:ascii="Georgia" w:hAnsi="Georgia" w:cs="Times New Roman"/>
          <w:b/>
          <w:i w:val="0"/>
          <w:color w:val="000000"/>
          <w:sz w:val="24"/>
          <w:rtl/>
          <w:szCs w:val="32"/>
        </w:rPr>
        <w:t>י</w:t>
      </w:r>
      <w:r>
        <w:rPr>
          <w:rFonts w:ascii="Georgia" w:hAnsi="Georgia"/>
          <w:b w:val="0"/>
          <w:i w:val="0"/>
          <w:color w:val="000000"/>
          <w:sz w:val="24"/>
        </w:rPr>
        <w:t>), находящиеся в упомянутых 72 и 130, каждая из которых включает десять, что составляет 400 (</w:t>
      </w:r>
      <w:r>
        <w:rPr>
          <w:rFonts w:ascii="Georgia" w:hAnsi="Georgia" w:cs="Times New Roman"/>
          <w:b/>
          <w:i w:val="0"/>
          <w:color w:val="000000"/>
          <w:sz w:val="24"/>
          <w:rtl/>
          <w:szCs w:val="32"/>
        </w:rPr>
        <w:t>ת</w:t>
      </w:r>
      <w:r>
        <w:rPr>
          <w:rFonts w:ascii="Georgia" w:hAnsi="Georgia"/>
          <w:b w:val="0"/>
          <w:i w:val="0"/>
          <w:color w:val="000000"/>
          <w:sz w:val="24"/>
        </w:rPr>
        <w:t xml:space="preserve">); десять букв в упомянутом [Имени] АВАЯ де-АБ; четыре буквы самого простого [Имени] АВАЯ; и два коллеля. Это Имя образовано от [слова] </w:t>
      </w:r>
      <w:r>
        <w:rPr>
          <w:rFonts w:ascii="Georgia" w:hAnsi="Georgia"/>
          <w:b w:val="0"/>
          <w:i/>
          <w:color w:val="000000"/>
          <w:sz w:val="24"/>
        </w:rPr>
        <w:t>тфила</w:t>
      </w:r>
      <w:r>
        <w:rPr>
          <w:rFonts w:ascii="Georgia" w:hAnsi="Georgia"/>
          <w:b w:val="0"/>
          <w:i w:val="0"/>
          <w:color w:val="000000"/>
          <w:sz w:val="24"/>
        </w:rPr>
        <w:t xml:space="preserve"> по [системе] атбаш: </w:t>
      </w:r>
      <w:r>
        <w:rPr>
          <w:rFonts w:ascii="Georgia" w:hAnsi="Georgia"/>
          <w:b w:val="0"/>
          <w:i/>
          <w:color w:val="000000"/>
          <w:sz w:val="24"/>
        </w:rPr>
        <w:t>авхиц</w:t>
      </w:r>
      <w:r>
        <w:rPr>
          <w:rFonts w:ascii="Georgia" w:hAnsi="Georgia"/>
          <w:b w:val="0"/>
          <w:i w:val="0"/>
          <w:color w:val="000000"/>
          <w:sz w:val="24"/>
        </w:rPr>
        <w:t xml:space="preserve"> (</w:t>
      </w:r>
      <w:r>
        <w:rPr>
          <w:rFonts w:ascii="Georgia" w:hAnsi="Georgia" w:cs="Times New Roman"/>
          <w:b/>
          <w:i w:val="0"/>
          <w:color w:val="000000"/>
          <w:sz w:val="24"/>
          <w:rtl/>
          <w:szCs w:val="32"/>
        </w:rPr>
        <w:t>אְוְכִץַ</w:t>
      </w:r>
      <w:r>
        <w:rPr>
          <w:rFonts w:ascii="Georgia" w:hAnsi="Georgia"/>
          <w:b w:val="0"/>
          <w:i w:val="0"/>
          <w:color w:val="000000"/>
          <w:sz w:val="24"/>
        </w:rPr>
        <w:t>); его гематрия — 117 (</w:t>
      </w:r>
      <w:r>
        <w:rPr>
          <w:rFonts w:ascii="Georgia" w:hAnsi="Georgia" w:cs="Times New Roman"/>
          <w:b/>
          <w:i w:val="0"/>
          <w:color w:val="000000"/>
          <w:sz w:val="24"/>
          <w:rtl/>
          <w:szCs w:val="32"/>
        </w:rPr>
        <w:t>קי״ז</w:t>
      </w:r>
      <w:r>
        <w:rPr>
          <w:rFonts w:ascii="Georgia" w:hAnsi="Georgia"/>
          <w:b w:val="0"/>
          <w:i w:val="0"/>
          <w:color w:val="000000"/>
          <w:sz w:val="24"/>
        </w:rPr>
        <w:t xml:space="preserve">), и это БОН с [буквами] хэй и АДОНАЙ. А огласовка — от [стиха] </w:t>
      </w:r>
      <w:r>
        <w:rPr>
          <w:rFonts w:ascii="Georgia" w:hAnsi="Georgia"/>
          <w:b w:val="0"/>
          <w:i/>
          <w:color w:val="000000"/>
          <w:sz w:val="24"/>
        </w:rPr>
        <w:t>«Молитва бедняка, когда он изнемогает…»</w:t>
      </w:r>
      <w:r>
        <w:rPr>
          <w:rFonts w:ascii="Georgia" w:hAnsi="Georgia"/>
          <w:b w:val="0"/>
          <w:i w:val="0"/>
          <w:color w:val="000000"/>
          <w:sz w:val="24"/>
        </w:rPr>
        <w:t>. Об [исправлении] истечения семени (</w:t>
      </w:r>
      <w:r>
        <w:rPr>
          <w:rFonts w:ascii="Georgia" w:hAnsi="Georgia"/>
          <w:b w:val="0"/>
          <w:i/>
          <w:color w:val="000000"/>
          <w:sz w:val="24"/>
        </w:rPr>
        <w:t>кери</w:t>
      </w:r>
      <w:r>
        <w:rPr>
          <w:rFonts w:ascii="Georgia" w:hAnsi="Georgia"/>
          <w:b w:val="0"/>
          <w:i w:val="0"/>
          <w:color w:val="000000"/>
          <w:sz w:val="24"/>
        </w:rPr>
        <w:t>) — в исправлении 19, и дашь двум беднякам цдаку по своему желанию.</w:t>
      </w:r>
    </w:p>
    <w:p>
      <w:r>
        <w:br w:type="page"/>
      </w:r>
    </w:p>
    <w:p>
      <w:pPr>
        <w:keepNext/>
        <w:spacing w:before="360" w:after="160"/>
        <w:jc w:val="center"/>
      </w:pPr>
      <w:r>
        <w:rPr>
          <w:rFonts w:ascii="Georgia" w:hAnsi="Georgia"/>
          <w:b w:val="0"/>
          <w:i w:val="0"/>
          <w:color w:val="000000"/>
          <w:sz w:val="40"/>
        </w:rPr>
        <w:t>Ихудим, которые Учитель передал мне</w:t>
      </w:r>
    </w:p>
    <w:p>
      <w:pPr>
        <w:keepNext/>
        <w:spacing w:before="320" w:after="120"/>
      </w:pPr>
      <w:r>
        <w:rPr>
          <w:rFonts w:ascii="Georgia" w:hAnsi="Georgia"/>
          <w:b w:val="0"/>
          <w:i w:val="0"/>
          <w:color w:val="000000"/>
          <w:sz w:val="32"/>
        </w:rPr>
        <w:t>Ихуд 1</w:t>
      </w:r>
    </w:p>
    <w:p>
      <w:pPr>
        <w:spacing w:before="40" w:after="120"/>
        <w:jc w:val="both"/>
      </w:pPr>
      <w:r>
        <w:rPr>
          <w:rFonts w:ascii="Georgia" w:hAnsi="Georgia"/>
          <w:b w:val="0"/>
          <w:i w:val="0"/>
          <w:color w:val="000000"/>
          <w:sz w:val="24"/>
        </w:rPr>
        <w:t>Этот [ихуд предназначен] для того, чтобы устранить и изгнать некую дурную душу, которая вошла в ибур в душу человека по причине какого-либо прегрешения, не дай Б-г; и он [был передан] нашему учителю рабби Йегуде Мишану. Пусть сосредоточит намерение (</w:t>
      </w:r>
      <w:r>
        <w:rPr>
          <w:rFonts w:ascii="Georgia" w:hAnsi="Georgia"/>
          <w:b w:val="0"/>
          <w:i/>
          <w:color w:val="000000"/>
          <w:sz w:val="24"/>
        </w:rPr>
        <w:t>кавана</w:t>
      </w:r>
      <w:r>
        <w:rPr>
          <w:rFonts w:ascii="Georgia" w:hAnsi="Georgia"/>
          <w:b w:val="0"/>
          <w:i w:val="0"/>
          <w:color w:val="000000"/>
          <w:sz w:val="24"/>
        </w:rPr>
        <w:t>) на единении (</w:t>
      </w:r>
      <w:r>
        <w:rPr>
          <w:rFonts w:ascii="Georgia" w:hAnsi="Georgia"/>
          <w:b w:val="0"/>
          <w:i/>
          <w:color w:val="000000"/>
          <w:sz w:val="24"/>
        </w:rPr>
        <w:t>ихуд</w:t>
      </w:r>
      <w:r>
        <w:rPr>
          <w:rFonts w:ascii="Georgia" w:hAnsi="Georgia"/>
          <w:b w:val="0"/>
          <w:i w:val="0"/>
          <w:color w:val="000000"/>
          <w:sz w:val="24"/>
        </w:rPr>
        <w:t>) этих двух Имен — АВАЯ (</w:t>
      </w:r>
      <w:r>
        <w:rPr>
          <w:rFonts w:ascii="Georgia" w:hAnsi="Georgia" w:cs="Times New Roman"/>
          <w:b/>
          <w:i w:val="0"/>
          <w:color w:val="000000"/>
          <w:sz w:val="24"/>
          <w:rtl/>
          <w:szCs w:val="32"/>
        </w:rPr>
        <w:t>יהוה</w:t>
      </w:r>
      <w:r>
        <w:rPr>
          <w:rFonts w:ascii="Georgia" w:hAnsi="Georgia"/>
          <w:b w:val="0"/>
          <w:i w:val="0"/>
          <w:color w:val="000000"/>
          <w:sz w:val="24"/>
        </w:rPr>
        <w:t>) и ЭЙЕ с наполнением йодами. Сначала пусть соединит семь букв йод (</w:t>
      </w:r>
      <w:r>
        <w:rPr>
          <w:rFonts w:ascii="Georgia" w:hAnsi="Georgia" w:cs="Times New Roman"/>
          <w:b/>
          <w:i w:val="0"/>
          <w:color w:val="000000"/>
          <w:sz w:val="24"/>
          <w:rtl/>
          <w:szCs w:val="32"/>
        </w:rPr>
        <w:t>י</w:t>
      </w:r>
      <w:r>
        <w:rPr>
          <w:rFonts w:ascii="Georgia" w:hAnsi="Georgia"/>
          <w:b w:val="0"/>
          <w:i w:val="0"/>
          <w:color w:val="000000"/>
          <w:sz w:val="24"/>
        </w:rPr>
        <w:t>), имеющихся в двух названных Именах, и направит намерение на привлечение изобилия (шефа) от семи ступеней Бины — от Хеседа и ниже — к семи [сфирот] ЗА; и сосредоточит намерение на том, чтобы уничтожить и сокрушить силу того ибура Нахби бен Вофси, [имя которого] составляет по гематрии 70 (</w:t>
      </w:r>
      <w:r>
        <w:rPr>
          <w:rFonts w:ascii="Georgia" w:hAnsi="Georgia" w:cs="Times New Roman"/>
          <w:b/>
          <w:i w:val="0"/>
          <w:color w:val="000000"/>
          <w:sz w:val="24"/>
          <w:rtl/>
          <w:szCs w:val="32"/>
        </w:rPr>
        <w:t>ע</w:t>
      </w:r>
      <w:r>
        <w:rPr>
          <w:rFonts w:ascii="Georgia" w:hAnsi="Georgia"/>
          <w:b w:val="0"/>
          <w:i w:val="0"/>
          <w:color w:val="000000"/>
          <w:sz w:val="24"/>
        </w:rPr>
        <w:t xml:space="preserve"> = 70). Затем пусть направит намерение на четыре буквы хэй (</w:t>
      </w:r>
      <w:r>
        <w:rPr>
          <w:rFonts w:ascii="Georgia" w:hAnsi="Georgia" w:cs="Times New Roman"/>
          <w:b/>
          <w:i w:val="0"/>
          <w:color w:val="000000"/>
          <w:sz w:val="24"/>
          <w:rtl/>
          <w:szCs w:val="32"/>
        </w:rPr>
        <w:t>ה</w:t>
      </w:r>
      <w:r>
        <w:rPr>
          <w:rFonts w:ascii="Georgia" w:hAnsi="Georgia"/>
          <w:b w:val="0"/>
          <w:i w:val="0"/>
          <w:color w:val="000000"/>
          <w:sz w:val="24"/>
        </w:rPr>
        <w:t>), имеющиеся в двух названных Именах, которые составляют по гематрии две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в сумме 20), и сосредоточит намерение на том, чтобы привлечь изобилие от Аба ве-Има к ХУБ в ЗА.</w:t>
      </w:r>
    </w:p>
    <w:p>
      <w:pPr>
        <w:spacing w:before="40" w:after="120"/>
        <w:jc w:val="both"/>
      </w:pPr>
      <w:r>
        <w:rPr>
          <w:rFonts w:ascii="Georgia" w:hAnsi="Georgia"/>
          <w:b w:val="0"/>
          <w:i w:val="0"/>
          <w:color w:val="000000"/>
          <w:sz w:val="24"/>
        </w:rPr>
        <w:t>Затем пусть направит намерение на четыре буквы вав (</w:t>
      </w:r>
      <w:r>
        <w:rPr>
          <w:rFonts w:ascii="Georgia" w:hAnsi="Georgia" w:cs="Times New Roman"/>
          <w:b/>
          <w:i w:val="0"/>
          <w:color w:val="000000"/>
          <w:sz w:val="24"/>
          <w:rtl/>
          <w:szCs w:val="32"/>
        </w:rPr>
        <w:t>ו</w:t>
      </w:r>
      <w:r>
        <w:rPr>
          <w:rFonts w:ascii="Georgia" w:hAnsi="Georgia"/>
          <w:b w:val="0"/>
          <w:i w:val="0"/>
          <w:color w:val="000000"/>
          <w:sz w:val="24"/>
        </w:rPr>
        <w:t>) в них, составляющие [в сумме] 24 (</w:t>
      </w:r>
      <w:r>
        <w:rPr>
          <w:rFonts w:ascii="Georgia" w:hAnsi="Georgia" w:cs="Times New Roman"/>
          <w:b/>
          <w:i w:val="0"/>
          <w:color w:val="000000"/>
          <w:sz w:val="24"/>
          <w:rtl/>
          <w:szCs w:val="32"/>
        </w:rPr>
        <w:t>כ״ד</w:t>
      </w:r>
      <w:r>
        <w:rPr>
          <w:rFonts w:ascii="Georgia" w:hAnsi="Georgia"/>
          <w:b w:val="0"/>
          <w:i w:val="0"/>
          <w:color w:val="000000"/>
          <w:sz w:val="24"/>
        </w:rPr>
        <w:t xml:space="preserve"> = 24), и представит их в форме замкнутой буквы мэм софит (</w:t>
      </w:r>
      <w:r>
        <w:rPr>
          <w:rFonts w:ascii="Georgia" w:hAnsi="Georgia" w:cs="Times New Roman"/>
          <w:b/>
          <w:i w:val="0"/>
          <w:color w:val="000000"/>
          <w:sz w:val="24"/>
          <w:rtl/>
          <w:szCs w:val="32"/>
        </w:rPr>
        <w:t>ם</w:t>
      </w:r>
      <w:r>
        <w:rPr>
          <w:rFonts w:ascii="Georgia" w:hAnsi="Georgia"/>
          <w:b w:val="0"/>
          <w:i w:val="0"/>
          <w:color w:val="000000"/>
          <w:sz w:val="24"/>
        </w:rPr>
        <w:t>). И пусть направит намерение [на них] против ступени Даат, включающей двенадцать ступеней: шесть от Абы и шесть от Имы — вот двенадцать; и привлечет изобилие от этого Даат, включающего двенадцать [ступеней], как сказано, к другим двенадцати ступеням, имеющимся в ЗА, а именно шесть [ступеней] Тиферет и шесть [ступеней] Есода. А затем пусть направит намерение на две буквы далет (</w:t>
      </w:r>
      <w:r>
        <w:rPr>
          <w:rFonts w:ascii="Georgia" w:hAnsi="Georgia" w:cs="Times New Roman"/>
          <w:b/>
          <w:i w:val="0"/>
          <w:color w:val="000000"/>
          <w:sz w:val="24"/>
          <w:rtl/>
          <w:szCs w:val="32"/>
        </w:rPr>
        <w:t>ד</w:t>
      </w:r>
      <w:r>
        <w:rPr>
          <w:rFonts w:ascii="Georgia" w:hAnsi="Georgia"/>
          <w:b w:val="0"/>
          <w:i w:val="0"/>
          <w:color w:val="000000"/>
          <w:sz w:val="24"/>
        </w:rPr>
        <w:t>), имеющиеся в них, которые соответствуют восьми высшим исправлениям бороды, чтобы привлечь от них изобилие к восьми нижним исправлениям бороды внизу, в ЗА. И пусть сосредоточит намерение на том, чтобы удалить все волосы и все силы суда (дин), присутствующие в дикна де-ЗА, и смягчить их этими высшими исправлениями бороды.</w:t>
      </w:r>
    </w:p>
    <w:p>
      <w:pPr>
        <w:spacing w:before="40" w:after="120"/>
        <w:jc w:val="both"/>
      </w:pPr>
      <w:r>
        <w:rPr>
          <w:rFonts w:ascii="Georgia" w:hAnsi="Georgia"/>
          <w:b w:val="0"/>
          <w:i w:val="0"/>
          <w:color w:val="000000"/>
          <w:sz w:val="24"/>
        </w:rPr>
        <w:t>Затем пусть направит намерение на три буквы [слова] алеф (</w:t>
      </w:r>
      <w:r>
        <w:rPr>
          <w:rFonts w:ascii="Georgia" w:hAnsi="Georgia" w:cs="Times New Roman"/>
          <w:b/>
          <w:i w:val="0"/>
          <w:color w:val="000000"/>
          <w:sz w:val="24"/>
          <w:rtl/>
          <w:szCs w:val="32"/>
        </w:rPr>
        <w:t>אלף</w:t>
      </w:r>
      <w:r>
        <w:rPr>
          <w:rFonts w:ascii="Georgia" w:hAnsi="Georgia"/>
          <w:b w:val="0"/>
          <w:i w:val="0"/>
          <w:color w:val="000000"/>
          <w:sz w:val="24"/>
        </w:rPr>
        <w:t>) в [Имени] ЭЙЕ и сосредоточит намерение на том, чтобы привлечь изобилие от Кетера, называемого АА, к Абе, называемому Хохма, и привлечет [его] вниз, и это образует ступень Кетера в ЗА, а оттуда протянется дальше и образует Хохму в ЗА. Общее правило для всех упомянутых каванот (намерений) таково: следует направлять намерение на то, чтобы смягчить все суды, находящиеся в ЗА, а также сокрушить и уничтожить все клипот и внешние [силы], удерживающиеся там. И я уже писал выше, в начале этого ихуда, что цель этого ихуда — устранить и изгнать дурную душу Нахби бен Вофси, которая вошла в ибур в душу упомянутого человека, совершающего этот ихуд.</w:t>
      </w:r>
    </w:p>
    <w:p>
      <w:pPr>
        <w:spacing w:before="40" w:after="120"/>
        <w:jc w:val="both"/>
      </w:pPr>
      <w:r>
        <w:rPr>
          <w:rFonts w:ascii="Georgia" w:hAnsi="Georgia"/>
          <w:b w:val="0"/>
          <w:i w:val="0"/>
          <w:color w:val="000000"/>
          <w:sz w:val="24"/>
        </w:rPr>
        <w:t>Говорит Шмуэль: после того как я завершил [изложение] всех упомянутых ихудим для исправления души человека, теперь я начну записывать и излагать по порядку все предисловия и ихудим, которые человек совершает как уединяясь в своем доме, так и приходя на могилы праведников, чтобы очистить и осветлить свою душу и достичь ступени малого пророчества, как увидят твои глаза воочию, с Б-жьей помощью.</w:t>
      </w:r>
    </w:p>
    <w:p>
      <w:pPr>
        <w:spacing w:before="40" w:after="120"/>
        <w:jc w:val="both"/>
      </w:pPr>
      <w:r>
        <w:rPr>
          <w:rFonts w:ascii="Georgia" w:hAnsi="Georgia"/>
          <w:b w:val="0"/>
          <w:i w:val="0"/>
          <w:color w:val="000000"/>
          <w:sz w:val="24"/>
        </w:rPr>
        <w:t>Предисловие первое. Знай, что основа всех ихудим — совершать их либо во время простирания на могилах праведников, либо даже в своем доме, не на могилах праведников. И вот, если ты совершаешь их на могилах праведников, главное время для них — канун Рош Ходеш или пятнадцатое [число] месяца, так как тогда есть большая готовность, чем в остальные дни. А в Шаббаты, праздники и Рош Ходеш не простирайся, потому что тогда их души поднимаются ввысь и недостижимы. И даже в полупраздничные дни (холь а-моэд) ты можешь молиться о них, но не совершай ихудим. Если же ты совершаешь [их] в своем доме, совершай только после полуночи, поскольку тогда — время благоволения (</w:t>
      </w:r>
      <w:r>
        <w:rPr>
          <w:rFonts w:ascii="Georgia" w:hAnsi="Georgia"/>
          <w:b w:val="0"/>
          <w:i/>
          <w:color w:val="000000"/>
          <w:sz w:val="24"/>
        </w:rPr>
        <w:t>эт рацон</w:t>
      </w:r>
      <w:r>
        <w:rPr>
          <w:rFonts w:ascii="Georgia" w:hAnsi="Georgia"/>
          <w:b w:val="0"/>
          <w:i w:val="0"/>
          <w:color w:val="000000"/>
          <w:sz w:val="24"/>
        </w:rPr>
        <w:t>), как известно, и это час, избранный среди всех остальных часов.</w:t>
      </w:r>
    </w:p>
    <w:p>
      <w:pPr>
        <w:spacing w:before="40" w:after="120"/>
        <w:jc w:val="both"/>
      </w:pPr>
      <w:r>
        <w:rPr>
          <w:rFonts w:ascii="Georgia" w:hAnsi="Georgia"/>
          <w:b w:val="0"/>
          <w:i w:val="0"/>
          <w:color w:val="000000"/>
          <w:sz w:val="24"/>
        </w:rPr>
        <w:t xml:space="preserve">Предисловие второе. И знай, что ихуд букв йод и вав, который я запишу ниже с Б-жьей помощью, совершай с наибольшим постоянством среди всех остальных ихудим. В будние ночи совершай его после полуночи, а в ночь Шаббата совершай его даже до полуночи, сразу после трапезы. Ихуд же Рош Ходеш совершай именно днем в Рош Ходеш; более того, посредством этого ихуда ты можешь даже простираться на могиле праведника в день Рош Ходеш, в отличие от остальных ихудим, как сказано выше. А ихуд стиха </w:t>
      </w:r>
      <w:r>
        <w:rPr>
          <w:rFonts w:ascii="Georgia" w:hAnsi="Georgia"/>
          <w:b w:val="0"/>
          <w:i/>
          <w:color w:val="000000"/>
          <w:sz w:val="24"/>
        </w:rPr>
        <w:t>«Новы каждое утро…»</w:t>
      </w:r>
      <w:r>
        <w:rPr>
          <w:rFonts w:ascii="Georgia" w:hAnsi="Georgia"/>
          <w:b w:val="0"/>
          <w:i w:val="0"/>
          <w:color w:val="000000"/>
          <w:sz w:val="24"/>
        </w:rPr>
        <w:t xml:space="preserve"> (Эйха 3:23) совершай либо в ночь Шаббата до полуночи, либо в будние ночи после полуночи. Ихуд десяти [Имен] АВАЯ де-Даат совершай в ночь Шаббата до полуночи. Также хорошо каждую ночь Шаббата после благословения после трапезы (Биркат а-мазон) читать трактат Эрувин согласно тайне 72 (</w:t>
      </w:r>
      <w:r>
        <w:rPr>
          <w:rFonts w:ascii="Georgia" w:hAnsi="Georgia" w:cs="Times New Roman"/>
          <w:b/>
          <w:i w:val="0"/>
          <w:color w:val="000000"/>
          <w:sz w:val="24"/>
          <w:rtl/>
          <w:szCs w:val="32"/>
        </w:rPr>
        <w:t>ע״ב</w:t>
      </w:r>
      <w:r>
        <w:rPr>
          <w:rFonts w:ascii="Georgia" w:hAnsi="Georgia"/>
          <w:b w:val="0"/>
          <w:i w:val="0"/>
          <w:color w:val="000000"/>
          <w:sz w:val="24"/>
        </w:rPr>
        <w:t>) и 216 (</w:t>
      </w:r>
      <w:r>
        <w:rPr>
          <w:rFonts w:ascii="Georgia" w:hAnsi="Georgia" w:cs="Times New Roman"/>
          <w:b/>
          <w:i w:val="0"/>
          <w:color w:val="000000"/>
          <w:sz w:val="24"/>
          <w:rtl/>
          <w:szCs w:val="32"/>
        </w:rPr>
        <w:t>רי״ו</w:t>
      </w:r>
      <w:r>
        <w:rPr>
          <w:rFonts w:ascii="Georgia" w:hAnsi="Georgia"/>
          <w:b w:val="0"/>
          <w:i w:val="0"/>
          <w:color w:val="000000"/>
          <w:sz w:val="24"/>
        </w:rPr>
        <w:t>) и согласно тайне эрува.</w:t>
      </w:r>
    </w:p>
    <w:p>
      <w:pPr>
        <w:spacing w:before="40" w:after="120"/>
        <w:jc w:val="both"/>
      </w:pPr>
      <w:r>
        <w:rPr>
          <w:rFonts w:ascii="Georgia" w:hAnsi="Georgia"/>
          <w:b w:val="0"/>
          <w:i w:val="0"/>
          <w:color w:val="000000"/>
          <w:sz w:val="24"/>
        </w:rPr>
        <w:t>Предисловие третье. Есть еще иные виды ихудим для очищения и просветления души. Суть же этого дела [такова]: знай, что Тора — это каменоломня для душ Исраэля, ведь из нее они были высечены, и потому она — одна Тора, а Исраэль — один народ, и Святой, благословен Он, един. Это тайна шести сфирот ХАГАТ-НЕХИ, в которых укоренена Письменная Тора. Ведь потому она и называется Торой [от слова «указание»], что эти шесть сфирот — раскрытый мир (</w:t>
      </w:r>
      <w:r>
        <w:rPr>
          <w:rFonts w:ascii="Georgia" w:hAnsi="Georgia"/>
          <w:b w:val="0"/>
          <w:i/>
          <w:color w:val="000000"/>
          <w:sz w:val="24"/>
        </w:rPr>
        <w:t>алма де-итгалья</w:t>
      </w:r>
      <w:r>
        <w:rPr>
          <w:rFonts w:ascii="Georgia" w:hAnsi="Georgia"/>
          <w:b w:val="0"/>
          <w:i w:val="0"/>
          <w:color w:val="000000"/>
          <w:sz w:val="24"/>
        </w:rPr>
        <w:t>), в котором раскрываются Его указания, благословен Он, в отличие от трех первых сфирот, являющихся сокрытым миром (</w:t>
      </w:r>
      <w:r>
        <w:rPr>
          <w:rFonts w:ascii="Georgia" w:hAnsi="Georgia"/>
          <w:b w:val="0"/>
          <w:i/>
          <w:color w:val="000000"/>
          <w:sz w:val="24"/>
        </w:rPr>
        <w:t>алма де-иткасья</w:t>
      </w:r>
      <w:r>
        <w:rPr>
          <w:rFonts w:ascii="Georgia" w:hAnsi="Georgia"/>
          <w:b w:val="0"/>
          <w:i w:val="0"/>
          <w:color w:val="000000"/>
          <w:sz w:val="24"/>
        </w:rPr>
        <w:t>). Также их проявление снизу вверх и сверху вниз дает удвоенную [букву] вав (</w:t>
      </w:r>
      <w:r>
        <w:rPr>
          <w:rFonts w:ascii="Georgia" w:hAnsi="Georgia" w:cs="Times New Roman"/>
          <w:b/>
          <w:i w:val="0"/>
          <w:color w:val="000000"/>
          <w:sz w:val="24"/>
          <w:rtl/>
          <w:szCs w:val="32"/>
        </w:rPr>
        <w:t>ו</w:t>
      </w:r>
      <w:r>
        <w:rPr>
          <w:rFonts w:ascii="Georgia" w:hAnsi="Georgia"/>
          <w:b w:val="0"/>
          <w:i w:val="0"/>
          <w:color w:val="000000"/>
          <w:sz w:val="24"/>
        </w:rPr>
        <w:t>), от которой происходят двенадцать колен Исраэля. А совокупный итог всех их частностей — шестьсот тысяч пеших, что соответствует числу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и это тайна шестидесяти рибо корней душ, и нет более [этого числа]. В этом тайна [стиха]: </w:t>
      </w:r>
      <w:r>
        <w:rPr>
          <w:rFonts w:ascii="Georgia" w:hAnsi="Georgia"/>
          <w:b w:val="0"/>
          <w:i/>
          <w:color w:val="000000"/>
          <w:sz w:val="24"/>
        </w:rPr>
        <w:t>«Поколение уходит, и поколение приходит…»</w:t>
      </w:r>
      <w:r>
        <w:rPr>
          <w:rFonts w:ascii="Georgia" w:hAnsi="Georgia"/>
          <w:b w:val="0"/>
          <w:i w:val="0"/>
          <w:color w:val="000000"/>
          <w:sz w:val="24"/>
        </w:rPr>
        <w:t xml:space="preserve"> (Коэлет 1:4) — не бывает поколения меньше шестидесяти рибо, и уходящее поколение — это то же поколение, которое приходит, как сказано в книге «Баир». По этому образцу есть шестьдесят рибо многочисленных толкований Письменной Торы на каждый стих.</w:t>
      </w:r>
    </w:p>
    <w:p>
      <w:pPr>
        <w:spacing w:before="40" w:after="120"/>
        <w:jc w:val="both"/>
      </w:pPr>
      <w:r>
        <w:rPr>
          <w:rFonts w:ascii="Georgia" w:hAnsi="Georgia"/>
          <w:b w:val="0"/>
          <w:i w:val="0"/>
          <w:color w:val="000000"/>
          <w:sz w:val="24"/>
        </w:rPr>
        <w:t>И также известно, что существуют четыре пути толкования Торы, обозначаемые [акронимом] Пардес (</w:t>
      </w:r>
      <w:r>
        <w:rPr>
          <w:rFonts w:ascii="Georgia" w:hAnsi="Georgia" w:cs="Times New Roman"/>
          <w:b/>
          <w:i w:val="0"/>
          <w:color w:val="000000"/>
          <w:sz w:val="24"/>
          <w:rtl/>
          <w:szCs w:val="32"/>
        </w:rPr>
        <w:t>פַּרְדֵּס</w:t>
      </w:r>
      <w:r>
        <w:rPr>
          <w:rFonts w:ascii="Georgia" w:hAnsi="Georgia"/>
          <w:b w:val="0"/>
          <w:i w:val="0"/>
          <w:color w:val="000000"/>
          <w:sz w:val="24"/>
        </w:rPr>
        <w:t>): простой смысл (</w:t>
      </w:r>
      <w:r>
        <w:rPr>
          <w:rFonts w:ascii="Georgia" w:hAnsi="Georgia"/>
          <w:b w:val="0"/>
          <w:i/>
          <w:color w:val="000000"/>
          <w:sz w:val="24"/>
        </w:rPr>
        <w:t>пшат</w:t>
      </w:r>
      <w:r>
        <w:rPr>
          <w:rFonts w:ascii="Georgia" w:hAnsi="Georgia"/>
          <w:b w:val="0"/>
          <w:i w:val="0"/>
          <w:color w:val="000000"/>
          <w:sz w:val="24"/>
        </w:rPr>
        <w:t>), намек (</w:t>
      </w:r>
      <w:r>
        <w:rPr>
          <w:rFonts w:ascii="Georgia" w:hAnsi="Georgia"/>
          <w:b w:val="0"/>
          <w:i/>
          <w:color w:val="000000"/>
          <w:sz w:val="24"/>
        </w:rPr>
        <w:t>ремез</w:t>
      </w:r>
      <w:r>
        <w:rPr>
          <w:rFonts w:ascii="Georgia" w:hAnsi="Georgia"/>
          <w:b w:val="0"/>
          <w:i w:val="0"/>
          <w:color w:val="000000"/>
          <w:sz w:val="24"/>
        </w:rPr>
        <w:t>), толкование (</w:t>
      </w:r>
      <w:r>
        <w:rPr>
          <w:rFonts w:ascii="Georgia" w:hAnsi="Georgia"/>
          <w:b w:val="0"/>
          <w:i/>
          <w:color w:val="000000"/>
          <w:sz w:val="24"/>
        </w:rPr>
        <w:t>драш</w:t>
      </w:r>
      <w:r>
        <w:rPr>
          <w:rFonts w:ascii="Georgia" w:hAnsi="Georgia"/>
          <w:b w:val="0"/>
          <w:i w:val="0"/>
          <w:color w:val="000000"/>
          <w:sz w:val="24"/>
        </w:rPr>
        <w:t>) и тайна (</w:t>
      </w:r>
      <w:r>
        <w:rPr>
          <w:rFonts w:ascii="Georgia" w:hAnsi="Georgia"/>
          <w:b w:val="0"/>
          <w:i/>
          <w:color w:val="000000"/>
          <w:sz w:val="24"/>
        </w:rPr>
        <w:t>сод</w:t>
      </w:r>
      <w:r>
        <w:rPr>
          <w:rFonts w:ascii="Georgia" w:hAnsi="Georgia"/>
          <w:b w:val="0"/>
          <w:i w:val="0"/>
          <w:color w:val="000000"/>
          <w:sz w:val="24"/>
        </w:rPr>
        <w:t>). И в каждом из этих четырех путей есть шестьдесят рибо толкований. Получается, что у каждой души из шестидесяти рибо душ Исраэля есть один путь во всей Торе согласно корню бытия ее души, связанной с Торой. И потому каждый человек из [народа] Исраэля может обновлять смыслы в Торе сообразно своей доле — то, чего не может обновить его ближний. Однако бывает человек, включающий в себя несколько искр частей душ, и соответственно числу тех искр он может обновлять толкования в Торе. И потому Моше, учитель наш, мир ему, включавший в себя весь Исраэль, знал все, что способен обновить опытный ученик (</w:t>
      </w:r>
      <w:r>
        <w:rPr>
          <w:rFonts w:ascii="Georgia" w:hAnsi="Georgia"/>
          <w:b w:val="0"/>
          <w:i/>
          <w:color w:val="000000"/>
          <w:sz w:val="24"/>
        </w:rPr>
        <w:t>талмид ватик</w:t>
      </w:r>
      <w:r>
        <w:rPr>
          <w:rFonts w:ascii="Georgia" w:hAnsi="Georgia"/>
          <w:b w:val="0"/>
          <w:i w:val="0"/>
          <w:color w:val="000000"/>
          <w:sz w:val="24"/>
        </w:rPr>
        <w:t>); и в этом тайна сказанного нашими мудрецами, благословенной памяти: «Это учит, что Моше был равновелик всему Исраэлю». Вернемся к нашей теме: учитель мой, благословенной памяти, постигал своей мудростью место корня в Торе каждого человека из Исраэля и обучал каждого именно тем толкованиям Торы, которые относились к его душе. Иногда открывалось толкование одного стиха, а иногда — других стихов; и в зависимости от времени и часа в душе того человека открывалось толкование определенного стиха.</w:t>
      </w:r>
    </w:p>
    <w:p>
      <w:pPr>
        <w:spacing w:before="40" w:after="120"/>
        <w:jc w:val="both"/>
      </w:pPr>
      <w:r>
        <w:rPr>
          <w:rFonts w:ascii="Georgia" w:hAnsi="Georgia"/>
          <w:b w:val="0"/>
          <w:i w:val="0"/>
          <w:color w:val="000000"/>
          <w:sz w:val="24"/>
        </w:rPr>
        <w:t>Тогда учитель мой, благословенной памяти, учил этого человека тому толкованию того стиха, которое открылось тогда, сообразно тому часу, в его душе. И тот человек произносил этот стих своими устами и направлял намерение на то толкование и на Имена, выходящие из этого стиха, — и все строго по пути, относящемуся именно к его душе. Благодаря этому его душа очищалась, когда размышляла и думала об этом толковании сообразно корню души человека оттуда. И главное время этих ихудим — перед сном на своем ложе, в уединении и с сосредоточенным намерением; благодаря этому его душа поднимется ввысь и примет дополнительное свечение. А иногда он говорил ему совершать их, когда тот вставал с постели в последней части ночи.</w:t>
      </w:r>
    </w:p>
    <w:p>
      <w:pPr>
        <w:spacing w:before="40" w:after="120"/>
        <w:jc w:val="both"/>
      </w:pPr>
      <w:r>
        <w:rPr>
          <w:rFonts w:ascii="Georgia" w:hAnsi="Georgia"/>
          <w:b w:val="0"/>
          <w:i w:val="0"/>
          <w:color w:val="000000"/>
          <w:sz w:val="24"/>
        </w:rPr>
        <w:t xml:space="preserve">Предисловие четвертое. Знай также то, что я написал выше, и повторю это здесь: во всех ихудим, какие только есть в мире, если ты совершаешь их, простираясь непосредственно на самой могиле праведника, необходимо направлять намерение на то, что своим простиранием на нем ты побуждаешь, чтобы и этот праведник тоже распростер свою душу, и она распространилась в его костях, находящихся там, в могиле. И он снова оживает, а его кости становятся подобием тела для души, которая простирается и распространяется внутри них. И эта душа — та самая, что остается в могиле, как известно по тайне [стиха]: </w:t>
      </w:r>
      <w:r>
        <w:rPr>
          <w:rFonts w:ascii="Georgia" w:hAnsi="Georgia"/>
          <w:b w:val="0"/>
          <w:i/>
          <w:color w:val="000000"/>
          <w:sz w:val="24"/>
        </w:rPr>
        <w:t>«…и душа его о нем скорбит»</w:t>
      </w:r>
      <w:r>
        <w:rPr>
          <w:rFonts w:ascii="Georgia" w:hAnsi="Georgia"/>
          <w:b w:val="0"/>
          <w:i w:val="0"/>
          <w:color w:val="000000"/>
          <w:sz w:val="24"/>
        </w:rPr>
        <w:t xml:space="preserve"> (Иов 14:22). И в тот час праведник предстает словно живой телом и душой. Если же ты совершаешь ихудим в своем доме, не посредством простирания, нет нужды в этих намерениях.</w:t>
      </w:r>
    </w:p>
    <w:p>
      <w:pPr>
        <w:spacing w:before="40" w:after="120"/>
        <w:jc w:val="both"/>
      </w:pPr>
      <w:r>
        <w:rPr>
          <w:rFonts w:ascii="Georgia" w:hAnsi="Georgia"/>
          <w:b w:val="0"/>
          <w:i w:val="0"/>
          <w:color w:val="000000"/>
          <w:sz w:val="24"/>
        </w:rPr>
        <w:t>Однако всегда необходимо направлять намерение — как при простирании, так и в своем доме: во всех без исключения ихудим сосредотачивай намерение на том, чтобы поднять свою душу и душу того праведника связанными воедино, когда твоя душа включена в его душу. И тебе следует направить намерение на тот корень в Адаме а-Ришоне, от которого зависят душа праведника и твоя душа, и сосредоточить намерение на том, чтобы пробудить то место — тот орган, от которого зависит душа этого праведника в Адаме а-Ришоне; и со стороны этого органа ты поднимаешь его душу по тайне МАН. И пример этому: если душа того праведника происходит из корня органа правой руки Адама а-Ришона, и ты тоже оттуда, из его корня; и вот этот праведник после своей кончины уже поднялся от конца руки к ее началу, твоя же душа все еще находится в конце той руки. Ведь известно, что в каждом корне есть целостный парцуф; и если твоя душа относится, к примеру, к пятке или стопе того парцуфа твоего корня, направь намерение на то, чтобы поднять свою душу от пятки того парцуфа к его голове. Тогда твоя душа соединится с душой того праведника, и ты пробудишь обе души вместе и поднимешь их ввысь по тайне МАН.</w:t>
      </w:r>
    </w:p>
    <w:p>
      <w:pPr>
        <w:spacing w:before="40" w:after="120"/>
        <w:jc w:val="both"/>
      </w:pPr>
      <w:r>
        <w:rPr>
          <w:rFonts w:ascii="Georgia" w:hAnsi="Georgia"/>
          <w:b w:val="0"/>
          <w:i w:val="0"/>
          <w:color w:val="000000"/>
          <w:sz w:val="24"/>
        </w:rPr>
        <w:t>Также тебе следует знать: если ты знаешь о себе, что обладаешь [ступенью] нешама, пробуждай также свою нешама вместе с нешама того праведника; если же у тебя есть только руах, пробуждай лишь свой руах; а если у тебя есть только нефеш, пробуждай [лишь] свою нефеш. Смысл в том, что при пробуждении нешама праведника и его руаха ты пробуждаешь только нешама и руах самого праведника; когда же дойдешь до пробуждения также и нефеш праведника, сосредоточь намерение на нефеш праведника и на том, чтобы присоединить к нему также и свою нефеш. И главное — все зависит от того, чтобы ты направлял намерение с великим неодолимым стремлением и в радости, а также при полном совлечении материальности с души.</w:t>
      </w:r>
    </w:p>
    <w:p>
      <w:pPr>
        <w:spacing w:before="40" w:after="120"/>
        <w:jc w:val="both"/>
      </w:pPr>
      <w:r>
        <w:rPr>
          <w:rFonts w:ascii="Georgia" w:hAnsi="Georgia"/>
          <w:b w:val="0"/>
          <w:i w:val="0"/>
          <w:color w:val="000000"/>
          <w:sz w:val="24"/>
        </w:rPr>
        <w:t>Предисловие пятое. Вопрос слияния (</w:t>
      </w:r>
      <w:r>
        <w:rPr>
          <w:rFonts w:ascii="Georgia" w:hAnsi="Georgia"/>
          <w:b w:val="0"/>
          <w:i/>
          <w:color w:val="000000"/>
          <w:sz w:val="24"/>
        </w:rPr>
        <w:t>двекут</w:t>
      </w:r>
      <w:r>
        <w:rPr>
          <w:rFonts w:ascii="Georgia" w:hAnsi="Georgia"/>
          <w:b w:val="0"/>
          <w:i w:val="0"/>
          <w:color w:val="000000"/>
          <w:sz w:val="24"/>
        </w:rPr>
        <w:t>) с праведниками и простирания на их могилах, чтобы соединить дух с духом (</w:t>
      </w:r>
      <w:r>
        <w:rPr>
          <w:rFonts w:ascii="Georgia" w:hAnsi="Georgia"/>
          <w:b w:val="0"/>
          <w:i/>
          <w:color w:val="000000"/>
          <w:sz w:val="24"/>
        </w:rPr>
        <w:t>руха бе-руха</w:t>
      </w:r>
      <w:r>
        <w:rPr>
          <w:rFonts w:ascii="Georgia" w:hAnsi="Georgia"/>
          <w:b w:val="0"/>
          <w:i w:val="0"/>
          <w:color w:val="000000"/>
          <w:sz w:val="24"/>
        </w:rPr>
        <w:t>) и душу с душой (</w:t>
      </w:r>
      <w:r>
        <w:rPr>
          <w:rFonts w:ascii="Georgia" w:hAnsi="Georgia"/>
          <w:b w:val="0"/>
          <w:i/>
          <w:color w:val="000000"/>
          <w:sz w:val="24"/>
        </w:rPr>
        <w:t>нафша бе-нафша</w:t>
      </w:r>
      <w:r>
        <w:rPr>
          <w:rFonts w:ascii="Georgia" w:hAnsi="Georgia"/>
          <w:b w:val="0"/>
          <w:i w:val="0"/>
          <w:color w:val="000000"/>
          <w:sz w:val="24"/>
        </w:rPr>
        <w:t xml:space="preserve">), как сказано в Зоаре (раздел Ахарей мот, лист 70б), и вот его слова: «И во время, когда мир нуждается в милосердии и жизни, идут и извещают души праведников и плачут на их могилах те, кому подобает известить их. Почему? Потому что обращают свое желание к тому, чтобы соединилась душа с душой…» — и чтобы очиститься великим очищением, освятиться дивной святостью и вкусить огромное наслаждение — </w:t>
      </w:r>
      <w:r>
        <w:rPr>
          <w:rFonts w:ascii="Georgia" w:hAnsi="Georgia"/>
          <w:b w:val="0"/>
          <w:i/>
          <w:color w:val="000000"/>
          <w:sz w:val="24"/>
        </w:rPr>
        <w:t>«созерцать прелесть Г-сподню»</w:t>
      </w:r>
      <w:r>
        <w:rPr>
          <w:rFonts w:ascii="Georgia" w:hAnsi="Georgia"/>
          <w:b w:val="0"/>
          <w:i w:val="0"/>
          <w:color w:val="000000"/>
          <w:sz w:val="24"/>
        </w:rPr>
        <w:t xml:space="preserve"> (Теилим 27:4), — узнать, </w:t>
      </w:r>
      <w:r>
        <w:rPr>
          <w:rFonts w:ascii="Georgia" w:hAnsi="Georgia"/>
          <w:b w:val="0"/>
          <w:i/>
          <w:color w:val="000000"/>
          <w:sz w:val="24"/>
        </w:rPr>
        <w:t>«где путь к обители света»</w:t>
      </w:r>
      <w:r>
        <w:rPr>
          <w:rFonts w:ascii="Georgia" w:hAnsi="Georgia"/>
          <w:b w:val="0"/>
          <w:i w:val="0"/>
          <w:color w:val="000000"/>
          <w:sz w:val="24"/>
        </w:rPr>
        <w:t xml:space="preserve"> (Иов 38:19), во всех его делах; и откроют ему истинные вещи, не погрешающие ни на волос. Но только при условии, что он будет вести себя в святости, смирении и богобоязненности и всегда ставить достославное и грозное Имя перед собою, объединяя Имя Святого, благословен Он, и Его Шхины в любви и трепете — объединяя [букву] вав (</w:t>
      </w:r>
      <w:r>
        <w:rPr>
          <w:rFonts w:ascii="Georgia" w:hAnsi="Georgia" w:cs="Times New Roman"/>
          <w:b/>
          <w:i w:val="0"/>
          <w:color w:val="000000"/>
          <w:sz w:val="24"/>
          <w:rtl/>
          <w:szCs w:val="32"/>
        </w:rPr>
        <w:t>ו</w:t>
      </w:r>
      <w:r>
        <w:rPr>
          <w:rFonts w:ascii="Georgia" w:hAnsi="Georgia"/>
          <w:b w:val="0"/>
          <w:i w:val="0"/>
          <w:color w:val="000000"/>
          <w:sz w:val="24"/>
        </w:rPr>
        <w:t>) с хэй (</w:t>
      </w:r>
      <w:r>
        <w:rPr>
          <w:rFonts w:ascii="Georgia" w:hAnsi="Georgia" w:cs="Times New Roman"/>
          <w:b/>
          <w:i w:val="0"/>
          <w:color w:val="000000"/>
          <w:sz w:val="24"/>
          <w:rtl/>
          <w:szCs w:val="32"/>
        </w:rPr>
        <w:t>ה</w:t>
      </w:r>
      <w:r>
        <w:rPr>
          <w:rFonts w:ascii="Georgia" w:hAnsi="Georgia"/>
          <w:b w:val="0"/>
          <w:i w:val="0"/>
          <w:color w:val="000000"/>
          <w:sz w:val="24"/>
        </w:rPr>
        <w:t>) посредством йод (</w:t>
      </w:r>
      <w:r>
        <w:rPr>
          <w:rFonts w:ascii="Georgia" w:hAnsi="Georgia" w:cs="Times New Roman"/>
          <w:b/>
          <w:i w:val="0"/>
          <w:color w:val="000000"/>
          <w:sz w:val="24"/>
          <w:rtl/>
          <w:szCs w:val="32"/>
        </w:rPr>
        <w:t>י</w:t>
      </w:r>
      <w:r>
        <w:rPr>
          <w:rFonts w:ascii="Georgia" w:hAnsi="Georgia"/>
          <w:b w:val="0"/>
          <w:i w:val="0"/>
          <w:color w:val="000000"/>
          <w:sz w:val="24"/>
        </w:rPr>
        <w:t>) и хэй (</w:t>
      </w:r>
      <w:r>
        <w:rPr>
          <w:rFonts w:ascii="Georgia" w:hAnsi="Georgia" w:cs="Times New Roman"/>
          <w:b/>
          <w:i w:val="0"/>
          <w:color w:val="000000"/>
          <w:sz w:val="24"/>
          <w:rtl/>
          <w:szCs w:val="32"/>
        </w:rPr>
        <w:t>ה</w:t>
      </w:r>
      <w:r>
        <w:rPr>
          <w:rFonts w:ascii="Georgia" w:hAnsi="Georgia"/>
          <w:b w:val="0"/>
          <w:i w:val="0"/>
          <w:color w:val="000000"/>
          <w:sz w:val="24"/>
        </w:rPr>
        <w:t>). И пусть человек ни в коем случае не воображает, будто праведники со своей кончиной, покоясь в прахе, перестают служить и совершать единение, упаси Б-г! Напротив, они совершают единение непрестанно по тайне своих нешама, руаха и нефеш, восходящих ввысь: объединяют Хохму с Биной по тайне своей нешама, Тиферет с Малхут — по тайне своего руаха, и [поднимают] ее МАН — по тайне своей нефеш. И тем более в полночь, когда Он услаждается душами праведников в Ган Эдене, как объяснено в Зоаре. И не только это, но они также совершают соударение (зивуг) в Ган Эдене и порождают души для герим, как объяснено там, в разделе Шлах леха, в начале листа 168а.</w:t>
      </w:r>
    </w:p>
    <w:p>
      <w:pPr>
        <w:spacing w:before="40" w:after="120"/>
        <w:jc w:val="both"/>
      </w:pPr>
      <w:r>
        <w:rPr>
          <w:rFonts w:ascii="Georgia" w:hAnsi="Georgia"/>
          <w:b w:val="0"/>
          <w:i w:val="0"/>
          <w:color w:val="000000"/>
          <w:sz w:val="24"/>
        </w:rPr>
        <w:t>Однако тайна их служения и единения при жизни непрерывно обновляется и добавляет силы наверху день ото дня, освещая в Ацилуте безмерным светом, возрастающим каждый день по сравнению с предыдущим; тогда как после кончины они совершают единение так, как уже совершали его при жизни. И они также молятся там за живых, как известно из раздела Шмот, лист 16б, подобно тому как мы находим относительно праотцев мира, что они молятся за живых, как известно из Зоара в разделе Шмот и в Гемаре (трактат Бава Меция, глава «А-Поалим»), в рассказе о рабби Хие и его сыновьях. И там, в книге Зоар, объясняется: если бы не молитва умерших, живые не устояли бы.</w:t>
      </w:r>
    </w:p>
    <w:p>
      <w:pPr>
        <w:spacing w:before="40" w:after="120"/>
        <w:jc w:val="both"/>
      </w:pPr>
      <w:r>
        <w:rPr>
          <w:rFonts w:ascii="Georgia" w:hAnsi="Georgia"/>
          <w:b w:val="0"/>
          <w:i w:val="0"/>
          <w:color w:val="000000"/>
          <w:sz w:val="24"/>
        </w:rPr>
        <w:t>И после того как я разъяснил тебе, что они непрестанно служат и совершают единение по тайне своего руаха, своих нефеш и нешама наверху, в высшем мире, — когда человек совершает высший ихуд, пусть направит намерение на то, чтобы соотнести каждый ихуд с тем, что к нему относится: относящееся к нефеш — к нефеш, относящееся к руаху — к руаху, а относящееся к нешама — к нешама. И пусть сосредоточит намерение соединить НАРАН того праведника в этих ихудим — каждую ступень с тем, что к ней относится; и так же соединит свои нефеш, руах и нешама с НАРАН того праведника во время совершения ихуда — и тогда, вне всякого сомнения, его душа соединится с его душой.</w:t>
      </w:r>
    </w:p>
    <w:p>
      <w:pPr>
        <w:spacing w:before="40" w:after="120"/>
        <w:jc w:val="both"/>
      </w:pPr>
      <w:r>
        <w:rPr>
          <w:rFonts w:ascii="Georgia" w:hAnsi="Georgia"/>
          <w:b w:val="0"/>
          <w:i w:val="0"/>
          <w:color w:val="000000"/>
          <w:sz w:val="24"/>
        </w:rPr>
        <w:t xml:space="preserve">Ихуд первый. Высшее единение ХУБ таково: Имя АВАЯ — в Хохме, а Имя ЭЙЕ — в Бине; и при их соединении вместе — вот так: </w:t>
      </w:r>
      <w:r>
        <w:rPr>
          <w:rFonts w:ascii="Georgia" w:hAnsi="Georgia" w:cs="Times New Roman"/>
          <w:b/>
          <w:i w:val="0"/>
          <w:color w:val="000000"/>
          <w:sz w:val="24"/>
          <w:rtl/>
          <w:szCs w:val="32"/>
        </w:rPr>
        <w:t>יאההויה״ה</w:t>
      </w:r>
      <w:r>
        <w:rPr>
          <w:rFonts w:ascii="Georgia" w:hAnsi="Georgia"/>
          <w:b w:val="0"/>
          <w:i w:val="0"/>
          <w:color w:val="000000"/>
          <w:sz w:val="24"/>
        </w:rPr>
        <w:t xml:space="preserve"> — это высшее соударение (зивуг). И Имя, соединяющее их, — это Имя АВАЯ с наполнением йодами, вот так: </w:t>
      </w:r>
      <w:r>
        <w:rPr>
          <w:rFonts w:ascii="Georgia" w:hAnsi="Georgia" w:cs="Times New Roman"/>
          <w:b/>
          <w:i w:val="0"/>
          <w:color w:val="000000"/>
          <w:sz w:val="24"/>
          <w:rtl/>
          <w:szCs w:val="32"/>
        </w:rPr>
        <w:t>יוד הי ויו הי</w:t>
      </w:r>
      <w:r>
        <w:rPr>
          <w:rFonts w:ascii="Georgia" w:hAnsi="Georgia"/>
          <w:b w:val="0"/>
          <w:i w:val="0"/>
          <w:color w:val="000000"/>
          <w:sz w:val="24"/>
        </w:rPr>
        <w:t>, что составляет по гематрии 72 (</w:t>
      </w:r>
      <w:r>
        <w:rPr>
          <w:rFonts w:ascii="Georgia" w:hAnsi="Georgia" w:cs="Times New Roman"/>
          <w:b/>
          <w:i w:val="0"/>
          <w:color w:val="000000"/>
          <w:sz w:val="24"/>
          <w:rtl/>
          <w:szCs w:val="32"/>
        </w:rPr>
        <w:t>ע״ב</w:t>
      </w:r>
      <w:r>
        <w:rPr>
          <w:rFonts w:ascii="Georgia" w:hAnsi="Georgia"/>
          <w:b w:val="0"/>
          <w:i w:val="0"/>
          <w:color w:val="000000"/>
          <w:sz w:val="24"/>
        </w:rPr>
        <w:t xml:space="preserve">), по числу слова </w:t>
      </w:r>
      <w:r>
        <w:rPr>
          <w:rFonts w:ascii="Georgia" w:hAnsi="Georgia"/>
          <w:b w:val="0"/>
          <w:i/>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xml:space="preserve"> = 72). И это высший Хесед (</w:t>
      </w:r>
      <w:r>
        <w:rPr>
          <w:rFonts w:ascii="Georgia" w:hAnsi="Georgia"/>
          <w:b w:val="0"/>
          <w:i/>
          <w:color w:val="000000"/>
          <w:sz w:val="24"/>
        </w:rPr>
        <w:t>хесед илаа</w:t>
      </w:r>
      <w:r>
        <w:rPr>
          <w:rFonts w:ascii="Georgia" w:hAnsi="Georgia"/>
          <w:b w:val="0"/>
          <w:i w:val="0"/>
          <w:color w:val="000000"/>
          <w:sz w:val="24"/>
        </w:rPr>
        <w:t>), производящий высший зивуг, и он называется Мазла. И это совершается посредством нешама праведника, восходящей ввысь, в Бину (а возможно, она и есть МАН де-Бина, как мы разъясним); и в этом тайна [изречения]: «Так взошло в [Б-жественной] мысли».</w:t>
      </w:r>
    </w:p>
    <w:p>
      <w:pPr>
        <w:spacing w:before="40" w:after="120"/>
        <w:jc w:val="both"/>
      </w:pPr>
      <w:r>
        <w:rPr>
          <w:rFonts w:ascii="Georgia" w:hAnsi="Georgia"/>
          <w:b w:val="0"/>
          <w:i w:val="0"/>
          <w:color w:val="000000"/>
          <w:sz w:val="24"/>
        </w:rPr>
        <w:t xml:space="preserve">Тиферет же и Малхут — это Имя АВАЯ в Тиферет и Имя АДОНАЙ в Малхут; а при их соединении вместе получается </w:t>
      </w:r>
      <w:r>
        <w:rPr>
          <w:rFonts w:ascii="Georgia" w:hAnsi="Georgia" w:cs="Times New Roman"/>
          <w:b/>
          <w:i w:val="0"/>
          <w:color w:val="000000"/>
          <w:sz w:val="24"/>
          <w:rtl/>
          <w:szCs w:val="32"/>
        </w:rPr>
        <w:t>יאהדונ״הי</w:t>
      </w:r>
      <w:r>
        <w:rPr>
          <w:rFonts w:ascii="Georgia" w:hAnsi="Georgia"/>
          <w:b w:val="0"/>
          <w:i w:val="0"/>
          <w:color w:val="000000"/>
          <w:sz w:val="24"/>
        </w:rPr>
        <w:t xml:space="preserve">. И Имя, соединяющее их, — это Имя АВАЯ с наполнением алефами, вот так: </w:t>
      </w:r>
      <w:r>
        <w:rPr>
          <w:rFonts w:ascii="Georgia" w:hAnsi="Georgia" w:cs="Times New Roman"/>
          <w:b/>
          <w:i w:val="0"/>
          <w:color w:val="000000"/>
          <w:sz w:val="24"/>
          <w:rtl/>
          <w:szCs w:val="32"/>
        </w:rPr>
        <w:t>יוד הא ואו הא</w:t>
      </w:r>
      <w:r>
        <w:rPr>
          <w:rFonts w:ascii="Georgia" w:hAnsi="Georgia"/>
          <w:b w:val="0"/>
          <w:i w:val="0"/>
          <w:color w:val="000000"/>
          <w:sz w:val="24"/>
        </w:rPr>
        <w:t>, и это совершается посредством руаха праведника, а нефеш праведника служит для нее МАН. И не возражай мне, говоря, будто в нижнем зивуге требуются руах и нефеш — руах для их соединения, а нефеш для МАН, тогда как в высшем зивуге есть только нешама. Знай, что есть нешама и есть нешама де-нешама: одна — для зивуга, а другая — для МАН: нешама де-нешама со стороны Хохмы — для их зивуга, а нешама от Бины — по тайне МАН. И точно так же в нижнем зивуге: руах от Тиферет — для их соединения, а нефеш от Малхут — для подъема МАН.</w:t>
      </w:r>
    </w:p>
    <w:p>
      <w:pPr>
        <w:spacing w:before="40" w:after="120"/>
        <w:jc w:val="both"/>
      </w:pPr>
      <w:r>
        <w:rPr>
          <w:rFonts w:ascii="Georgia" w:hAnsi="Georgia"/>
          <w:b w:val="0"/>
          <w:i w:val="0"/>
          <w:color w:val="000000"/>
          <w:sz w:val="24"/>
        </w:rPr>
        <w:t>И вот наполнение Имени АВАЯ делится на четыре вида:</w:t>
      </w:r>
    </w:p>
    <w:p>
      <w:pPr>
        <w:spacing w:before="40" w:after="120"/>
        <w:jc w:val="both"/>
      </w:pPr>
      <w:r>
        <w:rPr>
          <w:rFonts w:ascii="Georgia" w:hAnsi="Georgia"/>
          <w:b w:val="0"/>
          <w:i w:val="0"/>
          <w:color w:val="000000"/>
          <w:sz w:val="24"/>
        </w:rPr>
        <w:t xml:space="preserve">либо оно целиком с наполнением йодами, вот так: </w:t>
      </w:r>
      <w:r>
        <w:rPr>
          <w:rFonts w:ascii="Georgia" w:hAnsi="Georgia" w:cs="Times New Roman"/>
          <w:b/>
          <w:i w:val="0"/>
          <w:color w:val="000000"/>
          <w:sz w:val="24"/>
          <w:rtl/>
          <w:szCs w:val="32"/>
        </w:rPr>
        <w:t>יוד הי ויו הי</w:t>
      </w:r>
      <w:r>
        <w:rPr>
          <w:rFonts w:ascii="Georgia" w:hAnsi="Georgia"/>
          <w:b w:val="0"/>
          <w:i w:val="0"/>
          <w:color w:val="000000"/>
          <w:sz w:val="24"/>
        </w:rPr>
        <w:t xml:space="preserve"> [АБ (72)],</w:t>
      </w:r>
    </w:p>
    <w:p>
      <w:pPr>
        <w:spacing w:before="40" w:after="120"/>
        <w:jc w:val="both"/>
      </w:pPr>
      <w:r>
        <w:rPr>
          <w:rFonts w:ascii="Georgia" w:hAnsi="Georgia"/>
          <w:b w:val="0"/>
          <w:i w:val="0"/>
          <w:color w:val="000000"/>
          <w:sz w:val="24"/>
        </w:rPr>
        <w:t xml:space="preserve">либо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[САГ (63)],</w:t>
      </w:r>
    </w:p>
    <w:p>
      <w:pPr>
        <w:spacing w:before="40" w:after="120"/>
        <w:jc w:val="both"/>
      </w:pPr>
      <w:r>
        <w:rPr>
          <w:rFonts w:ascii="Georgia" w:hAnsi="Georgia"/>
          <w:b w:val="0"/>
          <w:i w:val="0"/>
          <w:color w:val="000000"/>
          <w:sz w:val="24"/>
        </w:rPr>
        <w:t xml:space="preserve">либо с наполнением алефами, вот так: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[МА (45)],</w:t>
      </w:r>
    </w:p>
    <w:p>
      <w:pPr>
        <w:spacing w:before="40" w:after="120"/>
        <w:jc w:val="both"/>
      </w:pPr>
      <w:r>
        <w:rPr>
          <w:rFonts w:ascii="Georgia" w:hAnsi="Georgia"/>
          <w:b w:val="0"/>
          <w:i w:val="0"/>
          <w:color w:val="000000"/>
          <w:sz w:val="24"/>
        </w:rPr>
        <w:t xml:space="preserve">либо с наполнением хэй: </w:t>
      </w:r>
      <w:r>
        <w:rPr>
          <w:rFonts w:ascii="Georgia" w:hAnsi="Georgia" w:cs="Times New Roman"/>
          <w:b/>
          <w:i w:val="0"/>
          <w:color w:val="000000"/>
          <w:sz w:val="24"/>
          <w:rtl/>
          <w:szCs w:val="32"/>
        </w:rPr>
        <w:t>יוד הה וו הה</w:t>
      </w:r>
      <w:r>
        <w:rPr>
          <w:rFonts w:ascii="Georgia" w:hAnsi="Georgia"/>
          <w:b w:val="0"/>
          <w:i w:val="0"/>
          <w:color w:val="000000"/>
          <w:sz w:val="24"/>
        </w:rPr>
        <w:t xml:space="preserve"> [БОН (52)].</w:t>
      </w:r>
    </w:p>
    <w:p>
      <w:pPr>
        <w:spacing w:before="40" w:after="120"/>
        <w:jc w:val="both"/>
      </w:pPr>
      <w:r>
        <w:rPr>
          <w:rFonts w:ascii="Georgia" w:hAnsi="Georgia"/>
          <w:b w:val="0"/>
          <w:i w:val="0"/>
          <w:color w:val="000000"/>
          <w:sz w:val="24"/>
        </w:rPr>
        <w:t>И вот Имя АВАЯ де-АБ с йодами производит зивуг ХУБ посредством нешама де-нешама праведника, приходящей со стороны Хохмы;</w:t>
      </w:r>
    </w:p>
    <w:p>
      <w:pPr>
        <w:spacing w:before="40" w:after="120"/>
        <w:jc w:val="both"/>
      </w:pPr>
      <w:r>
        <w:rPr>
          <w:rFonts w:ascii="Georgia" w:hAnsi="Georgia"/>
          <w:b w:val="0"/>
          <w:i w:val="0"/>
          <w:color w:val="000000"/>
          <w:sz w:val="24"/>
        </w:rPr>
        <w:t>Имя АВАЯ де-САГ поднимает МАН посредством нешама праведника, приходящей от Бины;</w:t>
      </w:r>
    </w:p>
    <w:p>
      <w:pPr>
        <w:spacing w:before="40" w:after="120"/>
        <w:jc w:val="both"/>
      </w:pPr>
      <w:r>
        <w:rPr>
          <w:rFonts w:ascii="Georgia" w:hAnsi="Georgia"/>
          <w:b w:val="0"/>
          <w:i w:val="0"/>
          <w:color w:val="000000"/>
          <w:sz w:val="24"/>
        </w:rPr>
        <w:t>Имя АВАЯ де-МА производит зивуг Тиферет и Малхут посредством руаха праведника;</w:t>
      </w:r>
    </w:p>
    <w:p>
      <w:pPr>
        <w:spacing w:before="40" w:after="120"/>
        <w:jc w:val="both"/>
      </w:pPr>
      <w:r>
        <w:rPr>
          <w:rFonts w:ascii="Georgia" w:hAnsi="Georgia"/>
          <w:b w:val="0"/>
          <w:i w:val="0"/>
          <w:color w:val="000000"/>
          <w:sz w:val="24"/>
        </w:rPr>
        <w:t>а Имя АВАЯ с наполнением хэй — де-БОН — поднимает МАН посредством нефеш праведника, приходящей от Малхут.</w:t>
      </w:r>
    </w:p>
    <w:p>
      <w:pPr>
        <w:spacing w:before="40" w:after="120"/>
        <w:jc w:val="both"/>
      </w:pPr>
      <w:r>
        <w:rPr>
          <w:rFonts w:ascii="Georgia" w:hAnsi="Georgia"/>
          <w:b w:val="0"/>
          <w:i w:val="0"/>
          <w:color w:val="000000"/>
          <w:sz w:val="24"/>
        </w:rPr>
        <w:t>И пойми все это очень глубоко.</w:t>
      </w:r>
    </w:p>
    <w:p>
      <w:pPr>
        <w:spacing w:before="40" w:after="120"/>
        <w:jc w:val="both"/>
      </w:pPr>
      <w:r>
        <w:rPr>
          <w:rFonts w:ascii="Georgia" w:hAnsi="Georgia"/>
          <w:b w:val="0"/>
          <w:i w:val="0"/>
          <w:color w:val="000000"/>
          <w:sz w:val="24"/>
        </w:rPr>
        <w:t>Короче говоря, пусть поставит четырехбуквенное Имя АВАЯ перед своими глазами и сосредоточит намерение на том, чтобы объединить Святого, благословен Он, и Его Шхину — то есть [буквы] вав (</w:t>
      </w:r>
      <w:r>
        <w:rPr>
          <w:rFonts w:ascii="Georgia" w:hAnsi="Georgia" w:cs="Times New Roman"/>
          <w:b/>
          <w:i w:val="0"/>
          <w:color w:val="000000"/>
          <w:sz w:val="24"/>
          <w:rtl/>
          <w:szCs w:val="32"/>
        </w:rPr>
        <w:t>ו</w:t>
      </w:r>
      <w:r>
        <w:rPr>
          <w:rFonts w:ascii="Georgia" w:hAnsi="Georgia"/>
          <w:b w:val="0"/>
          <w:i w:val="0"/>
          <w:color w:val="000000"/>
          <w:sz w:val="24"/>
        </w:rPr>
        <w:t>) и хэй (</w:t>
      </w:r>
      <w:r>
        <w:rPr>
          <w:rFonts w:ascii="Georgia" w:hAnsi="Georgia" w:cs="Times New Roman"/>
          <w:b/>
          <w:i w:val="0"/>
          <w:color w:val="000000"/>
          <w:sz w:val="24"/>
          <w:rtl/>
          <w:szCs w:val="32"/>
        </w:rPr>
        <w:t>ה</w:t>
      </w:r>
      <w:r>
        <w:rPr>
          <w:rFonts w:ascii="Georgia" w:hAnsi="Georgia"/>
          <w:b w:val="0"/>
          <w:i w:val="0"/>
          <w:color w:val="000000"/>
          <w:sz w:val="24"/>
        </w:rPr>
        <w:t>) — в любви и трепете — то есть [буквы] йод (</w:t>
      </w:r>
      <w:r>
        <w:rPr>
          <w:rFonts w:ascii="Georgia" w:hAnsi="Georgia" w:cs="Times New Roman"/>
          <w:b/>
          <w:i w:val="0"/>
          <w:color w:val="000000"/>
          <w:sz w:val="24"/>
          <w:rtl/>
          <w:szCs w:val="32"/>
        </w:rPr>
        <w:t>י</w:t>
      </w:r>
      <w:r>
        <w:rPr>
          <w:rFonts w:ascii="Georgia" w:hAnsi="Georgia"/>
          <w:b w:val="0"/>
          <w:i w:val="0"/>
          <w:color w:val="000000"/>
          <w:sz w:val="24"/>
        </w:rPr>
        <w:t>) и хэй (</w:t>
      </w:r>
      <w:r>
        <w:rPr>
          <w:rFonts w:ascii="Georgia" w:hAnsi="Georgia" w:cs="Times New Roman"/>
          <w:b/>
          <w:i w:val="0"/>
          <w:color w:val="000000"/>
          <w:sz w:val="24"/>
          <w:rtl/>
          <w:szCs w:val="32"/>
        </w:rPr>
        <w:t>ה</w:t>
      </w:r>
      <w:r>
        <w:rPr>
          <w:rFonts w:ascii="Georgia" w:hAnsi="Georgia"/>
          <w:b w:val="0"/>
          <w:i w:val="0"/>
          <w:color w:val="000000"/>
          <w:sz w:val="24"/>
        </w:rPr>
        <w:t xml:space="preserve">). Затем пусть направит намерение на Имя АВАЯ в Хохме с огласовкой патах и на Имя ЭЙЕ в Бине, а затем на оба их вместе — </w:t>
      </w:r>
      <w:r>
        <w:rPr>
          <w:rFonts w:ascii="Georgia" w:hAnsi="Georgia" w:cs="Times New Roman"/>
          <w:b/>
          <w:i w:val="0"/>
          <w:color w:val="000000"/>
          <w:sz w:val="24"/>
          <w:rtl/>
          <w:szCs w:val="32"/>
        </w:rPr>
        <w:t>יאההויה״ה</w:t>
      </w:r>
      <w:r>
        <w:rPr>
          <w:rFonts w:ascii="Georgia" w:hAnsi="Georgia"/>
          <w:b w:val="0"/>
          <w:i w:val="0"/>
          <w:color w:val="000000"/>
          <w:sz w:val="24"/>
        </w:rPr>
        <w:t xml:space="preserve"> — посредством Имени АВАЯ с наполнением йодами; и это — посредством нешама де-нешама того праведника, приходящей от Хохмы, которая представляет собой первую букву в Имени АВАЯ. И направь намерение на то, чтобы поднять от Бины МАН и нижнее пробуждение (</w:t>
      </w:r>
      <w:r>
        <w:rPr>
          <w:rFonts w:ascii="Georgia" w:hAnsi="Georgia"/>
          <w:b w:val="0"/>
          <w:i/>
          <w:color w:val="000000"/>
          <w:sz w:val="24"/>
        </w:rPr>
        <w:t>итъарута де-летата</w:t>
      </w:r>
      <w:r>
        <w:rPr>
          <w:rFonts w:ascii="Georgia" w:hAnsi="Georgia"/>
          <w:b w:val="0"/>
          <w:i w:val="0"/>
          <w:color w:val="000000"/>
          <w:sz w:val="24"/>
        </w:rPr>
        <w:t>) посредством Имени АВАЯ с наполнением САГ; и это — посредством нешама того праведника, приходящей от Бины, которая представляет собой вторую букву в Имени АВАЯ.</w:t>
      </w:r>
    </w:p>
    <w:p>
      <w:pPr>
        <w:spacing w:before="40" w:after="120"/>
        <w:jc w:val="both"/>
      </w:pPr>
      <w:r>
        <w:rPr>
          <w:rFonts w:ascii="Georgia" w:hAnsi="Georgia"/>
          <w:b w:val="0"/>
          <w:i w:val="0"/>
          <w:color w:val="000000"/>
          <w:sz w:val="24"/>
        </w:rPr>
        <w:t xml:space="preserve">Затем пусть направит намерение на Имя АВАЯ в Тиферет с огласовкой холам и на Имя АДОНАЙ в Малхут, а затем на оба их вместе — </w:t>
      </w:r>
      <w:r>
        <w:rPr>
          <w:rFonts w:ascii="Georgia" w:hAnsi="Georgia" w:cs="Times New Roman"/>
          <w:b/>
          <w:i w:val="0"/>
          <w:color w:val="000000"/>
          <w:sz w:val="24"/>
          <w:rtl/>
          <w:szCs w:val="32"/>
        </w:rPr>
        <w:t>יאהדונ״הי</w:t>
      </w:r>
      <w:r>
        <w:rPr>
          <w:rFonts w:ascii="Georgia" w:hAnsi="Georgia"/>
          <w:b w:val="0"/>
          <w:i w:val="0"/>
          <w:color w:val="000000"/>
          <w:sz w:val="24"/>
        </w:rPr>
        <w:t xml:space="preserve"> — посредством Имени АВАЯ с наполнением алефами; и это — посредством руаха того праведника, приходящего от Тиферет, которая представляет собой третью букву в Имени АВАЯ. И направь намерение на то, чтобы поднять от Малхут МАН посредством Имени АВАЯ с наполнением хэй, и это — посредством нефеш праведника, приходящей от Малхут, четвертой буквы в Имени АВАЯ. И направь намерение на то, чтобы соединить свою нешама с нешама того праведника во время совершения ихуда его нешама; и так же когда будешь направлять намерение на единение с руахом того праведника, и так же — с его нефеш. И тогда все они соединятся с тем праведником, и он удостоится узнать все, чего пожелает и о чем спросит.</w:t>
      </w:r>
    </w:p>
    <w:p>
      <w:pPr>
        <w:spacing w:before="40" w:after="120"/>
        <w:jc w:val="both"/>
      </w:pPr>
      <w:r>
        <w:rPr>
          <w:rFonts w:ascii="Georgia" w:hAnsi="Georgia"/>
          <w:b w:val="0"/>
          <w:i w:val="0"/>
          <w:color w:val="000000"/>
          <w:sz w:val="24"/>
        </w:rPr>
        <w:t>Однако это дело требует великого сосредоточения намерения: пусть освободит свое сердце от всякой [посторонней] мысли и совлечет свое тело с души, чтобы не навлечь гибель на свою душу, не дай Б-г. И знай: если человек удостоился НАРАН и нешама де-нешама, все они соединятся с тем праведником, и он достигнет колоссального, поразительного постижения. Если же он удостоился только трех [уровней] или даже до трех не дошел, его постижение уменьшится в соответствии с его уровнем; и по мере величия его праведности возрастут его постижение и слияние. И Всевышний, благословен Он, да явит нам чудеса из Своей Торы и приблизит нас к служению Ему, к любви к Нему и к трепету перед Ним, амен, во веки веков.</w:t>
      </w:r>
    </w:p>
    <w:p>
      <w:pPr>
        <w:spacing w:before="40" w:after="120"/>
        <w:jc w:val="both"/>
      </w:pPr>
      <w:r>
        <w:rPr>
          <w:rFonts w:ascii="Georgia" w:hAnsi="Georgia"/>
          <w:b w:val="0"/>
          <w:i w:val="0"/>
          <w:color w:val="000000"/>
          <w:sz w:val="24"/>
        </w:rPr>
        <w:t>И знай: хотя мы учили в книге Зоар, что нефеш праведника пребывает в могиле, его руах — в Ган Эдене, а его нешама — под Престолом Славы, это относится лишь к тому, кто удостоился НАРАН от миров БЕА. Тот же, кто удостоился НАРАН от Ацилута, — вне всякого сомнения, его нефеш поднимется в Малхут, его руах — в Тиферет, а его нешама — в Бину, ведь все возвращается к своему корню, как известно. И в таком случае нефеш, остающаяся в могиле, — это нефеш де-Асия, как упомянуто выше.</w:t>
      </w:r>
    </w:p>
    <w:p>
      <w:pPr>
        <w:spacing w:before="40" w:after="120"/>
        <w:jc w:val="both"/>
      </w:pPr>
      <w:r>
        <w:rPr>
          <w:rFonts w:ascii="Georgia" w:hAnsi="Georgia"/>
          <w:b w:val="0"/>
          <w:i w:val="0"/>
          <w:color w:val="000000"/>
          <w:sz w:val="24"/>
        </w:rPr>
        <w:t>И вот мы находим в книге «Тиккуней [а-Зоар]» (Тиккун 13), что с Именем АВАЯ де-САГ поднимается Дочь (</w:t>
      </w:r>
      <w:r>
        <w:rPr>
          <w:rFonts w:ascii="Georgia" w:hAnsi="Georgia"/>
          <w:b w:val="0"/>
          <w:i/>
          <w:color w:val="000000"/>
          <w:sz w:val="24"/>
        </w:rPr>
        <w:t>барта</w:t>
      </w:r>
      <w:r>
        <w:rPr>
          <w:rFonts w:ascii="Georgia" w:hAnsi="Georgia"/>
          <w:b w:val="0"/>
          <w:i w:val="0"/>
          <w:color w:val="000000"/>
          <w:sz w:val="24"/>
        </w:rPr>
        <w:t>) к Великому (</w:t>
      </w:r>
      <w:r>
        <w:rPr>
          <w:rFonts w:ascii="Georgia" w:hAnsi="Georgia"/>
          <w:b w:val="0"/>
          <w:i/>
          <w:color w:val="000000"/>
          <w:sz w:val="24"/>
        </w:rPr>
        <w:t>ле-габей раба</w:t>
      </w:r>
      <w:r>
        <w:rPr>
          <w:rFonts w:ascii="Georgia" w:hAnsi="Georgia"/>
          <w:b w:val="0"/>
          <w:i w:val="0"/>
          <w:color w:val="000000"/>
          <w:sz w:val="24"/>
        </w:rPr>
        <w:t>) снизу вверх, и это — МАН де-Бина. Ведь подобно тому как души праведников служат для нее МАН в Малхут, так и сыновья Бины служат для нее МАН; однако Тиферет поднимается еще выше по тайне Даат, чтобы соединить ХУБ посредством четырехбуквенного Имени [АВАЯ] с наполнением йодами, а Малхут остается по тайне МАН в Бине посредством Имени АВАЯ де-САГ. И пойми это очень глубоко.</w:t>
      </w:r>
    </w:p>
    <w:p>
      <w:pPr>
        <w:spacing w:before="40" w:after="120"/>
        <w:jc w:val="both"/>
      </w:pPr>
      <w:r>
        <w:rPr>
          <w:rFonts w:ascii="Georgia" w:hAnsi="Georgia"/>
          <w:b w:val="0"/>
          <w:i w:val="0"/>
          <w:color w:val="000000"/>
          <w:sz w:val="24"/>
        </w:rPr>
        <w:t>До сих пор — то, что я скопировал из рукописи учителя моего, благословенной памяти; и это то, что передал мне учитель мой, благословенной памяти, устно.</w:t>
      </w:r>
    </w:p>
    <w:p>
      <w:pPr>
        <w:keepNext/>
        <w:spacing w:before="320" w:after="120"/>
      </w:pPr>
      <w:r>
        <w:rPr>
          <w:rFonts w:ascii="Georgia" w:hAnsi="Georgia"/>
          <w:b w:val="0"/>
          <w:i w:val="0"/>
          <w:color w:val="000000"/>
          <w:sz w:val="32"/>
        </w:rPr>
        <w:t>Ихуд 2</w:t>
      </w:r>
    </w:p>
    <w:p>
      <w:pPr>
        <w:spacing w:before="40" w:after="120"/>
        <w:jc w:val="both"/>
      </w:pPr>
      <w:r>
        <w:rPr>
          <w:rFonts w:ascii="Georgia" w:hAnsi="Georgia"/>
          <w:b w:val="0"/>
          <w:i w:val="0"/>
          <w:color w:val="000000"/>
          <w:sz w:val="24"/>
        </w:rPr>
        <w:t>[Учитель] сказал мне, что я могу совершать это упомянутое единение (</w:t>
      </w:r>
      <w:r>
        <w:rPr>
          <w:rFonts w:ascii="Georgia" w:hAnsi="Georgia"/>
          <w:b w:val="0"/>
          <w:i/>
          <w:color w:val="000000"/>
          <w:sz w:val="24"/>
        </w:rPr>
        <w:t>ихуд</w:t>
      </w:r>
      <w:r>
        <w:rPr>
          <w:rFonts w:ascii="Georgia" w:hAnsi="Georgia"/>
          <w:b w:val="0"/>
          <w:i w:val="0"/>
          <w:color w:val="000000"/>
          <w:sz w:val="24"/>
        </w:rPr>
        <w:t>) во время каждой из трех молитв — Шахарит, Минха и Арвит — следующим образом: при падении ниц (</w:t>
      </w:r>
      <w:r>
        <w:rPr>
          <w:rFonts w:ascii="Georgia" w:hAnsi="Georgia"/>
          <w:b w:val="0"/>
          <w:i/>
          <w:color w:val="000000"/>
          <w:sz w:val="24"/>
        </w:rPr>
        <w:t>нефилат апаим</w:t>
      </w:r>
      <w:r>
        <w:rPr>
          <w:rFonts w:ascii="Georgia" w:hAnsi="Georgia"/>
          <w:b w:val="0"/>
          <w:i w:val="0"/>
          <w:color w:val="000000"/>
          <w:sz w:val="24"/>
        </w:rPr>
        <w:t>) в Шахарит и Минхе, и при чтении «Шма» (</w:t>
      </w:r>
      <w:r>
        <w:rPr>
          <w:rFonts w:ascii="Georgia" w:hAnsi="Georgia"/>
          <w:b w:val="0"/>
          <w:i/>
          <w:color w:val="000000"/>
          <w:sz w:val="24"/>
        </w:rPr>
        <w:t>Криат Шма</w:t>
      </w:r>
      <w:r>
        <w:rPr>
          <w:rFonts w:ascii="Georgia" w:hAnsi="Georgia"/>
          <w:b w:val="0"/>
          <w:i w:val="0"/>
          <w:color w:val="000000"/>
          <w:sz w:val="24"/>
        </w:rPr>
        <w:t>) в Арвит. Суть их такова: сначала разберем, как совершается упомянутое единение при падении ниц в Шахарит и Минхе.</w:t>
      </w:r>
    </w:p>
    <w:p>
      <w:pPr>
        <w:spacing w:before="40" w:after="120"/>
        <w:jc w:val="both"/>
      </w:pPr>
      <w:r>
        <w:rPr>
          <w:rFonts w:ascii="Georgia" w:hAnsi="Georgia"/>
          <w:b w:val="0"/>
          <w:i w:val="0"/>
          <w:color w:val="000000"/>
          <w:sz w:val="24"/>
        </w:rPr>
        <w:t xml:space="preserve">Ты уже знаешь, что всё падение ниц происходит в мире Ацилут. Поэтому, прежде чем начать стих </w:t>
      </w:r>
      <w:r>
        <w:rPr>
          <w:rFonts w:ascii="Georgia" w:hAnsi="Georgia"/>
          <w:b w:val="0"/>
          <w:i/>
          <w:color w:val="000000"/>
          <w:sz w:val="24"/>
        </w:rPr>
        <w:t>«[Псалом] Давида. К Тебе, Г-споди, возношу душу мою»</w:t>
      </w:r>
      <w:r>
        <w:rPr>
          <w:rFonts w:ascii="Georgia" w:hAnsi="Georgia"/>
          <w:b w:val="0"/>
          <w:i w:val="0"/>
          <w:color w:val="000000"/>
          <w:sz w:val="24"/>
        </w:rPr>
        <w:t xml:space="preserve"> (Теилим 25:1), направь намерение соединить Аба ве-Има мира Брия посредством Имен АВАЯ — АБ и САГ, как сказано выше в упомянутом единении. И сосредоточь намерение на том, что благодаря соударению (зивугу) Аба ве-Има дается сила душам праведников подняться и отдать свою душу наверху. При этом души праведников поднимаются в качестве Аба ве-Има мира Брия. Поэтому произнеси теперь стих </w:t>
      </w:r>
      <w:r>
        <w:rPr>
          <w:rFonts w:ascii="Georgia" w:hAnsi="Georgia"/>
          <w:b w:val="0"/>
          <w:i/>
          <w:color w:val="000000"/>
          <w:sz w:val="24"/>
        </w:rPr>
        <w:t>«[Псалом] Давида. К Тебе, Г-споди, возношу душу мою»</w:t>
      </w:r>
      <w:r>
        <w:rPr>
          <w:rFonts w:ascii="Georgia" w:hAnsi="Georgia"/>
          <w:b w:val="0"/>
          <w:i w:val="0"/>
          <w:color w:val="000000"/>
          <w:sz w:val="24"/>
        </w:rPr>
        <w:t xml:space="preserve"> (Теилим 25:1) и держи намерение, что души поднимаются, как сказано выше, и становятся МАН для Тиферет и Малхут де-Ацилут. И потому на слове </w:t>
      </w:r>
      <w:r>
        <w:rPr>
          <w:rFonts w:ascii="Georgia" w:hAnsi="Georgia"/>
          <w:b w:val="0"/>
          <w:i/>
          <w:color w:val="000000"/>
          <w:sz w:val="24"/>
        </w:rPr>
        <w:t>«Г-споди»</w:t>
      </w:r>
      <w:r>
        <w:rPr>
          <w:rFonts w:ascii="Georgia" w:hAnsi="Georgia"/>
          <w:b w:val="0"/>
          <w:i w:val="0"/>
          <w:color w:val="000000"/>
          <w:sz w:val="24"/>
        </w:rPr>
        <w:t xml:space="preserve"> направь намерение на АВАЯ МА с наполнением через букву алеф, а на слове </w:t>
      </w:r>
      <w:r>
        <w:rPr>
          <w:rFonts w:ascii="Georgia" w:hAnsi="Georgia"/>
          <w:b w:val="0"/>
          <w:i/>
          <w:color w:val="000000"/>
          <w:sz w:val="24"/>
        </w:rPr>
        <w:t>«душу мою»</w:t>
      </w:r>
      <w:r>
        <w:rPr>
          <w:rFonts w:ascii="Georgia" w:hAnsi="Georgia"/>
          <w:b w:val="0"/>
          <w:i w:val="0"/>
          <w:color w:val="000000"/>
          <w:sz w:val="24"/>
        </w:rPr>
        <w:t xml:space="preserve"> — на АВАЯ БОН с наполнением через букву хэй, и оба они — в Тиферет и Малхут де-Ацилут. Направляй намерение согласно порядку, приведенному выше в единении из рукописи моего учителя, благословенна его память для жизни будущего мира. Что же касается упомянутого единения при чтении «Шма» в Арвит, то оно совершается иначе. На словах </w:t>
      </w:r>
      <w:r>
        <w:rPr>
          <w:rFonts w:ascii="Georgia" w:hAnsi="Georgia"/>
          <w:b w:val="0"/>
          <w:i/>
          <w:color w:val="000000"/>
          <w:sz w:val="24"/>
        </w:rPr>
        <w:t>«Г-сподь — Б-г наш»</w:t>
      </w:r>
      <w:r>
        <w:rPr>
          <w:rFonts w:ascii="Georgia" w:hAnsi="Georgia"/>
          <w:b w:val="0"/>
          <w:i w:val="0"/>
          <w:color w:val="000000"/>
          <w:sz w:val="24"/>
        </w:rPr>
        <w:t xml:space="preserve"> направь намерение на два Имени — АВАЯ и ЭЙЕ, которые пребывают в Аба ве-Има де-Ацилут. А на слове </w:t>
      </w:r>
      <w:r>
        <w:rPr>
          <w:rFonts w:ascii="Georgia" w:hAnsi="Georgia"/>
          <w:b w:val="0"/>
          <w:i/>
          <w:color w:val="000000"/>
          <w:sz w:val="24"/>
        </w:rPr>
        <w:t>«Г-сподь»</w:t>
      </w:r>
      <w:r>
        <w:rPr>
          <w:rFonts w:ascii="Georgia" w:hAnsi="Georgia"/>
          <w:b w:val="0"/>
          <w:i w:val="0"/>
          <w:color w:val="000000"/>
          <w:sz w:val="24"/>
        </w:rPr>
        <w:t xml:space="preserve">, следующем за </w:t>
      </w:r>
      <w:r>
        <w:rPr>
          <w:rFonts w:ascii="Georgia" w:hAnsi="Georgia"/>
          <w:b w:val="0"/>
          <w:i/>
          <w:color w:val="000000"/>
          <w:sz w:val="24"/>
        </w:rPr>
        <w:t>«Б-г наш»</w:t>
      </w:r>
      <w:r>
        <w:rPr>
          <w:rFonts w:ascii="Georgia" w:hAnsi="Georgia"/>
          <w:b w:val="0"/>
          <w:i w:val="0"/>
          <w:color w:val="000000"/>
          <w:sz w:val="24"/>
        </w:rPr>
        <w:t>, направь намерение на свойство Даат, то есть на АВАЯ АБ с наполнением через йод, что представляет собой мужские воды (</w:t>
      </w:r>
      <w:r>
        <w:rPr>
          <w:rFonts w:ascii="Georgia" w:hAnsi="Georgia"/>
          <w:b w:val="0"/>
          <w:i/>
          <w:color w:val="000000"/>
          <w:sz w:val="24"/>
        </w:rPr>
        <w:t>маин дхурин</w:t>
      </w:r>
      <w:r>
        <w:rPr>
          <w:rFonts w:ascii="Georgia" w:hAnsi="Georgia"/>
          <w:b w:val="0"/>
          <w:i w:val="0"/>
          <w:color w:val="000000"/>
          <w:sz w:val="24"/>
        </w:rPr>
        <w:t>).</w:t>
      </w:r>
    </w:p>
    <w:p>
      <w:pPr>
        <w:spacing w:before="40" w:after="120"/>
        <w:jc w:val="both"/>
      </w:pPr>
      <w:r>
        <w:rPr>
          <w:rFonts w:ascii="Georgia" w:hAnsi="Georgia"/>
          <w:b w:val="0"/>
          <w:i w:val="0"/>
          <w:color w:val="000000"/>
          <w:sz w:val="24"/>
        </w:rPr>
        <w:t>И тогда соедини и переплети два упомянутых Имени, АВАЯ и ЭЙЕ, вот так: (</w:t>
      </w:r>
      <w:r>
        <w:rPr>
          <w:rFonts w:ascii="Georgia" w:hAnsi="Georgia" w:cs="Times New Roman"/>
          <w:b/>
          <w:i w:val="0"/>
          <w:color w:val="000000"/>
          <w:sz w:val="24"/>
          <w:rtl/>
          <w:szCs w:val="32"/>
        </w:rPr>
        <w:t>יאהה״יוהה</w:t>
      </w:r>
      <w:r>
        <w:rPr>
          <w:rFonts w:ascii="Georgia" w:hAnsi="Georgia"/>
          <w:b w:val="0"/>
          <w:i w:val="0"/>
          <w:color w:val="000000"/>
          <w:sz w:val="24"/>
        </w:rPr>
        <w:t xml:space="preserve">). На слове </w:t>
      </w:r>
      <w:r>
        <w:rPr>
          <w:rFonts w:ascii="Georgia" w:hAnsi="Georgia"/>
          <w:b w:val="0"/>
          <w:i/>
          <w:color w:val="000000"/>
          <w:sz w:val="24"/>
        </w:rPr>
        <w:t>«один»</w:t>
      </w:r>
      <w:r>
        <w:rPr>
          <w:rFonts w:ascii="Georgia" w:hAnsi="Georgia"/>
          <w:b w:val="0"/>
          <w:i w:val="0"/>
          <w:color w:val="000000"/>
          <w:sz w:val="24"/>
        </w:rPr>
        <w:t xml:space="preserve"> направь намерение поднять Тиферет и Малхут посредством АВАЯ САГ, чтобы они стали МАН в Има. А затем направь намерение низвести оттуда свойство мохин (свет разума) к ЗОН, называемым Тиферет и Малхут, как сказано выше, — подобно тому, как я сообщил тебе в порядке чтения «Шма» в будничном Шахарите: как мохин де-ЗОН нисходят на слове </w:t>
      </w:r>
      <w:r>
        <w:rPr>
          <w:rFonts w:ascii="Georgia" w:hAnsi="Georgia"/>
          <w:b w:val="0"/>
          <w:i/>
          <w:color w:val="000000"/>
          <w:sz w:val="24"/>
        </w:rPr>
        <w:t>«один»</w:t>
      </w:r>
      <w:r>
        <w:rPr>
          <w:rFonts w:ascii="Georgia" w:hAnsi="Georgia"/>
          <w:b w:val="0"/>
          <w:i w:val="0"/>
          <w:color w:val="000000"/>
          <w:sz w:val="24"/>
        </w:rPr>
        <w:t xml:space="preserve"> и в стихе </w:t>
      </w:r>
      <w:r>
        <w:rPr>
          <w:rFonts w:ascii="Georgia" w:hAnsi="Georgia"/>
          <w:b w:val="0"/>
          <w:i/>
          <w:color w:val="000000"/>
          <w:sz w:val="24"/>
        </w:rPr>
        <w:t>«Благословенно имя славы царства Его во веки веков!»</w:t>
      </w:r>
      <w:r>
        <w:rPr>
          <w:rFonts w:ascii="Georgia" w:hAnsi="Georgia"/>
          <w:b w:val="0"/>
          <w:i w:val="0"/>
          <w:color w:val="000000"/>
          <w:sz w:val="24"/>
        </w:rPr>
        <w:t xml:space="preserve"> (обратись туда). А после того как завершишь стих </w:t>
      </w:r>
      <w:r>
        <w:rPr>
          <w:rFonts w:ascii="Georgia" w:hAnsi="Georgia"/>
          <w:b w:val="0"/>
          <w:i/>
          <w:color w:val="000000"/>
          <w:sz w:val="24"/>
        </w:rPr>
        <w:t>«Благословенно имя славы царства Его во веки веков!»</w:t>
      </w:r>
      <w:r>
        <w:rPr>
          <w:rFonts w:ascii="Georgia" w:hAnsi="Georgia"/>
          <w:b w:val="0"/>
          <w:i w:val="0"/>
          <w:color w:val="000000"/>
          <w:sz w:val="24"/>
        </w:rPr>
        <w:t xml:space="preserve"> с упомянутым намерением, направь намерение произвести зивуг Тиферет и Малхут де-Брия посредством двух Имен АВАЯ — МА и БОН, согласно тому, как упомянуто выше в единении из рукописи моего учителя, благословенной памяти. Причина же того, что это единение совершается в Брия, заключается в том, что сейчас, ночью в Арвит, все намерение сосредоточено в мире Брия, как разъяснено у нас на своем месте, в порядке будничной молитвы Арвит.</w:t>
      </w:r>
    </w:p>
    <w:p>
      <w:pPr>
        <w:keepNext/>
        <w:spacing w:before="320" w:after="120"/>
      </w:pPr>
      <w:r>
        <w:rPr>
          <w:rFonts w:ascii="Georgia" w:hAnsi="Georgia"/>
          <w:b w:val="0"/>
          <w:i w:val="0"/>
          <w:color w:val="000000"/>
          <w:sz w:val="32"/>
        </w:rPr>
        <w:t>Ихуд 3</w:t>
      </w:r>
    </w:p>
    <w:p>
      <w:pPr>
        <w:spacing w:before="40" w:after="120"/>
        <w:jc w:val="both"/>
      </w:pPr>
      <w:r>
        <w:rPr>
          <w:rFonts w:ascii="Georgia" w:hAnsi="Georgia"/>
          <w:b w:val="0"/>
          <w:i w:val="0"/>
          <w:color w:val="000000"/>
          <w:sz w:val="24"/>
        </w:rPr>
        <w:t>Знай, что квадратура имени МА с наполнением буквами алеф, составляющая по гематрии 130 (</w:t>
      </w:r>
      <w:r>
        <w:rPr>
          <w:rFonts w:ascii="Georgia" w:hAnsi="Georgia" w:cs="Times New Roman"/>
          <w:b/>
          <w:i w:val="0"/>
          <w:color w:val="000000"/>
          <w:sz w:val="24"/>
          <w:rtl/>
          <w:szCs w:val="32"/>
        </w:rPr>
        <w:t>ק״ל</w:t>
      </w:r>
      <w:r>
        <w:rPr>
          <w:rFonts w:ascii="Georgia" w:hAnsi="Georgia"/>
          <w:b w:val="0"/>
          <w:i w:val="0"/>
          <w:color w:val="000000"/>
          <w:sz w:val="24"/>
        </w:rPr>
        <w:t xml:space="preserve">), находится в пэ (рту) де-Атика Кадиша. И в этом смысл стиха: </w:t>
      </w:r>
      <w:r>
        <w:rPr>
          <w:rFonts w:ascii="Georgia" w:hAnsi="Georgia"/>
          <w:b w:val="0"/>
          <w:i/>
          <w:color w:val="000000"/>
          <w:sz w:val="24"/>
        </w:rPr>
        <w:t>«Кто дал уста человеку?»</w:t>
      </w:r>
      <w:r>
        <w:rPr>
          <w:rFonts w:ascii="Georgia" w:hAnsi="Georgia"/>
          <w:b w:val="0"/>
          <w:i w:val="0"/>
          <w:color w:val="000000"/>
          <w:sz w:val="24"/>
        </w:rPr>
        <w:t xml:space="preserve"> (Шмот 4:11), ведь имя МА по гематрии равно слову </w:t>
      </w:r>
      <w:r>
        <w:rPr>
          <w:rFonts w:ascii="Georgia" w:hAnsi="Georgia"/>
          <w:b w:val="0"/>
          <w:i/>
          <w:color w:val="000000"/>
          <w:sz w:val="24"/>
        </w:rPr>
        <w:t>адам</w:t>
      </w:r>
      <w:r>
        <w:rPr>
          <w:rFonts w:ascii="Georgia" w:hAnsi="Georgia"/>
          <w:b w:val="0"/>
          <w:i w:val="0"/>
          <w:color w:val="000000"/>
          <w:sz w:val="24"/>
        </w:rPr>
        <w:t xml:space="preserve"> — «человек» (</w:t>
      </w:r>
      <w:r>
        <w:rPr>
          <w:rFonts w:ascii="Georgia" w:hAnsi="Georgia" w:cs="Times New Roman"/>
          <w:b/>
          <w:i w:val="0"/>
          <w:color w:val="000000"/>
          <w:sz w:val="24"/>
          <w:rtl/>
          <w:szCs w:val="32"/>
        </w:rPr>
        <w:t>אָדָם</w:t>
      </w:r>
      <w:r>
        <w:rPr>
          <w:rFonts w:ascii="Georgia" w:hAnsi="Georgia"/>
          <w:b w:val="0"/>
          <w:i w:val="0"/>
          <w:color w:val="000000"/>
          <w:sz w:val="24"/>
        </w:rPr>
        <w:t xml:space="preserve"> = 45), а наполнение квадрата этого имени МА, за вычетом [самого] МА в квадрате, равно по гематрии слову </w:t>
      </w:r>
      <w:r>
        <w:rPr>
          <w:rFonts w:ascii="Georgia" w:hAnsi="Georgia"/>
          <w:b w:val="0"/>
          <w:i/>
          <w:color w:val="000000"/>
          <w:sz w:val="24"/>
        </w:rPr>
        <w:t>пэ</w:t>
      </w:r>
      <w:r>
        <w:rPr>
          <w:rFonts w:ascii="Georgia" w:hAnsi="Georgia"/>
          <w:b w:val="0"/>
          <w:i w:val="0"/>
          <w:color w:val="000000"/>
          <w:sz w:val="24"/>
        </w:rPr>
        <w:t xml:space="preserve"> — «рот» (</w:t>
      </w:r>
      <w:r>
        <w:rPr>
          <w:rFonts w:ascii="Georgia" w:hAnsi="Georgia" w:cs="Times New Roman"/>
          <w:b/>
          <w:i w:val="0"/>
          <w:color w:val="000000"/>
          <w:sz w:val="24"/>
          <w:rtl/>
          <w:szCs w:val="32"/>
        </w:rPr>
        <w:t>פֶּה</w:t>
      </w:r>
      <w:r>
        <w:rPr>
          <w:rFonts w:ascii="Georgia" w:hAnsi="Georgia"/>
          <w:b w:val="0"/>
          <w:i w:val="0"/>
          <w:color w:val="000000"/>
          <w:sz w:val="24"/>
        </w:rPr>
        <w:t xml:space="preserve"> = 85) человека, который сам и есть имя МА; соединение же их обоих составляет 130. И это — свойство его внешнего аспекта. Внутренняя же часть этого пэ — имя АВАЯ со значением САГ. И ты уже знаешь из другого места, что и в пэ есть соударение (зивуг) от находящихся в нем горла и нёба, которые представляют собой [буквы] </w:t>
      </w:r>
      <w:r>
        <w:rPr>
          <w:rFonts w:ascii="Georgia" w:hAnsi="Georgia" w:cs="Times New Roman"/>
          <w:b/>
          <w:i w:val="0"/>
          <w:color w:val="000000"/>
          <w:sz w:val="24"/>
          <w:rtl/>
          <w:szCs w:val="32"/>
        </w:rPr>
        <w:t>אחה״ע</w:t>
      </w:r>
      <w:r>
        <w:rPr>
          <w:rFonts w:ascii="Georgia" w:hAnsi="Georgia"/>
          <w:b w:val="0"/>
          <w:i w:val="0"/>
          <w:color w:val="000000"/>
          <w:sz w:val="24"/>
        </w:rPr>
        <w:t xml:space="preserve"> и </w:t>
      </w:r>
      <w:r>
        <w:rPr>
          <w:rFonts w:ascii="Georgia" w:hAnsi="Georgia" w:cs="Times New Roman"/>
          <w:b/>
          <w:i w:val="0"/>
          <w:color w:val="000000"/>
          <w:sz w:val="24"/>
          <w:rtl/>
          <w:szCs w:val="32"/>
        </w:rPr>
        <w:t>גיכ״ק</w:t>
      </w:r>
      <w:r>
        <w:rPr>
          <w:rFonts w:ascii="Georgia" w:hAnsi="Georgia"/>
          <w:b w:val="0"/>
          <w:i w:val="0"/>
          <w:color w:val="000000"/>
          <w:sz w:val="24"/>
        </w:rPr>
        <w:t>, как мы разъясним с Б-жьей помощью. И тогда выходят остальные три органа речи, пока не образуются двадцать две буквы (отиет). Что же касается хотэма (носа) де-Атика Кадиша, то его внутренняя часть — это АВАЯ де-САГ, а его внешняя часть — три имени ЭЙЕ, выходящие из трех букв алеф (</w:t>
      </w:r>
      <w:r>
        <w:rPr>
          <w:rFonts w:ascii="Georgia" w:hAnsi="Georgia" w:cs="Times New Roman"/>
          <w:b/>
          <w:i w:val="0"/>
          <w:color w:val="000000"/>
          <w:sz w:val="24"/>
          <w:rtl/>
          <w:szCs w:val="32"/>
        </w:rPr>
        <w:t>א</w:t>
      </w:r>
      <w:r>
        <w:rPr>
          <w:rFonts w:ascii="Georgia" w:hAnsi="Georgia"/>
          <w:b w:val="0"/>
          <w:i w:val="0"/>
          <w:color w:val="000000"/>
          <w:sz w:val="24"/>
        </w:rPr>
        <w:t>), которые содержатся в упомянутом имени МА в пэ де-Атика [Кадиша]. Они протягиваются вверх, и так образуется внешняя часть хотэма. И чтобы не удлинять, запишем это единение (</w:t>
      </w:r>
      <w:r>
        <w:rPr>
          <w:rFonts w:ascii="Georgia" w:hAnsi="Georgia"/>
          <w:b w:val="0"/>
          <w:i/>
          <w:color w:val="000000"/>
          <w:sz w:val="24"/>
        </w:rPr>
        <w:t>ихуд</w:t>
      </w:r>
      <w:r>
        <w:rPr>
          <w:rFonts w:ascii="Georgia" w:hAnsi="Georgia"/>
          <w:b w:val="0"/>
          <w:i w:val="0"/>
          <w:color w:val="000000"/>
          <w:sz w:val="24"/>
        </w:rPr>
        <w:t>) кратко, обрати же на него свой взор.</w:t>
      </w:r>
    </w:p>
    <w:p>
      <w:pPr>
        <w:spacing w:before="40" w:after="120"/>
        <w:jc w:val="both"/>
      </w:pPr>
      <w:r>
        <w:rPr>
          <w:rFonts w:ascii="Georgia" w:hAnsi="Georgia"/>
          <w:b w:val="0"/>
          <w:i w:val="0"/>
          <w:color w:val="000000"/>
          <w:sz w:val="24"/>
        </w:rPr>
        <w:t xml:space="preserve">Таков порядок единения, которое ты будешь совершать. Сначала сосредоточься [на том], что из имени МА с наполнением алеф, находящегося в пэ де-Атика Кадиша, из трех содержащихся в нем букв алеф выходят три имени ЭЙЕ. Они протягиваются вверх, и из них образуется внешняя часть хотэма де-Атика. Направь намерение на то, что три имени ЭЙЕ равны по гематрии слову </w:t>
      </w:r>
      <w:r>
        <w:rPr>
          <w:rFonts w:ascii="Georgia" w:hAnsi="Georgia"/>
          <w:b w:val="0"/>
          <w:i/>
          <w:color w:val="000000"/>
          <w:sz w:val="24"/>
        </w:rPr>
        <w:t>хотэм</w:t>
      </w:r>
      <w:r>
        <w:rPr>
          <w:rFonts w:ascii="Georgia" w:hAnsi="Georgia"/>
          <w:b w:val="0"/>
          <w:i w:val="0"/>
          <w:color w:val="000000"/>
          <w:sz w:val="24"/>
        </w:rPr>
        <w:t xml:space="preserve"> (</w:t>
      </w:r>
      <w:r>
        <w:rPr>
          <w:rFonts w:ascii="Georgia" w:hAnsi="Georgia" w:cs="Times New Roman"/>
          <w:b/>
          <w:i w:val="0"/>
          <w:color w:val="000000"/>
          <w:sz w:val="24"/>
          <w:rtl/>
          <w:szCs w:val="32"/>
        </w:rPr>
        <w:t>חוֹטֶם</w:t>
      </w:r>
      <w:r>
        <w:rPr>
          <w:rFonts w:ascii="Georgia" w:hAnsi="Georgia"/>
          <w:b w:val="0"/>
          <w:i w:val="0"/>
          <w:color w:val="000000"/>
          <w:sz w:val="24"/>
        </w:rPr>
        <w:t xml:space="preserve"> = 63), и каждую их букву огласуй камацем. И оказывается, что в каждом из этих трех имен ЭЙЕ есть четыре камаца, а они представляют собой четыре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и четыре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что по гематрии составляет 64 (</w:t>
      </w:r>
      <w:r>
        <w:rPr>
          <w:rFonts w:ascii="Georgia" w:hAnsi="Georgia" w:cs="Times New Roman"/>
          <w:b/>
          <w:i w:val="0"/>
          <w:color w:val="000000"/>
          <w:sz w:val="24"/>
          <w:rtl/>
          <w:szCs w:val="32"/>
        </w:rPr>
        <w:t>ס״ד</w:t>
      </w:r>
      <w:r>
        <w:rPr>
          <w:rFonts w:ascii="Georgia" w:hAnsi="Georgia"/>
          <w:b w:val="0"/>
          <w:i w:val="0"/>
          <w:color w:val="000000"/>
          <w:sz w:val="24"/>
        </w:rPr>
        <w:t xml:space="preserve">), как числовое значение слова </w:t>
      </w:r>
      <w:r>
        <w:rPr>
          <w:rFonts w:ascii="Georgia" w:hAnsi="Georgia"/>
          <w:b w:val="0"/>
          <w:i/>
          <w:color w:val="000000"/>
          <w:sz w:val="24"/>
        </w:rPr>
        <w:t>хотэм</w:t>
      </w:r>
      <w:r>
        <w:rPr>
          <w:rFonts w:ascii="Georgia" w:hAnsi="Georgia"/>
          <w:b w:val="0"/>
          <w:i w:val="0"/>
          <w:color w:val="000000"/>
          <w:sz w:val="24"/>
        </w:rPr>
        <w:t xml:space="preserve"> вместе с самим словом (с колелем). Сосредоточься на этой огласовке, помня, что из этого хотэма нисходит великая жизненная сила к ЗОН: ведь из одного, правого отверстия выходит дух к ЗА, чтобы пробудить его к зивугу, а из левого отверстия выходит дух к его Нукве, чтобы пробудить к зивугу и ее. Впрочем, подобное пробуждение упомянутым образом будет происходить у Нуквы лишь в грядущем, когда она станет пробуждаться сама собой благодаря этому духу из левого отверстия; ныне же требуется [еще и] пробуждение душ праведников к ней.</w:t>
      </w:r>
    </w:p>
    <w:p>
      <w:pPr>
        <w:spacing w:before="40" w:after="120"/>
        <w:jc w:val="both"/>
      </w:pPr>
      <w:r>
        <w:rPr>
          <w:rFonts w:ascii="Georgia" w:hAnsi="Georgia"/>
          <w:b w:val="0"/>
          <w:i w:val="0"/>
          <w:color w:val="000000"/>
          <w:sz w:val="24"/>
        </w:rPr>
        <w:t>И вот оба этих духа, правый и левый, заложены в упомянутой огласовке: ведь четыре знака камац в каждом из трех названных имен по гематрии составляют 64, и сосредоточься на том, что в этом заложено имя САГ вместе с его ступенью (с колелем), что дает 64, и от этого пробуждается дух к ЗА. Затем направь намерение иначе: упомянутая огласовка, составляющая по гематрии 64, вместе со своей целостностью (с колелем) дает 65 (</w:t>
      </w:r>
      <w:r>
        <w:rPr>
          <w:rFonts w:ascii="Georgia" w:hAnsi="Georgia" w:cs="Times New Roman"/>
          <w:b/>
          <w:i w:val="0"/>
          <w:color w:val="000000"/>
          <w:sz w:val="24"/>
          <w:rtl/>
          <w:szCs w:val="32"/>
        </w:rPr>
        <w:t>ס״ה</w:t>
      </w:r>
      <w:r>
        <w:rPr>
          <w:rFonts w:ascii="Georgia" w:hAnsi="Georgia"/>
          <w:b w:val="0"/>
          <w:i w:val="0"/>
          <w:color w:val="000000"/>
          <w:sz w:val="24"/>
        </w:rPr>
        <w:t xml:space="preserve">), по числу имени АДОНАЙ, то есть Нуквы, — дабы указать, что от этой огласовки протягивается дух жизни к Нукве де-ЗА. Затем сосредоточься на внутренней части этого хотэма — имени САГ, как сказано выше. Устроено же оно так: первая буква хэй этого имени в своем наполнении — </w:t>
      </w:r>
      <w:r>
        <w:rPr>
          <w:rFonts w:ascii="Georgia" w:hAnsi="Georgia" w:cs="Times New Roman"/>
          <w:b/>
          <w:i w:val="0"/>
          <w:color w:val="000000"/>
          <w:sz w:val="24"/>
          <w:rtl/>
          <w:szCs w:val="32"/>
        </w:rPr>
        <w:t>הי</w:t>
      </w:r>
      <w:r>
        <w:rPr>
          <w:rFonts w:ascii="Georgia" w:hAnsi="Georgia"/>
          <w:b w:val="0"/>
          <w:i w:val="0"/>
          <w:color w:val="000000"/>
          <w:sz w:val="24"/>
        </w:rPr>
        <w:t xml:space="preserve"> — находится в правом носовом отверстии; а то, что буква хэй стоит над буквой йод, объясняется тем, что всё это — в аспекте МАН. Последняя же буква хэй имени САГ [в ее наполнении </w:t>
      </w:r>
      <w:r>
        <w:rPr>
          <w:rFonts w:ascii="Georgia" w:hAnsi="Georgia" w:cs="Times New Roman"/>
          <w:b/>
          <w:i w:val="0"/>
          <w:color w:val="000000"/>
          <w:sz w:val="24"/>
          <w:rtl/>
          <w:szCs w:val="32"/>
        </w:rPr>
        <w:t>הי</w:t>
      </w:r>
      <w:r>
        <w:rPr>
          <w:rFonts w:ascii="Georgia" w:hAnsi="Georgia"/>
          <w:b w:val="0"/>
          <w:i w:val="0"/>
          <w:color w:val="000000"/>
          <w:sz w:val="24"/>
        </w:rPr>
        <w:t>] — в левом носовом отверстии, а буква вав (</w:t>
      </w:r>
      <w:r>
        <w:rPr>
          <w:rFonts w:ascii="Georgia" w:hAnsi="Georgia" w:cs="Times New Roman"/>
          <w:b/>
          <w:i w:val="0"/>
          <w:color w:val="000000"/>
          <w:sz w:val="24"/>
          <w:rtl/>
          <w:szCs w:val="32"/>
        </w:rPr>
        <w:t>ו</w:t>
      </w:r>
      <w:r>
        <w:rPr>
          <w:rFonts w:ascii="Georgia" w:hAnsi="Georgia"/>
          <w:b w:val="0"/>
          <w:i w:val="0"/>
          <w:color w:val="000000"/>
          <w:sz w:val="24"/>
        </w:rPr>
        <w:t>) служит перегородкой, разделяющей упомянутые два отверстия. Остается буква йод (</w:t>
      </w:r>
      <w:r>
        <w:rPr>
          <w:rFonts w:ascii="Georgia" w:hAnsi="Georgia" w:cs="Times New Roman"/>
          <w:b/>
          <w:i w:val="0"/>
          <w:color w:val="000000"/>
          <w:sz w:val="24"/>
          <w:rtl/>
          <w:szCs w:val="32"/>
        </w:rPr>
        <w:t>י</w:t>
      </w:r>
      <w:r>
        <w:rPr>
          <w:rFonts w:ascii="Georgia" w:hAnsi="Georgia"/>
          <w:b w:val="0"/>
          <w:i w:val="0"/>
          <w:color w:val="000000"/>
          <w:sz w:val="24"/>
        </w:rPr>
        <w:t>), представляющая собой два духа, сокрытых в этих двух отверстиях: буква йод — это дух, сокрытый в правом отверстии внутри первой буквы хэй, и от него протягивается жизненная сила к ЗА, чтобы пробудить его к зивугу; а две буквы вав и далет (</w:t>
      </w:r>
      <w:r>
        <w:rPr>
          <w:rFonts w:ascii="Georgia" w:hAnsi="Georgia" w:cs="Times New Roman"/>
          <w:b/>
          <w:i w:val="0"/>
          <w:color w:val="000000"/>
          <w:sz w:val="24"/>
          <w:rtl/>
          <w:szCs w:val="32"/>
        </w:rPr>
        <w:t>וד</w:t>
      </w:r>
      <w:r>
        <w:rPr>
          <w:rFonts w:ascii="Georgia" w:hAnsi="Georgia"/>
          <w:b w:val="0"/>
          <w:i w:val="0"/>
          <w:color w:val="000000"/>
          <w:sz w:val="24"/>
        </w:rPr>
        <w:t xml:space="preserve">) наполнения упомянутой буквы йод (буквы </w:t>
      </w:r>
      <w:r>
        <w:rPr>
          <w:rFonts w:ascii="Georgia" w:hAnsi="Georgia" w:cs="Times New Roman"/>
          <w:b/>
          <w:i w:val="0"/>
          <w:color w:val="000000"/>
          <w:sz w:val="24"/>
          <w:rtl/>
          <w:szCs w:val="32"/>
        </w:rPr>
        <w:t>יוד</w:t>
      </w:r>
      <w:r>
        <w:rPr>
          <w:rFonts w:ascii="Georgia" w:hAnsi="Georgia"/>
          <w:b w:val="0"/>
          <w:i w:val="0"/>
          <w:color w:val="000000"/>
          <w:sz w:val="24"/>
        </w:rPr>
        <w:t xml:space="preserve">), которые по своему числу также равны десяти, сокрыты в левом отверстии внутри последней буквы хэй [в ее наполнении </w:t>
      </w:r>
      <w:r>
        <w:rPr>
          <w:rFonts w:ascii="Georgia" w:hAnsi="Georgia" w:cs="Times New Roman"/>
          <w:b/>
          <w:i w:val="0"/>
          <w:color w:val="000000"/>
          <w:sz w:val="24"/>
          <w:rtl/>
          <w:szCs w:val="32"/>
        </w:rPr>
        <w:t>הי</w:t>
      </w:r>
      <w:r>
        <w:rPr>
          <w:rFonts w:ascii="Georgia" w:hAnsi="Georgia"/>
          <w:b w:val="0"/>
          <w:i w:val="0"/>
          <w:color w:val="000000"/>
          <w:sz w:val="24"/>
        </w:rPr>
        <w:t>], и от них протягивается жизненная сила к Нукве де-ЗА, чтобы пробудить ее к зивугу. И направь намерение удерживать их, внешнюю часть и внутреннюю, таким образом, пока не сосредоточишься на зивуге пэ де-Атика.</w:t>
      </w:r>
    </w:p>
    <w:p>
      <w:pPr>
        <w:spacing w:before="40" w:after="120"/>
        <w:jc w:val="both"/>
      </w:pPr>
      <w:r>
        <w:rPr>
          <w:rFonts w:ascii="Georgia" w:hAnsi="Georgia"/>
          <w:b w:val="0"/>
          <w:i w:val="0"/>
          <w:color w:val="000000"/>
          <w:sz w:val="24"/>
        </w:rPr>
        <w:t xml:space="preserve">Тогда направь намерение совершить зивуг пэ де-Атика следующим образом: сначала сосредоточься на том, что внутренний дух этого пэ — это имя САГ, соедини его с именем ЭЙЕ и сочетай их в зивуге; сосредоточься на том, что вместе они равны по гематрии буквам </w:t>
      </w:r>
      <w:r>
        <w:rPr>
          <w:rFonts w:ascii="Georgia" w:hAnsi="Georgia" w:cs="Times New Roman"/>
          <w:b/>
          <w:i w:val="0"/>
          <w:color w:val="000000"/>
          <w:sz w:val="24"/>
          <w:rtl/>
          <w:szCs w:val="32"/>
        </w:rPr>
        <w:t>אחה״ע</w:t>
      </w:r>
      <w:r>
        <w:rPr>
          <w:rFonts w:ascii="Georgia" w:hAnsi="Georgia"/>
          <w:b w:val="0"/>
          <w:i w:val="0"/>
          <w:color w:val="000000"/>
          <w:sz w:val="24"/>
        </w:rPr>
        <w:t xml:space="preserve"> — буквам горла, которое, как известно, есть Нуква. Затем сосредоточься на буквах </w:t>
      </w:r>
      <w:r>
        <w:rPr>
          <w:rFonts w:ascii="Georgia" w:hAnsi="Georgia" w:cs="Times New Roman"/>
          <w:b/>
          <w:i w:val="0"/>
          <w:color w:val="000000"/>
          <w:sz w:val="24"/>
          <w:rtl/>
          <w:szCs w:val="32"/>
        </w:rPr>
        <w:t>גיכ״ק</w:t>
      </w:r>
      <w:r>
        <w:rPr>
          <w:rFonts w:ascii="Georgia" w:hAnsi="Georgia"/>
          <w:b w:val="0"/>
          <w:i w:val="0"/>
          <w:color w:val="000000"/>
          <w:sz w:val="24"/>
        </w:rPr>
        <w:t xml:space="preserve">, относящихся к нёбу, представляющему собой мужское начало (захар). Затем соедини их вместе с </w:t>
      </w:r>
      <w:r>
        <w:rPr>
          <w:rFonts w:ascii="Georgia" w:hAnsi="Georgia" w:cs="Times New Roman"/>
          <w:b/>
          <w:i w:val="0"/>
          <w:color w:val="000000"/>
          <w:sz w:val="24"/>
          <w:rtl/>
          <w:szCs w:val="32"/>
        </w:rPr>
        <w:t>אחה״ע</w:t>
      </w:r>
      <w:r>
        <w:rPr>
          <w:rFonts w:ascii="Georgia" w:hAnsi="Georgia"/>
          <w:b w:val="0"/>
          <w:i w:val="0"/>
          <w:color w:val="000000"/>
          <w:sz w:val="24"/>
        </w:rPr>
        <w:t xml:space="preserve"> и сосредоточься на том, что вместе с колелем они составляют по гематрии 216 (</w:t>
      </w:r>
      <w:r>
        <w:rPr>
          <w:rFonts w:ascii="Georgia" w:hAnsi="Georgia" w:cs="Times New Roman"/>
          <w:b/>
          <w:i w:val="0"/>
          <w:color w:val="000000"/>
          <w:sz w:val="24"/>
          <w:rtl/>
          <w:szCs w:val="32"/>
        </w:rPr>
        <w:t>רי״ו</w:t>
      </w:r>
      <w:r>
        <w:rPr>
          <w:rFonts w:ascii="Georgia" w:hAnsi="Georgia"/>
          <w:b w:val="0"/>
          <w:i w:val="0"/>
          <w:color w:val="000000"/>
          <w:sz w:val="24"/>
        </w:rPr>
        <w:t xml:space="preserve">). После этого из этих 216 выходят остальные три органа речи в таком порядке: сначала буквы языка — </w:t>
      </w:r>
      <w:r>
        <w:rPr>
          <w:rFonts w:ascii="Georgia" w:hAnsi="Georgia" w:cs="Times New Roman"/>
          <w:b/>
          <w:i w:val="0"/>
          <w:color w:val="000000"/>
          <w:sz w:val="24"/>
          <w:rtl/>
          <w:szCs w:val="32"/>
        </w:rPr>
        <w:t>דטלנ״ת</w:t>
      </w:r>
      <w:r>
        <w:rPr>
          <w:rFonts w:ascii="Georgia" w:hAnsi="Georgia"/>
          <w:b w:val="0"/>
          <w:i w:val="0"/>
          <w:color w:val="000000"/>
          <w:sz w:val="24"/>
        </w:rPr>
        <w:t xml:space="preserve">, что соответствует единению Аба ве-Има посредством Даат, называемого языком; затем буквы зубов — </w:t>
      </w:r>
      <w:r>
        <w:rPr>
          <w:rFonts w:ascii="Georgia" w:hAnsi="Georgia" w:cs="Times New Roman"/>
          <w:b/>
          <w:i w:val="0"/>
          <w:color w:val="000000"/>
          <w:sz w:val="24"/>
          <w:rtl/>
          <w:szCs w:val="32"/>
        </w:rPr>
        <w:t>זשסר״ץ</w:t>
      </w:r>
      <w:r>
        <w:rPr>
          <w:rFonts w:ascii="Georgia" w:hAnsi="Georgia"/>
          <w:b w:val="0"/>
          <w:i w:val="0"/>
          <w:color w:val="000000"/>
          <w:sz w:val="24"/>
        </w:rPr>
        <w:t xml:space="preserve">, соответствующие единению АВАЯ и ЭЛОКИМ, то есть пяти гвурот, и они — упомянутые буквы зубов; затем буквы </w:t>
      </w:r>
      <w:r>
        <w:rPr>
          <w:rFonts w:ascii="Georgia" w:hAnsi="Georgia" w:cs="Times New Roman"/>
          <w:b/>
          <w:i w:val="0"/>
          <w:color w:val="000000"/>
          <w:sz w:val="24"/>
          <w:rtl/>
          <w:szCs w:val="32"/>
        </w:rPr>
        <w:t>בומ״ף</w:t>
      </w:r>
      <w:r>
        <w:rPr>
          <w:rFonts w:ascii="Georgia" w:hAnsi="Georgia"/>
          <w:b w:val="0"/>
          <w:i w:val="0"/>
          <w:color w:val="000000"/>
          <w:sz w:val="24"/>
        </w:rPr>
        <w:t xml:space="preserve"> на губах — суть единения АВАЯ и АДОНАЙ, которое есть внешнее единение, соответствующее рту, образуемому смыканием губ. И сосредоточься на этих трех названных органах речи: они представляют собой три имени из букв йод, хэй, вав (</w:t>
      </w:r>
      <w:r>
        <w:rPr>
          <w:rFonts w:ascii="Georgia" w:hAnsi="Georgia" w:cs="Times New Roman"/>
          <w:b/>
          <w:i w:val="0"/>
          <w:color w:val="000000"/>
          <w:sz w:val="24"/>
          <w:rtl/>
          <w:szCs w:val="32"/>
        </w:rPr>
        <w:t>יה״ו</w:t>
      </w:r>
      <w:r>
        <w:rPr>
          <w:rFonts w:ascii="Georgia" w:hAnsi="Georgia"/>
          <w:b w:val="0"/>
          <w:i w:val="0"/>
          <w:color w:val="000000"/>
          <w:sz w:val="24"/>
        </w:rPr>
        <w:t>), которые по гематрии равны 63 (САГ), подобно тому имени, из которого они вышли, — внутренней части пэ, как сказано выше.</w:t>
      </w:r>
    </w:p>
    <w:p>
      <w:pPr>
        <w:spacing w:before="40" w:after="120"/>
        <w:jc w:val="both"/>
      </w:pPr>
      <w:r>
        <w:rPr>
          <w:rFonts w:ascii="Georgia" w:hAnsi="Georgia"/>
          <w:b w:val="0"/>
          <w:i w:val="0"/>
          <w:color w:val="000000"/>
          <w:sz w:val="24"/>
        </w:rPr>
        <w:t xml:space="preserve">И вот эти три названных имени [ЙЕХО] пусть будут в наполнении имени САГ: </w:t>
      </w:r>
      <w:r>
        <w:rPr>
          <w:rFonts w:ascii="Georgia" w:hAnsi="Georgia" w:cs="Times New Roman"/>
          <w:b/>
          <w:i w:val="0"/>
          <w:color w:val="000000"/>
          <w:sz w:val="24"/>
          <w:rtl/>
          <w:szCs w:val="32"/>
        </w:rPr>
        <w:t>יוד הי ואו</w:t>
      </w:r>
      <w:r>
        <w:rPr>
          <w:rFonts w:ascii="Georgia" w:hAnsi="Georgia"/>
          <w:b w:val="0"/>
          <w:i w:val="0"/>
          <w:color w:val="000000"/>
          <w:sz w:val="24"/>
        </w:rPr>
        <w:t xml:space="preserve">; каждое из этих имен по гематрии равно именам АВАЯ и ЭЙЕ вместе с их целостностью (с колелем). Получается, что мы постоянно соединяем имена АВАЯ и ЭЙЕ. И когда эти три имени выходят из упомянутых 216 и протягиваются к пэ, они снова принимают форму пара, выходящего изо рта, однако наружу еще не выходят, а лишь протягиваются до пэ. Поэтому необходимо сосредоточиться на трех названных именах, которые теперь предстают в наполнении буквами йод: </w:t>
      </w:r>
      <w:r>
        <w:rPr>
          <w:rFonts w:ascii="Georgia" w:hAnsi="Georgia" w:cs="Times New Roman"/>
          <w:b/>
          <w:i w:val="0"/>
          <w:color w:val="000000"/>
          <w:sz w:val="24"/>
          <w:rtl/>
          <w:szCs w:val="32"/>
        </w:rPr>
        <w:t>יוד הי ויו</w:t>
      </w:r>
      <w:r>
        <w:rPr>
          <w:rFonts w:ascii="Georgia" w:hAnsi="Georgia"/>
          <w:b w:val="0"/>
          <w:i w:val="0"/>
          <w:color w:val="000000"/>
          <w:sz w:val="24"/>
        </w:rPr>
        <w:t xml:space="preserve">, и каждая их буква огласована двумя знаками — шва и камацем. Направь намерение на то, что две буквы — </w:t>
      </w:r>
      <w:r>
        <w:rPr>
          <w:rFonts w:ascii="Georgia" w:hAnsi="Georgia" w:cs="Times New Roman"/>
          <w:b/>
          <w:i w:val="0"/>
          <w:color w:val="000000"/>
          <w:sz w:val="24"/>
          <w:rtl/>
          <w:szCs w:val="32"/>
        </w:rPr>
        <w:t>הי</w:t>
      </w:r>
      <w:r>
        <w:rPr>
          <w:rFonts w:ascii="Georgia" w:hAnsi="Georgia"/>
          <w:b w:val="0"/>
          <w:i w:val="0"/>
          <w:color w:val="000000"/>
          <w:sz w:val="24"/>
        </w:rPr>
        <w:t xml:space="preserve"> и </w:t>
      </w:r>
      <w:r>
        <w:rPr>
          <w:rFonts w:ascii="Georgia" w:hAnsi="Georgia" w:cs="Times New Roman"/>
          <w:b/>
          <w:i w:val="0"/>
          <w:color w:val="000000"/>
          <w:sz w:val="24"/>
          <w:rtl/>
          <w:szCs w:val="32"/>
        </w:rPr>
        <w:t>ויו</w:t>
      </w:r>
      <w:r>
        <w:rPr>
          <w:rFonts w:ascii="Georgia" w:hAnsi="Georgia"/>
          <w:b w:val="0"/>
          <w:i w:val="0"/>
          <w:color w:val="000000"/>
          <w:sz w:val="24"/>
        </w:rPr>
        <w:t xml:space="preserve"> — в каждом из этих трех имен равны по гематрии слову </w:t>
      </w:r>
      <w:r>
        <w:rPr>
          <w:rFonts w:ascii="Georgia" w:hAnsi="Georgia"/>
          <w:b w:val="0"/>
          <w:i/>
          <w:color w:val="000000"/>
          <w:sz w:val="24"/>
        </w:rPr>
        <w:t>эвель</w:t>
      </w:r>
      <w:r>
        <w:rPr>
          <w:rFonts w:ascii="Georgia" w:hAnsi="Georgia"/>
          <w:b w:val="0"/>
          <w:i w:val="0"/>
          <w:color w:val="000000"/>
          <w:sz w:val="24"/>
        </w:rPr>
        <w:t xml:space="preserve"> — «пар» (</w:t>
      </w:r>
      <w:r>
        <w:rPr>
          <w:rFonts w:ascii="Georgia" w:hAnsi="Georgia" w:cs="Times New Roman"/>
          <w:b/>
          <w:i w:val="0"/>
          <w:color w:val="000000"/>
          <w:sz w:val="24"/>
          <w:rtl/>
          <w:szCs w:val="32"/>
        </w:rPr>
        <w:t>הֶבֶל</w:t>
      </w:r>
      <w:r>
        <w:rPr>
          <w:rFonts w:ascii="Georgia" w:hAnsi="Georgia"/>
          <w:b w:val="0"/>
          <w:i w:val="0"/>
          <w:color w:val="000000"/>
          <w:sz w:val="24"/>
        </w:rPr>
        <w:t xml:space="preserve"> = 37), поскольку они представляют собой пар, выходящий изо рта, как сказано выше. Точно так же и огласовка каждой их буквы — шва и камац, — представляя собой три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и одну букву вав (</w:t>
      </w:r>
      <w:r>
        <w:rPr>
          <w:rFonts w:ascii="Georgia" w:hAnsi="Georgia" w:cs="Times New Roman"/>
          <w:b/>
          <w:i w:val="0"/>
          <w:color w:val="000000"/>
          <w:sz w:val="24"/>
          <w:rtl/>
          <w:szCs w:val="32"/>
        </w:rPr>
        <w:t>ו</w:t>
      </w:r>
      <w:r>
        <w:rPr>
          <w:rFonts w:ascii="Georgia" w:hAnsi="Georgia"/>
          <w:b w:val="0"/>
          <w:i w:val="0"/>
          <w:color w:val="000000"/>
          <w:sz w:val="24"/>
        </w:rPr>
        <w:t xml:space="preserve"> = 6), также составляет по гематрии 36 (</w:t>
      </w:r>
      <w:r>
        <w:rPr>
          <w:rFonts w:ascii="Georgia" w:hAnsi="Georgia" w:cs="Times New Roman"/>
          <w:b/>
          <w:i w:val="0"/>
          <w:color w:val="000000"/>
          <w:sz w:val="24"/>
          <w:rtl/>
          <w:szCs w:val="32"/>
        </w:rPr>
        <w:t>ל״ו</w:t>
      </w:r>
      <w:r>
        <w:rPr>
          <w:rFonts w:ascii="Georgia" w:hAnsi="Georgia"/>
          <w:b w:val="0"/>
          <w:i w:val="0"/>
          <w:color w:val="000000"/>
          <w:sz w:val="24"/>
        </w:rPr>
        <w:t xml:space="preserve">), а вместе со своей целостностью (с колелем) дает числовое значение слова </w:t>
      </w:r>
      <w:r>
        <w:rPr>
          <w:rFonts w:ascii="Georgia" w:hAnsi="Georgia"/>
          <w:b w:val="0"/>
          <w:i/>
          <w:color w:val="000000"/>
          <w:sz w:val="24"/>
        </w:rPr>
        <w:t>эвель</w:t>
      </w:r>
      <w:r>
        <w:rPr>
          <w:rFonts w:ascii="Georgia" w:hAnsi="Georgia"/>
          <w:b w:val="0"/>
          <w:i w:val="0"/>
          <w:color w:val="000000"/>
          <w:sz w:val="24"/>
        </w:rPr>
        <w:t xml:space="preserve"> по той же причине. И сосредоточься на том, чтобы соединить эти три имени в пэ де-Атика. И потому сосредоточься теперь на том, что это пэ представляет собой наполнение квадрата имени МА, восходящее по гематрии к 130, а когда уберешь [из него] МА (45), останется числовое значение слова </w:t>
      </w:r>
      <w:r>
        <w:rPr>
          <w:rFonts w:ascii="Georgia" w:hAnsi="Georgia"/>
          <w:b w:val="0"/>
          <w:i/>
          <w:color w:val="000000"/>
          <w:sz w:val="24"/>
        </w:rPr>
        <w:t>пэ</w:t>
      </w:r>
      <w:r>
        <w:rPr>
          <w:rFonts w:ascii="Georgia" w:hAnsi="Georgia"/>
          <w:b w:val="0"/>
          <w:i w:val="0"/>
          <w:color w:val="000000"/>
          <w:sz w:val="24"/>
        </w:rPr>
        <w:t xml:space="preserve"> (85), как упомянуто в начале рассуждения: это внешняя часть этого пэ.</w:t>
      </w:r>
    </w:p>
    <w:p>
      <w:pPr>
        <w:spacing w:before="40" w:after="120"/>
        <w:jc w:val="both"/>
      </w:pPr>
      <w:r>
        <w:rPr>
          <w:rFonts w:ascii="Georgia" w:hAnsi="Georgia"/>
          <w:b w:val="0"/>
          <w:i w:val="0"/>
          <w:color w:val="000000"/>
          <w:sz w:val="24"/>
        </w:rPr>
        <w:t xml:space="preserve">Также сосредоточься на его внутренней части — имени САГ, как сказано выше; а вместе с двадцатью двумя буквами, выходящими из горла, как упомянуто, они составят по гематрии слово </w:t>
      </w:r>
      <w:r>
        <w:rPr>
          <w:rFonts w:ascii="Georgia" w:hAnsi="Georgia"/>
          <w:b w:val="0"/>
          <w:i/>
          <w:color w:val="000000"/>
          <w:sz w:val="24"/>
        </w:rPr>
        <w:t>пэ</w:t>
      </w:r>
      <w:r>
        <w:rPr>
          <w:rFonts w:ascii="Georgia" w:hAnsi="Georgia"/>
          <w:b w:val="0"/>
          <w:i w:val="0"/>
          <w:color w:val="000000"/>
          <w:sz w:val="24"/>
        </w:rPr>
        <w:t xml:space="preserve"> (85). Затем направь намерение вывести названные три имени из пэ наружу в виде пара, выходящего изо рта, и они станут окружающим светом, так как известно, что всякий пар изо рта — это окружающий свет. Однако не выводи все их наружу, ведь одно имя АВАЯ, собранное из них троих, остается внутри, в пэ. И вот как оно устроено: буква йод (</w:t>
      </w:r>
      <w:r>
        <w:rPr>
          <w:rFonts w:ascii="Georgia" w:hAnsi="Georgia" w:cs="Times New Roman"/>
          <w:b/>
          <w:i w:val="0"/>
          <w:color w:val="000000"/>
          <w:sz w:val="24"/>
          <w:rtl/>
          <w:szCs w:val="32"/>
        </w:rPr>
        <w:t>י</w:t>
      </w:r>
      <w:r>
        <w:rPr>
          <w:rFonts w:ascii="Georgia" w:hAnsi="Georgia"/>
          <w:b w:val="0"/>
          <w:i w:val="0"/>
          <w:color w:val="000000"/>
          <w:sz w:val="24"/>
        </w:rPr>
        <w:t>) — от первого [имени] ЙЕХО, буква хэй (</w:t>
      </w:r>
      <w:r>
        <w:rPr>
          <w:rFonts w:ascii="Georgia" w:hAnsi="Georgia" w:cs="Times New Roman"/>
          <w:b/>
          <w:i w:val="0"/>
          <w:color w:val="000000"/>
          <w:sz w:val="24"/>
          <w:rtl/>
          <w:szCs w:val="32"/>
        </w:rPr>
        <w:t>ה</w:t>
      </w:r>
      <w:r>
        <w:rPr>
          <w:rFonts w:ascii="Georgia" w:hAnsi="Georgia"/>
          <w:b w:val="0"/>
          <w:i w:val="0"/>
          <w:color w:val="000000"/>
          <w:sz w:val="24"/>
        </w:rPr>
        <w:t>) — от второго ЙЕХО, и буква хэй (</w:t>
      </w:r>
      <w:r>
        <w:rPr>
          <w:rFonts w:ascii="Georgia" w:hAnsi="Georgia" w:cs="Times New Roman"/>
          <w:b/>
          <w:i w:val="0"/>
          <w:color w:val="000000"/>
          <w:sz w:val="24"/>
          <w:rtl/>
          <w:szCs w:val="32"/>
        </w:rPr>
        <w:t>ה</w:t>
      </w:r>
      <w:r>
        <w:rPr>
          <w:rFonts w:ascii="Georgia" w:hAnsi="Georgia"/>
          <w:b w:val="0"/>
          <w:i w:val="0"/>
          <w:color w:val="000000"/>
          <w:sz w:val="24"/>
        </w:rPr>
        <w:t>) — от третьего [вместе с буквой вав]; остальные же буквы выходят наружу в виде пара.</w:t>
      </w:r>
    </w:p>
    <w:p>
      <w:pPr>
        <w:spacing w:before="40" w:after="120"/>
        <w:jc w:val="both"/>
      </w:pPr>
      <w:r>
        <w:rPr>
          <w:rFonts w:ascii="Georgia" w:hAnsi="Georgia"/>
          <w:b w:val="0"/>
          <w:i w:val="0"/>
          <w:color w:val="000000"/>
          <w:sz w:val="24"/>
        </w:rPr>
        <w:t xml:space="preserve">И вот они: буквы </w:t>
      </w:r>
      <w:r>
        <w:rPr>
          <w:rFonts w:ascii="Georgia" w:hAnsi="Georgia" w:cs="Times New Roman"/>
          <w:b/>
          <w:i w:val="0"/>
          <w:color w:val="000000"/>
          <w:sz w:val="24"/>
          <w:rtl/>
          <w:szCs w:val="32"/>
        </w:rPr>
        <w:t>הו</w:t>
      </w:r>
      <w:r>
        <w:rPr>
          <w:rFonts w:ascii="Georgia" w:hAnsi="Georgia"/>
          <w:b w:val="0"/>
          <w:i w:val="0"/>
          <w:color w:val="000000"/>
          <w:sz w:val="24"/>
        </w:rPr>
        <w:t xml:space="preserve"> — от первого ЙЕХО, буквы </w:t>
      </w:r>
      <w:r>
        <w:rPr>
          <w:rFonts w:ascii="Georgia" w:hAnsi="Georgia" w:cs="Times New Roman"/>
          <w:b/>
          <w:i w:val="0"/>
          <w:color w:val="000000"/>
          <w:sz w:val="24"/>
          <w:rtl/>
          <w:szCs w:val="32"/>
        </w:rPr>
        <w:t>יו</w:t>
      </w:r>
      <w:r>
        <w:rPr>
          <w:rFonts w:ascii="Georgia" w:hAnsi="Georgia"/>
          <w:b w:val="0"/>
          <w:i w:val="0"/>
          <w:color w:val="000000"/>
          <w:sz w:val="24"/>
        </w:rPr>
        <w:t xml:space="preserve"> — от второго ЙЕХО, и буква </w:t>
      </w:r>
      <w:r>
        <w:rPr>
          <w:rFonts w:ascii="Georgia" w:hAnsi="Georgia" w:cs="Times New Roman"/>
          <w:b/>
          <w:i w:val="0"/>
          <w:color w:val="000000"/>
          <w:sz w:val="24"/>
          <w:rtl/>
          <w:szCs w:val="32"/>
        </w:rPr>
        <w:t>י</w:t>
      </w:r>
      <w:r>
        <w:rPr>
          <w:rFonts w:ascii="Georgia" w:hAnsi="Georgia"/>
          <w:b w:val="0"/>
          <w:i w:val="0"/>
          <w:color w:val="000000"/>
          <w:sz w:val="24"/>
        </w:rPr>
        <w:t xml:space="preserve"> — от третьего ЙЕХО. Вот порядок их в полном наполнении: </w:t>
      </w:r>
      <w:r>
        <w:rPr>
          <w:rFonts w:ascii="Georgia" w:hAnsi="Georgia" w:cs="Times New Roman"/>
          <w:b/>
          <w:i w:val="0"/>
          <w:color w:val="000000"/>
          <w:sz w:val="24"/>
          <w:rtl/>
          <w:szCs w:val="32"/>
        </w:rPr>
        <w:t>הי ויו יוד ויו יוד</w:t>
      </w:r>
      <w:r>
        <w:rPr>
          <w:rFonts w:ascii="Georgia" w:hAnsi="Georgia"/>
          <w:b w:val="0"/>
          <w:i w:val="0"/>
          <w:color w:val="000000"/>
          <w:sz w:val="24"/>
        </w:rPr>
        <w:t>, и все они огласованы шва и камацем, каждая буква. Поэтому сосредоточь намерение вывести их в виде пара, выходящего изо рта, который служит окружающим светом и облачает упомянутый хотэм — как его внешнюю часть, так и внутреннюю, — которые теперь опустились и протянулись сюда, к этому месту снаружи пэ де-Атика. И оказывается, что свойства хотэма стали внутренним светом, облачающимся внутрь этого пара изо рта, который служит для него окружающим светом.</w:t>
      </w:r>
    </w:p>
    <w:p>
      <w:pPr>
        <w:spacing w:before="40" w:after="120"/>
        <w:jc w:val="both"/>
      </w:pPr>
      <w:r>
        <w:rPr>
          <w:rFonts w:ascii="Georgia" w:hAnsi="Georgia"/>
          <w:b w:val="0"/>
          <w:i w:val="0"/>
          <w:color w:val="000000"/>
          <w:sz w:val="24"/>
        </w:rPr>
        <w:t xml:space="preserve">Теперь же направь намерение совершить три вида зивугов: АВАЯ — ЭЙЕ, АВАЯ — ЭЛОКИМ, АВАЯ — АДОНАЙ. И начни сначала с первого зивуга — в Аба ве-Има, сосредоточившись на том, что Аба ве-Има — это два имени: АВАЯ и ЭЙЕ. Затем сосредоточься на том, чтобы спустить две буквы: </w:t>
      </w:r>
      <w:r>
        <w:rPr>
          <w:rFonts w:ascii="Georgia" w:hAnsi="Georgia" w:cs="Times New Roman"/>
          <w:b/>
          <w:i w:val="0"/>
          <w:color w:val="000000"/>
          <w:sz w:val="24"/>
          <w:rtl/>
          <w:szCs w:val="32"/>
        </w:rPr>
        <w:t>הי</w:t>
      </w:r>
      <w:r>
        <w:rPr>
          <w:rFonts w:ascii="Georgia" w:hAnsi="Georgia"/>
          <w:b w:val="0"/>
          <w:i w:val="0"/>
          <w:color w:val="000000"/>
          <w:sz w:val="24"/>
        </w:rPr>
        <w:t xml:space="preserve"> и </w:t>
      </w:r>
      <w:r>
        <w:rPr>
          <w:rFonts w:ascii="Georgia" w:hAnsi="Georgia" w:cs="Times New Roman"/>
          <w:b/>
          <w:i w:val="0"/>
          <w:color w:val="000000"/>
          <w:sz w:val="24"/>
          <w:rtl/>
          <w:szCs w:val="32"/>
        </w:rPr>
        <w:t>ויו</w:t>
      </w:r>
      <w:r>
        <w:rPr>
          <w:rFonts w:ascii="Georgia" w:hAnsi="Georgia"/>
          <w:b w:val="0"/>
          <w:i w:val="0"/>
          <w:color w:val="000000"/>
          <w:sz w:val="24"/>
        </w:rPr>
        <w:t xml:space="preserve"> от первого [имени] ЙЕХО окружающего пара изо рта, целиком огласованного шва и камацем, как упомянуто, спустить их и протянуть в имя АВАЯ, которое есть Аба, дабы пробудить его к зивугу. И потому направь намерение, чтобы и это имя АВАЯ в Абе было теперь огласовано — каждая его буква — шва и камацем, подобно названному пару. Затем сосредоточься на том, чтобы спустить из внутренней части этого пара (которая является внешним аспектом хотэма) первое из трех имен ЭЙЕ, сплошь огласованное камацем, как упомянуто выше, и протянуть его в Иму — в находящееся в ней имя ЭЙЕ, чтобы пробудить и ее к зивугу.</w:t>
      </w:r>
    </w:p>
    <w:p>
      <w:pPr>
        <w:spacing w:before="40" w:after="120"/>
        <w:jc w:val="both"/>
      </w:pPr>
      <w:r>
        <w:rPr>
          <w:rFonts w:ascii="Georgia" w:hAnsi="Georgia"/>
          <w:b w:val="0"/>
          <w:i w:val="0"/>
          <w:color w:val="000000"/>
          <w:sz w:val="24"/>
        </w:rPr>
        <w:t xml:space="preserve">И тогда направь намерение, чтобы и это имя ЭЙЕ де-Има было целиком огласовано камацем. После этого сосредоточься на буквах </w:t>
      </w:r>
      <w:r>
        <w:rPr>
          <w:rFonts w:ascii="Georgia" w:hAnsi="Georgia" w:cs="Times New Roman"/>
          <w:b/>
          <w:i w:val="0"/>
          <w:color w:val="000000"/>
          <w:sz w:val="24"/>
          <w:rtl/>
          <w:szCs w:val="32"/>
        </w:rPr>
        <w:t>הי</w:t>
      </w:r>
      <w:r>
        <w:rPr>
          <w:rFonts w:ascii="Georgia" w:hAnsi="Georgia"/>
          <w:b w:val="0"/>
          <w:i w:val="0"/>
          <w:color w:val="000000"/>
          <w:sz w:val="24"/>
        </w:rPr>
        <w:t xml:space="preserve"> и </w:t>
      </w:r>
      <w:r>
        <w:rPr>
          <w:rFonts w:ascii="Georgia" w:hAnsi="Georgia" w:cs="Times New Roman"/>
          <w:b/>
          <w:i w:val="0"/>
          <w:color w:val="000000"/>
          <w:sz w:val="24"/>
          <w:rtl/>
          <w:szCs w:val="32"/>
        </w:rPr>
        <w:t>ויו</w:t>
      </w:r>
      <w:r>
        <w:rPr>
          <w:rFonts w:ascii="Georgia" w:hAnsi="Georgia"/>
          <w:b w:val="0"/>
          <w:i w:val="0"/>
          <w:color w:val="000000"/>
          <w:sz w:val="24"/>
        </w:rPr>
        <w:t xml:space="preserve"> первого [имени] ЙЕХО, являющихся паром изо рта, и направь намерение на то, что в нем есть два аспекта пара: один — в самих его буквах, которые по гематрии равны слову </w:t>
      </w:r>
      <w:r>
        <w:rPr>
          <w:rFonts w:ascii="Georgia" w:hAnsi="Georgia"/>
          <w:b w:val="0"/>
          <w:i/>
          <w:color w:val="000000"/>
          <w:sz w:val="24"/>
        </w:rPr>
        <w:t>эвель</w:t>
      </w:r>
      <w:r>
        <w:rPr>
          <w:rFonts w:ascii="Georgia" w:hAnsi="Georgia"/>
          <w:b w:val="0"/>
          <w:i w:val="0"/>
          <w:color w:val="000000"/>
          <w:sz w:val="24"/>
        </w:rPr>
        <w:t xml:space="preserve">, а второй — в их огласовке, представляющей собой шва и камац под каждой из них, что вместе с их целостностью также равно по гематрии второму слову </w:t>
      </w:r>
      <w:r>
        <w:rPr>
          <w:rFonts w:ascii="Georgia" w:hAnsi="Georgia"/>
          <w:b w:val="0"/>
          <w:i/>
          <w:color w:val="000000"/>
          <w:sz w:val="24"/>
        </w:rPr>
        <w:t>эвель</w:t>
      </w:r>
      <w:r>
        <w:rPr>
          <w:rFonts w:ascii="Georgia" w:hAnsi="Georgia"/>
          <w:b w:val="0"/>
          <w:i w:val="0"/>
          <w:color w:val="000000"/>
          <w:sz w:val="24"/>
        </w:rPr>
        <w:t>, как сказано выше. И сосредоточься на том, что от этих двух паров исходит пробуждение к Аба ве-Има, то есть упомянутые [имена] АВАЯ и ЭЙЕ, дабы они соединились вместе в зивуге. Затем направь намерение вознести душу (нешама) того праведника, которого пожелаешь, в качестве МАН; и сосредоточься на том, чтобы пробудить [корень] Адам а-Ришона, в котором укоренена и от которого зависит эта душа, и соедини свою душу с его душой, как сказано выше, в начале единений.</w:t>
      </w:r>
    </w:p>
    <w:p>
      <w:pPr>
        <w:spacing w:before="40" w:after="120"/>
        <w:jc w:val="both"/>
      </w:pPr>
      <w:r>
        <w:rPr>
          <w:rFonts w:ascii="Georgia" w:hAnsi="Georgia"/>
          <w:b w:val="0"/>
          <w:i w:val="0"/>
          <w:color w:val="000000"/>
          <w:sz w:val="24"/>
        </w:rPr>
        <w:t xml:space="preserve">И тогда соедини и переплети два имени Аба ве-Има вместе вот так: </w:t>
      </w:r>
      <w:r>
        <w:rPr>
          <w:rFonts w:ascii="Georgia" w:hAnsi="Georgia" w:cs="Times New Roman"/>
          <w:b/>
          <w:i w:val="0"/>
          <w:color w:val="000000"/>
          <w:sz w:val="24"/>
          <w:rtl/>
          <w:szCs w:val="32"/>
        </w:rPr>
        <w:t>יאההיה״ה</w:t>
      </w:r>
      <w:r>
        <w:rPr>
          <w:rFonts w:ascii="Georgia" w:hAnsi="Georgia"/>
          <w:b w:val="0"/>
          <w:i w:val="0"/>
          <w:color w:val="000000"/>
          <w:sz w:val="24"/>
        </w:rPr>
        <w:t xml:space="preserve">. Затем сосредоточь намерение совершить второй зивуг: направь намерение на АВАЯ и ЭЛОКИМ. После этого протяни буквы </w:t>
      </w:r>
      <w:r>
        <w:rPr>
          <w:rFonts w:ascii="Georgia" w:hAnsi="Georgia" w:cs="Times New Roman"/>
          <w:b/>
          <w:i w:val="0"/>
          <w:color w:val="000000"/>
          <w:sz w:val="24"/>
          <w:rtl/>
          <w:szCs w:val="32"/>
        </w:rPr>
        <w:t>יוד</w:t>
      </w:r>
      <w:r>
        <w:rPr>
          <w:rFonts w:ascii="Georgia" w:hAnsi="Georgia"/>
          <w:b w:val="0"/>
          <w:i w:val="0"/>
          <w:color w:val="000000"/>
          <w:sz w:val="24"/>
        </w:rPr>
        <w:t xml:space="preserve"> и </w:t>
      </w:r>
      <w:r>
        <w:rPr>
          <w:rFonts w:ascii="Georgia" w:hAnsi="Georgia" w:cs="Times New Roman"/>
          <w:b/>
          <w:i w:val="0"/>
          <w:color w:val="000000"/>
          <w:sz w:val="24"/>
          <w:rtl/>
          <w:szCs w:val="32"/>
        </w:rPr>
        <w:t>ויו</w:t>
      </w:r>
      <w:r>
        <w:rPr>
          <w:rFonts w:ascii="Georgia" w:hAnsi="Georgia"/>
          <w:b w:val="0"/>
          <w:i w:val="0"/>
          <w:color w:val="000000"/>
          <w:sz w:val="24"/>
        </w:rPr>
        <w:t xml:space="preserve"> от второго [сочетания] йод, хэй, вав (</w:t>
      </w:r>
      <w:r>
        <w:rPr>
          <w:rFonts w:ascii="Georgia" w:hAnsi="Georgia" w:cs="Times New Roman"/>
          <w:b/>
          <w:i w:val="0"/>
          <w:color w:val="000000"/>
          <w:sz w:val="24"/>
          <w:rtl/>
          <w:szCs w:val="32"/>
        </w:rPr>
        <w:t>יה״ו</w:t>
      </w:r>
      <w:r>
        <w:rPr>
          <w:rFonts w:ascii="Georgia" w:hAnsi="Georgia"/>
          <w:b w:val="0"/>
          <w:i w:val="0"/>
          <w:color w:val="000000"/>
          <w:sz w:val="24"/>
        </w:rPr>
        <w:t>) окружающего пара изо рта, сплошь огласованного шва и камацем, и спусти их к имени АВАЯ в Тиферет. И тогда направь намерение, чтобы и это имя АВАЯ огласовалось шва и камацем — каждая его буква, и это — чтобы пробудить его к зивугу. Затем направь намерение протянуть также из внутренней части этого пара, представляющей собой внутреннюю часть хотэма: спусти от буквы йод (</w:t>
      </w:r>
      <w:r>
        <w:rPr>
          <w:rFonts w:ascii="Georgia" w:hAnsi="Georgia" w:cs="Times New Roman"/>
          <w:b/>
          <w:i w:val="0"/>
          <w:color w:val="000000"/>
          <w:sz w:val="24"/>
          <w:rtl/>
          <w:szCs w:val="32"/>
        </w:rPr>
        <w:t>י</w:t>
      </w:r>
      <w:r>
        <w:rPr>
          <w:rFonts w:ascii="Georgia" w:hAnsi="Georgia"/>
          <w:b w:val="0"/>
          <w:i w:val="0"/>
          <w:color w:val="000000"/>
          <w:sz w:val="24"/>
        </w:rPr>
        <w:t>) в правом носовом отверстии, как сказано выше, к этому имени АВАЯ в Тиферет, дабы пробудить его к зивугу. После этого направь намерение спустить из внутренней части этого пара (из внешнего аспекта хотэма) и протянуть второе имя ЭЙЕ, огласованное камацем, к имени ЭЛОКИМ; и тогда сосредоточься на том, чтобы огласовать и это имя ЭЛОКИМ целиком камацем.</w:t>
      </w:r>
    </w:p>
    <w:p>
      <w:pPr>
        <w:spacing w:before="40" w:after="120"/>
        <w:jc w:val="both"/>
      </w:pPr>
      <w:r>
        <w:rPr>
          <w:rFonts w:ascii="Georgia" w:hAnsi="Georgia"/>
          <w:b w:val="0"/>
          <w:i w:val="0"/>
          <w:color w:val="000000"/>
          <w:sz w:val="24"/>
        </w:rPr>
        <w:t>Затем направь намерение протянуть также из внутренней части хотэма от букв вав и далет (</w:t>
      </w:r>
      <w:r>
        <w:rPr>
          <w:rFonts w:ascii="Georgia" w:hAnsi="Georgia" w:cs="Times New Roman"/>
          <w:b/>
          <w:i w:val="0"/>
          <w:color w:val="000000"/>
          <w:sz w:val="24"/>
          <w:rtl/>
          <w:szCs w:val="32"/>
        </w:rPr>
        <w:t>וד</w:t>
      </w:r>
      <w:r>
        <w:rPr>
          <w:rFonts w:ascii="Georgia" w:hAnsi="Georgia"/>
          <w:b w:val="0"/>
          <w:i w:val="0"/>
          <w:color w:val="000000"/>
          <w:sz w:val="24"/>
        </w:rPr>
        <w:t xml:space="preserve">) в левом отверстии к этому имени ЭЛОКИМ, дабы пробудить и Нукву к зивугу, как сказано выше в начале рассуждения. После этого направь намерение вознести дух (руах) праведника и свой дух вместе с ним, по описанному выше порядку относительно души, и тогда соедини эти два [имени] вместе вот так: </w:t>
      </w:r>
      <w:r>
        <w:rPr>
          <w:rFonts w:ascii="Georgia" w:hAnsi="Georgia" w:cs="Times New Roman"/>
          <w:b/>
          <w:i w:val="0"/>
          <w:color w:val="000000"/>
          <w:sz w:val="24"/>
          <w:rtl/>
          <w:szCs w:val="32"/>
        </w:rPr>
        <w:t>יאהלוההי״ם</w:t>
      </w:r>
      <w:r>
        <w:rPr>
          <w:rFonts w:ascii="Georgia" w:hAnsi="Georgia"/>
          <w:b w:val="0"/>
          <w:i w:val="0"/>
          <w:color w:val="000000"/>
          <w:sz w:val="24"/>
        </w:rPr>
        <w:t>. Затем направь намерение совершить третий зивуг и сосредоточься на том, что это [имена] АВАЯ и АДОНАЙ. Сосредоточься на том, чтобы протянуть букву йод (</w:t>
      </w:r>
      <w:r>
        <w:rPr>
          <w:rFonts w:ascii="Georgia" w:hAnsi="Georgia" w:cs="Times New Roman"/>
          <w:b/>
          <w:i w:val="0"/>
          <w:color w:val="000000"/>
          <w:sz w:val="24"/>
          <w:rtl/>
          <w:szCs w:val="32"/>
        </w:rPr>
        <w:t>יוד</w:t>
      </w:r>
      <w:r>
        <w:rPr>
          <w:rFonts w:ascii="Georgia" w:hAnsi="Georgia"/>
          <w:b w:val="0"/>
          <w:i w:val="0"/>
          <w:color w:val="000000"/>
          <w:sz w:val="24"/>
        </w:rPr>
        <w:t>) от третьего [имени] ЙЕХО окружающего пара изо рта, сплошь огласованного шва и камацем, как упомянуто, протянуть ее к упомянутому имени АВАЯ и направить намерение, чтобы и оно огласовалось теперь целиком — каждая его буква — шва и камацем, дабы пробудить его к зивугу.</w:t>
      </w:r>
    </w:p>
    <w:p>
      <w:pPr>
        <w:spacing w:before="40" w:after="120"/>
        <w:jc w:val="both"/>
      </w:pPr>
      <w:r>
        <w:rPr>
          <w:rFonts w:ascii="Georgia" w:hAnsi="Georgia"/>
          <w:b w:val="0"/>
          <w:i w:val="0"/>
          <w:color w:val="000000"/>
          <w:sz w:val="24"/>
        </w:rPr>
        <w:t>Затем сосредоточься на том, чтобы протянуть к нему также из внутренней части, находящейся внутри этого пара (то есть из внутренней части хотэма), от буквы йод (</w:t>
      </w:r>
      <w:r>
        <w:rPr>
          <w:rFonts w:ascii="Georgia" w:hAnsi="Georgia" w:cs="Times New Roman"/>
          <w:b/>
          <w:i w:val="0"/>
          <w:color w:val="000000"/>
          <w:sz w:val="24"/>
          <w:rtl/>
          <w:szCs w:val="32"/>
        </w:rPr>
        <w:t>י</w:t>
      </w:r>
      <w:r>
        <w:rPr>
          <w:rFonts w:ascii="Georgia" w:hAnsi="Georgia"/>
          <w:b w:val="0"/>
          <w:i w:val="0"/>
          <w:color w:val="000000"/>
          <w:sz w:val="24"/>
        </w:rPr>
        <w:t>) в правом отверстии хотэма к этому имени АВАЯ, дабы пробудить его к зивугу. Затем направь намерение протянуть из того, что находится внутри этого пара, — из внешнего аспекта хотэма: это третье имя ЭЙЕ, целиком огласованное камацем, как сказано выше. Протяни его в названное имя АДОНАЙ и сосредоточься на том, чтобы и оно огласовалось — каждая его буква — камацем. Затем направь намерение протянуть также из внутренней части хотэма от двух букв вав и далет (</w:t>
      </w:r>
      <w:r>
        <w:rPr>
          <w:rFonts w:ascii="Georgia" w:hAnsi="Georgia" w:cs="Times New Roman"/>
          <w:b/>
          <w:i w:val="0"/>
          <w:color w:val="000000"/>
          <w:sz w:val="24"/>
          <w:rtl/>
          <w:szCs w:val="32"/>
        </w:rPr>
        <w:t>וד</w:t>
      </w:r>
      <w:r>
        <w:rPr>
          <w:rFonts w:ascii="Georgia" w:hAnsi="Georgia"/>
          <w:b w:val="0"/>
          <w:i w:val="0"/>
          <w:color w:val="000000"/>
          <w:sz w:val="24"/>
        </w:rPr>
        <w:t>) в левом носовом отверстии и спустить их к упомянутому имени АДОНАЙ, дабы пробудить [Нукву] к зивугу. После этого направь намерение вознести нефеш праведника и свою нефеш вместе с ним, по описанному выше порядку относительно души.</w:t>
      </w:r>
    </w:p>
    <w:p>
      <w:pPr>
        <w:spacing w:before="40" w:after="120"/>
        <w:jc w:val="both"/>
      </w:pPr>
      <w:r>
        <w:rPr>
          <w:rFonts w:ascii="Georgia" w:hAnsi="Georgia"/>
          <w:b w:val="0"/>
          <w:i w:val="0"/>
          <w:color w:val="000000"/>
          <w:sz w:val="24"/>
        </w:rPr>
        <w:t xml:space="preserve">И тогда соедини и переплети их вместе вот так: </w:t>
      </w:r>
      <w:r>
        <w:rPr>
          <w:rFonts w:ascii="Georgia" w:hAnsi="Georgia" w:cs="Times New Roman"/>
          <w:b/>
          <w:i w:val="0"/>
          <w:color w:val="000000"/>
          <w:sz w:val="24"/>
          <w:rtl/>
          <w:szCs w:val="32"/>
        </w:rPr>
        <w:t>יאהדונה״י</w:t>
      </w:r>
      <w:r>
        <w:rPr>
          <w:rFonts w:ascii="Georgia" w:hAnsi="Georgia"/>
          <w:b w:val="0"/>
          <w:i w:val="0"/>
          <w:color w:val="000000"/>
          <w:sz w:val="24"/>
        </w:rPr>
        <w:t>. И сосредоточь намерение на том, что две буквы вав и далет (</w:t>
      </w:r>
      <w:r>
        <w:rPr>
          <w:rFonts w:ascii="Georgia" w:hAnsi="Georgia" w:cs="Times New Roman"/>
          <w:b/>
          <w:i w:val="0"/>
          <w:color w:val="000000"/>
          <w:sz w:val="24"/>
          <w:rtl/>
          <w:szCs w:val="32"/>
        </w:rPr>
        <w:t>וד</w:t>
      </w:r>
      <w:r>
        <w:rPr>
          <w:rFonts w:ascii="Georgia" w:hAnsi="Georgia"/>
          <w:b w:val="0"/>
          <w:i w:val="0"/>
          <w:color w:val="000000"/>
          <w:sz w:val="24"/>
        </w:rPr>
        <w:t>), протянутые к ней из левого носового отверстия, как сказано, образуют теперь форму буквы хэй (</w:t>
      </w:r>
      <w:r>
        <w:rPr>
          <w:rFonts w:ascii="Georgia" w:hAnsi="Georgia" w:cs="Times New Roman"/>
          <w:b/>
          <w:i w:val="0"/>
          <w:color w:val="000000"/>
          <w:sz w:val="24"/>
          <w:rtl/>
          <w:szCs w:val="32"/>
        </w:rPr>
        <w:t>ה</w:t>
      </w:r>
      <w:r>
        <w:rPr>
          <w:rFonts w:ascii="Georgia" w:hAnsi="Georgia"/>
          <w:b w:val="0"/>
          <w:i w:val="0"/>
          <w:color w:val="000000"/>
          <w:sz w:val="24"/>
        </w:rPr>
        <w:t>), указывая, что она зачала от этого зивуга. И если пожелаешь связать это единение со следующим единением, которое мы сейчас разъясним с Б-жьей помощью, то [сделай это] так: дойдя до спускания третьего [имени] ЭЙЕ к имени АДОНАЙ, сосредоточься на том единении, и вот оно:</w:t>
      </w:r>
    </w:p>
    <w:p>
      <w:pPr>
        <w:keepNext/>
        <w:spacing w:before="320" w:after="120"/>
      </w:pPr>
      <w:r>
        <w:rPr>
          <w:rFonts w:ascii="Georgia" w:hAnsi="Georgia"/>
          <w:b w:val="0"/>
          <w:i w:val="0"/>
          <w:color w:val="000000"/>
          <w:sz w:val="32"/>
        </w:rPr>
        <w:t>Ихуд 4</w:t>
      </w:r>
    </w:p>
    <w:p>
      <w:pPr>
        <w:spacing w:before="40" w:after="120"/>
        <w:jc w:val="both"/>
      </w:pPr>
      <w:r>
        <w:rPr>
          <w:rFonts w:ascii="Georgia" w:hAnsi="Georgia"/>
          <w:b w:val="0"/>
          <w:i w:val="0"/>
          <w:color w:val="000000"/>
          <w:sz w:val="24"/>
        </w:rPr>
        <w:t xml:space="preserve">Корень Имени ЭЙЕ находится в Бине, и по [алфавитной замене] </w:t>
      </w:r>
      <w:r>
        <w:rPr>
          <w:rFonts w:ascii="Georgia" w:hAnsi="Georgia"/>
          <w:b w:val="0"/>
          <w:i/>
          <w:color w:val="000000"/>
          <w:sz w:val="24"/>
        </w:rPr>
        <w:t>авгад</w:t>
      </w:r>
      <w:r>
        <w:rPr>
          <w:rFonts w:ascii="Georgia" w:hAnsi="Georgia"/>
          <w:b w:val="0"/>
          <w:i w:val="0"/>
          <w:color w:val="000000"/>
          <w:sz w:val="24"/>
        </w:rPr>
        <w:t xml:space="preserve"> (</w:t>
      </w:r>
      <w:r>
        <w:rPr>
          <w:rFonts w:ascii="Georgia" w:hAnsi="Georgia" w:cs="Times New Roman"/>
          <w:b/>
          <w:i w:val="0"/>
          <w:color w:val="000000"/>
          <w:sz w:val="24"/>
          <w:rtl/>
          <w:szCs w:val="32"/>
        </w:rPr>
        <w:t>אבג״ד</w:t>
      </w:r>
      <w:r>
        <w:rPr>
          <w:rFonts w:ascii="Georgia" w:hAnsi="Georgia"/>
          <w:b w:val="0"/>
          <w:i w:val="0"/>
          <w:color w:val="000000"/>
          <w:sz w:val="24"/>
        </w:rPr>
        <w:t xml:space="preserve">), как известно, оно заменяется Именем </w:t>
      </w:r>
      <w:r>
        <w:rPr>
          <w:rFonts w:ascii="Georgia" w:hAnsi="Georgia" w:cs="Times New Roman"/>
          <w:b/>
          <w:i w:val="0"/>
          <w:color w:val="000000"/>
          <w:sz w:val="24"/>
          <w:rtl/>
          <w:szCs w:val="32"/>
        </w:rPr>
        <w:t>בוכ״ו</w:t>
      </w:r>
      <w:r>
        <w:rPr>
          <w:rFonts w:ascii="Georgia" w:hAnsi="Georgia"/>
          <w:b w:val="0"/>
          <w:i w:val="0"/>
          <w:color w:val="000000"/>
          <w:sz w:val="24"/>
        </w:rPr>
        <w:t>. Соедини же и переплети их следующим образом: (</w:t>
      </w:r>
      <w:r>
        <w:rPr>
          <w:rFonts w:ascii="Georgia" w:hAnsi="Georgia" w:cs="Times New Roman"/>
          <w:b/>
          <w:i w:val="0"/>
          <w:color w:val="000000"/>
          <w:sz w:val="24"/>
          <w:rtl/>
          <w:szCs w:val="32"/>
        </w:rPr>
        <w:t>אבהויכה״ו</w:t>
      </w:r>
      <w:r>
        <w:rPr>
          <w:rFonts w:ascii="Georgia" w:hAnsi="Georgia"/>
          <w:b w:val="0"/>
          <w:i w:val="0"/>
          <w:color w:val="000000"/>
          <w:sz w:val="24"/>
        </w:rPr>
        <w:t xml:space="preserve">). Ты уже знаешь, что Имя </w:t>
      </w:r>
      <w:r>
        <w:rPr>
          <w:rFonts w:ascii="Georgia" w:hAnsi="Georgia" w:cs="Times New Roman"/>
          <w:b/>
          <w:i w:val="0"/>
          <w:color w:val="000000"/>
          <w:sz w:val="24"/>
          <w:rtl/>
          <w:szCs w:val="32"/>
        </w:rPr>
        <w:t>בוכ״ו</w:t>
      </w:r>
      <w:r>
        <w:rPr>
          <w:rFonts w:ascii="Georgia" w:hAnsi="Georgia"/>
          <w:b w:val="0"/>
          <w:i w:val="0"/>
          <w:color w:val="000000"/>
          <w:sz w:val="24"/>
        </w:rPr>
        <w:t xml:space="preserve"> соответствует мере сфиры Малхут; обратись к тому, что я разъяснил в комментарии к молитвам на слова: </w:t>
      </w:r>
      <w:r>
        <w:rPr>
          <w:rFonts w:ascii="Georgia" w:hAnsi="Georgia"/>
          <w:b w:val="0"/>
          <w:i/>
          <w:color w:val="000000"/>
          <w:sz w:val="24"/>
        </w:rPr>
        <w:t>«И в Твоей руке — сила и мощь, и в Твоей руке — возвеличить и укрепить все»</w:t>
      </w:r>
      <w:r>
        <w:rPr>
          <w:rFonts w:ascii="Georgia" w:hAnsi="Georgia"/>
          <w:b w:val="0"/>
          <w:i w:val="0"/>
          <w:color w:val="000000"/>
          <w:sz w:val="24"/>
        </w:rPr>
        <w:t xml:space="preserve"> (Диврей а-ямим I 29:12). Также тебе известно, как от руки [Имени] ЭЙЕ, то есть Бины, пять ее пальцев протягиваются вниз в виде пяти букв </w:t>
      </w:r>
      <w:r>
        <w:rPr>
          <w:rFonts w:ascii="Georgia" w:hAnsi="Georgia" w:cs="Times New Roman"/>
          <w:b/>
          <w:i w:val="0"/>
          <w:color w:val="000000"/>
          <w:sz w:val="24"/>
          <w:rtl/>
          <w:szCs w:val="32"/>
        </w:rPr>
        <w:t>מנצפ״ך</w:t>
      </w:r>
      <w:r>
        <w:rPr>
          <w:rFonts w:ascii="Georgia" w:hAnsi="Georgia"/>
          <w:b w:val="0"/>
          <w:i w:val="0"/>
          <w:color w:val="000000"/>
          <w:sz w:val="24"/>
        </w:rPr>
        <w:t xml:space="preserve">, и от нее образуется МАН в Малхут, как разъяснено о стихе: </w:t>
      </w:r>
      <w:r>
        <w:rPr>
          <w:rFonts w:ascii="Georgia" w:hAnsi="Georgia"/>
          <w:b w:val="0"/>
          <w:i/>
          <w:color w:val="000000"/>
          <w:sz w:val="24"/>
        </w:rPr>
        <w:t>«И отдавайте пятую часть фараону»</w:t>
      </w:r>
      <w:r>
        <w:rPr>
          <w:rFonts w:ascii="Georgia" w:hAnsi="Georgia"/>
          <w:b w:val="0"/>
          <w:i w:val="0"/>
          <w:color w:val="000000"/>
          <w:sz w:val="24"/>
        </w:rPr>
        <w:t xml:space="preserve"> (Берешит 47:24). Затем направь намерение на то, что Имя </w:t>
      </w:r>
      <w:r>
        <w:rPr>
          <w:rFonts w:ascii="Georgia" w:hAnsi="Georgia" w:cs="Times New Roman"/>
          <w:b/>
          <w:i w:val="0"/>
          <w:color w:val="000000"/>
          <w:sz w:val="24"/>
          <w:rtl/>
          <w:szCs w:val="32"/>
        </w:rPr>
        <w:t>בוכ״ו</w:t>
      </w:r>
      <w:r>
        <w:rPr>
          <w:rFonts w:ascii="Georgia" w:hAnsi="Georgia"/>
          <w:b w:val="0"/>
          <w:i w:val="0"/>
          <w:color w:val="000000"/>
          <w:sz w:val="24"/>
        </w:rPr>
        <w:t xml:space="preserve"> по гематрии равно слову </w:t>
      </w:r>
      <w:r>
        <w:rPr>
          <w:rFonts w:ascii="Georgia" w:hAnsi="Georgia"/>
          <w:b w:val="0"/>
          <w:i/>
          <w:color w:val="000000"/>
          <w:sz w:val="24"/>
        </w:rPr>
        <w:t>йадха</w:t>
      </w:r>
      <w:r>
        <w:rPr>
          <w:rFonts w:ascii="Georgia" w:hAnsi="Georgia"/>
          <w:b w:val="0"/>
          <w:i w:val="0"/>
          <w:color w:val="000000"/>
          <w:sz w:val="24"/>
        </w:rPr>
        <w:t xml:space="preserve"> — «твоя рука» (</w:t>
      </w:r>
      <w:r>
        <w:rPr>
          <w:rFonts w:ascii="Georgia" w:hAnsi="Georgia" w:cs="Times New Roman"/>
          <w:b/>
          <w:i w:val="0"/>
          <w:color w:val="000000"/>
          <w:sz w:val="24"/>
          <w:rtl/>
          <w:szCs w:val="32"/>
        </w:rPr>
        <w:t>יָדְךָ</w:t>
      </w:r>
      <w:r>
        <w:rPr>
          <w:rFonts w:ascii="Georgia" w:hAnsi="Georgia"/>
          <w:b w:val="0"/>
          <w:i w:val="0"/>
          <w:color w:val="000000"/>
          <w:sz w:val="24"/>
        </w:rPr>
        <w:t xml:space="preserve"> = 34), указывая, что эти Имена представляют собой тайну низведения силы МАН в Малхут, чтобы затем она могла поднять МАН. И направь намерение низвести их по тайне руки Бины в Малхут. А после того как соединишь оба названных Имени, направь намерение на то, что их [общая] гематрия равна 56 (</w:t>
      </w:r>
      <w:r>
        <w:rPr>
          <w:rFonts w:ascii="Georgia" w:hAnsi="Georgia" w:cs="Times New Roman"/>
          <w:b/>
          <w:i w:val="0"/>
          <w:color w:val="000000"/>
          <w:sz w:val="24"/>
          <w:rtl/>
          <w:szCs w:val="32"/>
        </w:rPr>
        <w:t>נ״ו</w:t>
      </w:r>
      <w:r>
        <w:rPr>
          <w:rFonts w:ascii="Georgia" w:hAnsi="Georgia"/>
          <w:b w:val="0"/>
          <w:i w:val="0"/>
          <w:color w:val="000000"/>
          <w:sz w:val="24"/>
        </w:rPr>
        <w:t>). Говорит Шмуэль: с колелем. То есть эти два Имени ты сначала притягиваешь в три мохин Малхут, чтобы сила спустилась от трех ее мохин к ее МАН, и благодаря этому у ее МАН появится сила подняться. Тайна же ее МАН — это Имя БОН де-хэйин; вместе с тремя мохин получается 56, по числу двух названных Имен.</w:t>
      </w:r>
    </w:p>
    <w:p>
      <w:pPr>
        <w:spacing w:before="40" w:after="120"/>
        <w:jc w:val="both"/>
      </w:pPr>
      <w:r>
        <w:rPr>
          <w:rFonts w:ascii="Georgia" w:hAnsi="Georgia"/>
          <w:b w:val="0"/>
          <w:i w:val="0"/>
          <w:color w:val="000000"/>
          <w:sz w:val="24"/>
        </w:rPr>
        <w:t>Затем направь намерение на то, что эти два Имени численно равны имени Надав (</w:t>
      </w:r>
      <w:r>
        <w:rPr>
          <w:rFonts w:ascii="Georgia" w:hAnsi="Georgia" w:cs="Times New Roman"/>
          <w:b/>
          <w:i w:val="0"/>
          <w:color w:val="000000"/>
          <w:sz w:val="24"/>
          <w:rtl/>
          <w:szCs w:val="32"/>
        </w:rPr>
        <w:t>נָדָב</w:t>
      </w:r>
      <w:r>
        <w:rPr>
          <w:rFonts w:ascii="Georgia" w:hAnsi="Georgia"/>
          <w:b w:val="0"/>
          <w:i w:val="0"/>
          <w:color w:val="000000"/>
          <w:sz w:val="24"/>
        </w:rPr>
        <w:t xml:space="preserve"> = 56). И в этом тайна стиха: </w:t>
      </w:r>
      <w:r>
        <w:rPr>
          <w:rFonts w:ascii="Georgia" w:hAnsi="Georgia"/>
          <w:b w:val="0"/>
          <w:i/>
          <w:color w:val="000000"/>
          <w:sz w:val="24"/>
        </w:rPr>
        <w:t>«Первенец Надав…»</w:t>
      </w:r>
      <w:r>
        <w:rPr>
          <w:rFonts w:ascii="Georgia" w:hAnsi="Georgia"/>
          <w:b w:val="0"/>
          <w:i w:val="0"/>
          <w:color w:val="000000"/>
          <w:sz w:val="24"/>
        </w:rPr>
        <w:t xml:space="preserve"> (Бемидбар 3:2), ведь известно, что Надав, Авиу и Элияу — это тайна МАН, как мы с Б-жьей помощью разъясним. Затем направь намерение на то, что первые пять букв сплетения двух названных Имен — это буквы [имени] Авиу (</w:t>
      </w:r>
      <w:r>
        <w:rPr>
          <w:rFonts w:ascii="Georgia" w:hAnsi="Georgia" w:cs="Times New Roman"/>
          <w:b/>
          <w:i w:val="0"/>
          <w:color w:val="000000"/>
          <w:sz w:val="24"/>
          <w:rtl/>
          <w:szCs w:val="32"/>
        </w:rPr>
        <w:t>אֲבִיהוּא</w:t>
      </w:r>
      <w:r>
        <w:rPr>
          <w:rFonts w:ascii="Georgia" w:hAnsi="Georgia"/>
          <w:b w:val="0"/>
          <w:i w:val="0"/>
          <w:color w:val="000000"/>
          <w:sz w:val="24"/>
        </w:rPr>
        <w:t xml:space="preserve">). Теперь остаются три буквы </w:t>
      </w:r>
      <w:r>
        <w:rPr>
          <w:rFonts w:ascii="Georgia" w:hAnsi="Georgia" w:cs="Times New Roman"/>
          <w:b/>
          <w:i w:val="0"/>
          <w:color w:val="000000"/>
          <w:sz w:val="24"/>
          <w:rtl/>
          <w:szCs w:val="32"/>
        </w:rPr>
        <w:t>בה״ו</w:t>
      </w:r>
      <w:r>
        <w:rPr>
          <w:rFonts w:ascii="Georgia" w:hAnsi="Georgia"/>
          <w:b w:val="0"/>
          <w:i w:val="0"/>
          <w:color w:val="000000"/>
          <w:sz w:val="24"/>
        </w:rPr>
        <w:t>, которые по гематрии равны буквам алеф и ламэд (</w:t>
      </w:r>
      <w:r>
        <w:rPr>
          <w:rFonts w:ascii="Georgia" w:hAnsi="Georgia" w:cs="Times New Roman"/>
          <w:b/>
          <w:i w:val="0"/>
          <w:color w:val="000000"/>
          <w:sz w:val="24"/>
          <w:rtl/>
          <w:szCs w:val="32"/>
        </w:rPr>
        <w:t>אֵל</w:t>
      </w:r>
      <w:r>
        <w:rPr>
          <w:rFonts w:ascii="Georgia" w:hAnsi="Georgia"/>
          <w:b w:val="0"/>
          <w:i w:val="0"/>
          <w:color w:val="000000"/>
          <w:sz w:val="24"/>
        </w:rPr>
        <w:t xml:space="preserve"> = 31) из [имени] Элияу. При этом сейчас недостает одной буквы [алеф] у Авиу и букв йод, хэй, вав (</w:t>
      </w:r>
      <w:r>
        <w:rPr>
          <w:rFonts w:ascii="Georgia" w:hAnsi="Georgia" w:cs="Times New Roman"/>
          <w:b/>
          <w:i w:val="0"/>
          <w:color w:val="000000"/>
          <w:sz w:val="24"/>
          <w:rtl/>
          <w:szCs w:val="32"/>
        </w:rPr>
        <w:t>יה״ו</w:t>
      </w:r>
      <w:r>
        <w:rPr>
          <w:rFonts w:ascii="Georgia" w:hAnsi="Georgia"/>
          <w:b w:val="0"/>
          <w:i w:val="0"/>
          <w:color w:val="000000"/>
          <w:sz w:val="24"/>
        </w:rPr>
        <w:t>) у Элияу. И направь намерение соединить букву алеф (</w:t>
      </w:r>
      <w:r>
        <w:rPr>
          <w:rFonts w:ascii="Georgia" w:hAnsi="Georgia" w:cs="Times New Roman"/>
          <w:b/>
          <w:i w:val="0"/>
          <w:color w:val="000000"/>
          <w:sz w:val="24"/>
          <w:rtl/>
          <w:szCs w:val="32"/>
        </w:rPr>
        <w:t>א</w:t>
      </w:r>
      <w:r>
        <w:rPr>
          <w:rFonts w:ascii="Georgia" w:hAnsi="Georgia"/>
          <w:b w:val="0"/>
          <w:i w:val="0"/>
          <w:color w:val="000000"/>
          <w:sz w:val="24"/>
        </w:rPr>
        <w:t>) от Элияу, чтобы восполнить [имя] Авиу, а буквы йод, хэй, вав от Авиу соединить с Элияу — и вот, все три имени: Надав, Авиу и Элияу — здесь обозначены. После этого направь намерение на то, что в наполнении двух названных Имен содержится 22 буквы (</w:t>
      </w:r>
      <w:r>
        <w:rPr>
          <w:rFonts w:ascii="Georgia" w:hAnsi="Georgia" w:cs="Times New Roman"/>
          <w:b/>
          <w:i w:val="0"/>
          <w:color w:val="000000"/>
          <w:sz w:val="24"/>
          <w:rtl/>
          <w:szCs w:val="32"/>
        </w:rPr>
        <w:t>כ״ב</w:t>
      </w:r>
      <w:r>
        <w:rPr>
          <w:rFonts w:ascii="Georgia" w:hAnsi="Georgia"/>
          <w:b w:val="0"/>
          <w:i w:val="0"/>
          <w:color w:val="000000"/>
          <w:sz w:val="24"/>
        </w:rPr>
        <w:t xml:space="preserve">), вот так: </w:t>
      </w:r>
      <w:r>
        <w:rPr>
          <w:rFonts w:ascii="Georgia" w:hAnsi="Georgia" w:cs="Times New Roman"/>
          <w:b/>
          <w:i w:val="0"/>
          <w:color w:val="000000"/>
          <w:sz w:val="24"/>
          <w:rtl/>
          <w:szCs w:val="32"/>
        </w:rPr>
        <w:t>אלף הה יוד הה בית ואו כאף ואו</w:t>
      </w:r>
      <w:r>
        <w:rPr>
          <w:rFonts w:ascii="Georgia" w:hAnsi="Georgia"/>
          <w:b w:val="0"/>
          <w:i w:val="0"/>
          <w:color w:val="000000"/>
          <w:sz w:val="24"/>
        </w:rPr>
        <w:t>; и они — тайна букв алеф (</w:t>
      </w:r>
      <w:r>
        <w:rPr>
          <w:rFonts w:ascii="Georgia" w:hAnsi="Georgia" w:cs="Times New Roman"/>
          <w:b/>
          <w:i w:val="0"/>
          <w:color w:val="000000"/>
          <w:sz w:val="24"/>
          <w:rtl/>
          <w:szCs w:val="32"/>
        </w:rPr>
        <w:t>א</w:t>
      </w:r>
      <w:r>
        <w:rPr>
          <w:rFonts w:ascii="Georgia" w:hAnsi="Georgia"/>
          <w:b w:val="0"/>
          <w:i w:val="0"/>
          <w:color w:val="000000"/>
          <w:sz w:val="24"/>
        </w:rPr>
        <w:t>) и йод, хэй, вав (</w:t>
      </w:r>
      <w:r>
        <w:rPr>
          <w:rFonts w:ascii="Georgia" w:hAnsi="Georgia" w:cs="Times New Roman"/>
          <w:b/>
          <w:i w:val="0"/>
          <w:color w:val="000000"/>
          <w:sz w:val="24"/>
          <w:rtl/>
          <w:szCs w:val="32"/>
        </w:rPr>
        <w:t>יה״ו</w:t>
      </w:r>
      <w:r>
        <w:rPr>
          <w:rFonts w:ascii="Georgia" w:hAnsi="Georgia"/>
          <w:b w:val="0"/>
          <w:i w:val="0"/>
          <w:color w:val="000000"/>
          <w:sz w:val="24"/>
        </w:rPr>
        <w:t>), которых недоставало у Авиу и Элияу. Это и есть тайна силы двадцати двух букв, которые Бина передает Малхут.</w:t>
      </w:r>
    </w:p>
    <w:p>
      <w:pPr>
        <w:spacing w:before="40" w:after="120"/>
        <w:jc w:val="both"/>
      </w:pPr>
      <w:r>
        <w:rPr>
          <w:rFonts w:ascii="Georgia" w:hAnsi="Georgia"/>
          <w:b w:val="0"/>
          <w:i w:val="0"/>
          <w:color w:val="000000"/>
          <w:sz w:val="24"/>
        </w:rPr>
        <w:t xml:space="preserve">Затем направь намерение разделить соединение двух названных Имен на четыре части, вот так: </w:t>
      </w:r>
      <w:r>
        <w:rPr>
          <w:rFonts w:ascii="Georgia" w:hAnsi="Georgia" w:cs="Times New Roman"/>
          <w:b/>
          <w:i w:val="0"/>
          <w:color w:val="000000"/>
          <w:sz w:val="24"/>
          <w:rtl/>
          <w:szCs w:val="32"/>
        </w:rPr>
        <w:t>אב הויכ הו</w:t>
      </w:r>
      <w:r>
        <w:rPr>
          <w:rFonts w:ascii="Georgia" w:hAnsi="Georgia"/>
          <w:b w:val="0"/>
          <w:i w:val="0"/>
          <w:color w:val="000000"/>
          <w:sz w:val="24"/>
        </w:rPr>
        <w:t xml:space="preserve">; а затем — огласуй их: </w:t>
      </w:r>
      <w:r>
        <w:rPr>
          <w:rFonts w:ascii="Georgia" w:hAnsi="Georgia" w:cs="Times New Roman"/>
          <w:b/>
          <w:i w:val="0"/>
          <w:color w:val="000000"/>
          <w:sz w:val="24"/>
          <w:rtl/>
          <w:szCs w:val="32"/>
        </w:rPr>
        <w:t>אָבִ</w:t>
      </w:r>
      <w:r>
        <w:rPr>
          <w:rFonts w:ascii="Georgia" w:hAnsi="Georgia"/>
          <w:b w:val="0"/>
          <w:i w:val="0"/>
          <w:color w:val="000000"/>
          <w:sz w:val="24"/>
        </w:rPr>
        <w:t xml:space="preserve"> — камацем и хириком, и направь намерение на то, что это буквы алеф и бэт (</w:t>
      </w:r>
      <w:r>
        <w:rPr>
          <w:rFonts w:ascii="Georgia" w:hAnsi="Georgia" w:cs="Times New Roman"/>
          <w:b/>
          <w:i w:val="0"/>
          <w:color w:val="000000"/>
          <w:sz w:val="24"/>
          <w:rtl/>
          <w:szCs w:val="32"/>
        </w:rPr>
        <w:t>א״ב</w:t>
      </w:r>
      <w:r>
        <w:rPr>
          <w:rFonts w:ascii="Georgia" w:hAnsi="Georgia"/>
          <w:b w:val="0"/>
          <w:i w:val="0"/>
          <w:color w:val="000000"/>
          <w:sz w:val="24"/>
        </w:rPr>
        <w:t xml:space="preserve">) из </w:t>
      </w:r>
      <w:r>
        <w:rPr>
          <w:rFonts w:ascii="Georgia" w:hAnsi="Georgia" w:cs="Times New Roman"/>
          <w:b/>
          <w:i w:val="0"/>
          <w:color w:val="000000"/>
          <w:sz w:val="24"/>
          <w:rtl/>
          <w:szCs w:val="32"/>
        </w:rPr>
        <w:t>אבגית״ץ</w:t>
      </w:r>
      <w:r>
        <w:rPr>
          <w:rFonts w:ascii="Georgia" w:hAnsi="Georgia"/>
          <w:b w:val="0"/>
          <w:i w:val="0"/>
          <w:color w:val="000000"/>
          <w:sz w:val="24"/>
        </w:rPr>
        <w:t>; огласовка же эта по гематрии равна 26 (</w:t>
      </w:r>
      <w:r>
        <w:rPr>
          <w:rFonts w:ascii="Georgia" w:hAnsi="Georgia" w:cs="Times New Roman"/>
          <w:b/>
          <w:i w:val="0"/>
          <w:color w:val="000000"/>
          <w:sz w:val="24"/>
          <w:rtl/>
          <w:szCs w:val="32"/>
        </w:rPr>
        <w:t>כ״ו</w:t>
      </w:r>
      <w:r>
        <w:rPr>
          <w:rFonts w:ascii="Georgia" w:hAnsi="Georgia"/>
          <w:b w:val="0"/>
          <w:i w:val="0"/>
          <w:color w:val="000000"/>
          <w:sz w:val="24"/>
        </w:rPr>
        <w:t xml:space="preserve">), как число Имени АВАЯ. А буквы </w:t>
      </w:r>
      <w:r>
        <w:rPr>
          <w:rFonts w:ascii="Georgia" w:hAnsi="Georgia" w:cs="Times New Roman"/>
          <w:b/>
          <w:i w:val="0"/>
          <w:color w:val="000000"/>
          <w:sz w:val="24"/>
          <w:rtl/>
          <w:szCs w:val="32"/>
        </w:rPr>
        <w:t>הֵוֶ</w:t>
      </w:r>
      <w:r>
        <w:rPr>
          <w:rFonts w:ascii="Georgia" w:hAnsi="Georgia"/>
          <w:b w:val="0"/>
          <w:i w:val="0"/>
          <w:color w:val="000000"/>
          <w:sz w:val="24"/>
        </w:rPr>
        <w:t xml:space="preserve"> огласованы цере и сеголем; и направь намерение на то, что буква хэй (</w:t>
      </w:r>
      <w:r>
        <w:rPr>
          <w:rFonts w:ascii="Georgia" w:hAnsi="Georgia" w:cs="Times New Roman"/>
          <w:b/>
          <w:i w:val="0"/>
          <w:color w:val="000000"/>
          <w:sz w:val="24"/>
          <w:rtl/>
          <w:szCs w:val="32"/>
        </w:rPr>
        <w:t>ה</w:t>
      </w:r>
      <w:r>
        <w:rPr>
          <w:rFonts w:ascii="Georgia" w:hAnsi="Georgia"/>
          <w:b w:val="0"/>
          <w:i w:val="0"/>
          <w:color w:val="000000"/>
          <w:sz w:val="24"/>
        </w:rPr>
        <w:t xml:space="preserve">) в системе </w:t>
      </w:r>
      <w:r>
        <w:rPr>
          <w:rFonts w:ascii="Georgia" w:hAnsi="Georgia"/>
          <w:b w:val="0"/>
          <w:i/>
          <w:color w:val="000000"/>
          <w:sz w:val="24"/>
        </w:rPr>
        <w:t>атбаш</w:t>
      </w:r>
      <w:r>
        <w:rPr>
          <w:rFonts w:ascii="Georgia" w:hAnsi="Georgia"/>
          <w:b w:val="0"/>
          <w:i w:val="0"/>
          <w:color w:val="000000"/>
          <w:sz w:val="24"/>
        </w:rPr>
        <w:t xml:space="preserve"> (</w:t>
      </w:r>
      <w:r>
        <w:rPr>
          <w:rFonts w:ascii="Georgia" w:hAnsi="Georgia" w:cs="Times New Roman"/>
          <w:b/>
          <w:i w:val="0"/>
          <w:color w:val="000000"/>
          <w:sz w:val="24"/>
          <w:rtl/>
          <w:szCs w:val="32"/>
        </w:rPr>
        <w:t>בא״ת ב״ש</w:t>
      </w:r>
      <w:r>
        <w:rPr>
          <w:rFonts w:ascii="Georgia" w:hAnsi="Georgia"/>
          <w:b w:val="0"/>
          <w:i w:val="0"/>
          <w:color w:val="000000"/>
          <w:sz w:val="24"/>
        </w:rPr>
        <w:t>) заменяется на букву цади (</w:t>
      </w:r>
      <w:r>
        <w:rPr>
          <w:rFonts w:ascii="Georgia" w:hAnsi="Georgia" w:cs="Times New Roman"/>
          <w:b/>
          <w:i w:val="0"/>
          <w:color w:val="000000"/>
          <w:sz w:val="24"/>
          <w:rtl/>
          <w:szCs w:val="32"/>
        </w:rPr>
        <w:t>צ</w:t>
      </w:r>
      <w:r>
        <w:rPr>
          <w:rFonts w:ascii="Georgia" w:hAnsi="Georgia"/>
          <w:b w:val="0"/>
          <w:i w:val="0"/>
          <w:color w:val="000000"/>
          <w:sz w:val="24"/>
        </w:rPr>
        <w:t>), и тогда они представляют собой две буквы вав и цади (</w:t>
      </w:r>
      <w:r>
        <w:rPr>
          <w:rFonts w:ascii="Georgia" w:hAnsi="Georgia" w:cs="Times New Roman"/>
          <w:b/>
          <w:i w:val="0"/>
          <w:color w:val="000000"/>
          <w:sz w:val="24"/>
          <w:rtl/>
          <w:szCs w:val="32"/>
        </w:rPr>
        <w:t>וֹצ</w:t>
      </w:r>
      <w:r>
        <w:rPr>
          <w:rFonts w:ascii="Georgia" w:hAnsi="Georgia"/>
          <w:b w:val="0"/>
          <w:i w:val="0"/>
          <w:color w:val="000000"/>
          <w:sz w:val="24"/>
        </w:rPr>
        <w:t xml:space="preserve">) из </w:t>
      </w:r>
      <w:r>
        <w:rPr>
          <w:rFonts w:ascii="Georgia" w:hAnsi="Georgia" w:cs="Times New Roman"/>
          <w:b/>
          <w:i w:val="0"/>
          <w:color w:val="000000"/>
          <w:sz w:val="24"/>
          <w:rtl/>
          <w:szCs w:val="32"/>
        </w:rPr>
        <w:t>שקוצית</w:t>
      </w:r>
      <w:r>
        <w:rPr>
          <w:rFonts w:ascii="Georgia" w:hAnsi="Georgia"/>
          <w:b w:val="0"/>
          <w:i w:val="0"/>
          <w:color w:val="000000"/>
          <w:sz w:val="24"/>
        </w:rPr>
        <w:t xml:space="preserve">; огласовка же их равна по гематрии пятидесяти вратам Бины. Затем буквы </w:t>
      </w:r>
      <w:r>
        <w:rPr>
          <w:rFonts w:ascii="Georgia" w:hAnsi="Georgia" w:cs="Times New Roman"/>
          <w:b/>
          <w:i w:val="0"/>
          <w:color w:val="000000"/>
          <w:sz w:val="24"/>
          <w:rtl/>
          <w:szCs w:val="32"/>
        </w:rPr>
        <w:t>יֵכִ</w:t>
      </w:r>
      <w:r>
        <w:rPr>
          <w:rFonts w:ascii="Georgia" w:hAnsi="Georgia"/>
          <w:b w:val="0"/>
          <w:i w:val="0"/>
          <w:color w:val="000000"/>
          <w:sz w:val="24"/>
        </w:rPr>
        <w:t xml:space="preserve"> огласованы хириком и цере; и это две буквы из Имени </w:t>
      </w:r>
      <w:r>
        <w:rPr>
          <w:rFonts w:ascii="Georgia" w:hAnsi="Georgia" w:cs="Times New Roman"/>
          <w:b/>
          <w:i w:val="0"/>
          <w:color w:val="000000"/>
          <w:sz w:val="24"/>
          <w:rtl/>
          <w:szCs w:val="32"/>
        </w:rPr>
        <w:t>נגדיכ״ש</w:t>
      </w:r>
      <w:r>
        <w:rPr>
          <w:rFonts w:ascii="Georgia" w:hAnsi="Georgia"/>
          <w:b w:val="0"/>
          <w:i w:val="0"/>
          <w:color w:val="000000"/>
          <w:sz w:val="24"/>
        </w:rPr>
        <w:t>, а их огласовка равна по гематрии 30, как и сами эти буквы.</w:t>
      </w:r>
    </w:p>
    <w:p>
      <w:pPr>
        <w:spacing w:before="40" w:after="120"/>
        <w:jc w:val="both"/>
      </w:pPr>
      <w:r>
        <w:rPr>
          <w:rFonts w:ascii="Georgia" w:hAnsi="Georgia"/>
          <w:b w:val="0"/>
          <w:i w:val="0"/>
          <w:color w:val="000000"/>
          <w:sz w:val="24"/>
        </w:rPr>
        <w:t xml:space="preserve">Затем буквы </w:t>
      </w:r>
      <w:r>
        <w:rPr>
          <w:rFonts w:ascii="Georgia" w:hAnsi="Georgia" w:cs="Times New Roman"/>
          <w:b/>
          <w:i w:val="0"/>
          <w:color w:val="000000"/>
          <w:sz w:val="24"/>
          <w:rtl/>
          <w:szCs w:val="32"/>
        </w:rPr>
        <w:t>הַוַ</w:t>
      </w:r>
      <w:r>
        <w:rPr>
          <w:rFonts w:ascii="Georgia" w:hAnsi="Georgia"/>
          <w:b w:val="0"/>
          <w:i w:val="0"/>
          <w:color w:val="000000"/>
          <w:sz w:val="24"/>
        </w:rPr>
        <w:t xml:space="preserve"> — с патахом и патахом; буква хэй (</w:t>
      </w:r>
      <w:r>
        <w:rPr>
          <w:rFonts w:ascii="Georgia" w:hAnsi="Georgia" w:cs="Times New Roman"/>
          <w:b/>
          <w:i w:val="0"/>
          <w:color w:val="000000"/>
          <w:sz w:val="24"/>
          <w:rtl/>
          <w:szCs w:val="32"/>
        </w:rPr>
        <w:t>ה</w:t>
      </w:r>
      <w:r>
        <w:rPr>
          <w:rFonts w:ascii="Georgia" w:hAnsi="Georgia"/>
          <w:b w:val="0"/>
          <w:i w:val="0"/>
          <w:color w:val="000000"/>
          <w:sz w:val="24"/>
        </w:rPr>
        <w:t xml:space="preserve">) заменяется в системе </w:t>
      </w:r>
      <w:r>
        <w:rPr>
          <w:rFonts w:ascii="Georgia" w:hAnsi="Georgia"/>
          <w:b w:val="0"/>
          <w:i/>
          <w:color w:val="000000"/>
          <w:sz w:val="24"/>
        </w:rPr>
        <w:t>атбаш</w:t>
      </w:r>
      <w:r>
        <w:rPr>
          <w:rFonts w:ascii="Georgia" w:hAnsi="Georgia"/>
          <w:b w:val="0"/>
          <w:i w:val="0"/>
          <w:color w:val="000000"/>
          <w:sz w:val="24"/>
        </w:rPr>
        <w:t xml:space="preserve"> (</w:t>
      </w:r>
      <w:r>
        <w:rPr>
          <w:rFonts w:ascii="Georgia" w:hAnsi="Georgia" w:cs="Times New Roman"/>
          <w:b/>
          <w:i w:val="0"/>
          <w:color w:val="000000"/>
          <w:sz w:val="24"/>
          <w:rtl/>
          <w:szCs w:val="32"/>
        </w:rPr>
        <w:t>בא״ת ב״ש</w:t>
      </w:r>
      <w:r>
        <w:rPr>
          <w:rFonts w:ascii="Georgia" w:hAnsi="Georgia"/>
          <w:b w:val="0"/>
          <w:i w:val="0"/>
          <w:color w:val="000000"/>
          <w:sz w:val="24"/>
        </w:rPr>
        <w:t>) на букву цади (</w:t>
      </w:r>
      <w:r>
        <w:rPr>
          <w:rFonts w:ascii="Georgia" w:hAnsi="Georgia" w:cs="Times New Roman"/>
          <w:b/>
          <w:i w:val="0"/>
          <w:color w:val="000000"/>
          <w:sz w:val="24"/>
          <w:rtl/>
          <w:szCs w:val="32"/>
        </w:rPr>
        <w:t>צ</w:t>
      </w:r>
      <w:r>
        <w:rPr>
          <w:rFonts w:ascii="Georgia" w:hAnsi="Georgia"/>
          <w:b w:val="0"/>
          <w:i w:val="0"/>
          <w:color w:val="000000"/>
          <w:sz w:val="24"/>
        </w:rPr>
        <w:t xml:space="preserve">) из </w:t>
      </w:r>
      <w:r>
        <w:rPr>
          <w:rFonts w:ascii="Georgia" w:hAnsi="Georgia" w:cs="Times New Roman"/>
          <w:b/>
          <w:i w:val="0"/>
          <w:color w:val="000000"/>
          <w:sz w:val="24"/>
          <w:rtl/>
          <w:szCs w:val="32"/>
        </w:rPr>
        <w:t>אבגית״ץ</w:t>
      </w:r>
      <w:r>
        <w:rPr>
          <w:rFonts w:ascii="Georgia" w:hAnsi="Georgia"/>
          <w:b w:val="0"/>
          <w:i w:val="0"/>
          <w:color w:val="000000"/>
          <w:sz w:val="24"/>
        </w:rPr>
        <w:t>, а буква вав (</w:t>
      </w:r>
      <w:r>
        <w:rPr>
          <w:rFonts w:ascii="Georgia" w:hAnsi="Georgia" w:cs="Times New Roman"/>
          <w:b/>
          <w:i w:val="0"/>
          <w:color w:val="000000"/>
          <w:sz w:val="24"/>
          <w:rtl/>
          <w:szCs w:val="32"/>
        </w:rPr>
        <w:t>ו</w:t>
      </w:r>
      <w:r>
        <w:rPr>
          <w:rFonts w:ascii="Georgia" w:hAnsi="Georgia"/>
          <w:b w:val="0"/>
          <w:i w:val="0"/>
          <w:color w:val="000000"/>
          <w:sz w:val="24"/>
        </w:rPr>
        <w:t xml:space="preserve">) заменяется по системе </w:t>
      </w:r>
      <w:r>
        <w:rPr>
          <w:rFonts w:ascii="Georgia" w:hAnsi="Georgia"/>
          <w:b w:val="0"/>
          <w:i/>
          <w:color w:val="000000"/>
          <w:sz w:val="24"/>
        </w:rPr>
        <w:t>ахас-бэта</w:t>
      </w:r>
      <w:r>
        <w:rPr>
          <w:rFonts w:ascii="Georgia" w:hAnsi="Georgia"/>
          <w:b w:val="0"/>
          <w:i w:val="0"/>
          <w:color w:val="000000"/>
          <w:sz w:val="24"/>
        </w:rPr>
        <w:t xml:space="preserve"> (</w:t>
      </w:r>
      <w:r>
        <w:rPr>
          <w:rFonts w:ascii="Georgia" w:hAnsi="Georgia" w:cs="Times New Roman"/>
          <w:b/>
          <w:i w:val="0"/>
          <w:color w:val="000000"/>
          <w:sz w:val="24"/>
          <w:rtl/>
          <w:szCs w:val="32"/>
        </w:rPr>
        <w:t>אח״ס בט״ע</w:t>
      </w:r>
      <w:r>
        <w:rPr>
          <w:rFonts w:ascii="Georgia" w:hAnsi="Georgia"/>
          <w:b w:val="0"/>
          <w:i w:val="0"/>
          <w:color w:val="000000"/>
          <w:sz w:val="24"/>
        </w:rPr>
        <w:t>) на букву рэйш (</w:t>
      </w:r>
      <w:r>
        <w:rPr>
          <w:rFonts w:ascii="Georgia" w:hAnsi="Georgia" w:cs="Times New Roman"/>
          <w:b/>
          <w:i w:val="0"/>
          <w:color w:val="000000"/>
          <w:sz w:val="24"/>
          <w:rtl/>
          <w:szCs w:val="32"/>
        </w:rPr>
        <w:t>ר</w:t>
      </w:r>
      <w:r>
        <w:rPr>
          <w:rFonts w:ascii="Georgia" w:hAnsi="Georgia"/>
          <w:b w:val="0"/>
          <w:i w:val="0"/>
          <w:color w:val="000000"/>
          <w:sz w:val="24"/>
        </w:rPr>
        <w:t xml:space="preserve">) из </w:t>
      </w:r>
      <w:r>
        <w:rPr>
          <w:rFonts w:ascii="Georgia" w:hAnsi="Georgia" w:cs="Times New Roman"/>
          <w:b/>
          <w:i w:val="0"/>
          <w:color w:val="000000"/>
          <w:sz w:val="24"/>
          <w:rtl/>
          <w:szCs w:val="32"/>
        </w:rPr>
        <w:t>קר״ע שט״ן</w:t>
      </w:r>
      <w:r>
        <w:rPr>
          <w:rFonts w:ascii="Georgia" w:hAnsi="Georgia"/>
          <w:b w:val="0"/>
          <w:i w:val="0"/>
          <w:color w:val="000000"/>
          <w:sz w:val="24"/>
        </w:rPr>
        <w:t>; огласовка же их равна по гематрии самим этим буквам вместе с их колелем. Говорит Шмуэль: смысл здесь в том, что два патаха — это две буквы вав (</w:t>
      </w:r>
      <w:r>
        <w:rPr>
          <w:rFonts w:ascii="Georgia" w:hAnsi="Georgia" w:cs="Times New Roman"/>
          <w:b/>
          <w:i w:val="0"/>
          <w:color w:val="000000"/>
          <w:sz w:val="24"/>
          <w:rtl/>
          <w:szCs w:val="32"/>
        </w:rPr>
        <w:t>ו</w:t>
      </w:r>
      <w:r>
        <w:rPr>
          <w:rFonts w:ascii="Georgia" w:hAnsi="Georgia"/>
          <w:b w:val="0"/>
          <w:i w:val="0"/>
          <w:color w:val="000000"/>
          <w:sz w:val="24"/>
        </w:rPr>
        <w:t>), и они составляют по гематрии 12 (</w:t>
      </w:r>
      <w:r>
        <w:rPr>
          <w:rFonts w:ascii="Georgia" w:hAnsi="Georgia" w:cs="Times New Roman"/>
          <w:b/>
          <w:i w:val="0"/>
          <w:color w:val="000000"/>
          <w:sz w:val="24"/>
          <w:rtl/>
          <w:szCs w:val="32"/>
        </w:rPr>
        <w:t>י״ב</w:t>
      </w:r>
      <w:r>
        <w:rPr>
          <w:rFonts w:ascii="Georgia" w:hAnsi="Georgia"/>
          <w:b w:val="0"/>
          <w:i w:val="0"/>
          <w:color w:val="000000"/>
          <w:sz w:val="24"/>
        </w:rPr>
        <w:t>); так же и буквы хэй и вав (</w:t>
      </w:r>
      <w:r>
        <w:rPr>
          <w:rFonts w:ascii="Georgia" w:hAnsi="Georgia" w:cs="Times New Roman"/>
          <w:b/>
          <w:i w:val="0"/>
          <w:color w:val="000000"/>
          <w:sz w:val="24"/>
          <w:rtl/>
          <w:szCs w:val="32"/>
        </w:rPr>
        <w:t>ה״ו</w:t>
      </w:r>
      <w:r>
        <w:rPr>
          <w:rFonts w:ascii="Georgia" w:hAnsi="Georgia"/>
          <w:b w:val="0"/>
          <w:i w:val="0"/>
          <w:color w:val="000000"/>
          <w:sz w:val="24"/>
        </w:rPr>
        <w:t>) с колелем составляют 12 (</w:t>
      </w:r>
      <w:r>
        <w:rPr>
          <w:rFonts w:ascii="Georgia" w:hAnsi="Georgia" w:cs="Times New Roman"/>
          <w:b/>
          <w:i w:val="0"/>
          <w:color w:val="000000"/>
          <w:sz w:val="24"/>
          <w:rtl/>
          <w:szCs w:val="32"/>
        </w:rPr>
        <w:t>י״ב</w:t>
      </w:r>
      <w:r>
        <w:rPr>
          <w:rFonts w:ascii="Georgia" w:hAnsi="Georgia"/>
          <w:b w:val="0"/>
          <w:i w:val="0"/>
          <w:color w:val="000000"/>
          <w:sz w:val="24"/>
        </w:rPr>
        <w:t>). И направь намерение поднять затем МАН, чтобы получить от Зеир Анпина его мужские воды (</w:t>
      </w:r>
      <w:r>
        <w:rPr>
          <w:rFonts w:ascii="Georgia" w:hAnsi="Georgia"/>
          <w:b w:val="0"/>
          <w:i/>
          <w:color w:val="000000"/>
          <w:sz w:val="24"/>
        </w:rPr>
        <w:t>маин духрин</w:t>
      </w:r>
      <w:r>
        <w:rPr>
          <w:rFonts w:ascii="Georgia" w:hAnsi="Georgia"/>
          <w:b w:val="0"/>
          <w:i w:val="0"/>
          <w:color w:val="000000"/>
          <w:sz w:val="24"/>
        </w:rPr>
        <w:t>), а происходит это посредством души того праведника, которого ты пожелаешь; и направь намерение включить все в Имя АВАЯ с наполнением буквами хэй (де-хэйин). И тогда соедини буквы сплетения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упомянутые в первом единении.</w:t>
      </w:r>
    </w:p>
    <w:p>
      <w:pPr>
        <w:keepNext/>
        <w:spacing w:before="320" w:after="120"/>
      </w:pPr>
      <w:r>
        <w:rPr>
          <w:rFonts w:ascii="Georgia" w:hAnsi="Georgia"/>
          <w:b w:val="0"/>
          <w:i w:val="0"/>
          <w:color w:val="000000"/>
          <w:sz w:val="32"/>
        </w:rPr>
        <w:t>Ихуд 5</w:t>
      </w:r>
    </w:p>
    <w:p>
      <w:pPr>
        <w:spacing w:before="40" w:after="120"/>
        <w:jc w:val="both"/>
      </w:pPr>
      <w:r>
        <w:rPr>
          <w:rFonts w:ascii="Georgia" w:hAnsi="Georgia"/>
          <w:b w:val="0"/>
          <w:i w:val="0"/>
          <w:color w:val="000000"/>
          <w:sz w:val="24"/>
        </w:rPr>
        <w:t>Если пожелаешь, выполни это единение (</w:t>
      </w:r>
      <w:r>
        <w:rPr>
          <w:rFonts w:ascii="Georgia" w:hAnsi="Georgia"/>
          <w:b w:val="0"/>
          <w:i/>
          <w:color w:val="000000"/>
          <w:sz w:val="24"/>
        </w:rPr>
        <w:t>ихуд</w:t>
      </w:r>
      <w:r>
        <w:rPr>
          <w:rFonts w:ascii="Georgia" w:hAnsi="Georgia"/>
          <w:b w:val="0"/>
          <w:i w:val="0"/>
          <w:color w:val="000000"/>
          <w:sz w:val="24"/>
        </w:rPr>
        <w:t xml:space="preserve">) после единения или ихудим (единений), которые захочешь совершить, и направь намерение устранить и отогнать силу внешних [сил] в этом единении. А именно: сосредоточься на том, чтобы соединить и переплести два Имени: ЭЛОКИМ и ЭЛОКИМ, так, чтобы они были огласованы вот так: </w:t>
      </w:r>
      <w:r>
        <w:rPr>
          <w:rFonts w:ascii="Georgia" w:hAnsi="Georgia" w:cs="Times New Roman"/>
          <w:b/>
          <w:i w:val="0"/>
          <w:color w:val="000000"/>
          <w:sz w:val="24"/>
          <w:rtl/>
          <w:szCs w:val="32"/>
        </w:rPr>
        <w:t>אֵאֵ לֵלֶ הֵהֵ יֵיֵ םַםַ</w:t>
      </w:r>
      <w:r>
        <w:rPr>
          <w:rFonts w:ascii="Georgia" w:hAnsi="Georgia"/>
          <w:b w:val="0"/>
          <w:i w:val="0"/>
          <w:color w:val="000000"/>
          <w:sz w:val="24"/>
        </w:rPr>
        <w:t>. Имей намерение, что эти два Имени по гематрии равны [имени] Яаков вместе с их десятью буквами. Имей в виду также, что их огласовка по гематрии тоже равна [имени] Яаков. А именно: первые восемь букв огласованы каждая [знаком] цере, кроме второй буквы ламэд, которая [огласована] сеголем, — что в сумме по гематрии дает 170 (</w:t>
      </w:r>
      <w:r>
        <w:rPr>
          <w:rFonts w:ascii="Georgia" w:hAnsi="Georgia" w:cs="Times New Roman"/>
          <w:b/>
          <w:i w:val="0"/>
          <w:color w:val="000000"/>
          <w:sz w:val="24"/>
          <w:rtl/>
          <w:szCs w:val="32"/>
        </w:rPr>
        <w:t>ק״ע</w:t>
      </w:r>
      <w:r>
        <w:rPr>
          <w:rFonts w:ascii="Georgia" w:hAnsi="Georgia"/>
          <w:b w:val="0"/>
          <w:i w:val="0"/>
          <w:color w:val="000000"/>
          <w:sz w:val="24"/>
        </w:rPr>
        <w:t>); а обе буквы мэм имеют огласовку патах — вот 12 (</w:t>
      </w:r>
      <w:r>
        <w:rPr>
          <w:rFonts w:ascii="Georgia" w:hAnsi="Georgia" w:cs="Times New Roman"/>
          <w:b/>
          <w:i w:val="0"/>
          <w:color w:val="000000"/>
          <w:sz w:val="24"/>
          <w:rtl/>
          <w:szCs w:val="32"/>
        </w:rPr>
        <w:t>י״ב</w:t>
      </w:r>
      <w:r>
        <w:rPr>
          <w:rFonts w:ascii="Georgia" w:hAnsi="Georgia"/>
          <w:b w:val="0"/>
          <w:i w:val="0"/>
          <w:color w:val="000000"/>
          <w:sz w:val="24"/>
        </w:rPr>
        <w:t>); а [вместе со] 170 это составляет [число имени] Яаков.</w:t>
      </w:r>
    </w:p>
    <w:p>
      <w:pPr>
        <w:keepNext/>
        <w:spacing w:before="320" w:after="120"/>
      </w:pPr>
      <w:r>
        <w:rPr>
          <w:rFonts w:ascii="Georgia" w:hAnsi="Georgia"/>
          <w:b w:val="0"/>
          <w:i w:val="0"/>
          <w:color w:val="000000"/>
          <w:sz w:val="32"/>
        </w:rPr>
        <w:t>Ихуд 6</w:t>
      </w:r>
    </w:p>
    <w:p>
      <w:pPr>
        <w:spacing w:before="40" w:after="120"/>
        <w:jc w:val="both"/>
      </w:pPr>
      <w:r>
        <w:rPr>
          <w:rFonts w:ascii="Georgia" w:hAnsi="Georgia"/>
          <w:b w:val="0"/>
          <w:i w:val="0"/>
          <w:color w:val="000000"/>
          <w:sz w:val="24"/>
        </w:rPr>
        <w:t>[Это единение (</w:t>
      </w:r>
      <w:r>
        <w:rPr>
          <w:rFonts w:ascii="Georgia" w:hAnsi="Georgia"/>
          <w:b w:val="0"/>
          <w:i/>
          <w:color w:val="000000"/>
          <w:sz w:val="24"/>
        </w:rPr>
        <w:t>ихуд</w:t>
      </w:r>
      <w:r>
        <w:rPr>
          <w:rFonts w:ascii="Georgia" w:hAnsi="Georgia"/>
          <w:b w:val="0"/>
          <w:i w:val="0"/>
          <w:color w:val="000000"/>
          <w:sz w:val="24"/>
        </w:rPr>
        <w:t>) совершается], если человек, совершающий его, уже удостоился некоего пробуждения со стороны своей души, которая говорит с ним благодаря какому-то выполняемому им единению, но у него нет сил перевести речь своими устами из потенциала в действие: [в таком случае] пусть он выполнит это единение прежде, чем совершит то другое единение, которое выполняет. И [порядок его] таков: сначала пусть направит намерение на три наполнения [Имени] ЭЙЕ — с буквами йод, алеф и хэй, которые все три [вместе] составляют в гематрии 456 (</w:t>
      </w:r>
      <w:r>
        <w:rPr>
          <w:rFonts w:ascii="Georgia" w:hAnsi="Georgia" w:cs="Times New Roman"/>
          <w:b/>
          <w:i w:val="0"/>
          <w:color w:val="000000"/>
          <w:sz w:val="24"/>
          <w:rtl/>
          <w:szCs w:val="32"/>
        </w:rPr>
        <w:t>תנ״ו</w:t>
      </w:r>
      <w:r>
        <w:rPr>
          <w:rFonts w:ascii="Georgia" w:hAnsi="Georgia"/>
          <w:b w:val="0"/>
          <w:i w:val="0"/>
          <w:color w:val="000000"/>
          <w:sz w:val="24"/>
        </w:rPr>
        <w:t>); и присоедини к ним квадрат простого [Имени] ЭЙЕ, который по гематрии равен 44 (</w:t>
      </w:r>
      <w:r>
        <w:rPr>
          <w:rFonts w:ascii="Georgia" w:hAnsi="Georgia" w:cs="Times New Roman"/>
          <w:b/>
          <w:i w:val="0"/>
          <w:color w:val="000000"/>
          <w:sz w:val="24"/>
          <w:rtl/>
          <w:szCs w:val="32"/>
        </w:rPr>
        <w:t>מ״ד</w:t>
      </w:r>
      <w:r>
        <w:rPr>
          <w:rFonts w:ascii="Georgia" w:hAnsi="Georgia"/>
          <w:b w:val="0"/>
          <w:i w:val="0"/>
          <w:color w:val="000000"/>
          <w:sz w:val="24"/>
        </w:rPr>
        <w:t>), — итого все вместе составляет в гематрии 499 (</w:t>
      </w:r>
      <w:r>
        <w:rPr>
          <w:rFonts w:ascii="Georgia" w:hAnsi="Georgia" w:cs="Times New Roman"/>
          <w:b/>
          <w:i w:val="0"/>
          <w:color w:val="000000"/>
          <w:sz w:val="24"/>
          <w:rtl/>
          <w:szCs w:val="32"/>
        </w:rPr>
        <w:t>תצ״ט</w:t>
      </w:r>
      <w:r>
        <w:rPr>
          <w:rFonts w:ascii="Georgia" w:hAnsi="Georgia"/>
          <w:b w:val="0"/>
          <w:i w:val="0"/>
          <w:color w:val="000000"/>
          <w:sz w:val="24"/>
        </w:rPr>
        <w:t>). Говорит Шмуэль: следует читать, что они составляют в гематрии 455 (</w:t>
      </w:r>
      <w:r>
        <w:rPr>
          <w:rFonts w:ascii="Georgia" w:hAnsi="Georgia" w:cs="Times New Roman"/>
          <w:b/>
          <w:i w:val="0"/>
          <w:color w:val="000000"/>
          <w:sz w:val="24"/>
          <w:rtl/>
          <w:szCs w:val="32"/>
        </w:rPr>
        <w:t>תנ״ה</w:t>
      </w:r>
      <w:r>
        <w:rPr>
          <w:rFonts w:ascii="Georgia" w:hAnsi="Georgia"/>
          <w:b w:val="0"/>
          <w:i w:val="0"/>
          <w:color w:val="000000"/>
          <w:sz w:val="24"/>
        </w:rPr>
        <w:t>), и тогда весь расчет сходится верно, ведь 455 и 44 составляют в гематрии 499. И направь намерение низвести эти четыре Имени в Имя ЦВАОТ, которое есть Есод, завет языка; ведь и это число также по гематрии равно [слову] ЦВАОТ (</w:t>
      </w:r>
      <w:r>
        <w:rPr>
          <w:rFonts w:ascii="Georgia" w:hAnsi="Georgia" w:cs="Times New Roman"/>
          <w:b/>
          <w:i w:val="0"/>
          <w:color w:val="000000"/>
          <w:sz w:val="24"/>
          <w:rtl/>
          <w:szCs w:val="32"/>
        </w:rPr>
        <w:t>צְבָאוֹת</w:t>
      </w:r>
      <w:r>
        <w:rPr>
          <w:rFonts w:ascii="Georgia" w:hAnsi="Georgia"/>
          <w:b w:val="0"/>
          <w:i w:val="0"/>
          <w:color w:val="000000"/>
          <w:sz w:val="24"/>
        </w:rPr>
        <w:t>), то есть 499. А после этого пусть совершит [то] единение, какое пожелает.</w:t>
      </w:r>
    </w:p>
    <w:p>
      <w:pPr>
        <w:keepNext/>
        <w:spacing w:before="320" w:after="120"/>
      </w:pPr>
      <w:r>
        <w:rPr>
          <w:rFonts w:ascii="Georgia" w:hAnsi="Georgia"/>
          <w:b w:val="0"/>
          <w:i w:val="0"/>
          <w:color w:val="000000"/>
          <w:sz w:val="32"/>
        </w:rPr>
        <w:t>Ихуд 7</w:t>
      </w:r>
    </w:p>
    <w:p>
      <w:pPr>
        <w:spacing w:before="40" w:after="120"/>
        <w:jc w:val="both"/>
      </w:pPr>
      <w:r>
        <w:rPr>
          <w:rFonts w:ascii="Georgia" w:hAnsi="Georgia"/>
          <w:b w:val="0"/>
          <w:i w:val="0"/>
          <w:color w:val="000000"/>
          <w:sz w:val="24"/>
        </w:rPr>
        <w:t>Это также относится к сказанному выше: если [человек] начал обретать некую речь во рту благодаря совершаемым им ихудим (единениям), но у него лишь шевелятся губы, без отчетливого произнесения букв (отиет), — пусть сначала сосредоточит намерение на этом единении (</w:t>
      </w:r>
      <w:r>
        <w:rPr>
          <w:rFonts w:ascii="Georgia" w:hAnsi="Georgia"/>
          <w:b w:val="0"/>
          <w:i/>
          <w:color w:val="000000"/>
          <w:sz w:val="24"/>
        </w:rPr>
        <w:t>ихуд</w:t>
      </w:r>
      <w:r>
        <w:rPr>
          <w:rFonts w:ascii="Georgia" w:hAnsi="Georgia"/>
          <w:b w:val="0"/>
          <w:i w:val="0"/>
          <w:color w:val="000000"/>
          <w:sz w:val="24"/>
        </w:rPr>
        <w:t>), а затем совершает [те] ихудим, какие пожелает. И вот [порядок]: сначала сосредоточь намерение на трех Именах — ЭЙЕ, АВАЯ и АДОНАЙ, сплетенных друг с другом снизу вверх, вот так: (</w:t>
      </w:r>
      <w:r>
        <w:rPr>
          <w:rFonts w:ascii="Georgia" w:hAnsi="Georgia" w:cs="Times New Roman"/>
          <w:b/>
          <w:i w:val="0"/>
          <w:color w:val="000000"/>
          <w:sz w:val="24"/>
          <w:rtl/>
          <w:szCs w:val="32"/>
        </w:rPr>
        <w:t>איאדההנוייהה</w:t>
      </w:r>
      <w:r>
        <w:rPr>
          <w:rFonts w:ascii="Georgia" w:hAnsi="Georgia"/>
          <w:b w:val="0"/>
          <w:i w:val="0"/>
          <w:color w:val="000000"/>
          <w:sz w:val="24"/>
        </w:rPr>
        <w:t>). А затем сосредоточь намерение на них сверху вниз, вот так: (</w:t>
      </w:r>
      <w:r>
        <w:rPr>
          <w:rFonts w:ascii="Georgia" w:hAnsi="Georgia" w:cs="Times New Roman"/>
          <w:b/>
          <w:i w:val="0"/>
          <w:color w:val="000000"/>
          <w:sz w:val="24"/>
          <w:rtl/>
          <w:szCs w:val="32"/>
        </w:rPr>
        <w:t>איאההדיונההי</w:t>
      </w:r>
      <w:r>
        <w:rPr>
          <w:rFonts w:ascii="Georgia" w:hAnsi="Georgia"/>
          <w:b w:val="0"/>
          <w:i w:val="0"/>
          <w:color w:val="000000"/>
          <w:sz w:val="24"/>
        </w:rPr>
        <w:t>). Сосредоточь намерение на этом должным образом, а затем совершай другие ихудим, какие захочешь совершить.</w:t>
      </w:r>
    </w:p>
    <w:p>
      <w:pPr>
        <w:keepNext/>
        <w:spacing w:before="320" w:after="120"/>
      </w:pPr>
      <w:r>
        <w:rPr>
          <w:rFonts w:ascii="Georgia" w:hAnsi="Georgia"/>
          <w:b w:val="0"/>
          <w:i w:val="0"/>
          <w:color w:val="000000"/>
          <w:sz w:val="32"/>
        </w:rPr>
        <w:t>Ихуд 8</w:t>
      </w:r>
    </w:p>
    <w:p>
      <w:pPr>
        <w:spacing w:before="40" w:after="120"/>
        <w:jc w:val="both"/>
      </w:pPr>
      <w:r>
        <w:rPr>
          <w:rFonts w:ascii="Georgia" w:hAnsi="Georgia"/>
          <w:b w:val="0"/>
          <w:i w:val="0"/>
          <w:color w:val="000000"/>
          <w:sz w:val="24"/>
        </w:rPr>
        <w:t>Однажды я разгневался у себя дома и поднял руку на жену, и у меня отнялась сила речи. Тогда мой учитель, благословенной памяти, велел мне совершать это единение (</w:t>
      </w:r>
      <w:r>
        <w:rPr>
          <w:rFonts w:ascii="Georgia" w:hAnsi="Georgia"/>
          <w:b w:val="0"/>
          <w:i/>
          <w:color w:val="000000"/>
          <w:sz w:val="24"/>
        </w:rPr>
        <w:t>ихуд</w:t>
      </w:r>
      <w:r>
        <w:rPr>
          <w:rFonts w:ascii="Georgia" w:hAnsi="Georgia"/>
          <w:b w:val="0"/>
          <w:i w:val="0"/>
          <w:color w:val="000000"/>
          <w:sz w:val="24"/>
        </w:rPr>
        <w:t xml:space="preserve">) перед [любыми] ихудим (единениями), которые я захочу выполнить. Намерение же состоит в следующем: направь внимание на имя </w:t>
      </w:r>
      <w:r>
        <w:rPr>
          <w:rFonts w:ascii="Georgia" w:hAnsi="Georgia" w:cs="Times New Roman"/>
          <w:b/>
          <w:i w:val="0"/>
          <w:color w:val="000000"/>
          <w:sz w:val="24"/>
          <w:rtl/>
          <w:szCs w:val="32"/>
        </w:rPr>
        <w:t>מצפ״ץ</w:t>
      </w:r>
      <w:r>
        <w:rPr>
          <w:rFonts w:ascii="Georgia" w:hAnsi="Georgia"/>
          <w:b w:val="0"/>
          <w:i w:val="0"/>
          <w:color w:val="000000"/>
          <w:sz w:val="24"/>
        </w:rPr>
        <w:t xml:space="preserve"> и сосредоточься на том, что оно включает в себя все тринадцать исправлений бороды (</w:t>
      </w:r>
      <w:r>
        <w:rPr>
          <w:rFonts w:ascii="Georgia" w:hAnsi="Georgia"/>
          <w:b w:val="0"/>
          <w:i/>
          <w:color w:val="000000"/>
          <w:sz w:val="24"/>
        </w:rPr>
        <w:t>тиккуней дикна</w:t>
      </w:r>
      <w:r>
        <w:rPr>
          <w:rFonts w:ascii="Georgia" w:hAnsi="Georgia"/>
          <w:b w:val="0"/>
          <w:i w:val="0"/>
          <w:color w:val="000000"/>
          <w:sz w:val="24"/>
        </w:rPr>
        <w:t>) Атика и девять исправлений бороды Зеир Анпина следующим образом: буква мэм (</w:t>
      </w:r>
      <w:r>
        <w:rPr>
          <w:rFonts w:ascii="Georgia" w:hAnsi="Georgia" w:cs="Times New Roman"/>
          <w:b/>
          <w:i w:val="0"/>
          <w:color w:val="000000"/>
          <w:sz w:val="24"/>
          <w:rtl/>
          <w:szCs w:val="32"/>
        </w:rPr>
        <w:t>מ</w:t>
      </w:r>
      <w:r>
        <w:rPr>
          <w:rFonts w:ascii="Georgia" w:hAnsi="Georgia"/>
          <w:b w:val="0"/>
          <w:i w:val="0"/>
          <w:color w:val="000000"/>
          <w:sz w:val="24"/>
        </w:rPr>
        <w:t>) — первые четыре [исправления]; буква цади (</w:t>
      </w:r>
      <w:r>
        <w:rPr>
          <w:rFonts w:ascii="Georgia" w:hAnsi="Georgia" w:cs="Times New Roman"/>
          <w:b/>
          <w:i w:val="0"/>
          <w:color w:val="000000"/>
          <w:sz w:val="24"/>
          <w:rtl/>
          <w:szCs w:val="32"/>
        </w:rPr>
        <w:t>צ</w:t>
      </w:r>
      <w:r>
        <w:rPr>
          <w:rFonts w:ascii="Georgia" w:hAnsi="Georgia"/>
          <w:b w:val="0"/>
          <w:i w:val="0"/>
          <w:color w:val="000000"/>
          <w:sz w:val="24"/>
        </w:rPr>
        <w:t>) — [исправления] от Бины и ниже; буква пэй (</w:t>
      </w:r>
      <w:r>
        <w:rPr>
          <w:rFonts w:ascii="Georgia" w:hAnsi="Georgia" w:cs="Times New Roman"/>
          <w:b/>
          <w:i w:val="0"/>
          <w:color w:val="000000"/>
          <w:sz w:val="24"/>
          <w:rtl/>
          <w:szCs w:val="32"/>
        </w:rPr>
        <w:t>פ</w:t>
      </w:r>
      <w:r>
        <w:rPr>
          <w:rFonts w:ascii="Georgia" w:hAnsi="Georgia"/>
          <w:b w:val="0"/>
          <w:i w:val="0"/>
          <w:color w:val="000000"/>
          <w:sz w:val="24"/>
        </w:rPr>
        <w:t>) — от Хеседа и ниже; буква цади (</w:t>
      </w:r>
      <w:r>
        <w:rPr>
          <w:rFonts w:ascii="Georgia" w:hAnsi="Georgia" w:cs="Times New Roman"/>
          <w:b/>
          <w:i w:val="0"/>
          <w:color w:val="000000"/>
          <w:sz w:val="24"/>
          <w:rtl/>
          <w:szCs w:val="32"/>
        </w:rPr>
        <w:t>צ</w:t>
      </w:r>
      <w:r>
        <w:rPr>
          <w:rFonts w:ascii="Georgia" w:hAnsi="Georgia"/>
          <w:b w:val="0"/>
          <w:i w:val="0"/>
          <w:color w:val="000000"/>
          <w:sz w:val="24"/>
        </w:rPr>
        <w:t xml:space="preserve">) — девять исправлений бороды Зеир Анпина. А затем совершай [те] ихудим, какие пожелаешь. И хотя это разъяснение уже приводилось нами в толковании тринадцати качеств [милосердия стиха] </w:t>
      </w:r>
      <w:r>
        <w:rPr>
          <w:rFonts w:ascii="Georgia" w:hAnsi="Georgia"/>
          <w:b w:val="0"/>
          <w:i/>
          <w:color w:val="000000"/>
          <w:sz w:val="24"/>
        </w:rPr>
        <w:t>«И прошел…»</w:t>
      </w:r>
      <w:r>
        <w:rPr>
          <w:rFonts w:ascii="Georgia" w:hAnsi="Georgia"/>
          <w:b w:val="0"/>
          <w:i w:val="0"/>
          <w:color w:val="000000"/>
          <w:sz w:val="24"/>
        </w:rPr>
        <w:t xml:space="preserve"> (Шмот 34:6), здесь мы изложим его кратко. Из тринадцати [прядей] белизны рош де-Атик, соответствующих трем [Именам] АВАЯ, четыре тянутся позади рош, четыре — перед лицом с правой стороны и четыре — с левой стороны. Получаются два [Имени] АВАЯ, составляющие восемь букв — восемь [прядей] белизны головы, протянувшихся по обеим сторонам лица Атика.</w:t>
      </w:r>
    </w:p>
    <w:p>
      <w:pPr>
        <w:spacing w:before="40" w:after="120"/>
        <w:jc w:val="both"/>
      </w:pPr>
      <w:r>
        <w:rPr>
          <w:rFonts w:ascii="Georgia" w:hAnsi="Georgia"/>
          <w:b w:val="0"/>
          <w:i w:val="0"/>
          <w:color w:val="000000"/>
          <w:sz w:val="24"/>
        </w:rPr>
        <w:t>Сначала они опускаются через Гальгальту к двум пеот (краям волос) де-рош де-Атик, и из этих двух [Имен] АВАЯ по [системе] атбаш (</w:t>
      </w:r>
      <w:r>
        <w:rPr>
          <w:rFonts w:ascii="Georgia" w:hAnsi="Georgia" w:cs="Times New Roman"/>
          <w:b/>
          <w:i w:val="0"/>
          <w:color w:val="000000"/>
          <w:sz w:val="24"/>
          <w:rtl/>
          <w:szCs w:val="32"/>
        </w:rPr>
        <w:t>בא״ת ב״ש</w:t>
      </w:r>
      <w:r>
        <w:rPr>
          <w:rFonts w:ascii="Georgia" w:hAnsi="Georgia"/>
          <w:b w:val="0"/>
          <w:i w:val="0"/>
          <w:color w:val="000000"/>
          <w:sz w:val="24"/>
        </w:rPr>
        <w:t xml:space="preserve">) образуются два имени </w:t>
      </w:r>
      <w:r>
        <w:rPr>
          <w:rFonts w:ascii="Georgia" w:hAnsi="Georgia" w:cs="Times New Roman"/>
          <w:b/>
          <w:i w:val="0"/>
          <w:color w:val="000000"/>
          <w:sz w:val="24"/>
          <w:rtl/>
          <w:szCs w:val="32"/>
        </w:rPr>
        <w:t>מצפ״ץ</w:t>
      </w:r>
      <w:r>
        <w:rPr>
          <w:rFonts w:ascii="Georgia" w:hAnsi="Georgia"/>
          <w:b w:val="0"/>
          <w:i w:val="0"/>
          <w:color w:val="000000"/>
          <w:sz w:val="24"/>
        </w:rPr>
        <w:t>: одно справа, а другое слева. Из них и формируются две пеот де-рош де-Атик. Каждая пеа по гематрии равна ЭЛОКИМ (86) — а это, как известно, свойство волос Малхут де-Гальгальта. Когда же [Имя ЭЛОКИМ взято] с наполнением буквами йод, оно по гематрии равно букве шин (</w:t>
      </w:r>
      <w:r>
        <w:rPr>
          <w:rFonts w:ascii="Georgia" w:hAnsi="Georgia" w:cs="Times New Roman"/>
          <w:b/>
          <w:i w:val="0"/>
          <w:color w:val="000000"/>
          <w:sz w:val="24"/>
          <w:rtl/>
          <w:szCs w:val="32"/>
        </w:rPr>
        <w:t>ש</w:t>
      </w:r>
      <w:r>
        <w:rPr>
          <w:rFonts w:ascii="Georgia" w:hAnsi="Georgia"/>
          <w:b w:val="0"/>
          <w:i w:val="0"/>
          <w:color w:val="000000"/>
          <w:sz w:val="24"/>
        </w:rPr>
        <w:t xml:space="preserve"> = 300), что соответствует числу имени </w:t>
      </w:r>
      <w:r>
        <w:rPr>
          <w:rFonts w:ascii="Georgia" w:hAnsi="Georgia" w:cs="Times New Roman"/>
          <w:b/>
          <w:i w:val="0"/>
          <w:color w:val="000000"/>
          <w:sz w:val="24"/>
          <w:rtl/>
          <w:szCs w:val="32"/>
        </w:rPr>
        <w:t>מצפ״ץ</w:t>
      </w:r>
      <w:r>
        <w:rPr>
          <w:rFonts w:ascii="Georgia" w:hAnsi="Georgia"/>
          <w:b w:val="0"/>
          <w:i w:val="0"/>
          <w:color w:val="000000"/>
          <w:sz w:val="24"/>
        </w:rPr>
        <w:t xml:space="preserve"> (300), поскольку оно пребывает в Атике. Поэтому здесь упоминается не ЭЛОКИМ, а только </w:t>
      </w:r>
      <w:r>
        <w:rPr>
          <w:rFonts w:ascii="Georgia" w:hAnsi="Georgia" w:cs="Times New Roman"/>
          <w:b/>
          <w:i w:val="0"/>
          <w:color w:val="000000"/>
          <w:sz w:val="24"/>
          <w:rtl/>
          <w:szCs w:val="32"/>
        </w:rPr>
        <w:t>מצפ״ץ</w:t>
      </w:r>
      <w:r>
        <w:rPr>
          <w:rFonts w:ascii="Georgia" w:hAnsi="Georgia"/>
          <w:b w:val="0"/>
          <w:i w:val="0"/>
          <w:color w:val="000000"/>
          <w:sz w:val="24"/>
        </w:rPr>
        <w:t xml:space="preserve">, представляющее собой замену [Имени] АВАЯ [в атбаш], а не сам ЭЛОКИМ. И это имя </w:t>
      </w:r>
      <w:r>
        <w:rPr>
          <w:rFonts w:ascii="Georgia" w:hAnsi="Georgia" w:cs="Times New Roman"/>
          <w:b/>
          <w:i w:val="0"/>
          <w:color w:val="000000"/>
          <w:sz w:val="24"/>
          <w:rtl/>
          <w:szCs w:val="32"/>
        </w:rPr>
        <w:t>מצפ״ץ</w:t>
      </w:r>
      <w:r>
        <w:rPr>
          <w:rFonts w:ascii="Georgia" w:hAnsi="Georgia"/>
          <w:b w:val="0"/>
          <w:i w:val="0"/>
          <w:color w:val="000000"/>
          <w:sz w:val="24"/>
        </w:rPr>
        <w:t>, являющееся пеа де-рош — Малхут волос де-рош, — из него развертываются все тринадцать исправлений бороды, и оно включает их все следующим образом: четыре высших [исправления] соответствуют свету разума (</w:t>
      </w:r>
      <w:r>
        <w:rPr>
          <w:rFonts w:ascii="Georgia" w:hAnsi="Georgia"/>
          <w:b w:val="0"/>
          <w:i/>
          <w:color w:val="000000"/>
          <w:sz w:val="24"/>
        </w:rPr>
        <w:t>мохин</w:t>
      </w:r>
      <w:r>
        <w:rPr>
          <w:rFonts w:ascii="Georgia" w:hAnsi="Georgia"/>
          <w:b w:val="0"/>
          <w:i w:val="0"/>
          <w:color w:val="000000"/>
          <w:sz w:val="24"/>
        </w:rPr>
        <w:t>) и составляют букву мэм (</w:t>
      </w:r>
      <w:r>
        <w:rPr>
          <w:rFonts w:ascii="Georgia" w:hAnsi="Georgia" w:cs="Times New Roman"/>
          <w:b/>
          <w:i w:val="0"/>
          <w:color w:val="000000"/>
          <w:sz w:val="24"/>
          <w:rtl/>
          <w:szCs w:val="32"/>
        </w:rPr>
        <w:t>מ</w:t>
      </w:r>
      <w:r>
        <w:rPr>
          <w:rFonts w:ascii="Georgia" w:hAnsi="Georgia"/>
          <w:b w:val="0"/>
          <w:i w:val="0"/>
          <w:color w:val="000000"/>
          <w:sz w:val="24"/>
        </w:rPr>
        <w:t xml:space="preserve">) имени </w:t>
      </w:r>
      <w:r>
        <w:rPr>
          <w:rFonts w:ascii="Georgia" w:hAnsi="Georgia" w:cs="Times New Roman"/>
          <w:b/>
          <w:i w:val="0"/>
          <w:color w:val="000000"/>
          <w:sz w:val="24"/>
          <w:rtl/>
          <w:szCs w:val="32"/>
        </w:rPr>
        <w:t>מצפ״ץ</w:t>
      </w:r>
      <w:r>
        <w:rPr>
          <w:rFonts w:ascii="Georgia" w:hAnsi="Georgia"/>
          <w:b w:val="0"/>
          <w:i w:val="0"/>
          <w:color w:val="000000"/>
          <w:sz w:val="24"/>
        </w:rPr>
        <w:t>, а остаются девять исправлений, исчисляемых от Бины и ниже, и они составляют [первую] букву цади (</w:t>
      </w:r>
      <w:r>
        <w:rPr>
          <w:rFonts w:ascii="Georgia" w:hAnsi="Georgia" w:cs="Times New Roman"/>
          <w:b/>
          <w:i w:val="0"/>
          <w:color w:val="000000"/>
          <w:sz w:val="24"/>
          <w:rtl/>
          <w:szCs w:val="32"/>
        </w:rPr>
        <w:t>צ</w:t>
      </w:r>
      <w:r>
        <w:rPr>
          <w:rFonts w:ascii="Georgia" w:hAnsi="Georgia"/>
          <w:b w:val="0"/>
          <w:i w:val="0"/>
          <w:color w:val="000000"/>
          <w:sz w:val="24"/>
        </w:rPr>
        <w:t xml:space="preserve">) имени </w:t>
      </w:r>
      <w:r>
        <w:rPr>
          <w:rFonts w:ascii="Georgia" w:hAnsi="Georgia" w:cs="Times New Roman"/>
          <w:b/>
          <w:i w:val="0"/>
          <w:color w:val="000000"/>
          <w:sz w:val="24"/>
          <w:rtl/>
          <w:szCs w:val="32"/>
        </w:rPr>
        <w:t>מצפ״ץ</w:t>
      </w:r>
      <w:r>
        <w:rPr>
          <w:rFonts w:ascii="Georgia" w:hAnsi="Georgia"/>
          <w:b w:val="0"/>
          <w:i w:val="0"/>
          <w:color w:val="000000"/>
          <w:sz w:val="24"/>
        </w:rPr>
        <w:t>.</w:t>
      </w:r>
    </w:p>
    <w:p>
      <w:pPr>
        <w:spacing w:before="40" w:after="120"/>
        <w:jc w:val="both"/>
      </w:pPr>
      <w:r>
        <w:rPr>
          <w:rFonts w:ascii="Georgia" w:hAnsi="Georgia"/>
          <w:b w:val="0"/>
          <w:i w:val="0"/>
          <w:color w:val="000000"/>
          <w:sz w:val="24"/>
        </w:rPr>
        <w:t>Причина в том, что первые четыре [исправления] относятся к Кетеру и Хохме и охватывают рош де-Атик, которая, как известно, включает в себя лишь Кетер и Хохму, и потому они обладают особым преимуществом и достоинством и исчисляются отдельно. Затем девять последних считаются сами по себе, простираясь от Бины и ниже. Бина также имеет преимущество перед восемью расположенными под ней исправлениями, и потому восемь последних исправлений снова исчисляются отдельно — они составляют букву пэй (</w:t>
      </w:r>
      <w:r>
        <w:rPr>
          <w:rFonts w:ascii="Georgia" w:hAnsi="Georgia" w:cs="Times New Roman"/>
          <w:b/>
          <w:i w:val="0"/>
          <w:color w:val="000000"/>
          <w:sz w:val="24"/>
          <w:rtl/>
          <w:szCs w:val="32"/>
        </w:rPr>
        <w:t>פ</w:t>
      </w:r>
      <w:r>
        <w:rPr>
          <w:rFonts w:ascii="Georgia" w:hAnsi="Georgia"/>
          <w:b w:val="0"/>
          <w:i w:val="0"/>
          <w:color w:val="000000"/>
          <w:sz w:val="24"/>
        </w:rPr>
        <w:t xml:space="preserve">) имени </w:t>
      </w:r>
      <w:r>
        <w:rPr>
          <w:rFonts w:ascii="Georgia" w:hAnsi="Georgia" w:cs="Times New Roman"/>
          <w:b/>
          <w:i w:val="0"/>
          <w:color w:val="000000"/>
          <w:sz w:val="24"/>
          <w:rtl/>
          <w:szCs w:val="32"/>
        </w:rPr>
        <w:t>מצפ״ץ</w:t>
      </w:r>
      <w:r>
        <w:rPr>
          <w:rFonts w:ascii="Georgia" w:hAnsi="Georgia"/>
          <w:b w:val="0"/>
          <w:i w:val="0"/>
          <w:color w:val="000000"/>
          <w:sz w:val="24"/>
        </w:rPr>
        <w:t>. Затем последняя буква цади (</w:t>
      </w:r>
      <w:r>
        <w:rPr>
          <w:rFonts w:ascii="Georgia" w:hAnsi="Georgia" w:cs="Times New Roman"/>
          <w:b/>
          <w:i w:val="0"/>
          <w:color w:val="000000"/>
          <w:sz w:val="24"/>
          <w:rtl/>
          <w:szCs w:val="32"/>
        </w:rPr>
        <w:t>צ</w:t>
      </w:r>
      <w:r>
        <w:rPr>
          <w:rFonts w:ascii="Georgia" w:hAnsi="Georgia"/>
          <w:b w:val="0"/>
          <w:i w:val="0"/>
          <w:color w:val="000000"/>
          <w:sz w:val="24"/>
        </w:rPr>
        <w:t xml:space="preserve">) — это девять исправлений бороды Зеир Анпина. В другой же раз я слышал от своего учителя, благословенной памяти, что первые четыре [исправления], входящие в букву мэм имени </w:t>
      </w:r>
      <w:r>
        <w:rPr>
          <w:rFonts w:ascii="Georgia" w:hAnsi="Georgia" w:cs="Times New Roman"/>
          <w:b/>
          <w:i w:val="0"/>
          <w:color w:val="000000"/>
          <w:sz w:val="24"/>
          <w:rtl/>
          <w:szCs w:val="32"/>
        </w:rPr>
        <w:t>מצפ״ץ</w:t>
      </w:r>
      <w:r>
        <w:rPr>
          <w:rFonts w:ascii="Georgia" w:hAnsi="Georgia"/>
          <w:b w:val="0"/>
          <w:i w:val="0"/>
          <w:color w:val="000000"/>
          <w:sz w:val="24"/>
        </w:rPr>
        <w:t>, распределяются так: три — в Кетере (чистый свет (</w:t>
      </w:r>
      <w:r>
        <w:rPr>
          <w:rFonts w:ascii="Georgia" w:hAnsi="Georgia"/>
          <w:b w:val="0"/>
          <w:i/>
          <w:color w:val="000000"/>
          <w:sz w:val="24"/>
        </w:rPr>
        <w:t>ор цах</w:t>
      </w:r>
      <w:r>
        <w:rPr>
          <w:rFonts w:ascii="Georgia" w:hAnsi="Georgia"/>
          <w:b w:val="0"/>
          <w:i w:val="0"/>
          <w:color w:val="000000"/>
          <w:sz w:val="24"/>
        </w:rPr>
        <w:t>), прозрачнейший свет (</w:t>
      </w:r>
      <w:r>
        <w:rPr>
          <w:rFonts w:ascii="Georgia" w:hAnsi="Georgia"/>
          <w:b w:val="0"/>
          <w:i/>
          <w:color w:val="000000"/>
          <w:sz w:val="24"/>
        </w:rPr>
        <w:t>ор мецухцах</w:t>
      </w:r>
      <w:r>
        <w:rPr>
          <w:rFonts w:ascii="Georgia" w:hAnsi="Georgia"/>
          <w:b w:val="0"/>
          <w:i w:val="0"/>
          <w:color w:val="000000"/>
          <w:sz w:val="24"/>
        </w:rPr>
        <w:t>) и изначальный свет (</w:t>
      </w:r>
      <w:r>
        <w:rPr>
          <w:rFonts w:ascii="Georgia" w:hAnsi="Georgia"/>
          <w:b w:val="0"/>
          <w:i/>
          <w:color w:val="000000"/>
          <w:sz w:val="24"/>
        </w:rPr>
        <w:t>ор кадмон</w:t>
      </w:r>
      <w:r>
        <w:rPr>
          <w:rFonts w:ascii="Georgia" w:hAnsi="Georgia"/>
          <w:b w:val="0"/>
          <w:i w:val="0"/>
          <w:color w:val="000000"/>
          <w:sz w:val="24"/>
        </w:rPr>
        <w:t>)), а четвертое — в Хохме.</w:t>
      </w:r>
    </w:p>
    <w:p>
      <w:pPr>
        <w:keepNext/>
        <w:spacing w:before="320" w:after="120"/>
      </w:pPr>
      <w:r>
        <w:rPr>
          <w:rFonts w:ascii="Georgia" w:hAnsi="Georgia"/>
          <w:b w:val="0"/>
          <w:i w:val="0"/>
          <w:color w:val="000000"/>
          <w:sz w:val="32"/>
        </w:rPr>
        <w:t>Ихуд 9</w:t>
      </w:r>
    </w:p>
    <w:p>
      <w:pPr>
        <w:spacing w:before="40" w:after="120"/>
        <w:jc w:val="both"/>
      </w:pPr>
      <w:r>
        <w:rPr>
          <w:rFonts w:ascii="Georgia" w:hAnsi="Georgia"/>
          <w:b w:val="0"/>
          <w:i w:val="0"/>
          <w:color w:val="000000"/>
          <w:sz w:val="24"/>
        </w:rPr>
        <w:t>Это [единение] также служит для того, чтобы раскрыть уста, чтобы в них мог пребывать говорящий дух (</w:t>
      </w:r>
      <w:r>
        <w:rPr>
          <w:rFonts w:ascii="Georgia" w:hAnsi="Georgia"/>
          <w:b w:val="0"/>
          <w:i/>
          <w:color w:val="000000"/>
          <w:sz w:val="24"/>
        </w:rPr>
        <w:t>руах</w:t>
      </w:r>
      <w:r>
        <w:rPr>
          <w:rFonts w:ascii="Georgia" w:hAnsi="Georgia"/>
          <w:b w:val="0"/>
          <w:i w:val="0"/>
          <w:color w:val="000000"/>
          <w:sz w:val="24"/>
        </w:rPr>
        <w:t>). Совершать его нужно в день Шаббата во время утренней молитвы, когда хазан произносит «Нишмат коль хай». Сначала сосредоточься на имени Атмон (</w:t>
      </w:r>
      <w:r>
        <w:rPr>
          <w:rFonts w:ascii="Georgia" w:hAnsi="Georgia" w:cs="Times New Roman"/>
          <w:b/>
          <w:i w:val="0"/>
          <w:color w:val="000000"/>
          <w:sz w:val="24"/>
          <w:rtl/>
          <w:szCs w:val="32"/>
        </w:rPr>
        <w:t>אַטְמוֹן</w:t>
      </w:r>
      <w:r>
        <w:rPr>
          <w:rFonts w:ascii="Georgia" w:hAnsi="Georgia"/>
          <w:b w:val="0"/>
          <w:i w:val="0"/>
          <w:color w:val="000000"/>
          <w:sz w:val="24"/>
        </w:rPr>
        <w:t>) и сосредоточься на том, что оно равно по гематрии имени БОН де-хэйин, когда буква далет (</w:t>
      </w:r>
      <w:r>
        <w:rPr>
          <w:rFonts w:ascii="Georgia" w:hAnsi="Georgia" w:cs="Times New Roman"/>
          <w:b/>
          <w:i w:val="0"/>
          <w:color w:val="000000"/>
          <w:sz w:val="24"/>
          <w:rtl/>
          <w:szCs w:val="32"/>
        </w:rPr>
        <w:t>ד</w:t>
      </w:r>
      <w:r>
        <w:rPr>
          <w:rFonts w:ascii="Georgia" w:hAnsi="Georgia"/>
          <w:b w:val="0"/>
          <w:i w:val="0"/>
          <w:color w:val="000000"/>
          <w:sz w:val="24"/>
        </w:rPr>
        <w:t>) делается двумя буквами вав (</w:t>
      </w:r>
      <w:r>
        <w:rPr>
          <w:rFonts w:ascii="Georgia" w:hAnsi="Georgia" w:cs="Times New Roman"/>
          <w:b/>
          <w:i w:val="0"/>
          <w:color w:val="000000"/>
          <w:sz w:val="24"/>
          <w:rtl/>
          <w:szCs w:val="32"/>
        </w:rPr>
        <w:t>ו</w:t>
      </w:r>
      <w:r>
        <w:rPr>
          <w:rFonts w:ascii="Georgia" w:hAnsi="Georgia"/>
          <w:b w:val="0"/>
          <w:i w:val="0"/>
          <w:color w:val="000000"/>
          <w:sz w:val="24"/>
        </w:rPr>
        <w:t>), а буква хэй (</w:t>
      </w:r>
      <w:r>
        <w:rPr>
          <w:rFonts w:ascii="Georgia" w:hAnsi="Georgia" w:cs="Times New Roman"/>
          <w:b/>
          <w:i w:val="0"/>
          <w:color w:val="000000"/>
          <w:sz w:val="24"/>
          <w:rtl/>
          <w:szCs w:val="32"/>
        </w:rPr>
        <w:t>ה</w:t>
      </w:r>
      <w:r>
        <w:rPr>
          <w:rFonts w:ascii="Georgia" w:hAnsi="Georgia"/>
          <w:b w:val="0"/>
          <w:i w:val="0"/>
          <w:color w:val="000000"/>
          <w:sz w:val="24"/>
        </w:rPr>
        <w:t>) — тремя буквами вав (</w:t>
      </w:r>
      <w:r>
        <w:rPr>
          <w:rFonts w:ascii="Georgia" w:hAnsi="Georgia" w:cs="Times New Roman"/>
          <w:b/>
          <w:i w:val="0"/>
          <w:color w:val="000000"/>
          <w:sz w:val="24"/>
          <w:rtl/>
          <w:szCs w:val="32"/>
        </w:rPr>
        <w:t>ו</w:t>
      </w:r>
      <w:r>
        <w:rPr>
          <w:rFonts w:ascii="Georgia" w:hAnsi="Georgia"/>
          <w:b w:val="0"/>
          <w:i w:val="0"/>
          <w:color w:val="000000"/>
          <w:sz w:val="24"/>
        </w:rPr>
        <w:t>). Тогда все они составят одну букву йод (</w:t>
      </w:r>
      <w:r>
        <w:rPr>
          <w:rFonts w:ascii="Georgia" w:hAnsi="Georgia" w:cs="Times New Roman"/>
          <w:b/>
          <w:i w:val="0"/>
          <w:color w:val="000000"/>
          <w:sz w:val="24"/>
          <w:rtl/>
          <w:szCs w:val="32"/>
        </w:rPr>
        <w:t>י</w:t>
      </w:r>
      <w:r>
        <w:rPr>
          <w:rFonts w:ascii="Georgia" w:hAnsi="Georgia"/>
          <w:b w:val="0"/>
          <w:i w:val="0"/>
          <w:color w:val="000000"/>
          <w:sz w:val="24"/>
        </w:rPr>
        <w:t>) и семнадцать букв вав (</w:t>
      </w:r>
      <w:r>
        <w:rPr>
          <w:rFonts w:ascii="Georgia" w:hAnsi="Georgia" w:cs="Times New Roman"/>
          <w:b/>
          <w:i w:val="0"/>
          <w:color w:val="000000"/>
          <w:sz w:val="24"/>
          <w:rtl/>
          <w:szCs w:val="32"/>
        </w:rPr>
        <w:t>ו</w:t>
      </w:r>
      <w:r>
        <w:rPr>
          <w:rFonts w:ascii="Georgia" w:hAnsi="Georgia"/>
          <w:b w:val="0"/>
          <w:i w:val="0"/>
          <w:color w:val="000000"/>
          <w:sz w:val="24"/>
        </w:rPr>
        <w:t>). Однако две буквы вав (</w:t>
      </w:r>
      <w:r>
        <w:rPr>
          <w:rFonts w:ascii="Georgia" w:hAnsi="Georgia" w:cs="Times New Roman"/>
          <w:b/>
          <w:i w:val="0"/>
          <w:color w:val="000000"/>
          <w:sz w:val="24"/>
          <w:rtl/>
          <w:szCs w:val="32"/>
        </w:rPr>
        <w:t>ו</w:t>
      </w:r>
      <w:r>
        <w:rPr>
          <w:rFonts w:ascii="Georgia" w:hAnsi="Georgia"/>
          <w:b w:val="0"/>
          <w:i w:val="0"/>
          <w:color w:val="000000"/>
          <w:sz w:val="24"/>
        </w:rPr>
        <w:t>), входящие в букву вав (</w:t>
      </w:r>
      <w:r>
        <w:rPr>
          <w:rFonts w:ascii="Georgia" w:hAnsi="Georgia" w:cs="Times New Roman"/>
          <w:b/>
          <w:i w:val="0"/>
          <w:color w:val="000000"/>
          <w:sz w:val="24"/>
          <w:rtl/>
          <w:szCs w:val="32"/>
        </w:rPr>
        <w:t>וו</w:t>
      </w:r>
      <w:r>
        <w:rPr>
          <w:rFonts w:ascii="Georgia" w:hAnsi="Georgia"/>
          <w:b w:val="0"/>
          <w:i w:val="0"/>
          <w:color w:val="000000"/>
          <w:sz w:val="24"/>
        </w:rPr>
        <w:t>), — это истинное чтение, и обе они считаются за одну. Получается, что здесь шестнадцать букв вав (</w:t>
      </w:r>
      <w:r>
        <w:rPr>
          <w:rFonts w:ascii="Georgia" w:hAnsi="Georgia" w:cs="Times New Roman"/>
          <w:b/>
          <w:i w:val="0"/>
          <w:color w:val="000000"/>
          <w:sz w:val="24"/>
          <w:rtl/>
          <w:szCs w:val="32"/>
        </w:rPr>
        <w:t>ו</w:t>
      </w:r>
      <w:r>
        <w:rPr>
          <w:rFonts w:ascii="Georgia" w:hAnsi="Georgia"/>
          <w:b w:val="0"/>
          <w:i w:val="0"/>
          <w:color w:val="000000"/>
          <w:sz w:val="24"/>
        </w:rPr>
        <w:t>) и одна буква йод (</w:t>
      </w:r>
      <w:r>
        <w:rPr>
          <w:rFonts w:ascii="Georgia" w:hAnsi="Georgia" w:cs="Times New Roman"/>
          <w:b/>
          <w:i w:val="0"/>
          <w:color w:val="000000"/>
          <w:sz w:val="24"/>
          <w:rtl/>
          <w:szCs w:val="32"/>
        </w:rPr>
        <w:t>י</w:t>
      </w:r>
      <w:r>
        <w:rPr>
          <w:rFonts w:ascii="Georgia" w:hAnsi="Georgia"/>
          <w:b w:val="0"/>
          <w:i w:val="0"/>
          <w:color w:val="000000"/>
          <w:sz w:val="24"/>
        </w:rPr>
        <w:t>), которые по гематрии составляют 106 (</w:t>
      </w:r>
      <w:r>
        <w:rPr>
          <w:rFonts w:ascii="Georgia" w:hAnsi="Georgia" w:cs="Times New Roman"/>
          <w:b/>
          <w:i w:val="0"/>
          <w:color w:val="000000"/>
          <w:sz w:val="24"/>
          <w:rtl/>
          <w:szCs w:val="32"/>
        </w:rPr>
        <w:t>ק״ו</w:t>
      </w:r>
      <w:r>
        <w:rPr>
          <w:rFonts w:ascii="Georgia" w:hAnsi="Georgia"/>
          <w:b w:val="0"/>
          <w:i w:val="0"/>
          <w:color w:val="000000"/>
          <w:sz w:val="24"/>
        </w:rPr>
        <w:t>), как числовое значение имени Атмон.</w:t>
      </w:r>
    </w:p>
    <w:p>
      <w:pPr>
        <w:spacing w:before="40" w:after="120"/>
        <w:jc w:val="both"/>
      </w:pPr>
      <w:r>
        <w:rPr>
          <w:rFonts w:ascii="Georgia" w:hAnsi="Georgia"/>
          <w:b w:val="0"/>
          <w:i w:val="0"/>
          <w:color w:val="000000"/>
          <w:sz w:val="24"/>
        </w:rPr>
        <w:t xml:space="preserve">Затем сосредоточься на стихе: </w:t>
      </w:r>
      <w:r>
        <w:rPr>
          <w:rFonts w:ascii="Georgia" w:hAnsi="Georgia"/>
          <w:b w:val="0"/>
          <w:i/>
          <w:color w:val="000000"/>
          <w:sz w:val="24"/>
        </w:rPr>
        <w:t>«...и сделал ему разноцветную рубаху»</w:t>
      </w:r>
      <w:r>
        <w:rPr>
          <w:rFonts w:ascii="Georgia" w:hAnsi="Georgia"/>
          <w:b w:val="0"/>
          <w:i w:val="0"/>
          <w:color w:val="000000"/>
          <w:sz w:val="24"/>
        </w:rPr>
        <w:t xml:space="preserve"> (</w:t>
      </w:r>
      <w:r>
        <w:rPr>
          <w:rFonts w:ascii="Georgia" w:hAnsi="Georgia" w:cs="Times New Roman"/>
          <w:b/>
          <w:i w:val="0"/>
          <w:color w:val="000000"/>
          <w:sz w:val="24"/>
          <w:rtl/>
          <w:szCs w:val="32"/>
        </w:rPr>
        <w:t>ועש׳ לו כתונת פסים</w:t>
      </w:r>
      <w:r>
        <w:rPr>
          <w:rFonts w:ascii="Georgia" w:hAnsi="Georgia"/>
          <w:b w:val="0"/>
          <w:i w:val="0"/>
          <w:color w:val="000000"/>
          <w:sz w:val="24"/>
        </w:rPr>
        <w:t>, Берешит 37:3), и сосредоточься на том, что его начальные буквы составляют по гематрии слово «голос»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קוֹל</w:t>
      </w:r>
      <w:r>
        <w:rPr>
          <w:rFonts w:ascii="Georgia" w:hAnsi="Georgia"/>
          <w:b w:val="0"/>
          <w:i w:val="0"/>
          <w:color w:val="000000"/>
          <w:sz w:val="24"/>
        </w:rPr>
        <w:t xml:space="preserve"> = 136), а конечные буквы составляют 451 (</w:t>
      </w:r>
      <w:r>
        <w:rPr>
          <w:rFonts w:ascii="Georgia" w:hAnsi="Georgia" w:cs="Times New Roman"/>
          <w:b/>
          <w:i w:val="0"/>
          <w:color w:val="000000"/>
          <w:sz w:val="24"/>
          <w:rtl/>
          <w:szCs w:val="32"/>
        </w:rPr>
        <w:t>תנ״א</w:t>
      </w:r>
      <w:r>
        <w:rPr>
          <w:rFonts w:ascii="Georgia" w:hAnsi="Georgia"/>
          <w:b w:val="0"/>
          <w:i w:val="0"/>
          <w:color w:val="000000"/>
          <w:sz w:val="24"/>
        </w:rPr>
        <w:t>), что соответствует трем именам ЭЙЕ — де-йодин, де-алфин и де-хэйин, составляющим по гематрии 454 (</w:t>
      </w:r>
      <w:r>
        <w:rPr>
          <w:rFonts w:ascii="Georgia" w:hAnsi="Georgia" w:cs="Times New Roman"/>
          <w:b/>
          <w:i w:val="0"/>
          <w:color w:val="000000"/>
          <w:sz w:val="24"/>
          <w:rtl/>
          <w:szCs w:val="32"/>
        </w:rPr>
        <w:t>תנ״ד</w:t>
      </w:r>
      <w:r>
        <w:rPr>
          <w:rFonts w:ascii="Georgia" w:hAnsi="Georgia"/>
          <w:b w:val="0"/>
          <w:i w:val="0"/>
          <w:color w:val="000000"/>
          <w:sz w:val="24"/>
        </w:rPr>
        <w:t>) [говорит Шмуэль: должно быть 455 (</w:t>
      </w:r>
      <w:r>
        <w:rPr>
          <w:rFonts w:ascii="Georgia" w:hAnsi="Georgia" w:cs="Times New Roman"/>
          <w:b/>
          <w:i w:val="0"/>
          <w:color w:val="000000"/>
          <w:sz w:val="24"/>
          <w:rtl/>
          <w:szCs w:val="32"/>
        </w:rPr>
        <w:t>תנ״ה</w:t>
      </w:r>
      <w:r>
        <w:rPr>
          <w:rFonts w:ascii="Georgia" w:hAnsi="Georgia"/>
          <w:b w:val="0"/>
          <w:i w:val="0"/>
          <w:color w:val="000000"/>
          <w:sz w:val="24"/>
        </w:rPr>
        <w:t>)]; если же вычесть сами три эти имени, останется 451. Говорит Шмуэль: [это так], если вычесть также коллель [общую единицу]. Разъяснение же этого заключается в том, что когда эти три [имени] находятся в Малхут, они полные — 454 (</w:t>
      </w:r>
      <w:r>
        <w:rPr>
          <w:rFonts w:ascii="Georgia" w:hAnsi="Georgia" w:cs="Times New Roman"/>
          <w:b/>
          <w:i w:val="0"/>
          <w:color w:val="000000"/>
          <w:sz w:val="24"/>
          <w:rtl/>
          <w:szCs w:val="32"/>
        </w:rPr>
        <w:t>תנ״ד</w:t>
      </w:r>
      <w:r>
        <w:rPr>
          <w:rFonts w:ascii="Georgia" w:hAnsi="Georgia"/>
          <w:b w:val="0"/>
          <w:i w:val="0"/>
          <w:color w:val="000000"/>
          <w:sz w:val="24"/>
        </w:rPr>
        <w:t>), что составляет гематрию слова «печать» (</w:t>
      </w:r>
      <w:r>
        <w:rPr>
          <w:rFonts w:ascii="Georgia" w:hAnsi="Georgia"/>
          <w:b w:val="0"/>
          <w:i/>
          <w:color w:val="000000"/>
          <w:sz w:val="24"/>
        </w:rPr>
        <w:t>хотам</w:t>
      </w:r>
      <w:r>
        <w:rPr>
          <w:rFonts w:ascii="Georgia" w:hAnsi="Georgia"/>
          <w:b w:val="0"/>
          <w:i w:val="0"/>
          <w:color w:val="000000"/>
          <w:sz w:val="24"/>
        </w:rPr>
        <w:t xml:space="preserve">, </w:t>
      </w:r>
      <w:r>
        <w:rPr>
          <w:rFonts w:ascii="Georgia" w:hAnsi="Georgia" w:cs="Times New Roman"/>
          <w:b/>
          <w:i w:val="0"/>
          <w:color w:val="000000"/>
          <w:sz w:val="24"/>
          <w:rtl/>
          <w:szCs w:val="32"/>
        </w:rPr>
        <w:t>חוֹתָם</w:t>
      </w:r>
      <w:r>
        <w:rPr>
          <w:rFonts w:ascii="Georgia" w:hAnsi="Georgia"/>
          <w:b w:val="0"/>
          <w:i w:val="0"/>
          <w:color w:val="000000"/>
          <w:sz w:val="24"/>
        </w:rPr>
        <w:t xml:space="preserve"> = 454). Однако когда они находятся в Есоде, их число пока составляет лишь 451 (</w:t>
      </w:r>
      <w:r>
        <w:rPr>
          <w:rFonts w:ascii="Georgia" w:hAnsi="Georgia" w:cs="Times New Roman"/>
          <w:b/>
          <w:i w:val="0"/>
          <w:color w:val="000000"/>
          <w:sz w:val="24"/>
          <w:rtl/>
          <w:szCs w:val="32"/>
        </w:rPr>
        <w:t>תנ״א</w:t>
      </w:r>
      <w:r>
        <w:rPr>
          <w:rFonts w:ascii="Georgia" w:hAnsi="Georgia"/>
          <w:b w:val="0"/>
          <w:i w:val="0"/>
          <w:color w:val="000000"/>
          <w:sz w:val="24"/>
        </w:rPr>
        <w:t xml:space="preserve">), указанным выше способом. И в этом тайна начальных букв [стиха]: </w:t>
      </w:r>
      <w:r>
        <w:rPr>
          <w:rFonts w:ascii="Georgia" w:hAnsi="Georgia"/>
          <w:b w:val="0"/>
          <w:i/>
          <w:color w:val="000000"/>
          <w:sz w:val="24"/>
        </w:rPr>
        <w:t>«Вот родословие Ноаха...»</w:t>
      </w:r>
      <w:r>
        <w:rPr>
          <w:rFonts w:ascii="Georgia" w:hAnsi="Georgia"/>
          <w:b w:val="0"/>
          <w:i w:val="0"/>
          <w:color w:val="000000"/>
          <w:sz w:val="24"/>
        </w:rPr>
        <w:t xml:space="preserve"> (</w:t>
      </w:r>
      <w:r>
        <w:rPr>
          <w:rFonts w:ascii="Georgia" w:hAnsi="Georgia" w:cs="Times New Roman"/>
          <w:b/>
          <w:i w:val="0"/>
          <w:color w:val="000000"/>
          <w:sz w:val="24"/>
          <w:rtl/>
          <w:szCs w:val="32"/>
        </w:rPr>
        <w:t>אלה תולדות נח</w:t>
      </w:r>
      <w:r>
        <w:rPr>
          <w:rFonts w:ascii="Georgia" w:hAnsi="Georgia"/>
          <w:b w:val="0"/>
          <w:i w:val="0"/>
          <w:color w:val="000000"/>
          <w:sz w:val="24"/>
        </w:rPr>
        <w:t>, Берешит 6:9) — [букв] алеф, тав, нун (</w:t>
      </w:r>
      <w:r>
        <w:rPr>
          <w:rFonts w:ascii="Georgia" w:hAnsi="Georgia" w:cs="Times New Roman"/>
          <w:b/>
          <w:i w:val="0"/>
          <w:color w:val="000000"/>
          <w:sz w:val="24"/>
          <w:rtl/>
          <w:szCs w:val="32"/>
        </w:rPr>
        <w:t>את״ן</w:t>
      </w:r>
      <w:r>
        <w:rPr>
          <w:rFonts w:ascii="Georgia" w:hAnsi="Georgia"/>
          <w:b w:val="0"/>
          <w:i w:val="0"/>
          <w:color w:val="000000"/>
          <w:sz w:val="24"/>
        </w:rPr>
        <w:t xml:space="preserve"> = 451); а тебе известно, что Ноах пребывает в Есоде.</w:t>
      </w:r>
    </w:p>
    <w:p>
      <w:pPr>
        <w:spacing w:before="40" w:after="120"/>
        <w:jc w:val="both"/>
      </w:pPr>
      <w:r>
        <w:rPr>
          <w:rFonts w:ascii="Georgia" w:hAnsi="Georgia"/>
          <w:b w:val="0"/>
          <w:i w:val="0"/>
          <w:color w:val="000000"/>
          <w:sz w:val="24"/>
        </w:rPr>
        <w:t xml:space="preserve">Затем сосредоточься на нотариконе [слова] </w:t>
      </w:r>
      <w:r>
        <w:rPr>
          <w:rFonts w:ascii="Georgia" w:hAnsi="Georgia"/>
          <w:b w:val="0"/>
          <w:i/>
          <w:color w:val="000000"/>
          <w:sz w:val="24"/>
        </w:rPr>
        <w:t>пасим</w:t>
      </w:r>
      <w:r>
        <w:rPr>
          <w:rFonts w:ascii="Georgia" w:hAnsi="Georgia"/>
          <w:b w:val="0"/>
          <w:i w:val="0"/>
          <w:color w:val="000000"/>
          <w:sz w:val="24"/>
        </w:rPr>
        <w:t xml:space="preserve"> (</w:t>
      </w:r>
      <w:r>
        <w:rPr>
          <w:rFonts w:ascii="Georgia" w:hAnsi="Georgia" w:cs="Times New Roman"/>
          <w:b/>
          <w:i w:val="0"/>
          <w:color w:val="000000"/>
          <w:sz w:val="24"/>
          <w:rtl/>
          <w:szCs w:val="32"/>
        </w:rPr>
        <w:t>פַּסִּים</w:t>
      </w:r>
      <w:r>
        <w:rPr>
          <w:rFonts w:ascii="Georgia" w:hAnsi="Georgia"/>
          <w:b w:val="0"/>
          <w:i w:val="0"/>
          <w:color w:val="000000"/>
          <w:sz w:val="24"/>
        </w:rPr>
        <w:t xml:space="preserve">), который образуют [имена]: Псакин, Сагрон, Йехавэль и Метатрон, ведь эти имена относятся к тайне Йосефа, о котором сказано: </w:t>
      </w:r>
      <w:r>
        <w:rPr>
          <w:rFonts w:ascii="Georgia" w:hAnsi="Georgia"/>
          <w:b w:val="0"/>
          <w:i/>
          <w:color w:val="000000"/>
          <w:sz w:val="24"/>
        </w:rPr>
        <w:t>«...будучи отроком...»</w:t>
      </w:r>
      <w:r>
        <w:rPr>
          <w:rFonts w:ascii="Georgia" w:hAnsi="Georgia"/>
          <w:b w:val="0"/>
          <w:i w:val="0"/>
          <w:color w:val="000000"/>
          <w:sz w:val="24"/>
        </w:rPr>
        <w:t xml:space="preserve"> (Берешит 37:2), как известно. И сосредоточься на имени Псаквин (</w:t>
      </w:r>
      <w:r>
        <w:rPr>
          <w:rFonts w:ascii="Georgia" w:hAnsi="Georgia" w:cs="Times New Roman"/>
          <w:b/>
          <w:i w:val="0"/>
          <w:color w:val="000000"/>
          <w:sz w:val="24"/>
          <w:rtl/>
          <w:szCs w:val="32"/>
        </w:rPr>
        <w:t>פְסַקְוִן</w:t>
      </w:r>
      <w:r>
        <w:rPr>
          <w:rFonts w:ascii="Georgia" w:hAnsi="Georgia"/>
          <w:b w:val="0"/>
          <w:i w:val="0"/>
          <w:color w:val="000000"/>
          <w:sz w:val="24"/>
        </w:rPr>
        <w:t xml:space="preserve">), чья огласовка происходит из начальных букв [стиха]: </w:t>
      </w:r>
      <w:r>
        <w:rPr>
          <w:rFonts w:ascii="Georgia" w:hAnsi="Georgia"/>
          <w:b w:val="0"/>
          <w:i/>
          <w:color w:val="000000"/>
          <w:sz w:val="24"/>
        </w:rPr>
        <w:t>«Г-споди, открой уста мои...»</w:t>
      </w:r>
      <w:r>
        <w:rPr>
          <w:rFonts w:ascii="Georgia" w:hAnsi="Georgia"/>
          <w:b w:val="0"/>
          <w:i w:val="0"/>
          <w:color w:val="000000"/>
          <w:sz w:val="24"/>
        </w:rPr>
        <w:t xml:space="preserve"> (</w:t>
      </w:r>
      <w:r>
        <w:rPr>
          <w:rFonts w:ascii="Georgia" w:hAnsi="Georgia" w:cs="Times New Roman"/>
          <w:b/>
          <w:i w:val="0"/>
          <w:color w:val="000000"/>
          <w:sz w:val="24"/>
          <w:rtl/>
          <w:szCs w:val="32"/>
        </w:rPr>
        <w:t>אדני שפתי תפתח</w:t>
      </w:r>
      <w:r>
        <w:rPr>
          <w:rFonts w:ascii="Georgia" w:hAnsi="Georgia"/>
          <w:b w:val="0"/>
          <w:i w:val="0"/>
          <w:color w:val="000000"/>
          <w:sz w:val="24"/>
        </w:rPr>
        <w:t>, Теилим 51:17) — а именно: шва-патах в букве пэй, шва в букве самэх и хирик в букве куф. А в имени Саграван (</w:t>
      </w:r>
      <w:r>
        <w:rPr>
          <w:rFonts w:ascii="Georgia" w:hAnsi="Georgia" w:cs="Times New Roman"/>
          <w:b/>
          <w:i w:val="0"/>
          <w:color w:val="000000"/>
          <w:sz w:val="24"/>
          <w:rtl/>
          <w:szCs w:val="32"/>
        </w:rPr>
        <w:t>סָגּרָוַןִ</w:t>
      </w:r>
      <w:r>
        <w:rPr>
          <w:rFonts w:ascii="Georgia" w:hAnsi="Georgia"/>
          <w:b w:val="0"/>
          <w:i w:val="0"/>
          <w:color w:val="000000"/>
          <w:sz w:val="24"/>
        </w:rPr>
        <w:t>) сосредоточься на имени САГ (</w:t>
      </w:r>
      <w:r>
        <w:rPr>
          <w:rFonts w:ascii="Georgia" w:hAnsi="Georgia" w:cs="Times New Roman"/>
          <w:b/>
          <w:i w:val="0"/>
          <w:color w:val="000000"/>
          <w:sz w:val="24"/>
          <w:rtl/>
          <w:szCs w:val="32"/>
        </w:rPr>
        <w:t>ס״ג</w:t>
      </w:r>
      <w:r>
        <w:rPr>
          <w:rFonts w:ascii="Georgia" w:hAnsi="Georgia"/>
          <w:b w:val="0"/>
          <w:i w:val="0"/>
          <w:color w:val="000000"/>
          <w:sz w:val="24"/>
        </w:rPr>
        <w:t xml:space="preserve"> = 63) и двухстах пятидесяти шести (</w:t>
      </w:r>
      <w:r>
        <w:rPr>
          <w:rFonts w:ascii="Georgia" w:hAnsi="Georgia" w:cs="Times New Roman"/>
          <w:b/>
          <w:i w:val="0"/>
          <w:color w:val="000000"/>
          <w:sz w:val="24"/>
          <w:rtl/>
          <w:szCs w:val="32"/>
        </w:rPr>
        <w:t>רנ״ו</w:t>
      </w:r>
      <w:r>
        <w:rPr>
          <w:rFonts w:ascii="Georgia" w:hAnsi="Georgia"/>
          <w:b w:val="0"/>
          <w:i w:val="0"/>
          <w:color w:val="000000"/>
          <w:sz w:val="24"/>
        </w:rPr>
        <w:t xml:space="preserve"> = 256) крыльях хайот. Огласовка же этого имени происходит из огласовки [слов стиха]: </w:t>
      </w:r>
      <w:r>
        <w:rPr>
          <w:rFonts w:ascii="Georgia" w:hAnsi="Georgia"/>
          <w:b w:val="0"/>
          <w:i/>
          <w:color w:val="000000"/>
          <w:sz w:val="24"/>
        </w:rPr>
        <w:t>«Ликуйте, небеса...»</w:t>
      </w:r>
      <w:r>
        <w:rPr>
          <w:rFonts w:ascii="Georgia" w:hAnsi="Georgia"/>
          <w:b w:val="0"/>
          <w:i w:val="0"/>
          <w:color w:val="000000"/>
          <w:sz w:val="24"/>
        </w:rPr>
        <w:t xml:space="preserve"> (</w:t>
      </w:r>
      <w:r>
        <w:rPr>
          <w:rFonts w:ascii="Georgia" w:hAnsi="Georgia" w:cs="Times New Roman"/>
          <w:b/>
          <w:i w:val="0"/>
          <w:color w:val="000000"/>
          <w:sz w:val="24"/>
          <w:rtl/>
          <w:szCs w:val="32"/>
        </w:rPr>
        <w:t>רנו שמים</w:t>
      </w:r>
      <w:r>
        <w:rPr>
          <w:rFonts w:ascii="Georgia" w:hAnsi="Georgia"/>
          <w:b w:val="0"/>
          <w:i w:val="0"/>
          <w:color w:val="000000"/>
          <w:sz w:val="24"/>
        </w:rPr>
        <w:t>, Йешаяу 44:23), а именно: камац в букве самэх, шурук в букве гимель, камац в букве рэйш, патах в букве вав и хирик в букве нун. А в имени Йехавэль (</w:t>
      </w:r>
      <w:r>
        <w:rPr>
          <w:rFonts w:ascii="Georgia" w:hAnsi="Georgia" w:cs="Times New Roman"/>
          <w:b/>
          <w:i w:val="0"/>
          <w:color w:val="000000"/>
          <w:sz w:val="24"/>
          <w:rtl/>
          <w:szCs w:val="32"/>
        </w:rPr>
        <w:t>יְהַואֵל</w:t>
      </w:r>
      <w:r>
        <w:rPr>
          <w:rFonts w:ascii="Georgia" w:hAnsi="Georgia"/>
          <w:b w:val="0"/>
          <w:i w:val="0"/>
          <w:color w:val="000000"/>
          <w:sz w:val="24"/>
        </w:rPr>
        <w:t xml:space="preserve">) сосредоточься на том, что оно происходит из стиха: </w:t>
      </w:r>
      <w:r>
        <w:rPr>
          <w:rFonts w:ascii="Georgia" w:hAnsi="Georgia"/>
          <w:b w:val="0"/>
          <w:i/>
          <w:color w:val="000000"/>
          <w:sz w:val="24"/>
        </w:rPr>
        <w:t>«Это Б-г мой, и я прославлю Его...»</w:t>
      </w:r>
      <w:r>
        <w:rPr>
          <w:rFonts w:ascii="Georgia" w:hAnsi="Georgia"/>
          <w:b w:val="0"/>
          <w:i w:val="0"/>
          <w:color w:val="000000"/>
          <w:sz w:val="24"/>
        </w:rPr>
        <w:t xml:space="preserve"> (</w:t>
      </w:r>
      <w:r>
        <w:rPr>
          <w:rFonts w:ascii="Georgia" w:hAnsi="Georgia" w:cs="Times New Roman"/>
          <w:b/>
          <w:i w:val="0"/>
          <w:color w:val="000000"/>
          <w:sz w:val="24"/>
          <w:rtl/>
          <w:szCs w:val="32"/>
        </w:rPr>
        <w:t>זה אלי ואנוהו</w:t>
      </w:r>
      <w:r>
        <w:rPr>
          <w:rFonts w:ascii="Georgia" w:hAnsi="Georgia"/>
          <w:b w:val="0"/>
          <w:i w:val="0"/>
          <w:color w:val="000000"/>
          <w:sz w:val="24"/>
        </w:rPr>
        <w:t xml:space="preserve">, Шмот 15:2), а его огласовка — как огласовка [слова] </w:t>
      </w:r>
      <w:r>
        <w:rPr>
          <w:rFonts w:ascii="Georgia" w:hAnsi="Georgia"/>
          <w:b w:val="0"/>
          <w:i/>
          <w:color w:val="000000"/>
          <w:sz w:val="24"/>
        </w:rPr>
        <w:t>ве-анвеу</w:t>
      </w:r>
      <w:r>
        <w:rPr>
          <w:rFonts w:ascii="Georgia" w:hAnsi="Georgia"/>
          <w:b w:val="0"/>
          <w:i w:val="0"/>
          <w:color w:val="000000"/>
          <w:sz w:val="24"/>
        </w:rPr>
        <w:t xml:space="preserve"> (</w:t>
      </w:r>
      <w:r>
        <w:rPr>
          <w:rFonts w:ascii="Georgia" w:hAnsi="Georgia" w:cs="Times New Roman"/>
          <w:b/>
          <w:i w:val="0"/>
          <w:color w:val="000000"/>
          <w:sz w:val="24"/>
          <w:rtl/>
          <w:szCs w:val="32"/>
        </w:rPr>
        <w:t>וְאַנְוֵהוּ</w:t>
      </w:r>
      <w:r>
        <w:rPr>
          <w:rFonts w:ascii="Georgia" w:hAnsi="Georgia"/>
          <w:b w:val="0"/>
          <w:i w:val="0"/>
          <w:color w:val="000000"/>
          <w:sz w:val="24"/>
        </w:rPr>
        <w:t>), а именно: шва в букве йод, патах в букве хэй, шва в букве вав, цере в букве алеф и шурук в букве ламэд. А в имени Митаторван (</w:t>
      </w:r>
      <w:r>
        <w:rPr>
          <w:rFonts w:ascii="Georgia" w:hAnsi="Georgia" w:cs="Times New Roman"/>
          <w:b/>
          <w:i w:val="0"/>
          <w:color w:val="000000"/>
          <w:sz w:val="24"/>
          <w:rtl/>
          <w:szCs w:val="32"/>
        </w:rPr>
        <w:t>מִטָטֹרַוְן</w:t>
      </w:r>
      <w:r>
        <w:rPr>
          <w:rFonts w:ascii="Georgia" w:hAnsi="Georgia"/>
          <w:b w:val="0"/>
          <w:i w:val="0"/>
          <w:color w:val="000000"/>
          <w:sz w:val="24"/>
        </w:rPr>
        <w:t xml:space="preserve">) сосредоточься на его огласовке, происходящей из огласовки начальных букв [стиха]: </w:t>
      </w:r>
      <w:r>
        <w:rPr>
          <w:rFonts w:ascii="Georgia" w:hAnsi="Georgia"/>
          <w:b w:val="0"/>
          <w:i/>
          <w:color w:val="000000"/>
          <w:sz w:val="24"/>
        </w:rPr>
        <w:t>«Вот Я посылаю ангела пред тобою...»</w:t>
      </w:r>
      <w:r>
        <w:rPr>
          <w:rFonts w:ascii="Georgia" w:hAnsi="Georgia"/>
          <w:b w:val="0"/>
          <w:i w:val="0"/>
          <w:color w:val="000000"/>
          <w:sz w:val="24"/>
        </w:rPr>
        <w:t xml:space="preserve"> (</w:t>
      </w:r>
      <w:r>
        <w:rPr>
          <w:rFonts w:ascii="Georgia" w:hAnsi="Georgia" w:cs="Times New Roman"/>
          <w:b/>
          <w:i w:val="0"/>
          <w:color w:val="000000"/>
          <w:sz w:val="24"/>
          <w:rtl/>
          <w:szCs w:val="32"/>
        </w:rPr>
        <w:t>הנה אנכי שולח מלאך לפניך</w:t>
      </w:r>
      <w:r>
        <w:rPr>
          <w:rFonts w:ascii="Georgia" w:hAnsi="Georgia"/>
          <w:b w:val="0"/>
          <w:i w:val="0"/>
          <w:color w:val="000000"/>
          <w:sz w:val="24"/>
        </w:rPr>
        <w:t>, Шмот 23:20) и так далее, а именно: хирик в букве мэм, камац в букве тэт, холам во [второй] букве тэт, патах в букве рэйш и шва в букве вав.</w:t>
      </w:r>
    </w:p>
    <w:p>
      <w:pPr>
        <w:keepNext/>
        <w:spacing w:before="320" w:after="120"/>
      </w:pPr>
      <w:r>
        <w:rPr>
          <w:rFonts w:ascii="Georgia" w:hAnsi="Georgia"/>
          <w:b w:val="0"/>
          <w:i w:val="0"/>
          <w:color w:val="000000"/>
          <w:sz w:val="32"/>
        </w:rPr>
        <w:t>Ихуд 10</w:t>
      </w:r>
    </w:p>
    <w:p>
      <w:pPr>
        <w:spacing w:before="40" w:after="120"/>
        <w:jc w:val="both"/>
      </w:pPr>
      <w:r>
        <w:rPr>
          <w:rFonts w:ascii="Georgia" w:hAnsi="Georgia"/>
          <w:b w:val="0"/>
          <w:i w:val="0"/>
          <w:color w:val="000000"/>
          <w:sz w:val="24"/>
        </w:rPr>
        <w:t>Вначале тебе нужно закрыть глаза, крепко сомкнуть их и уединиться на один час. Затем сосредоточься на следующем — на имени Метатрон: раздели его на три части, по две буквы (</w:t>
      </w:r>
      <w:r>
        <w:rPr>
          <w:rFonts w:ascii="Georgia" w:hAnsi="Georgia"/>
          <w:b w:val="0"/>
          <w:i/>
          <w:color w:val="000000"/>
          <w:sz w:val="24"/>
        </w:rPr>
        <w:t>отиет</w:t>
      </w:r>
      <w:r>
        <w:rPr>
          <w:rFonts w:ascii="Georgia" w:hAnsi="Georgia"/>
          <w:b w:val="0"/>
          <w:i w:val="0"/>
          <w:color w:val="000000"/>
          <w:sz w:val="24"/>
        </w:rPr>
        <w:t>) в каждой, вот так: мэм-тэт, тэт-рэйш, вав-нун (</w:t>
      </w:r>
      <w:r>
        <w:rPr>
          <w:rFonts w:ascii="Georgia" w:hAnsi="Georgia" w:cs="Times New Roman"/>
          <w:b/>
          <w:i w:val="0"/>
          <w:color w:val="000000"/>
          <w:sz w:val="24"/>
          <w:rtl/>
          <w:szCs w:val="32"/>
        </w:rPr>
        <w:t>מט טר ון</w:t>
      </w:r>
      <w:r>
        <w:rPr>
          <w:rFonts w:ascii="Georgia" w:hAnsi="Georgia"/>
          <w:b w:val="0"/>
          <w:i w:val="0"/>
          <w:color w:val="000000"/>
          <w:sz w:val="24"/>
        </w:rPr>
        <w:t>). И направь намерение на то, что две буквы мэм-тэт (</w:t>
      </w:r>
      <w:r>
        <w:rPr>
          <w:rFonts w:ascii="Georgia" w:hAnsi="Georgia" w:cs="Times New Roman"/>
          <w:b/>
          <w:i w:val="0"/>
          <w:color w:val="000000"/>
          <w:sz w:val="24"/>
          <w:rtl/>
          <w:szCs w:val="32"/>
        </w:rPr>
        <w:t>מ״ט</w:t>
      </w:r>
      <w:r>
        <w:rPr>
          <w:rFonts w:ascii="Georgia" w:hAnsi="Georgia"/>
          <w:b w:val="0"/>
          <w:i w:val="0"/>
          <w:color w:val="000000"/>
          <w:sz w:val="24"/>
        </w:rPr>
        <w:t xml:space="preserve"> = 49) — это тайна сорока девяти врат Бины, которые включает в себя Метатрон. Сосредоточься также на том, что это соединение переплетенных [Имен] АВАЯ и ЭЙЕ, которые по гематрии, как упомянуто, [составляют 47], а вместе с обоими этими Именами в целом — сорок девять. Затем сосредоточься на двух буквах тэт-рэйш (</w:t>
      </w:r>
      <w:r>
        <w:rPr>
          <w:rFonts w:ascii="Georgia" w:hAnsi="Georgia" w:cs="Times New Roman"/>
          <w:b/>
          <w:i w:val="0"/>
          <w:color w:val="000000"/>
          <w:sz w:val="24"/>
          <w:rtl/>
          <w:szCs w:val="32"/>
        </w:rPr>
        <w:t>ט״ר</w:t>
      </w:r>
      <w:r>
        <w:rPr>
          <w:rFonts w:ascii="Georgia" w:hAnsi="Georgia"/>
          <w:b w:val="0"/>
          <w:i w:val="0"/>
          <w:color w:val="000000"/>
          <w:sz w:val="24"/>
        </w:rPr>
        <w:t xml:space="preserve"> = 209): они представляют собой соединение [Имен] АВАЯ, ЭЛОКИМ, ЭЙЕ и АДОНАЙ, которые в гематрии дают 203 (</w:t>
      </w:r>
      <w:r>
        <w:rPr>
          <w:rFonts w:ascii="Georgia" w:hAnsi="Georgia" w:cs="Times New Roman"/>
          <w:b/>
          <w:i w:val="0"/>
          <w:color w:val="000000"/>
          <w:sz w:val="24"/>
          <w:rtl/>
          <w:szCs w:val="32"/>
        </w:rPr>
        <w:t>ר״ג</w:t>
      </w:r>
      <w:r>
        <w:rPr>
          <w:rFonts w:ascii="Georgia" w:hAnsi="Georgia"/>
          <w:b w:val="0"/>
          <w:i w:val="0"/>
          <w:color w:val="000000"/>
          <w:sz w:val="24"/>
        </w:rPr>
        <w:t xml:space="preserve">), как число слова </w:t>
      </w:r>
      <w:r>
        <w:rPr>
          <w:rFonts w:ascii="Georgia" w:hAnsi="Georgia"/>
          <w:b w:val="0"/>
          <w:i/>
          <w:color w:val="000000"/>
          <w:sz w:val="24"/>
        </w:rPr>
        <w:t>беэр</w:t>
      </w:r>
      <w:r>
        <w:rPr>
          <w:rFonts w:ascii="Georgia" w:hAnsi="Georgia"/>
          <w:b w:val="0"/>
          <w:i w:val="0"/>
          <w:color w:val="000000"/>
          <w:sz w:val="24"/>
        </w:rPr>
        <w:t xml:space="preserve"> — «колодец» (</w:t>
      </w:r>
      <w:r>
        <w:rPr>
          <w:rFonts w:ascii="Georgia" w:hAnsi="Georgia" w:cs="Times New Roman"/>
          <w:b/>
          <w:i w:val="0"/>
          <w:color w:val="000000"/>
          <w:sz w:val="24"/>
          <w:rtl/>
          <w:szCs w:val="32"/>
        </w:rPr>
        <w:t>בְּאֵר</w:t>
      </w:r>
      <w:r>
        <w:rPr>
          <w:rFonts w:ascii="Georgia" w:hAnsi="Georgia"/>
          <w:b w:val="0"/>
          <w:i w:val="0"/>
          <w:color w:val="000000"/>
          <w:sz w:val="24"/>
        </w:rPr>
        <w:t>). А о шести [единицах], остающихся от [числа] букв тэт-рэйш, сосредоточься на том, что это первые шесть букв — йод, алеф, хэй, хэй, вав, йод (</w:t>
      </w:r>
      <w:r>
        <w:rPr>
          <w:rFonts w:ascii="Georgia" w:hAnsi="Georgia" w:cs="Times New Roman"/>
          <w:b/>
          <w:i w:val="0"/>
          <w:color w:val="000000"/>
          <w:sz w:val="24"/>
          <w:rtl/>
          <w:szCs w:val="32"/>
        </w:rPr>
        <w:t>יאההו״י</w:t>
      </w:r>
      <w:r>
        <w:rPr>
          <w:rFonts w:ascii="Georgia" w:hAnsi="Georgia"/>
          <w:b w:val="0"/>
          <w:i w:val="0"/>
          <w:color w:val="000000"/>
          <w:sz w:val="24"/>
        </w:rPr>
        <w:t>) — из упомянутого выше переплетения АВАЯ и ЭЙЕ. После этого сосредоточься на двух буквах хэй, оставшихся от упомянутого переплетения, направив их в последние буквы вав-нун (</w:t>
      </w:r>
      <w:r>
        <w:rPr>
          <w:rFonts w:ascii="Georgia" w:hAnsi="Georgia" w:cs="Times New Roman"/>
          <w:b/>
          <w:i w:val="0"/>
          <w:color w:val="000000"/>
          <w:sz w:val="24"/>
          <w:rtl/>
          <w:szCs w:val="32"/>
        </w:rPr>
        <w:t>ו״ן</w:t>
      </w:r>
      <w:r>
        <w:rPr>
          <w:rFonts w:ascii="Georgia" w:hAnsi="Georgia"/>
          <w:b w:val="0"/>
          <w:i w:val="0"/>
          <w:color w:val="000000"/>
          <w:sz w:val="24"/>
        </w:rPr>
        <w:t>). И как я уже сообщал тебе, буквы нун-вав (</w:t>
      </w:r>
      <w:r>
        <w:rPr>
          <w:rFonts w:ascii="Georgia" w:hAnsi="Georgia" w:cs="Times New Roman"/>
          <w:b/>
          <w:i w:val="0"/>
          <w:color w:val="000000"/>
          <w:sz w:val="24"/>
          <w:rtl/>
          <w:szCs w:val="32"/>
        </w:rPr>
        <w:t>נ״ו</w:t>
      </w:r>
      <w:r>
        <w:rPr>
          <w:rFonts w:ascii="Georgia" w:hAnsi="Georgia"/>
          <w:b w:val="0"/>
          <w:i w:val="0"/>
          <w:color w:val="000000"/>
          <w:sz w:val="24"/>
        </w:rPr>
        <w:t xml:space="preserve"> = 56) — это тайна суда, составляющего одну из пяти частей [букв]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числовое значение которых — 280 (</w:t>
      </w:r>
      <w:r>
        <w:rPr>
          <w:rFonts w:ascii="Georgia" w:hAnsi="Georgia" w:cs="Times New Roman"/>
          <w:b/>
          <w:i w:val="0"/>
          <w:color w:val="000000"/>
          <w:sz w:val="24"/>
          <w:rtl/>
          <w:szCs w:val="32"/>
        </w:rPr>
        <w:t>פ״ר</w:t>
      </w:r>
      <w:r>
        <w:rPr>
          <w:rFonts w:ascii="Georgia" w:hAnsi="Georgia"/>
          <w:b w:val="0"/>
          <w:i w:val="0"/>
          <w:color w:val="000000"/>
          <w:sz w:val="24"/>
        </w:rPr>
        <w:t>); а это — пять раз по пятьдесят шесть, что соответствует пяти гвурот. В этом и заключается смысл упомянутых двух букв хэй, ведь тайна букв хэй — это суды, как известно.</w:t>
      </w:r>
    </w:p>
    <w:p>
      <w:pPr>
        <w:keepNext/>
        <w:spacing w:before="320" w:after="120"/>
      </w:pPr>
      <w:r>
        <w:rPr>
          <w:rFonts w:ascii="Georgia" w:hAnsi="Georgia"/>
          <w:b w:val="0"/>
          <w:i w:val="0"/>
          <w:color w:val="000000"/>
          <w:sz w:val="32"/>
        </w:rPr>
        <w:t>Ихуд 11</w:t>
      </w:r>
    </w:p>
    <w:p>
      <w:pPr>
        <w:spacing w:before="40" w:after="120"/>
        <w:jc w:val="both"/>
      </w:pPr>
      <w:r>
        <w:rPr>
          <w:rFonts w:ascii="Georgia" w:hAnsi="Georgia"/>
          <w:b w:val="0"/>
          <w:i w:val="0"/>
          <w:color w:val="000000"/>
          <w:sz w:val="24"/>
        </w:rPr>
        <w:t xml:space="preserve">Это единение можно совершать в любое время, когда пожелаешь: либо перед сном, либо после сна, поднявшись после полуночи. Если ты захочешь совершить его перед сном, поступи так: сначала произнеси порядок чтения «Шма» и весь остальной порядок перед отходом ко сну, как разъяснено у нас. Затем произнеси этот стих: </w:t>
      </w:r>
      <w:r>
        <w:rPr>
          <w:rFonts w:ascii="Georgia" w:hAnsi="Georgia"/>
          <w:b w:val="0"/>
          <w:i/>
          <w:color w:val="000000"/>
          <w:sz w:val="24"/>
        </w:rPr>
        <w:t>«...ухвачусь я за ветви его; да будут же груди твои...»</w:t>
      </w:r>
      <w:r>
        <w:rPr>
          <w:rFonts w:ascii="Georgia" w:hAnsi="Georgia"/>
          <w:b w:val="0"/>
          <w:i w:val="0"/>
          <w:color w:val="000000"/>
          <w:sz w:val="24"/>
        </w:rPr>
        <w:t xml:space="preserve"> (Шир а-Ширим 7:9), начав со [слова] «ухвачусь», а не с начала стиха. Произнося </w:t>
      </w:r>
      <w:r>
        <w:rPr>
          <w:rFonts w:ascii="Georgia" w:hAnsi="Georgia"/>
          <w:b w:val="0"/>
          <w:i/>
          <w:color w:val="000000"/>
          <w:sz w:val="24"/>
        </w:rPr>
        <w:t>охаза</w:t>
      </w:r>
      <w:r>
        <w:rPr>
          <w:rFonts w:ascii="Georgia" w:hAnsi="Georgia"/>
          <w:b w:val="0"/>
          <w:i w:val="0"/>
          <w:color w:val="000000"/>
          <w:sz w:val="24"/>
        </w:rPr>
        <w:t xml:space="preserve"> (</w:t>
      </w:r>
      <w:r>
        <w:rPr>
          <w:rFonts w:ascii="Georgia" w:hAnsi="Georgia" w:cs="Times New Roman"/>
          <w:b/>
          <w:i w:val="0"/>
          <w:color w:val="000000"/>
          <w:sz w:val="24"/>
          <w:rtl/>
          <w:szCs w:val="32"/>
        </w:rPr>
        <w:t>אֹוחֲזָה</w:t>
      </w:r>
      <w:r>
        <w:rPr>
          <w:rFonts w:ascii="Georgia" w:hAnsi="Georgia"/>
          <w:b w:val="0"/>
          <w:i w:val="0"/>
          <w:color w:val="000000"/>
          <w:sz w:val="24"/>
        </w:rPr>
        <w:t>), сосредоточь намерение на том, что это одно святейшее Имя. Сосредоточь намерение на его огласовке в самом стихе: холам над буквой алеф, шва-патах под буквой хэт, камац под буквой зайн; и держи в намерении, что оно пишется полно, с буквой вав (</w:t>
      </w:r>
      <w:r>
        <w:rPr>
          <w:rFonts w:ascii="Georgia" w:hAnsi="Georgia" w:cs="Times New Roman"/>
          <w:b/>
          <w:i w:val="0"/>
          <w:color w:val="000000"/>
          <w:sz w:val="24"/>
          <w:rtl/>
          <w:szCs w:val="32"/>
        </w:rPr>
        <w:t>ו</w:t>
      </w:r>
      <w:r>
        <w:rPr>
          <w:rFonts w:ascii="Georgia" w:hAnsi="Georgia"/>
          <w:b w:val="0"/>
          <w:i w:val="0"/>
          <w:color w:val="000000"/>
          <w:sz w:val="24"/>
        </w:rPr>
        <w:t>), а его гематрия равна 27 (</w:t>
      </w:r>
      <w:r>
        <w:rPr>
          <w:rFonts w:ascii="Georgia" w:hAnsi="Georgia" w:cs="Times New Roman"/>
          <w:b/>
          <w:i w:val="0"/>
          <w:color w:val="000000"/>
          <w:sz w:val="24"/>
          <w:rtl/>
          <w:szCs w:val="32"/>
        </w:rPr>
        <w:t>כ״ז</w:t>
      </w:r>
      <w:r>
        <w:rPr>
          <w:rFonts w:ascii="Georgia" w:hAnsi="Georgia"/>
          <w:b w:val="0"/>
          <w:i w:val="0"/>
          <w:color w:val="000000"/>
          <w:sz w:val="24"/>
        </w:rPr>
        <w:t xml:space="preserve"> = 27) — по числу двадцати семи букв Торы.</w:t>
      </w:r>
    </w:p>
    <w:p>
      <w:pPr>
        <w:spacing w:before="40" w:after="120"/>
        <w:jc w:val="both"/>
      </w:pPr>
      <w:r>
        <w:rPr>
          <w:rFonts w:ascii="Georgia" w:hAnsi="Georgia"/>
          <w:b w:val="0"/>
          <w:i w:val="0"/>
          <w:color w:val="000000"/>
          <w:sz w:val="24"/>
        </w:rPr>
        <w:t xml:space="preserve">Затем сосредоточь намерение на слове </w:t>
      </w:r>
      <w:r>
        <w:rPr>
          <w:rFonts w:ascii="Georgia" w:hAnsi="Georgia"/>
          <w:b w:val="0"/>
          <w:i/>
          <w:color w:val="000000"/>
          <w:sz w:val="24"/>
        </w:rPr>
        <w:t>бе-сансинав</w:t>
      </w:r>
      <w:r>
        <w:rPr>
          <w:rFonts w:ascii="Georgia" w:hAnsi="Georgia"/>
          <w:b w:val="0"/>
          <w:i w:val="0"/>
          <w:color w:val="000000"/>
          <w:sz w:val="24"/>
        </w:rPr>
        <w:t xml:space="preserve"> («за ветви его»): его буквы образуют одно Имя, происходящее из этого слова, — </w:t>
      </w:r>
      <w:r>
        <w:rPr>
          <w:rFonts w:ascii="Georgia" w:hAnsi="Georgia"/>
          <w:b w:val="0"/>
          <w:i/>
          <w:color w:val="000000"/>
          <w:sz w:val="24"/>
        </w:rPr>
        <w:t>снаснавай</w:t>
      </w:r>
      <w:r>
        <w:rPr>
          <w:rFonts w:ascii="Georgia" w:hAnsi="Georgia"/>
          <w:b w:val="0"/>
          <w:i w:val="0"/>
          <w:color w:val="000000"/>
          <w:sz w:val="24"/>
        </w:rPr>
        <w:t xml:space="preserve"> (</w:t>
      </w:r>
      <w:r>
        <w:rPr>
          <w:rFonts w:ascii="Georgia" w:hAnsi="Georgia" w:cs="Times New Roman"/>
          <w:b/>
          <w:i w:val="0"/>
          <w:color w:val="000000"/>
          <w:sz w:val="24"/>
          <w:rtl/>
          <w:szCs w:val="32"/>
        </w:rPr>
        <w:t>סְנַסנַוי</w:t>
      </w:r>
      <w:r>
        <w:rPr>
          <w:rFonts w:ascii="Georgia" w:hAnsi="Georgia"/>
          <w:b w:val="0"/>
          <w:i w:val="0"/>
          <w:color w:val="000000"/>
          <w:sz w:val="24"/>
        </w:rPr>
        <w:t xml:space="preserve">). Сосредоточь намерение на его огласовке — [такой же], как огласовка [слов] </w:t>
      </w:r>
      <w:r>
        <w:rPr>
          <w:rFonts w:ascii="Georgia" w:hAnsi="Georgia"/>
          <w:b w:val="0"/>
          <w:i/>
          <w:color w:val="000000"/>
          <w:sz w:val="24"/>
        </w:rPr>
        <w:t>ве-рав коах</w:t>
      </w:r>
      <w:r>
        <w:rPr>
          <w:rFonts w:ascii="Georgia" w:hAnsi="Georgia"/>
          <w:b w:val="0"/>
          <w:i w:val="0"/>
          <w:color w:val="000000"/>
          <w:sz w:val="24"/>
        </w:rPr>
        <w:t xml:space="preserve"> (</w:t>
      </w:r>
      <w:r>
        <w:rPr>
          <w:rFonts w:ascii="Georgia" w:hAnsi="Georgia"/>
          <w:b w:val="0"/>
          <w:i/>
          <w:color w:val="000000"/>
          <w:sz w:val="24"/>
        </w:rPr>
        <w:t>«и обилен силой»</w:t>
      </w:r>
      <w:r>
        <w:rPr>
          <w:rFonts w:ascii="Georgia" w:hAnsi="Georgia"/>
          <w:b w:val="0"/>
          <w:i w:val="0"/>
          <w:color w:val="000000"/>
          <w:sz w:val="24"/>
        </w:rPr>
        <w:t>), и имей в виду, что его гематрия также равна 236 (</w:t>
      </w:r>
      <w:r>
        <w:rPr>
          <w:rFonts w:ascii="Georgia" w:hAnsi="Georgia" w:cs="Times New Roman"/>
          <w:b/>
          <w:i w:val="0"/>
          <w:color w:val="000000"/>
          <w:sz w:val="24"/>
          <w:rtl/>
          <w:szCs w:val="32"/>
        </w:rPr>
        <w:t>רל״ו</w:t>
      </w:r>
      <w:r>
        <w:rPr>
          <w:rFonts w:ascii="Georgia" w:hAnsi="Georgia"/>
          <w:b w:val="0"/>
          <w:i w:val="0"/>
          <w:color w:val="000000"/>
          <w:sz w:val="24"/>
        </w:rPr>
        <w:t xml:space="preserve"> = 236), как числовое значение [слов] </w:t>
      </w:r>
      <w:r>
        <w:rPr>
          <w:rFonts w:ascii="Georgia" w:hAnsi="Georgia"/>
          <w:b w:val="0"/>
          <w:i/>
          <w:color w:val="000000"/>
          <w:sz w:val="24"/>
        </w:rPr>
        <w:t>ве-рав коах</w:t>
      </w:r>
      <w:r>
        <w:rPr>
          <w:rFonts w:ascii="Georgia" w:hAnsi="Georgia"/>
          <w:b w:val="0"/>
          <w:i w:val="0"/>
          <w:color w:val="000000"/>
          <w:sz w:val="24"/>
        </w:rPr>
        <w:t>. Держи в намерении, что это Имя составляет тайну высших грудей, именуемых «ветви его» (</w:t>
      </w:r>
      <w:r>
        <w:rPr>
          <w:rFonts w:ascii="Georgia" w:hAnsi="Georgia"/>
          <w:b w:val="0"/>
          <w:i/>
          <w:color w:val="000000"/>
          <w:sz w:val="24"/>
        </w:rPr>
        <w:t>сансинав</w:t>
      </w:r>
      <w:r>
        <w:rPr>
          <w:rFonts w:ascii="Georgia" w:hAnsi="Georgia"/>
          <w:b w:val="0"/>
          <w:i w:val="0"/>
          <w:color w:val="000000"/>
          <w:sz w:val="24"/>
        </w:rPr>
        <w:t xml:space="preserve">), и стремись ухватиться за них, питаться их молоком и получить от них великий свет. В этом и заключается смысл слов </w:t>
      </w:r>
      <w:r>
        <w:rPr>
          <w:rFonts w:ascii="Georgia" w:hAnsi="Georgia"/>
          <w:b w:val="0"/>
          <w:i/>
          <w:color w:val="000000"/>
          <w:sz w:val="24"/>
        </w:rPr>
        <w:t>«...ухвачусь я за ветви его...»</w:t>
      </w:r>
      <w:r>
        <w:rPr>
          <w:rFonts w:ascii="Georgia" w:hAnsi="Georgia"/>
          <w:b w:val="0"/>
          <w:i w:val="0"/>
          <w:color w:val="000000"/>
          <w:sz w:val="24"/>
        </w:rPr>
        <w:t>. И имей в виду, что эти груди пребывают в чертоге Любви (</w:t>
      </w:r>
      <w:r>
        <w:rPr>
          <w:rFonts w:ascii="Georgia" w:hAnsi="Georgia"/>
          <w:b w:val="0"/>
          <w:i/>
          <w:color w:val="000000"/>
          <w:sz w:val="24"/>
        </w:rPr>
        <w:t>Ахава</w:t>
      </w:r>
      <w:r>
        <w:rPr>
          <w:rFonts w:ascii="Georgia" w:hAnsi="Georgia"/>
          <w:b w:val="0"/>
          <w:i w:val="0"/>
          <w:color w:val="000000"/>
          <w:sz w:val="24"/>
        </w:rPr>
        <w:t>) [мира] Брия, упомянутом в недельной главе Пкудей в книге Зоар; там и разъясняется суть этих грудей, находящихся в этом чертоге.</w:t>
      </w:r>
    </w:p>
    <w:p>
      <w:pPr>
        <w:spacing w:before="40" w:after="120"/>
        <w:jc w:val="both"/>
      </w:pPr>
      <w:r>
        <w:rPr>
          <w:rFonts w:ascii="Georgia" w:hAnsi="Georgia"/>
          <w:b w:val="0"/>
          <w:i w:val="0"/>
          <w:color w:val="000000"/>
          <w:sz w:val="24"/>
        </w:rPr>
        <w:t xml:space="preserve">Поэтому затем сосредоточь намерение на первых и последних буквах слов </w:t>
      </w:r>
      <w:r>
        <w:rPr>
          <w:rFonts w:ascii="Georgia" w:hAnsi="Georgia"/>
          <w:b w:val="0"/>
          <w:i/>
          <w:color w:val="000000"/>
          <w:sz w:val="24"/>
        </w:rPr>
        <w:t>охаза бе-сансинав</w:t>
      </w:r>
      <w:r>
        <w:rPr>
          <w:rFonts w:ascii="Georgia" w:hAnsi="Georgia"/>
          <w:b w:val="0"/>
          <w:i w:val="0"/>
          <w:color w:val="000000"/>
          <w:sz w:val="24"/>
        </w:rPr>
        <w:t xml:space="preserve"> (</w:t>
      </w:r>
      <w:r>
        <w:rPr>
          <w:rFonts w:ascii="Georgia" w:hAnsi="Georgia" w:cs="Times New Roman"/>
          <w:b/>
          <w:i w:val="0"/>
          <w:color w:val="000000"/>
          <w:sz w:val="24"/>
          <w:rtl/>
          <w:szCs w:val="32"/>
        </w:rPr>
        <w:t>אוחזה בסנסניו</w:t>
      </w:r>
      <w:r>
        <w:rPr>
          <w:rFonts w:ascii="Georgia" w:hAnsi="Georgia"/>
          <w:b w:val="0"/>
          <w:i w:val="0"/>
          <w:color w:val="000000"/>
          <w:sz w:val="24"/>
        </w:rPr>
        <w:t xml:space="preserve">), которые образуют буквы </w:t>
      </w:r>
      <w:r>
        <w:rPr>
          <w:rFonts w:ascii="Georgia" w:hAnsi="Georgia"/>
          <w:b w:val="0"/>
          <w:i/>
          <w:color w:val="000000"/>
          <w:sz w:val="24"/>
        </w:rPr>
        <w:t>охев</w:t>
      </w:r>
      <w:r>
        <w:rPr>
          <w:rFonts w:ascii="Georgia" w:hAnsi="Georgia"/>
          <w:b w:val="0"/>
          <w:i w:val="0"/>
          <w:color w:val="000000"/>
          <w:sz w:val="24"/>
        </w:rPr>
        <w:t xml:space="preserve"> (</w:t>
      </w:r>
      <w:r>
        <w:rPr>
          <w:rFonts w:ascii="Georgia" w:hAnsi="Georgia" w:cs="Times New Roman"/>
          <w:b/>
          <w:i w:val="0"/>
          <w:color w:val="000000"/>
          <w:sz w:val="24"/>
          <w:rtl/>
          <w:szCs w:val="32"/>
        </w:rPr>
        <w:t>אוֹהֵב</w:t>
      </w:r>
      <w:r>
        <w:rPr>
          <w:rFonts w:ascii="Georgia" w:hAnsi="Georgia"/>
          <w:b w:val="0"/>
          <w:i w:val="0"/>
          <w:color w:val="000000"/>
          <w:sz w:val="24"/>
        </w:rPr>
        <w:t xml:space="preserve">), намекая на упомянутое выше; и держи в намерении, что это святое Имя. Имей в виду, что оно [раскрывается] в наполнении: </w:t>
      </w:r>
      <w:r>
        <w:rPr>
          <w:rFonts w:ascii="Georgia" w:hAnsi="Georgia"/>
          <w:b w:val="0"/>
          <w:i/>
          <w:color w:val="000000"/>
          <w:sz w:val="24"/>
        </w:rPr>
        <w:t>алеф, вав, хэй, бэт</w:t>
      </w:r>
      <w:r>
        <w:rPr>
          <w:rFonts w:ascii="Georgia" w:hAnsi="Georgia"/>
          <w:b w:val="0"/>
          <w:i w:val="0"/>
          <w:color w:val="000000"/>
          <w:sz w:val="24"/>
        </w:rPr>
        <w:t xml:space="preserve"> (</w:t>
      </w:r>
      <w:r>
        <w:rPr>
          <w:rFonts w:ascii="Georgia" w:hAnsi="Georgia" w:cs="Times New Roman"/>
          <w:b/>
          <w:i w:val="0"/>
          <w:color w:val="000000"/>
          <w:sz w:val="24"/>
          <w:rtl/>
          <w:szCs w:val="32"/>
        </w:rPr>
        <w:t>אֹלף וְאו הְי בְית</w:t>
      </w:r>
      <w:r>
        <w:rPr>
          <w:rFonts w:ascii="Georgia" w:hAnsi="Georgia"/>
          <w:b w:val="0"/>
          <w:i w:val="0"/>
          <w:color w:val="000000"/>
          <w:sz w:val="24"/>
        </w:rPr>
        <w:t xml:space="preserve">). Сосредоточь намерение на его огласовке: холам, шва, шва, шва. Она выводится из огласовки букв самого стиха, поскольку у нас есть правило: всякая последняя буква, у которой в стихе нет огласовки, огласуется знаком шва. И оказывается, что буква алеф несет холам, как в самом стихе, а буквы вав, хэй и бэт — каждая со знаком шва, по огласовке самого написания. Затем произнеси стих: </w:t>
      </w:r>
      <w:r>
        <w:rPr>
          <w:rFonts w:ascii="Georgia" w:hAnsi="Georgia"/>
          <w:b w:val="0"/>
          <w:i/>
          <w:color w:val="000000"/>
          <w:sz w:val="24"/>
        </w:rPr>
        <w:t>«Велик Владыка наш и обилен силой...»</w:t>
      </w:r>
      <w:r>
        <w:rPr>
          <w:rFonts w:ascii="Georgia" w:hAnsi="Georgia"/>
          <w:b w:val="0"/>
          <w:i w:val="0"/>
          <w:color w:val="000000"/>
          <w:sz w:val="24"/>
        </w:rPr>
        <w:t xml:space="preserve"> (Теилим 147:5), [слова которого] имеют ту же гематрию, что и </w:t>
      </w:r>
      <w:r>
        <w:rPr>
          <w:rFonts w:ascii="Georgia" w:hAnsi="Georgia"/>
          <w:b w:val="0"/>
          <w:i/>
          <w:color w:val="000000"/>
          <w:sz w:val="24"/>
        </w:rPr>
        <w:t>сансинав</w:t>
      </w:r>
      <w:r>
        <w:rPr>
          <w:rFonts w:ascii="Georgia" w:hAnsi="Georgia"/>
          <w:b w:val="0"/>
          <w:i w:val="0"/>
          <w:color w:val="000000"/>
          <w:sz w:val="24"/>
        </w:rPr>
        <w:t xml:space="preserve">, как сказано выше, с огласовкой самих [слов] </w:t>
      </w:r>
      <w:r>
        <w:rPr>
          <w:rFonts w:ascii="Georgia" w:hAnsi="Georgia"/>
          <w:b w:val="0"/>
          <w:i/>
          <w:color w:val="000000"/>
          <w:sz w:val="24"/>
        </w:rPr>
        <w:t>ве-рав коах</w:t>
      </w:r>
      <w:r>
        <w:rPr>
          <w:rFonts w:ascii="Georgia" w:hAnsi="Georgia"/>
          <w:b w:val="0"/>
          <w:i w:val="0"/>
          <w:color w:val="000000"/>
          <w:sz w:val="24"/>
        </w:rPr>
        <w:t xml:space="preserve"> и с их гематрией; и держи в намерении, что это — тайна упомянутых грудей. Имей в виду, что они составляют тайну Эльдада (</w:t>
      </w:r>
      <w:r>
        <w:rPr>
          <w:rFonts w:ascii="Georgia" w:hAnsi="Georgia" w:cs="Times New Roman"/>
          <w:b/>
          <w:i w:val="0"/>
          <w:color w:val="000000"/>
          <w:sz w:val="24"/>
          <w:rtl/>
          <w:szCs w:val="32"/>
        </w:rPr>
        <w:t>אֶלְדָּד</w:t>
      </w:r>
      <w:r>
        <w:rPr>
          <w:rFonts w:ascii="Georgia" w:hAnsi="Georgia"/>
          <w:b w:val="0"/>
          <w:i w:val="0"/>
          <w:color w:val="000000"/>
          <w:sz w:val="24"/>
        </w:rPr>
        <w:t>) и Мейдада (</w:t>
      </w:r>
      <w:r>
        <w:rPr>
          <w:rFonts w:ascii="Georgia" w:hAnsi="Georgia" w:cs="Times New Roman"/>
          <w:b/>
          <w:i w:val="0"/>
          <w:color w:val="000000"/>
          <w:sz w:val="24"/>
          <w:rtl/>
          <w:szCs w:val="32"/>
        </w:rPr>
        <w:t>מֵידָד</w:t>
      </w:r>
      <w:r>
        <w:rPr>
          <w:rFonts w:ascii="Georgia" w:hAnsi="Georgia"/>
          <w:b w:val="0"/>
          <w:i w:val="0"/>
          <w:color w:val="000000"/>
          <w:sz w:val="24"/>
        </w:rPr>
        <w:t xml:space="preserve">) следующим образом: дважды </w:t>
      </w:r>
      <w:r>
        <w:rPr>
          <w:rFonts w:ascii="Georgia" w:hAnsi="Georgia"/>
          <w:b w:val="0"/>
          <w:i/>
          <w:color w:val="000000"/>
          <w:sz w:val="24"/>
        </w:rPr>
        <w:t>дад</w:t>
      </w:r>
      <w:r>
        <w:rPr>
          <w:rFonts w:ascii="Georgia" w:hAnsi="Georgia"/>
          <w:b w:val="0"/>
          <w:i w:val="0"/>
          <w:color w:val="000000"/>
          <w:sz w:val="24"/>
        </w:rPr>
        <w:t xml:space="preserve">, то есть </w:t>
      </w:r>
      <w:r>
        <w:rPr>
          <w:rFonts w:ascii="Georgia" w:hAnsi="Georgia"/>
          <w:b w:val="0"/>
          <w:i/>
          <w:color w:val="000000"/>
          <w:sz w:val="24"/>
        </w:rPr>
        <w:t>дад-дад</w:t>
      </w:r>
      <w:r>
        <w:rPr>
          <w:rFonts w:ascii="Georgia" w:hAnsi="Georgia"/>
          <w:b w:val="0"/>
          <w:i w:val="0"/>
          <w:color w:val="000000"/>
          <w:sz w:val="24"/>
        </w:rPr>
        <w:t xml:space="preserve"> (</w:t>
      </w:r>
      <w:r>
        <w:rPr>
          <w:rFonts w:ascii="Georgia" w:hAnsi="Georgia" w:cs="Times New Roman"/>
          <w:b/>
          <w:i w:val="0"/>
          <w:color w:val="000000"/>
          <w:sz w:val="24"/>
          <w:rtl/>
          <w:szCs w:val="32"/>
        </w:rPr>
        <w:t>דַּד דַּד</w:t>
      </w:r>
      <w:r>
        <w:rPr>
          <w:rFonts w:ascii="Georgia" w:hAnsi="Georgia"/>
          <w:b w:val="0"/>
          <w:i w:val="0"/>
          <w:color w:val="000000"/>
          <w:sz w:val="24"/>
        </w:rPr>
        <w:t>), — это сами две груди: одна грудь — правая, а вторая грудь — левая.</w:t>
      </w:r>
    </w:p>
    <w:p>
      <w:pPr>
        <w:spacing w:before="40" w:after="120"/>
        <w:jc w:val="both"/>
      </w:pPr>
      <w:r>
        <w:rPr>
          <w:rFonts w:ascii="Georgia" w:hAnsi="Georgia"/>
          <w:b w:val="0"/>
          <w:i w:val="0"/>
          <w:color w:val="000000"/>
          <w:sz w:val="24"/>
        </w:rPr>
        <w:t>Поэтому Имя ЭЛЬ (</w:t>
      </w:r>
      <w:r>
        <w:rPr>
          <w:rFonts w:ascii="Georgia" w:hAnsi="Georgia" w:cs="Times New Roman"/>
          <w:b/>
          <w:i w:val="0"/>
          <w:color w:val="000000"/>
          <w:sz w:val="24"/>
          <w:rtl/>
          <w:szCs w:val="32"/>
        </w:rPr>
        <w:t>אֵל</w:t>
      </w:r>
      <w:r>
        <w:rPr>
          <w:rFonts w:ascii="Georgia" w:hAnsi="Georgia"/>
          <w:b w:val="0"/>
          <w:i w:val="0"/>
          <w:color w:val="000000"/>
          <w:sz w:val="24"/>
        </w:rPr>
        <w:t xml:space="preserve">), относящееся к Хеседу, намекается в первой, правой груди [в имени Эльдад]. А две буквы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указывающие на пятьдесят врат Бины, то есть Гвуру, намекаются во второй, левой груди — в [имени] Мейдад. И это — четыре буквы </w:t>
      </w:r>
      <w:r>
        <w:rPr>
          <w:rFonts w:ascii="Georgia" w:hAnsi="Georgia"/>
          <w:b w:val="0"/>
          <w:i/>
          <w:color w:val="000000"/>
          <w:sz w:val="24"/>
        </w:rPr>
        <w:t>элим</w:t>
      </w:r>
      <w:r>
        <w:rPr>
          <w:rFonts w:ascii="Georgia" w:hAnsi="Georgia"/>
          <w:b w:val="0"/>
          <w:i w:val="0"/>
          <w:color w:val="000000"/>
          <w:sz w:val="24"/>
        </w:rPr>
        <w:t xml:space="preserve"> (</w:t>
      </w:r>
      <w:r>
        <w:rPr>
          <w:rFonts w:ascii="Georgia" w:hAnsi="Georgia" w:cs="Times New Roman"/>
          <w:b/>
          <w:i w:val="0"/>
          <w:color w:val="000000"/>
          <w:sz w:val="24"/>
          <w:rtl/>
          <w:szCs w:val="32"/>
        </w:rPr>
        <w:t>אֵלִים</w:t>
      </w:r>
      <w:r>
        <w:rPr>
          <w:rFonts w:ascii="Georgia" w:hAnsi="Georgia"/>
          <w:b w:val="0"/>
          <w:i w:val="0"/>
          <w:color w:val="000000"/>
          <w:sz w:val="24"/>
        </w:rPr>
        <w:t>) из Имени ЭЛОКИМ (</w:t>
      </w:r>
      <w:r>
        <w:rPr>
          <w:rFonts w:ascii="Georgia" w:hAnsi="Georgia" w:cs="Times New Roman"/>
          <w:b/>
          <w:i w:val="0"/>
          <w:color w:val="000000"/>
          <w:sz w:val="24"/>
          <w:rtl/>
          <w:szCs w:val="32"/>
        </w:rPr>
        <w:t>אֱלֹהִים</w:t>
      </w:r>
      <w:r>
        <w:rPr>
          <w:rFonts w:ascii="Georgia" w:hAnsi="Georgia"/>
          <w:b w:val="0"/>
          <w:i w:val="0"/>
          <w:color w:val="000000"/>
          <w:sz w:val="24"/>
        </w:rPr>
        <w:t>). Держи в намерении, что буква хэй (</w:t>
      </w:r>
      <w:r>
        <w:rPr>
          <w:rFonts w:ascii="Georgia" w:hAnsi="Georgia" w:cs="Times New Roman"/>
          <w:b/>
          <w:i w:val="0"/>
          <w:color w:val="000000"/>
          <w:sz w:val="24"/>
          <w:rtl/>
          <w:szCs w:val="32"/>
        </w:rPr>
        <w:t>ה</w:t>
      </w:r>
      <w:r>
        <w:rPr>
          <w:rFonts w:ascii="Georgia" w:hAnsi="Georgia"/>
          <w:b w:val="0"/>
          <w:i w:val="0"/>
          <w:color w:val="000000"/>
          <w:sz w:val="24"/>
        </w:rPr>
        <w:t xml:space="preserve">), остающаяся от Имени ЭЛОКИМ, находится посреди двух этих грудей. Если же ты захочешь совершить это единение после пробуждения ото сна после полуночи, сделай все так, как сказано выше, но только произнеси стих </w:t>
      </w:r>
      <w:r>
        <w:rPr>
          <w:rFonts w:ascii="Georgia" w:hAnsi="Georgia"/>
          <w:b w:val="0"/>
          <w:i/>
          <w:color w:val="000000"/>
          <w:sz w:val="24"/>
        </w:rPr>
        <w:t>«Велик Владыка наш...»</w:t>
      </w:r>
      <w:r>
        <w:rPr>
          <w:rFonts w:ascii="Georgia" w:hAnsi="Georgia"/>
          <w:b w:val="0"/>
          <w:i w:val="0"/>
          <w:color w:val="000000"/>
          <w:sz w:val="24"/>
        </w:rPr>
        <w:t xml:space="preserve"> перед стихом </w:t>
      </w:r>
      <w:r>
        <w:rPr>
          <w:rFonts w:ascii="Georgia" w:hAnsi="Georgia"/>
          <w:b w:val="0"/>
          <w:i/>
          <w:color w:val="000000"/>
          <w:sz w:val="24"/>
        </w:rPr>
        <w:t>«...ухвачусь я за ветви его...»</w:t>
      </w:r>
      <w:r>
        <w:rPr>
          <w:rFonts w:ascii="Georgia" w:hAnsi="Georgia"/>
          <w:b w:val="0"/>
          <w:i w:val="0"/>
          <w:color w:val="000000"/>
          <w:sz w:val="24"/>
        </w:rPr>
        <w:t>.</w:t>
      </w:r>
    </w:p>
    <w:p>
      <w:pPr>
        <w:keepNext/>
        <w:spacing w:before="320" w:after="120"/>
      </w:pPr>
      <w:r>
        <w:rPr>
          <w:rFonts w:ascii="Georgia" w:hAnsi="Georgia"/>
          <w:b w:val="0"/>
          <w:i w:val="0"/>
          <w:color w:val="000000"/>
          <w:sz w:val="32"/>
        </w:rPr>
        <w:t>Ихуд 12</w:t>
      </w:r>
    </w:p>
    <w:p>
      <w:pPr>
        <w:spacing w:before="40" w:after="120"/>
        <w:jc w:val="both"/>
      </w:pPr>
      <w:r>
        <w:rPr>
          <w:rFonts w:ascii="Georgia" w:hAnsi="Georgia"/>
          <w:b w:val="0"/>
          <w:i w:val="0"/>
          <w:color w:val="000000"/>
          <w:sz w:val="24"/>
        </w:rPr>
        <w:t xml:space="preserve">Его следует совершать после полуночи в будние дни и до полуночи в ночь Шаббата. Причина в том, что это единение подобно зивугу Леи с Яаковом при ее распространении на всю длину парцуфа ЗА. И это состояние одинаково в будничные ночи после полуночи и в ночь Шаббата до полуночи. Произнеси этот стих: </w:t>
      </w:r>
      <w:r>
        <w:rPr>
          <w:rFonts w:ascii="Georgia" w:hAnsi="Georgia"/>
          <w:b w:val="0"/>
          <w:i/>
          <w:color w:val="000000"/>
          <w:sz w:val="24"/>
        </w:rPr>
        <w:t>«Новы каждое утро, велика верность Твоя»</w:t>
      </w:r>
      <w:r>
        <w:rPr>
          <w:rFonts w:ascii="Georgia" w:hAnsi="Georgia"/>
          <w:b w:val="0"/>
          <w:i w:val="0"/>
          <w:color w:val="000000"/>
          <w:sz w:val="24"/>
        </w:rPr>
        <w:t xml:space="preserve"> (Эйха 3:23). И направь намерение (</w:t>
      </w:r>
      <w:r>
        <w:rPr>
          <w:rFonts w:ascii="Georgia" w:hAnsi="Georgia"/>
          <w:b w:val="0"/>
          <w:i/>
          <w:color w:val="000000"/>
          <w:sz w:val="24"/>
        </w:rPr>
        <w:t>кавана</w:t>
      </w:r>
      <w:r>
        <w:rPr>
          <w:rFonts w:ascii="Georgia" w:hAnsi="Georgia"/>
          <w:b w:val="0"/>
          <w:i w:val="0"/>
          <w:color w:val="000000"/>
          <w:sz w:val="24"/>
        </w:rPr>
        <w:t xml:space="preserve">), что начальные буквы [первых трех слов стиха] — </w:t>
      </w:r>
      <w:r>
        <w:rPr>
          <w:rFonts w:ascii="Georgia" w:hAnsi="Georgia"/>
          <w:b w:val="0"/>
          <w:i/>
          <w:color w:val="000000"/>
          <w:sz w:val="24"/>
        </w:rPr>
        <w:t>хадашим</w:t>
      </w:r>
      <w:r>
        <w:rPr>
          <w:rFonts w:ascii="Georgia" w:hAnsi="Georgia"/>
          <w:b w:val="0"/>
          <w:i w:val="0"/>
          <w:color w:val="000000"/>
          <w:sz w:val="24"/>
        </w:rPr>
        <w:t xml:space="preserve"> (</w:t>
      </w:r>
      <w:r>
        <w:rPr>
          <w:rFonts w:ascii="Georgia" w:hAnsi="Georgia" w:cs="Times New Roman"/>
          <w:b/>
          <w:i w:val="0"/>
          <w:color w:val="000000"/>
          <w:sz w:val="24"/>
          <w:rtl/>
          <w:szCs w:val="32"/>
        </w:rPr>
        <w:t>חֲדָשִׁים</w:t>
      </w:r>
      <w:r>
        <w:rPr>
          <w:rFonts w:ascii="Georgia" w:hAnsi="Georgia"/>
          <w:b w:val="0"/>
          <w:i w:val="0"/>
          <w:color w:val="000000"/>
          <w:sz w:val="24"/>
        </w:rPr>
        <w:t xml:space="preserve">), </w:t>
      </w:r>
      <w:r>
        <w:rPr>
          <w:rFonts w:ascii="Georgia" w:hAnsi="Georgia"/>
          <w:b w:val="0"/>
          <w:i/>
          <w:color w:val="000000"/>
          <w:sz w:val="24"/>
        </w:rPr>
        <w:t>лавкарим</w:t>
      </w:r>
      <w:r>
        <w:rPr>
          <w:rFonts w:ascii="Georgia" w:hAnsi="Georgia"/>
          <w:b w:val="0"/>
          <w:i w:val="0"/>
          <w:color w:val="000000"/>
          <w:sz w:val="24"/>
        </w:rPr>
        <w:t xml:space="preserve"> (</w:t>
      </w:r>
      <w:r>
        <w:rPr>
          <w:rFonts w:ascii="Georgia" w:hAnsi="Georgia" w:cs="Times New Roman"/>
          <w:b/>
          <w:i w:val="0"/>
          <w:color w:val="000000"/>
          <w:sz w:val="24"/>
          <w:rtl/>
          <w:szCs w:val="32"/>
        </w:rPr>
        <w:t>לַבְּקָרִים</w:t>
      </w:r>
      <w:r>
        <w:rPr>
          <w:rFonts w:ascii="Georgia" w:hAnsi="Georgia"/>
          <w:b w:val="0"/>
          <w:i w:val="0"/>
          <w:color w:val="000000"/>
          <w:sz w:val="24"/>
        </w:rPr>
        <w:t xml:space="preserve">), </w:t>
      </w:r>
      <w:r>
        <w:rPr>
          <w:rFonts w:ascii="Georgia" w:hAnsi="Georgia"/>
          <w:b w:val="0"/>
          <w:i/>
          <w:color w:val="000000"/>
          <w:sz w:val="24"/>
        </w:rPr>
        <w:t>раба</w:t>
      </w:r>
      <w:r>
        <w:rPr>
          <w:rFonts w:ascii="Georgia" w:hAnsi="Georgia"/>
          <w:b w:val="0"/>
          <w:i w:val="0"/>
          <w:color w:val="000000"/>
          <w:sz w:val="24"/>
        </w:rPr>
        <w:t xml:space="preserve"> (</w:t>
      </w:r>
      <w:r>
        <w:rPr>
          <w:rFonts w:ascii="Georgia" w:hAnsi="Georgia" w:cs="Times New Roman"/>
          <w:b/>
          <w:i w:val="0"/>
          <w:color w:val="000000"/>
          <w:sz w:val="24"/>
          <w:rtl/>
          <w:szCs w:val="32"/>
        </w:rPr>
        <w:t>רַבָּה</w:t>
      </w:r>
      <w:r>
        <w:rPr>
          <w:rFonts w:ascii="Georgia" w:hAnsi="Georgia"/>
          <w:b w:val="0"/>
          <w:i w:val="0"/>
          <w:color w:val="000000"/>
          <w:sz w:val="24"/>
        </w:rPr>
        <w:t>) — [буквы хэт (</w:t>
      </w:r>
      <w:r>
        <w:rPr>
          <w:rFonts w:ascii="Georgia" w:hAnsi="Georgia" w:cs="Times New Roman"/>
          <w:b/>
          <w:i w:val="0"/>
          <w:color w:val="000000"/>
          <w:sz w:val="24"/>
          <w:rtl/>
          <w:szCs w:val="32"/>
        </w:rPr>
        <w:t>ח</w:t>
      </w:r>
      <w:r>
        <w:rPr>
          <w:rFonts w:ascii="Georgia" w:hAnsi="Georgia"/>
          <w:b w:val="0"/>
          <w:i w:val="0"/>
          <w:color w:val="000000"/>
          <w:sz w:val="24"/>
        </w:rPr>
        <w:t xml:space="preserve"> = 8), ламэд (</w:t>
      </w:r>
      <w:r>
        <w:rPr>
          <w:rFonts w:ascii="Georgia" w:hAnsi="Georgia" w:cs="Times New Roman"/>
          <w:b/>
          <w:i w:val="0"/>
          <w:color w:val="000000"/>
          <w:sz w:val="24"/>
          <w:rtl/>
          <w:szCs w:val="32"/>
        </w:rPr>
        <w:t>ל</w:t>
      </w:r>
      <w:r>
        <w:rPr>
          <w:rFonts w:ascii="Georgia" w:hAnsi="Georgia"/>
          <w:b w:val="0"/>
          <w:i w:val="0"/>
          <w:color w:val="000000"/>
          <w:sz w:val="24"/>
        </w:rPr>
        <w:t xml:space="preserve"> = 30) и рэйш (</w:t>
      </w:r>
      <w:r>
        <w:rPr>
          <w:rFonts w:ascii="Georgia" w:hAnsi="Georgia" w:cs="Times New Roman"/>
          <w:b/>
          <w:i w:val="0"/>
          <w:color w:val="000000"/>
          <w:sz w:val="24"/>
          <w:rtl/>
          <w:szCs w:val="32"/>
        </w:rPr>
        <w:t>ר</w:t>
      </w:r>
      <w:r>
        <w:rPr>
          <w:rFonts w:ascii="Georgia" w:hAnsi="Georgia"/>
          <w:b w:val="0"/>
          <w:i w:val="0"/>
          <w:color w:val="000000"/>
          <w:sz w:val="24"/>
        </w:rPr>
        <w:t xml:space="preserve"> = 200), дающие в сумме 238,] образуют [имя] Рахель (</w:t>
      </w:r>
      <w:r>
        <w:rPr>
          <w:rFonts w:ascii="Georgia" w:hAnsi="Georgia" w:cs="Times New Roman"/>
          <w:b/>
          <w:i w:val="0"/>
          <w:color w:val="000000"/>
          <w:sz w:val="24"/>
          <w:rtl/>
          <w:szCs w:val="32"/>
        </w:rPr>
        <w:t>רָחֵל</w:t>
      </w:r>
      <w:r>
        <w:rPr>
          <w:rFonts w:ascii="Georgia" w:hAnsi="Georgia"/>
          <w:b w:val="0"/>
          <w:i w:val="0"/>
          <w:color w:val="000000"/>
          <w:sz w:val="24"/>
        </w:rPr>
        <w:t xml:space="preserve">). Это означает, что после полуночи и до утра Лея обновляется, растет, распространяется вниз, занимает место Рахели и называется буквально Рахелью. И в этом тайна [стиха]: </w:t>
      </w:r>
      <w:r>
        <w:rPr>
          <w:rFonts w:ascii="Georgia" w:hAnsi="Georgia"/>
          <w:b w:val="0"/>
          <w:i/>
          <w:color w:val="000000"/>
          <w:sz w:val="24"/>
        </w:rPr>
        <w:t>«И вот, наутро оказалось, что это Лея»</w:t>
      </w:r>
      <w:r>
        <w:rPr>
          <w:rFonts w:ascii="Georgia" w:hAnsi="Georgia"/>
          <w:b w:val="0"/>
          <w:i w:val="0"/>
          <w:color w:val="000000"/>
          <w:sz w:val="24"/>
        </w:rPr>
        <w:t xml:space="preserve"> (Берешит 29:25). И в этом смысл [слов]: </w:t>
      </w:r>
      <w:r>
        <w:rPr>
          <w:rFonts w:ascii="Georgia" w:hAnsi="Georgia"/>
          <w:b w:val="0"/>
          <w:i/>
          <w:color w:val="000000"/>
          <w:sz w:val="24"/>
        </w:rPr>
        <w:t>«Новы каждое утро, велика...»</w:t>
      </w:r>
      <w:r>
        <w:rPr>
          <w:rFonts w:ascii="Georgia" w:hAnsi="Georgia"/>
          <w:b w:val="0"/>
          <w:i w:val="0"/>
          <w:color w:val="000000"/>
          <w:sz w:val="24"/>
        </w:rPr>
        <w:t>, ведь она обновляется к утру, становится великой и большой и называется Рахелью. И направь намерение, что начальные буквы всех [слов] этого стиха — [хэт (</w:t>
      </w:r>
      <w:r>
        <w:rPr>
          <w:rFonts w:ascii="Georgia" w:hAnsi="Georgia" w:cs="Times New Roman"/>
          <w:b/>
          <w:i w:val="0"/>
          <w:color w:val="000000"/>
          <w:sz w:val="24"/>
          <w:rtl/>
          <w:szCs w:val="32"/>
        </w:rPr>
        <w:t>ח</w:t>
      </w:r>
      <w:r>
        <w:rPr>
          <w:rFonts w:ascii="Georgia" w:hAnsi="Georgia"/>
          <w:b w:val="0"/>
          <w:i w:val="0"/>
          <w:color w:val="000000"/>
          <w:sz w:val="24"/>
        </w:rPr>
        <w:t xml:space="preserve"> = 8), ламэд (</w:t>
      </w:r>
      <w:r>
        <w:rPr>
          <w:rFonts w:ascii="Georgia" w:hAnsi="Georgia" w:cs="Times New Roman"/>
          <w:b/>
          <w:i w:val="0"/>
          <w:color w:val="000000"/>
          <w:sz w:val="24"/>
          <w:rtl/>
          <w:szCs w:val="32"/>
        </w:rPr>
        <w:t>ל</w:t>
      </w:r>
      <w:r>
        <w:rPr>
          <w:rFonts w:ascii="Georgia" w:hAnsi="Georgia"/>
          <w:b w:val="0"/>
          <w:i w:val="0"/>
          <w:color w:val="000000"/>
          <w:sz w:val="24"/>
        </w:rPr>
        <w:t xml:space="preserve"> = 30), рэйш (</w:t>
      </w:r>
      <w:r>
        <w:rPr>
          <w:rFonts w:ascii="Georgia" w:hAnsi="Georgia" w:cs="Times New Roman"/>
          <w:b/>
          <w:i w:val="0"/>
          <w:color w:val="000000"/>
          <w:sz w:val="24"/>
          <w:rtl/>
          <w:szCs w:val="32"/>
        </w:rPr>
        <w:t>ר</w:t>
      </w:r>
      <w:r>
        <w:rPr>
          <w:rFonts w:ascii="Georgia" w:hAnsi="Georgia"/>
          <w:b w:val="0"/>
          <w:i w:val="0"/>
          <w:color w:val="000000"/>
          <w:sz w:val="24"/>
        </w:rPr>
        <w:t xml:space="preserve"> = 200) и алеф (</w:t>
      </w:r>
      <w:r>
        <w:rPr>
          <w:rFonts w:ascii="Georgia" w:hAnsi="Georgia" w:cs="Times New Roman"/>
          <w:b/>
          <w:i w:val="0"/>
          <w:color w:val="000000"/>
          <w:sz w:val="24"/>
          <w:rtl/>
          <w:szCs w:val="32"/>
        </w:rPr>
        <w:t>א</w:t>
      </w:r>
      <w:r>
        <w:rPr>
          <w:rFonts w:ascii="Georgia" w:hAnsi="Georgia"/>
          <w:b w:val="0"/>
          <w:i w:val="0"/>
          <w:color w:val="000000"/>
          <w:sz w:val="24"/>
        </w:rPr>
        <w:t xml:space="preserve"> = 1)] — составляют в гематрии 239 (</w:t>
      </w:r>
      <w:r>
        <w:rPr>
          <w:rFonts w:ascii="Georgia" w:hAnsi="Georgia" w:cs="Times New Roman"/>
          <w:b/>
          <w:i w:val="0"/>
          <w:color w:val="000000"/>
          <w:sz w:val="24"/>
          <w:rtl/>
          <w:szCs w:val="32"/>
        </w:rPr>
        <w:t>רל״ט</w:t>
      </w:r>
      <w:r>
        <w:rPr>
          <w:rFonts w:ascii="Georgia" w:hAnsi="Georgia"/>
          <w:b w:val="0"/>
          <w:i w:val="0"/>
          <w:color w:val="000000"/>
          <w:sz w:val="24"/>
        </w:rPr>
        <w:t>), и сосредоточься на этом намерении. Ведь изначально Лея находилась со стороны спины (ахор) выше хазе с ЗА, который есть Исраэль. Поскольку же Лея, как известно, относится к свойству судов (</w:t>
      </w:r>
      <w:r>
        <w:rPr>
          <w:rFonts w:ascii="Georgia" w:hAnsi="Georgia"/>
          <w:b w:val="0"/>
          <w:i/>
          <w:color w:val="000000"/>
          <w:sz w:val="24"/>
        </w:rPr>
        <w:t>диним</w:t>
      </w:r>
      <w:r>
        <w:rPr>
          <w:rFonts w:ascii="Georgia" w:hAnsi="Georgia"/>
          <w:b w:val="0"/>
          <w:i w:val="0"/>
          <w:color w:val="000000"/>
          <w:sz w:val="24"/>
        </w:rPr>
        <w:t>), она называется ЭЛОКИМ (</w:t>
      </w:r>
      <w:r>
        <w:rPr>
          <w:rFonts w:ascii="Georgia" w:hAnsi="Georgia" w:cs="Times New Roman"/>
          <w:b/>
          <w:i w:val="0"/>
          <w:color w:val="000000"/>
          <w:sz w:val="24"/>
          <w:rtl/>
          <w:szCs w:val="32"/>
        </w:rPr>
        <w:t>אֱלֹהִים</w:t>
      </w:r>
      <w:r>
        <w:rPr>
          <w:rFonts w:ascii="Georgia" w:hAnsi="Georgia"/>
          <w:b w:val="0"/>
          <w:i w:val="0"/>
          <w:color w:val="000000"/>
          <w:sz w:val="24"/>
        </w:rPr>
        <w:t>). И в особенности когда она находится сзади, ее Имя, то есть ЭЛОКИМ, пребывает в виде квадрата (рибуа), поскольку в этом тайна состояния ахор. При этом квадрат простого [Имени] ЭЛОКИМ составляет в гематрии 200 (</w:t>
      </w:r>
      <w:r>
        <w:rPr>
          <w:rFonts w:ascii="Georgia" w:hAnsi="Georgia" w:cs="Times New Roman"/>
          <w:b/>
          <w:i w:val="0"/>
          <w:color w:val="000000"/>
          <w:sz w:val="24"/>
          <w:rtl/>
          <w:szCs w:val="32"/>
        </w:rPr>
        <w:t>ר</w:t>
      </w:r>
      <w:r>
        <w:rPr>
          <w:rFonts w:ascii="Georgia" w:hAnsi="Georgia"/>
          <w:b w:val="0"/>
          <w:i w:val="0"/>
          <w:color w:val="000000"/>
          <w:sz w:val="24"/>
        </w:rPr>
        <w:t>) из упомянутых 239 (</w:t>
      </w:r>
      <w:r>
        <w:rPr>
          <w:rFonts w:ascii="Georgia" w:hAnsi="Georgia" w:cs="Times New Roman"/>
          <w:b/>
          <w:i w:val="0"/>
          <w:color w:val="000000"/>
          <w:sz w:val="24"/>
          <w:rtl/>
          <w:szCs w:val="32"/>
        </w:rPr>
        <w:t>רל״ט</w:t>
      </w:r>
      <w:r>
        <w:rPr>
          <w:rFonts w:ascii="Georgia" w:hAnsi="Georgia"/>
          <w:b w:val="0"/>
          <w:i w:val="0"/>
          <w:color w:val="000000"/>
          <w:sz w:val="24"/>
        </w:rPr>
        <w:t>).</w:t>
      </w:r>
    </w:p>
    <w:p>
      <w:pPr>
        <w:spacing w:before="40" w:after="120"/>
        <w:jc w:val="both"/>
      </w:pPr>
      <w:r>
        <w:rPr>
          <w:rFonts w:ascii="Georgia" w:hAnsi="Georgia"/>
          <w:b w:val="0"/>
          <w:i w:val="0"/>
          <w:color w:val="000000"/>
          <w:sz w:val="24"/>
        </w:rPr>
        <w:t>Теперь же она распространяется паним бе-паним также в свойстве Рахели, и тогда [раскрывается] Имя из трех букв йод-хэй-вав (</w:t>
      </w:r>
      <w:r>
        <w:rPr>
          <w:rFonts w:ascii="Georgia" w:hAnsi="Georgia" w:cs="Times New Roman"/>
          <w:b/>
          <w:i w:val="0"/>
          <w:color w:val="000000"/>
          <w:sz w:val="24"/>
          <w:rtl/>
          <w:szCs w:val="32"/>
        </w:rPr>
        <w:t>יה״ו</w:t>
      </w:r>
      <w:r>
        <w:rPr>
          <w:rFonts w:ascii="Georgia" w:hAnsi="Georgia"/>
          <w:b w:val="0"/>
          <w:i w:val="0"/>
          <w:color w:val="000000"/>
          <w:sz w:val="24"/>
        </w:rPr>
        <w:t>) с наполнением алеф, которое составляет в гематрии 39 (</w:t>
      </w:r>
      <w:r>
        <w:rPr>
          <w:rFonts w:ascii="Georgia" w:hAnsi="Georgia" w:cs="Times New Roman"/>
          <w:b/>
          <w:i w:val="0"/>
          <w:color w:val="000000"/>
          <w:sz w:val="24"/>
          <w:rtl/>
          <w:szCs w:val="32"/>
        </w:rPr>
        <w:t>ל״ט</w:t>
      </w:r>
      <w:r>
        <w:rPr>
          <w:rFonts w:ascii="Georgia" w:hAnsi="Georgia"/>
          <w:b w:val="0"/>
          <w:i w:val="0"/>
          <w:color w:val="000000"/>
          <w:sz w:val="24"/>
        </w:rPr>
        <w:t>) из упомянутых 239. Разъяснение этого в том, что Имя МА с наполнением алеф [распространяется] по всему ЗА, однако оно не называется полным [наполнением] трех букв йод-хэй-вав иначе как внизу, при завершении Тиферет в нем, которое называется буквой вав (</w:t>
      </w:r>
      <w:r>
        <w:rPr>
          <w:rFonts w:ascii="Georgia" w:hAnsi="Georgia" w:cs="Times New Roman"/>
          <w:b/>
          <w:i w:val="0"/>
          <w:color w:val="000000"/>
          <w:sz w:val="24"/>
          <w:rtl/>
          <w:szCs w:val="32"/>
        </w:rPr>
        <w:t>ו</w:t>
      </w:r>
      <w:r>
        <w:rPr>
          <w:rFonts w:ascii="Georgia" w:hAnsi="Georgia"/>
          <w:b w:val="0"/>
          <w:i w:val="0"/>
          <w:color w:val="000000"/>
          <w:sz w:val="24"/>
        </w:rPr>
        <w:t xml:space="preserve">) Имени йод-хэй-вав; и тогда завершаются три буквы йод-хэй-вав, в отличие от того, что выше этого места. И в этом заключается тайна нижнего Яакова. Также направь намерение на конечные буквы [слов] </w:t>
      </w:r>
      <w:r>
        <w:rPr>
          <w:rFonts w:ascii="Georgia" w:hAnsi="Georgia"/>
          <w:b w:val="0"/>
          <w:i/>
          <w:color w:val="000000"/>
          <w:sz w:val="24"/>
        </w:rPr>
        <w:t>«хадашим лавкарим раба»</w:t>
      </w:r>
      <w:r>
        <w:rPr>
          <w:rFonts w:ascii="Georgia" w:hAnsi="Georgia"/>
          <w:b w:val="0"/>
          <w:i w:val="0"/>
          <w:color w:val="000000"/>
          <w:sz w:val="24"/>
        </w:rPr>
        <w:t xml:space="preserve"> (</w:t>
      </w:r>
      <w:r>
        <w:rPr>
          <w:rFonts w:ascii="Georgia" w:hAnsi="Georgia" w:cs="Times New Roman"/>
          <w:b/>
          <w:i w:val="0"/>
          <w:color w:val="000000"/>
          <w:sz w:val="24"/>
          <w:rtl/>
          <w:szCs w:val="32"/>
        </w:rPr>
        <w:t>חֲדָשִׁים לַבְּקָרִים רַבָּה</w:t>
      </w:r>
      <w:r>
        <w:rPr>
          <w:rFonts w:ascii="Georgia" w:hAnsi="Georgia"/>
          <w:b w:val="0"/>
          <w:i w:val="0"/>
          <w:color w:val="000000"/>
          <w:sz w:val="24"/>
        </w:rPr>
        <w:t>): [мэм софит (</w:t>
      </w:r>
      <w:r>
        <w:rPr>
          <w:rFonts w:ascii="Georgia" w:hAnsi="Georgia" w:cs="Times New Roman"/>
          <w:b/>
          <w:i w:val="0"/>
          <w:color w:val="000000"/>
          <w:sz w:val="24"/>
          <w:rtl/>
          <w:szCs w:val="32"/>
        </w:rPr>
        <w:t>ם</w:t>
      </w:r>
      <w:r>
        <w:rPr>
          <w:rFonts w:ascii="Georgia" w:hAnsi="Georgia"/>
          <w:b w:val="0"/>
          <w:i w:val="0"/>
          <w:color w:val="000000"/>
          <w:sz w:val="24"/>
        </w:rPr>
        <w:t xml:space="preserve"> = 40), мэм софит (</w:t>
      </w:r>
      <w:r>
        <w:rPr>
          <w:rFonts w:ascii="Georgia" w:hAnsi="Georgia" w:cs="Times New Roman"/>
          <w:b/>
          <w:i w:val="0"/>
          <w:color w:val="000000"/>
          <w:sz w:val="24"/>
          <w:rtl/>
          <w:szCs w:val="32"/>
        </w:rPr>
        <w:t>ם</w:t>
      </w:r>
      <w:r>
        <w:rPr>
          <w:rFonts w:ascii="Georgia" w:hAnsi="Georgia"/>
          <w:b w:val="0"/>
          <w:i w:val="0"/>
          <w:color w:val="000000"/>
          <w:sz w:val="24"/>
        </w:rPr>
        <w:t xml:space="preserve"> = 40) и хэй (</w:t>
      </w:r>
      <w:r>
        <w:rPr>
          <w:rFonts w:ascii="Georgia" w:hAnsi="Georgia" w:cs="Times New Roman"/>
          <w:b/>
          <w:i w:val="0"/>
          <w:color w:val="000000"/>
          <w:sz w:val="24"/>
          <w:rtl/>
          <w:szCs w:val="32"/>
        </w:rPr>
        <w:t>ה</w:t>
      </w:r>
      <w:r>
        <w:rPr>
          <w:rFonts w:ascii="Georgia" w:hAnsi="Georgia"/>
          <w:b w:val="0"/>
          <w:i w:val="0"/>
          <w:color w:val="000000"/>
          <w:sz w:val="24"/>
        </w:rPr>
        <w:t xml:space="preserve"> = 5) в сумме дают 85], что вместе с самим словом (с колелем) равно гематрии [Имени] ЭЛОКИМ. И смысл этого связан с упомянутой Леей, которая до своего распространения называлась ЭЛОКИМ. А затем направь намерение, сочетай и соединяй конечные буквы всех [слов] стиха, и тогда они составят в гематрии 105 (</w:t>
      </w:r>
      <w:r>
        <w:rPr>
          <w:rFonts w:ascii="Georgia" w:hAnsi="Georgia" w:cs="Times New Roman"/>
          <w:b/>
          <w:i w:val="0"/>
          <w:color w:val="000000"/>
          <w:sz w:val="24"/>
          <w:rtl/>
          <w:szCs w:val="32"/>
        </w:rPr>
        <w:t>ק״ה</w:t>
      </w:r>
      <w:r>
        <w:rPr>
          <w:rFonts w:ascii="Georgia" w:hAnsi="Georgia"/>
          <w:b w:val="0"/>
          <w:i w:val="0"/>
          <w:color w:val="000000"/>
          <w:sz w:val="24"/>
        </w:rPr>
        <w:t>). И в этом тайна Имени САГ и его сорока двух букв — его простого [написания], его наполнения и наполнения его наполнения, что все вместе составляет в гематрии 105. Смысл этого намерения в том, что теперь, когда Лея распространилась вниз, она снова стала буквально Именем САГ. И это совершается посредством Имени 42 (</w:t>
      </w:r>
      <w:r>
        <w:rPr>
          <w:rFonts w:ascii="Georgia" w:hAnsi="Georgia" w:cs="Times New Roman"/>
          <w:b/>
          <w:i w:val="0"/>
          <w:color w:val="000000"/>
          <w:sz w:val="24"/>
          <w:rtl/>
          <w:szCs w:val="32"/>
        </w:rPr>
        <w:t>מ״ב</w:t>
      </w:r>
      <w:r>
        <w:rPr>
          <w:rFonts w:ascii="Georgia" w:hAnsi="Georgia"/>
          <w:b w:val="0"/>
          <w:i w:val="0"/>
          <w:color w:val="000000"/>
          <w:sz w:val="24"/>
        </w:rPr>
        <w:t>), которое представляет собой трижды 14 (</w:t>
      </w:r>
      <w:r>
        <w:rPr>
          <w:rFonts w:ascii="Georgia" w:hAnsi="Georgia" w:cs="Times New Roman"/>
          <w:b/>
          <w:i w:val="0"/>
          <w:color w:val="000000"/>
          <w:sz w:val="24"/>
          <w:rtl/>
          <w:szCs w:val="32"/>
        </w:rPr>
        <w:t>י״ד</w:t>
      </w:r>
      <w:r>
        <w:rPr>
          <w:rFonts w:ascii="Georgia" w:hAnsi="Georgia"/>
          <w:b w:val="0"/>
          <w:i w:val="0"/>
          <w:color w:val="000000"/>
          <w:sz w:val="24"/>
        </w:rPr>
        <w:t>), то есть три руки (</w:t>
      </w:r>
      <w:r>
        <w:rPr>
          <w:rFonts w:ascii="Georgia" w:hAnsi="Georgia"/>
          <w:b w:val="0"/>
          <w:i/>
          <w:color w:val="000000"/>
          <w:sz w:val="24"/>
        </w:rPr>
        <w:t>ядот</w:t>
      </w:r>
      <w:r>
        <w:rPr>
          <w:rFonts w:ascii="Georgia" w:hAnsi="Georgia"/>
          <w:b w:val="0"/>
          <w:i w:val="0"/>
          <w:color w:val="000000"/>
          <w:sz w:val="24"/>
        </w:rPr>
        <w:t xml:space="preserve">, от слова </w:t>
      </w:r>
      <w:r>
        <w:rPr>
          <w:rFonts w:ascii="Georgia" w:hAnsi="Georgia"/>
          <w:b w:val="0"/>
          <w:i/>
          <w:color w:val="000000"/>
          <w:sz w:val="24"/>
        </w:rPr>
        <w:t>яд</w:t>
      </w:r>
      <w:r>
        <w:rPr>
          <w:rFonts w:ascii="Georgia" w:hAnsi="Georgia"/>
          <w:b w:val="0"/>
          <w:i w:val="0"/>
          <w:color w:val="000000"/>
          <w:sz w:val="24"/>
        </w:rPr>
        <w:t xml:space="preserve">, </w:t>
      </w:r>
      <w:r>
        <w:rPr>
          <w:rFonts w:ascii="Georgia" w:hAnsi="Georgia" w:cs="Times New Roman"/>
          <w:b/>
          <w:i w:val="0"/>
          <w:color w:val="000000"/>
          <w:sz w:val="24"/>
          <w:rtl/>
          <w:szCs w:val="32"/>
        </w:rPr>
        <w:t>יָד</w:t>
      </w:r>
      <w:r>
        <w:rPr>
          <w:rFonts w:ascii="Georgia" w:hAnsi="Georgia"/>
          <w:b w:val="0"/>
          <w:i w:val="0"/>
          <w:color w:val="000000"/>
          <w:sz w:val="24"/>
        </w:rPr>
        <w:t xml:space="preserve"> = 14) Яакова: «руку великую», «руку крепкую» и «руку высокую», которыми он держит ее и возвеличивает.</w:t>
      </w:r>
    </w:p>
    <w:p>
      <w:pPr>
        <w:keepNext/>
        <w:spacing w:before="320" w:after="120"/>
      </w:pPr>
      <w:r>
        <w:rPr>
          <w:rFonts w:ascii="Georgia" w:hAnsi="Georgia"/>
          <w:b w:val="0"/>
          <w:i w:val="0"/>
          <w:color w:val="000000"/>
          <w:sz w:val="32"/>
        </w:rPr>
        <w:t>Ихуд 13</w:t>
      </w:r>
    </w:p>
    <w:p>
      <w:pPr>
        <w:spacing w:before="40" w:after="120"/>
        <w:jc w:val="both"/>
      </w:pPr>
      <w:r>
        <w:rPr>
          <w:rFonts w:ascii="Georgia" w:hAnsi="Georgia"/>
          <w:b w:val="0"/>
          <w:i w:val="0"/>
          <w:color w:val="000000"/>
          <w:sz w:val="24"/>
        </w:rPr>
        <w:t>Для ночи Шаббата перед полуночью. Если ты захочешь направить намерение только на это, сделай так: сосредоточь намерение на Даат де-ЗА, в котором пребывают пять хасадим и пять гвурот, составляющие десять [Имен] АВАЯ, где каждая буква огласована шва и камацем.</w:t>
      </w:r>
    </w:p>
    <w:p>
      <w:pPr>
        <w:spacing w:before="40" w:after="120"/>
        <w:jc w:val="both"/>
      </w:pPr>
      <w:r>
        <w:rPr>
          <w:rFonts w:ascii="Georgia" w:hAnsi="Georgia"/>
          <w:b w:val="0"/>
          <w:i w:val="0"/>
          <w:color w:val="000000"/>
          <w:sz w:val="24"/>
        </w:rPr>
        <w:t xml:space="preserve">И направь намерение на то, что всё это — тайна [стиха] </w:t>
      </w:r>
      <w:r>
        <w:rPr>
          <w:rFonts w:ascii="Georgia" w:hAnsi="Georgia"/>
          <w:b w:val="0"/>
          <w:i/>
          <w:color w:val="000000"/>
          <w:sz w:val="24"/>
        </w:rPr>
        <w:t>«Прибежище — Б-г предвечный…»</w:t>
      </w:r>
      <w:r>
        <w:rPr>
          <w:rFonts w:ascii="Georgia" w:hAnsi="Georgia"/>
          <w:b w:val="0"/>
          <w:i w:val="0"/>
          <w:color w:val="000000"/>
          <w:sz w:val="24"/>
        </w:rPr>
        <w:t xml:space="preserve"> (Дварим 33:27). Ведь шва и камац представляют собой три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и одну букву вав (</w:t>
      </w:r>
      <w:r>
        <w:rPr>
          <w:rFonts w:ascii="Georgia" w:hAnsi="Georgia" w:cs="Times New Roman"/>
          <w:b/>
          <w:i w:val="0"/>
          <w:color w:val="000000"/>
          <w:sz w:val="24"/>
          <w:rtl/>
          <w:szCs w:val="32"/>
        </w:rPr>
        <w:t>ו</w:t>
      </w:r>
      <w:r>
        <w:rPr>
          <w:rFonts w:ascii="Georgia" w:hAnsi="Georgia"/>
          <w:b w:val="0"/>
          <w:i w:val="0"/>
          <w:color w:val="000000"/>
          <w:sz w:val="24"/>
        </w:rPr>
        <w:t xml:space="preserve"> = 6), которые по гематрии составляют 36 (</w:t>
      </w:r>
      <w:r>
        <w:rPr>
          <w:rFonts w:ascii="Georgia" w:hAnsi="Georgia" w:cs="Times New Roman"/>
          <w:b/>
          <w:i w:val="0"/>
          <w:color w:val="000000"/>
          <w:sz w:val="24"/>
          <w:rtl/>
          <w:szCs w:val="32"/>
        </w:rPr>
        <w:t>ל״ו</w:t>
      </w:r>
      <w:r>
        <w:rPr>
          <w:rFonts w:ascii="Georgia" w:hAnsi="Georgia"/>
          <w:b w:val="0"/>
          <w:i w:val="0"/>
          <w:color w:val="000000"/>
          <w:sz w:val="24"/>
        </w:rPr>
        <w:t xml:space="preserve">), а это —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из [слова] </w:t>
      </w:r>
      <w:r>
        <w:rPr>
          <w:rFonts w:ascii="Georgia" w:hAnsi="Georgia"/>
          <w:b w:val="0"/>
          <w:i/>
          <w:color w:val="000000"/>
          <w:sz w:val="24"/>
        </w:rPr>
        <w:t>Элокей</w:t>
      </w:r>
      <w:r>
        <w:rPr>
          <w:rFonts w:ascii="Georgia" w:hAnsi="Georgia"/>
          <w:b w:val="0"/>
          <w:i w:val="0"/>
          <w:color w:val="000000"/>
          <w:sz w:val="24"/>
        </w:rPr>
        <w:t xml:space="preserve"> (</w:t>
      </w:r>
      <w:r>
        <w:rPr>
          <w:rFonts w:ascii="Georgia" w:hAnsi="Georgia" w:cs="Times New Roman"/>
          <w:b/>
          <w:i w:val="0"/>
          <w:color w:val="000000"/>
          <w:sz w:val="24"/>
          <w:rtl/>
          <w:szCs w:val="32"/>
        </w:rPr>
        <w:t>אֱלֹהֵי</w:t>
      </w:r>
      <w:r>
        <w:rPr>
          <w:rFonts w:ascii="Georgia" w:hAnsi="Georgia"/>
          <w:b w:val="0"/>
          <w:i w:val="0"/>
          <w:color w:val="000000"/>
          <w:sz w:val="24"/>
        </w:rPr>
        <w:t xml:space="preserve">). И так обстоит дело с каждой буквой из них. Если же ты объединишь все четыре буквы в [Имени] АВАЯ, огласовки всех этих четырех букв составят четыре раза по </w:t>
      </w:r>
      <w:r>
        <w:rPr>
          <w:rFonts w:ascii="Georgia" w:hAnsi="Georgia"/>
          <w:b w:val="0"/>
          <w:i/>
          <w:color w:val="000000"/>
          <w:sz w:val="24"/>
        </w:rPr>
        <w:t>эле</w:t>
      </w:r>
      <w:r>
        <w:rPr>
          <w:rFonts w:ascii="Georgia" w:hAnsi="Georgia"/>
          <w:b w:val="0"/>
          <w:i w:val="0"/>
          <w:color w:val="000000"/>
          <w:sz w:val="24"/>
        </w:rPr>
        <w:t xml:space="preserve">, что по гематрии равно 144 — числу слова </w:t>
      </w:r>
      <w:r>
        <w:rPr>
          <w:rFonts w:ascii="Georgia" w:hAnsi="Georgia"/>
          <w:b w:val="0"/>
          <w:i/>
          <w:color w:val="000000"/>
          <w:sz w:val="24"/>
        </w:rPr>
        <w:t>кедем</w:t>
      </w:r>
      <w:r>
        <w:rPr>
          <w:rFonts w:ascii="Georgia" w:hAnsi="Georgia"/>
          <w:b w:val="0"/>
          <w:i w:val="0"/>
          <w:color w:val="000000"/>
          <w:sz w:val="24"/>
        </w:rPr>
        <w:t xml:space="preserve"> (</w:t>
      </w:r>
      <w:r>
        <w:rPr>
          <w:rFonts w:ascii="Georgia" w:hAnsi="Georgia" w:cs="Times New Roman"/>
          <w:b/>
          <w:i w:val="0"/>
          <w:color w:val="000000"/>
          <w:sz w:val="24"/>
          <w:rtl/>
          <w:szCs w:val="32"/>
        </w:rPr>
        <w:t>קֶדֶם</w:t>
      </w:r>
      <w:r>
        <w:rPr>
          <w:rFonts w:ascii="Georgia" w:hAnsi="Georgia"/>
          <w:b w:val="0"/>
          <w:i w:val="0"/>
          <w:color w:val="000000"/>
          <w:sz w:val="24"/>
        </w:rPr>
        <w:t xml:space="preserve">). И это — </w:t>
      </w:r>
      <w:r>
        <w:rPr>
          <w:rFonts w:ascii="Georgia" w:hAnsi="Georgia"/>
          <w:b w:val="0"/>
          <w:i/>
          <w:color w:val="000000"/>
          <w:sz w:val="24"/>
        </w:rPr>
        <w:t>кедем</w:t>
      </w:r>
      <w:r>
        <w:rPr>
          <w:rFonts w:ascii="Georgia" w:hAnsi="Georgia"/>
          <w:b w:val="0"/>
          <w:i w:val="0"/>
          <w:color w:val="000000"/>
          <w:sz w:val="24"/>
        </w:rPr>
        <w:t xml:space="preserve"> из [сочетания] </w:t>
      </w:r>
      <w:r>
        <w:rPr>
          <w:rFonts w:ascii="Georgia" w:hAnsi="Georgia"/>
          <w:b w:val="0"/>
          <w:i/>
          <w:color w:val="000000"/>
          <w:sz w:val="24"/>
        </w:rPr>
        <w:t>Элокей кедем</w:t>
      </w:r>
      <w:r>
        <w:rPr>
          <w:rFonts w:ascii="Georgia" w:hAnsi="Georgia"/>
          <w:b w:val="0"/>
          <w:i w:val="0"/>
          <w:color w:val="000000"/>
          <w:sz w:val="24"/>
        </w:rPr>
        <w:t xml:space="preserve">. А если ты возьмешь все десять [Имен] АВАЯ, они составят десять раз по </w:t>
      </w:r>
      <w:r>
        <w:rPr>
          <w:rFonts w:ascii="Georgia" w:hAnsi="Georgia"/>
          <w:b w:val="0"/>
          <w:i/>
          <w:color w:val="000000"/>
          <w:sz w:val="24"/>
        </w:rPr>
        <w:t>кедем</w:t>
      </w:r>
      <w:r>
        <w:rPr>
          <w:rFonts w:ascii="Georgia" w:hAnsi="Georgia"/>
          <w:b w:val="0"/>
          <w:i w:val="0"/>
          <w:color w:val="000000"/>
          <w:sz w:val="24"/>
        </w:rPr>
        <w:t>, и это —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из [сочетания] </w:t>
      </w:r>
      <w:r>
        <w:rPr>
          <w:rFonts w:ascii="Georgia" w:hAnsi="Georgia"/>
          <w:b w:val="0"/>
          <w:i/>
          <w:color w:val="000000"/>
          <w:sz w:val="24"/>
        </w:rPr>
        <w:t>Элокей кедем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Таким образом, сначала направь намерение на то, что огласовка каждой их буквы равна по гематрии ЭЛОКИМ, огласовки четырех букв в каждом [Имени] АВАЯ дают </w:t>
      </w:r>
      <w:r>
        <w:rPr>
          <w:rFonts w:ascii="Georgia" w:hAnsi="Georgia"/>
          <w:b w:val="0"/>
          <w:i/>
          <w:color w:val="000000"/>
          <w:sz w:val="24"/>
        </w:rPr>
        <w:t>кедем</w:t>
      </w:r>
      <w:r>
        <w:rPr>
          <w:rFonts w:ascii="Georgia" w:hAnsi="Georgia"/>
          <w:b w:val="0"/>
          <w:i w:val="0"/>
          <w:color w:val="000000"/>
          <w:sz w:val="24"/>
        </w:rPr>
        <w:t xml:space="preserve">, а огласовки всех десяти [Имен] АВАЯ — десять раз по </w:t>
      </w:r>
      <w:r>
        <w:rPr>
          <w:rFonts w:ascii="Georgia" w:hAnsi="Georgia"/>
          <w:b w:val="0"/>
          <w:i/>
          <w:color w:val="000000"/>
          <w:sz w:val="24"/>
        </w:rPr>
        <w:t>кедем</w:t>
      </w:r>
      <w:r>
        <w:rPr>
          <w:rFonts w:ascii="Georgia" w:hAnsi="Georgia"/>
          <w:b w:val="0"/>
          <w:i w:val="0"/>
          <w:color w:val="000000"/>
          <w:sz w:val="24"/>
        </w:rPr>
        <w:t xml:space="preserve">. И это —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йод (</w:t>
      </w:r>
      <w:r>
        <w:rPr>
          <w:rFonts w:ascii="Georgia" w:hAnsi="Georgia" w:cs="Times New Roman"/>
          <w:b/>
          <w:i w:val="0"/>
          <w:color w:val="000000"/>
          <w:sz w:val="24"/>
          <w:rtl/>
          <w:szCs w:val="32"/>
        </w:rPr>
        <w:t>י</w:t>
      </w:r>
      <w:r>
        <w:rPr>
          <w:rFonts w:ascii="Georgia" w:hAnsi="Georgia"/>
          <w:b w:val="0"/>
          <w:i w:val="0"/>
          <w:color w:val="000000"/>
          <w:sz w:val="24"/>
        </w:rPr>
        <w:t xml:space="preserve">) и </w:t>
      </w:r>
      <w:r>
        <w:rPr>
          <w:rFonts w:ascii="Georgia" w:hAnsi="Georgia"/>
          <w:b w:val="0"/>
          <w:i/>
          <w:color w:val="000000"/>
          <w:sz w:val="24"/>
        </w:rPr>
        <w:t>кедем</w:t>
      </w:r>
      <w:r>
        <w:rPr>
          <w:rFonts w:ascii="Georgia" w:hAnsi="Georgia"/>
          <w:b w:val="0"/>
          <w:i w:val="0"/>
          <w:color w:val="000000"/>
          <w:sz w:val="24"/>
        </w:rPr>
        <w:t xml:space="preserve"> (</w:t>
      </w:r>
      <w:r>
        <w:rPr>
          <w:rFonts w:ascii="Georgia" w:hAnsi="Georgia" w:cs="Times New Roman"/>
          <w:b/>
          <w:i w:val="0"/>
          <w:color w:val="000000"/>
          <w:sz w:val="24"/>
          <w:rtl/>
          <w:szCs w:val="32"/>
        </w:rPr>
        <w:t>קֶדֶם</w:t>
      </w:r>
      <w:r>
        <w:rPr>
          <w:rFonts w:ascii="Georgia" w:hAnsi="Georgia"/>
          <w:b w:val="0"/>
          <w:i w:val="0"/>
          <w:color w:val="000000"/>
          <w:sz w:val="24"/>
        </w:rPr>
        <w:t xml:space="preserve">). Направь намерение соединить все десять раз по </w:t>
      </w:r>
      <w:r>
        <w:rPr>
          <w:rFonts w:ascii="Georgia" w:hAnsi="Georgia"/>
          <w:b w:val="0"/>
          <w:i/>
          <w:color w:val="000000"/>
          <w:sz w:val="24"/>
        </w:rPr>
        <w:t>кедем</w:t>
      </w:r>
      <w:r>
        <w:rPr>
          <w:rFonts w:ascii="Georgia" w:hAnsi="Georgia"/>
          <w:b w:val="0"/>
          <w:i w:val="0"/>
          <w:color w:val="000000"/>
          <w:sz w:val="24"/>
        </w:rPr>
        <w:t xml:space="preserve">: по гематрии они составляют тысячу четыреста сорок (1440), и это — буквы слова </w:t>
      </w:r>
      <w:r>
        <w:rPr>
          <w:rFonts w:ascii="Georgia" w:hAnsi="Georgia"/>
          <w:b w:val="0"/>
          <w:i/>
          <w:color w:val="000000"/>
          <w:sz w:val="24"/>
        </w:rPr>
        <w:t>эмет</w:t>
      </w:r>
      <w:r>
        <w:rPr>
          <w:rFonts w:ascii="Georgia" w:hAnsi="Georgia"/>
          <w:b w:val="0"/>
          <w:i w:val="0"/>
          <w:color w:val="000000"/>
          <w:sz w:val="24"/>
        </w:rPr>
        <w:t xml:space="preserve"> («истина», </w:t>
      </w:r>
      <w:r>
        <w:rPr>
          <w:rFonts w:ascii="Georgia" w:hAnsi="Georgia" w:cs="Times New Roman"/>
          <w:b/>
          <w:i w:val="0"/>
          <w:color w:val="000000"/>
          <w:sz w:val="24"/>
          <w:rtl/>
          <w:szCs w:val="32"/>
        </w:rPr>
        <w:t>אֱמֶת</w:t>
      </w:r>
      <w:r>
        <w:rPr>
          <w:rFonts w:ascii="Georgia" w:hAnsi="Georgia"/>
          <w:b w:val="0"/>
          <w:i w:val="0"/>
          <w:color w:val="000000"/>
          <w:sz w:val="24"/>
        </w:rPr>
        <w:t>), ведь буква алеф (</w:t>
      </w:r>
      <w:r>
        <w:rPr>
          <w:rFonts w:ascii="Georgia" w:hAnsi="Georgia" w:cs="Times New Roman"/>
          <w:b/>
          <w:i w:val="0"/>
          <w:color w:val="000000"/>
          <w:sz w:val="24"/>
          <w:rtl/>
          <w:szCs w:val="32"/>
        </w:rPr>
        <w:t>א</w:t>
      </w:r>
      <w:r>
        <w:rPr>
          <w:rFonts w:ascii="Georgia" w:hAnsi="Georgia"/>
          <w:b w:val="0"/>
          <w:i w:val="0"/>
          <w:color w:val="000000"/>
          <w:sz w:val="24"/>
        </w:rPr>
        <w:t>) — это тысяча, буква мэм (</w:t>
      </w:r>
      <w:r>
        <w:rPr>
          <w:rFonts w:ascii="Georgia" w:hAnsi="Georgia" w:cs="Times New Roman"/>
          <w:b/>
          <w:i w:val="0"/>
          <w:color w:val="000000"/>
          <w:sz w:val="24"/>
          <w:rtl/>
          <w:szCs w:val="32"/>
        </w:rPr>
        <w:t>מ</w:t>
      </w:r>
      <w:r>
        <w:rPr>
          <w:rFonts w:ascii="Georgia" w:hAnsi="Georgia"/>
          <w:b w:val="0"/>
          <w:i w:val="0"/>
          <w:color w:val="000000"/>
          <w:sz w:val="24"/>
        </w:rPr>
        <w:t>) — сорок, а буква тав (</w:t>
      </w:r>
      <w:r>
        <w:rPr>
          <w:rFonts w:ascii="Georgia" w:hAnsi="Georgia" w:cs="Times New Roman"/>
          <w:b/>
          <w:i w:val="0"/>
          <w:color w:val="000000"/>
          <w:sz w:val="24"/>
          <w:rtl/>
          <w:szCs w:val="32"/>
        </w:rPr>
        <w:t>ת</w:t>
      </w:r>
      <w:r>
        <w:rPr>
          <w:rFonts w:ascii="Georgia" w:hAnsi="Georgia"/>
          <w:b w:val="0"/>
          <w:i w:val="0"/>
          <w:color w:val="000000"/>
          <w:sz w:val="24"/>
        </w:rPr>
        <w:t>) — четыреста. По этой причине этот нижний Даат называется «истина» (</w:t>
      </w:r>
      <w:r>
        <w:rPr>
          <w:rFonts w:ascii="Georgia" w:hAnsi="Georgia"/>
          <w:b w:val="0"/>
          <w:i/>
          <w:color w:val="000000"/>
          <w:sz w:val="24"/>
        </w:rPr>
        <w:t>эмет</w:t>
      </w:r>
      <w:r>
        <w:rPr>
          <w:rFonts w:ascii="Georgia" w:hAnsi="Georgia"/>
          <w:b w:val="0"/>
          <w:i w:val="0"/>
          <w:color w:val="000000"/>
          <w:sz w:val="24"/>
        </w:rPr>
        <w:t>), по подобию высшего Даат, именуемого «истина» (</w:t>
      </w:r>
      <w:r>
        <w:rPr>
          <w:rFonts w:ascii="Georgia" w:hAnsi="Georgia"/>
          <w:b w:val="0"/>
          <w:i/>
          <w:color w:val="000000"/>
          <w:sz w:val="24"/>
        </w:rPr>
        <w:t>эмет</w:t>
      </w:r>
      <w:r>
        <w:rPr>
          <w:rFonts w:ascii="Georgia" w:hAnsi="Georgia"/>
          <w:b w:val="0"/>
          <w:i w:val="0"/>
          <w:color w:val="000000"/>
          <w:sz w:val="24"/>
        </w:rPr>
        <w:t xml:space="preserve">), в котором содержатся семь Имен САГ, составляющих [число слова] </w:t>
      </w:r>
      <w:r>
        <w:rPr>
          <w:rFonts w:ascii="Georgia" w:hAnsi="Georgia"/>
          <w:b w:val="0"/>
          <w:i/>
          <w:color w:val="000000"/>
          <w:sz w:val="24"/>
        </w:rPr>
        <w:t>эмет</w:t>
      </w:r>
      <w:r>
        <w:rPr>
          <w:rFonts w:ascii="Georgia" w:hAnsi="Georgia"/>
          <w:b w:val="0"/>
          <w:i w:val="0"/>
          <w:color w:val="000000"/>
          <w:sz w:val="24"/>
        </w:rPr>
        <w:t>. И направь намерение на всё это.</w:t>
      </w:r>
    </w:p>
    <w:p>
      <w:pPr>
        <w:spacing w:before="40" w:after="120"/>
        <w:jc w:val="both"/>
      </w:pPr>
      <w:r>
        <w:rPr>
          <w:rFonts w:ascii="Georgia" w:hAnsi="Georgia"/>
          <w:b w:val="0"/>
          <w:i w:val="0"/>
          <w:color w:val="000000"/>
          <w:sz w:val="24"/>
        </w:rPr>
        <w:t xml:space="preserve">Затем направь намерение наполнить упомянутые десять [Имен] АВАЯ, чтобы все они были с наполнением буквами йод, и каждая их буква огласована шва и камацем. Оказывается, что в каждом таком [Имени] АВАЯ есть десять букв, и они составляют десять раз по </w:t>
      </w:r>
      <w:r>
        <w:rPr>
          <w:rFonts w:ascii="Georgia" w:hAnsi="Georgia"/>
          <w:b w:val="0"/>
          <w:i/>
          <w:color w:val="000000"/>
          <w:sz w:val="24"/>
        </w:rPr>
        <w:t>эле</w:t>
      </w:r>
      <w:r>
        <w:rPr>
          <w:rFonts w:ascii="Georgia" w:hAnsi="Georgia"/>
          <w:b w:val="0"/>
          <w:i w:val="0"/>
          <w:color w:val="000000"/>
          <w:sz w:val="24"/>
        </w:rPr>
        <w:t xml:space="preserve"> в каждом [Имени] АВАЯ. И направь намерение на то, что это — тайна [слов] </w:t>
      </w:r>
      <w:r>
        <w:rPr>
          <w:rFonts w:ascii="Georgia" w:hAnsi="Georgia"/>
          <w:b w:val="0"/>
          <w:i/>
          <w:color w:val="000000"/>
          <w:sz w:val="24"/>
        </w:rPr>
        <w:t>Элокей кедем</w:t>
      </w:r>
      <w:r>
        <w:rPr>
          <w:rFonts w:ascii="Georgia" w:hAnsi="Georgia"/>
          <w:b w:val="0"/>
          <w:i w:val="0"/>
          <w:color w:val="000000"/>
          <w:sz w:val="24"/>
        </w:rPr>
        <w:t xml:space="preserve">, ведь четыре буквы простого [Имени] АВАЯ сами по себе [по огласовкам] равны по гематрии числу </w:t>
      </w:r>
      <w:r>
        <w:rPr>
          <w:rFonts w:ascii="Georgia" w:hAnsi="Georgia"/>
          <w:b w:val="0"/>
          <w:i/>
          <w:color w:val="000000"/>
          <w:sz w:val="24"/>
        </w:rPr>
        <w:t>кедем</w:t>
      </w:r>
      <w:r>
        <w:rPr>
          <w:rFonts w:ascii="Georgia" w:hAnsi="Georgia"/>
          <w:b w:val="0"/>
          <w:i w:val="0"/>
          <w:color w:val="000000"/>
          <w:sz w:val="24"/>
        </w:rPr>
        <w:t xml:space="preserve">, но в своем наполнении они составляют десять букв, то есть десять раз по </w:t>
      </w:r>
      <w:r>
        <w:rPr>
          <w:rFonts w:ascii="Georgia" w:hAnsi="Georgia"/>
          <w:b w:val="0"/>
          <w:i/>
          <w:color w:val="000000"/>
          <w:sz w:val="24"/>
        </w:rPr>
        <w:t>эле</w:t>
      </w:r>
      <w:r>
        <w:rPr>
          <w:rFonts w:ascii="Georgia" w:hAnsi="Georgia"/>
          <w:b w:val="0"/>
          <w:i w:val="0"/>
          <w:color w:val="000000"/>
          <w:sz w:val="24"/>
        </w:rPr>
        <w:t xml:space="preserve">. И это — </w:t>
      </w:r>
      <w:r>
        <w:rPr>
          <w:rFonts w:ascii="Georgia" w:hAnsi="Georgia"/>
          <w:b w:val="0"/>
          <w:i/>
          <w:color w:val="000000"/>
          <w:sz w:val="24"/>
        </w:rPr>
        <w:t>Элокей</w:t>
      </w:r>
      <w:r>
        <w:rPr>
          <w:rFonts w:ascii="Georgia" w:hAnsi="Georgia"/>
          <w:b w:val="0"/>
          <w:i w:val="0"/>
          <w:color w:val="000000"/>
          <w:sz w:val="24"/>
        </w:rPr>
        <w:t xml:space="preserve">: </w:t>
      </w:r>
      <w:r>
        <w:rPr>
          <w:rFonts w:ascii="Georgia" w:hAnsi="Georgia"/>
          <w:b w:val="0"/>
          <w:i/>
          <w:color w:val="000000"/>
          <w:sz w:val="24"/>
        </w:rPr>
        <w:t>эле</w:t>
      </w:r>
      <w:r>
        <w:rPr>
          <w:rFonts w:ascii="Georgia" w:hAnsi="Georgia"/>
          <w:b w:val="0"/>
          <w:i w:val="0"/>
          <w:color w:val="000000"/>
          <w:sz w:val="24"/>
        </w:rPr>
        <w:t xml:space="preserve"> и йод, а их соединение — </w:t>
      </w:r>
      <w:r>
        <w:rPr>
          <w:rFonts w:ascii="Georgia" w:hAnsi="Georgia"/>
          <w:b w:val="0"/>
          <w:i/>
          <w:color w:val="000000"/>
          <w:sz w:val="24"/>
        </w:rPr>
        <w:t>Элокей кедем</w:t>
      </w:r>
      <w:r>
        <w:rPr>
          <w:rFonts w:ascii="Georgia" w:hAnsi="Georgia"/>
          <w:b w:val="0"/>
          <w:i w:val="0"/>
          <w:color w:val="000000"/>
          <w:sz w:val="24"/>
        </w:rPr>
        <w:t xml:space="preserve">. Знай, что всегда необходимо направлять намерение — как в десяти простых [Именах] АВАЯ, так и в десяти наполненных — на их огласовку, то есть шва и камац, следующим образом: ведь слово </w:t>
      </w:r>
      <w:r>
        <w:rPr>
          <w:rFonts w:ascii="Georgia" w:hAnsi="Georgia"/>
          <w:b w:val="0"/>
          <w:i/>
          <w:color w:val="000000"/>
          <w:sz w:val="24"/>
        </w:rPr>
        <w:t>шва</w:t>
      </w:r>
      <w:r>
        <w:rPr>
          <w:rFonts w:ascii="Georgia" w:hAnsi="Georgia"/>
          <w:b w:val="0"/>
          <w:i w:val="0"/>
          <w:color w:val="000000"/>
          <w:sz w:val="24"/>
        </w:rPr>
        <w:t xml:space="preserve"> (</w:t>
      </w:r>
      <w:r>
        <w:rPr>
          <w:rFonts w:ascii="Georgia" w:hAnsi="Georgia" w:cs="Times New Roman"/>
          <w:b/>
          <w:i w:val="0"/>
          <w:color w:val="000000"/>
          <w:sz w:val="24"/>
          <w:rtl/>
          <w:szCs w:val="32"/>
        </w:rPr>
        <w:t>שְׁבָא</w:t>
      </w:r>
      <w:r>
        <w:rPr>
          <w:rFonts w:ascii="Georgia" w:hAnsi="Georgia"/>
          <w:b w:val="0"/>
          <w:i w:val="0"/>
          <w:color w:val="000000"/>
          <w:sz w:val="24"/>
        </w:rPr>
        <w:t xml:space="preserve"> = 303) равно по гематрии двум Именам ЭЙЕ — с наполнением буквами йод (161) и буквами алеф (143) [Говорит Шмуэль: с колелем]; а слово </w:t>
      </w:r>
      <w:r>
        <w:rPr>
          <w:rFonts w:ascii="Georgia" w:hAnsi="Georgia"/>
          <w:b w:val="0"/>
          <w:i/>
          <w:color w:val="000000"/>
          <w:sz w:val="24"/>
        </w:rPr>
        <w:t>камац</w:t>
      </w:r>
      <w:r>
        <w:rPr>
          <w:rFonts w:ascii="Georgia" w:hAnsi="Georgia"/>
          <w:b w:val="0"/>
          <w:i w:val="0"/>
          <w:color w:val="000000"/>
          <w:sz w:val="24"/>
        </w:rPr>
        <w:t xml:space="preserve"> (</w:t>
      </w:r>
      <w:r>
        <w:rPr>
          <w:rFonts w:ascii="Georgia" w:hAnsi="Georgia" w:cs="Times New Roman"/>
          <w:b/>
          <w:i w:val="0"/>
          <w:color w:val="000000"/>
          <w:sz w:val="24"/>
          <w:rtl/>
          <w:szCs w:val="32"/>
        </w:rPr>
        <w:t>קָמַץ</w:t>
      </w:r>
      <w:r>
        <w:rPr>
          <w:rFonts w:ascii="Georgia" w:hAnsi="Georgia"/>
          <w:b w:val="0"/>
          <w:i w:val="0"/>
          <w:color w:val="000000"/>
          <w:sz w:val="24"/>
        </w:rPr>
        <w:t xml:space="preserve"> = 230) вместе с тремя своими буквами равно по гематрии [Именам] АВАЯ (72) и ЭЙЕ (161), обоим с наполнением буквами йод.</w:t>
      </w:r>
    </w:p>
    <w:p>
      <w:pPr>
        <w:spacing w:before="40" w:after="120"/>
        <w:jc w:val="both"/>
      </w:pPr>
      <w:r>
        <w:rPr>
          <w:rFonts w:ascii="Georgia" w:hAnsi="Georgia"/>
          <w:b w:val="0"/>
          <w:i w:val="0"/>
          <w:color w:val="000000"/>
          <w:sz w:val="24"/>
        </w:rPr>
        <w:t>И теперь, если пожелаешь, направь сейчас здесь намерение на то единение (</w:t>
      </w:r>
      <w:r>
        <w:rPr>
          <w:rFonts w:ascii="Georgia" w:hAnsi="Georgia"/>
          <w:b w:val="0"/>
          <w:i/>
          <w:color w:val="000000"/>
          <w:sz w:val="24"/>
        </w:rPr>
        <w:t>ихуд</w:t>
      </w:r>
      <w:r>
        <w:rPr>
          <w:rFonts w:ascii="Georgia" w:hAnsi="Georgia"/>
          <w:b w:val="0"/>
          <w:i w:val="0"/>
          <w:color w:val="000000"/>
          <w:sz w:val="24"/>
        </w:rPr>
        <w:t>), которое мы с помощью Всевышнего разъясним ниже, вслед за этим, а затем вернись сюда. Если же ты не хочешь удлинять [молитву], оставь то единение и заверши только это единение, и вот его суть: снова направь намерение на упомянутые десять [Имен] АВАЯ в точности в их наполнении и с их огласовками, но тебе не требуется направлять упомянутые каванот (намерения), а направь намерение только на следующее: в каждом [Имени] АВАЯ есть десять букв, и в них — десять огласовок шва и камац, которые составляют десять раз по 36 и по гематрии равны 360 (</w:t>
      </w:r>
      <w:r>
        <w:rPr>
          <w:rFonts w:ascii="Georgia" w:hAnsi="Georgia" w:cs="Times New Roman"/>
          <w:b/>
          <w:i w:val="0"/>
          <w:color w:val="000000"/>
          <w:sz w:val="24"/>
          <w:rtl/>
          <w:szCs w:val="32"/>
        </w:rPr>
        <w:t>ש״ס</w:t>
      </w:r>
      <w:r>
        <w:rPr>
          <w:rFonts w:ascii="Georgia" w:hAnsi="Georgia"/>
          <w:b w:val="0"/>
          <w:i w:val="0"/>
          <w:color w:val="000000"/>
          <w:sz w:val="24"/>
        </w:rPr>
        <w:t>). И если ты прибавишь к ним десять букв [самого Имени] АВАЯ, получится 370 (</w:t>
      </w:r>
      <w:r>
        <w:rPr>
          <w:rFonts w:ascii="Georgia" w:hAnsi="Georgia" w:cs="Times New Roman"/>
          <w:b/>
          <w:i w:val="0"/>
          <w:color w:val="000000"/>
          <w:sz w:val="24"/>
          <w:rtl/>
          <w:szCs w:val="32"/>
        </w:rPr>
        <w:t>ש״ע</w:t>
      </w:r>
      <w:r>
        <w:rPr>
          <w:rFonts w:ascii="Georgia" w:hAnsi="Georgia"/>
          <w:b w:val="0"/>
          <w:i w:val="0"/>
          <w:color w:val="000000"/>
          <w:sz w:val="24"/>
        </w:rPr>
        <w:t>). Направь намерение на то, что это — 370 светов долготы лика Атика (</w:t>
      </w:r>
      <w:r>
        <w:rPr>
          <w:rFonts w:ascii="Georgia" w:hAnsi="Georgia"/>
          <w:b w:val="0"/>
          <w:i/>
          <w:color w:val="000000"/>
          <w:sz w:val="24"/>
        </w:rPr>
        <w:t>арха де-анпой де-Атика</w:t>
      </w:r>
      <w:r>
        <w:rPr>
          <w:rFonts w:ascii="Georgia" w:hAnsi="Georgia"/>
          <w:b w:val="0"/>
          <w:i w:val="0"/>
          <w:color w:val="000000"/>
          <w:sz w:val="24"/>
        </w:rPr>
        <w:t>), которых, как известно, насчитывается 370 мириад. И благодаря этому Даат удлиняется также лик ЗА, как сказано в Идре: «Даат свидетельствует на лике святого сына».</w:t>
      </w:r>
    </w:p>
    <w:p>
      <w:pPr>
        <w:spacing w:before="40" w:after="120"/>
        <w:jc w:val="both"/>
      </w:pPr>
      <w:r>
        <w:rPr>
          <w:rFonts w:ascii="Georgia" w:hAnsi="Georgia"/>
          <w:b w:val="0"/>
          <w:i w:val="0"/>
          <w:color w:val="000000"/>
          <w:sz w:val="24"/>
        </w:rPr>
        <w:t>А затем, в завершение всех десяти [Имен] АВАЯ, направь намерение на то, что каждое такое [Имя] АВАЯ по своим буквам равно по гематрии 72 (АБ) с наполнением буквами йод, а десять раз по 72 составляют 720 (</w:t>
      </w:r>
      <w:r>
        <w:rPr>
          <w:rFonts w:ascii="Georgia" w:hAnsi="Georgia" w:cs="Times New Roman"/>
          <w:b/>
          <w:i w:val="0"/>
          <w:color w:val="000000"/>
          <w:sz w:val="24"/>
          <w:rtl/>
          <w:szCs w:val="32"/>
        </w:rPr>
        <w:t>תש״ך</w:t>
      </w:r>
      <w:r>
        <w:rPr>
          <w:rFonts w:ascii="Georgia" w:hAnsi="Georgia"/>
          <w:b w:val="0"/>
          <w:i w:val="0"/>
          <w:color w:val="000000"/>
          <w:sz w:val="24"/>
        </w:rPr>
        <w:t xml:space="preserve">). И пусть направит намерение на то, что это соответствует числу 720 сочетаний слова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как известно. И это — то единение, которое ты при желании можешь соединить с упомянутым выше единением.</w:t>
      </w:r>
    </w:p>
    <w:p>
      <w:pPr>
        <w:keepNext/>
        <w:spacing w:before="320" w:after="120"/>
      </w:pPr>
      <w:r>
        <w:rPr>
          <w:rFonts w:ascii="Georgia" w:hAnsi="Georgia"/>
          <w:b w:val="0"/>
          <w:i w:val="0"/>
          <w:color w:val="000000"/>
          <w:sz w:val="32"/>
        </w:rPr>
        <w:t>Ихуд 14</w:t>
      </w:r>
    </w:p>
    <w:p>
      <w:pPr>
        <w:spacing w:before="40" w:after="120"/>
        <w:jc w:val="both"/>
      </w:pPr>
      <w:r>
        <w:rPr>
          <w:rFonts w:ascii="Georgia" w:hAnsi="Georgia"/>
          <w:b w:val="0"/>
          <w:i w:val="0"/>
          <w:color w:val="000000"/>
          <w:sz w:val="24"/>
        </w:rPr>
        <w:t>Прежде всего тебе нужно сосредоточиться на начале упомянутого единения (</w:t>
      </w:r>
      <w:r>
        <w:rPr>
          <w:rFonts w:ascii="Georgia" w:hAnsi="Georgia"/>
          <w:b w:val="0"/>
          <w:i/>
          <w:color w:val="000000"/>
          <w:sz w:val="24"/>
        </w:rPr>
        <w:t>ихуд</w:t>
      </w:r>
      <w:r>
        <w:rPr>
          <w:rFonts w:ascii="Georgia" w:hAnsi="Georgia"/>
          <w:b w:val="0"/>
          <w:i w:val="0"/>
          <w:color w:val="000000"/>
          <w:sz w:val="24"/>
        </w:rPr>
        <w:t xml:space="preserve">), [а именно] на десяти простых [Именах] АВАЯ с огласовками, а затем — на них же в их наполнении и тоже с огласовками, как сказано выше. И перед тем как сосредоточиться на 370 светах лика (неорин де-анпин), как написано выше, сосредоточься на этом, а затем вернись туда. Суть этого в следующем: сосредоточься на том, как в каждой из семи нижних [сфирот] Зеир Анпина (ЗА) тоже присутствует свойство </w:t>
      </w:r>
      <w:r>
        <w:rPr>
          <w:rFonts w:ascii="Georgia" w:hAnsi="Georgia"/>
          <w:b w:val="0"/>
          <w:i/>
          <w:color w:val="000000"/>
          <w:sz w:val="24"/>
        </w:rPr>
        <w:t>кедем</w:t>
      </w:r>
      <w:r>
        <w:rPr>
          <w:rFonts w:ascii="Georgia" w:hAnsi="Georgia"/>
          <w:b w:val="0"/>
          <w:i w:val="0"/>
          <w:color w:val="000000"/>
          <w:sz w:val="24"/>
        </w:rPr>
        <w:t xml:space="preserve"> (</w:t>
      </w:r>
      <w:r>
        <w:rPr>
          <w:rFonts w:ascii="Georgia" w:hAnsi="Georgia" w:cs="Times New Roman"/>
          <w:b/>
          <w:i w:val="0"/>
          <w:color w:val="000000"/>
          <w:sz w:val="24"/>
          <w:rtl/>
          <w:szCs w:val="32"/>
        </w:rPr>
        <w:t>קֶדֶם</w:t>
      </w:r>
      <w:r>
        <w:rPr>
          <w:rFonts w:ascii="Georgia" w:hAnsi="Georgia"/>
          <w:b w:val="0"/>
          <w:i w:val="0"/>
          <w:color w:val="000000"/>
          <w:sz w:val="24"/>
        </w:rPr>
        <w:t xml:space="preserve">). Смысл здесь в том, что каждая из шести оконечностей (ВАК) де-ЗА представляет собой тайну </w:t>
      </w:r>
      <w:r>
        <w:rPr>
          <w:rFonts w:ascii="Georgia" w:hAnsi="Georgia"/>
          <w:b w:val="0"/>
          <w:i/>
          <w:color w:val="000000"/>
          <w:sz w:val="24"/>
        </w:rPr>
        <w:t>кедем</w:t>
      </w:r>
      <w:r>
        <w:rPr>
          <w:rFonts w:ascii="Georgia" w:hAnsi="Georgia"/>
          <w:b w:val="0"/>
          <w:i w:val="0"/>
          <w:color w:val="000000"/>
          <w:sz w:val="24"/>
        </w:rPr>
        <w:t xml:space="preserve">, чтобы изливать [свет] в Малхут, которая является седьмой и тоже представляет собой тайну </w:t>
      </w:r>
      <w:r>
        <w:rPr>
          <w:rFonts w:ascii="Georgia" w:hAnsi="Georgia"/>
          <w:b w:val="0"/>
          <w:i/>
          <w:color w:val="000000"/>
          <w:sz w:val="24"/>
        </w:rPr>
        <w:t>кедем</w:t>
      </w:r>
      <w:r>
        <w:rPr>
          <w:rFonts w:ascii="Georgia" w:hAnsi="Georgia"/>
          <w:b w:val="0"/>
          <w:i w:val="0"/>
          <w:color w:val="000000"/>
          <w:sz w:val="24"/>
        </w:rPr>
        <w:t>, как мы объясним далее. Сначала сосредоточься в Хеседе де-ЗА, где пребывают три Имени из букв йод, хэй, вав (</w:t>
      </w:r>
      <w:r>
        <w:rPr>
          <w:rFonts w:ascii="Georgia" w:hAnsi="Georgia" w:cs="Times New Roman"/>
          <w:b/>
          <w:i w:val="0"/>
          <w:color w:val="000000"/>
          <w:sz w:val="24"/>
          <w:rtl/>
          <w:szCs w:val="32"/>
        </w:rPr>
        <w:t>יה״ו</w:t>
      </w:r>
      <w:r>
        <w:rPr>
          <w:rFonts w:ascii="Georgia" w:hAnsi="Georgia"/>
          <w:b w:val="0"/>
          <w:i w:val="0"/>
          <w:color w:val="000000"/>
          <w:sz w:val="24"/>
        </w:rPr>
        <w:t>): первое — в наполнении АБ, второе — в наполнении САГ, а третье — в наполнении МА; их гематрия — (</w:t>
      </w:r>
      <w:r>
        <w:rPr>
          <w:rFonts w:ascii="Georgia" w:hAnsi="Georgia" w:cs="Times New Roman"/>
          <w:b/>
          <w:i w:val="0"/>
          <w:color w:val="000000"/>
          <w:sz w:val="24"/>
          <w:rtl/>
          <w:szCs w:val="32"/>
        </w:rPr>
        <w:t>נ״ז</w:t>
      </w:r>
      <w:r>
        <w:rPr>
          <w:rFonts w:ascii="Georgia" w:hAnsi="Georgia"/>
          <w:b w:val="0"/>
          <w:i w:val="0"/>
          <w:color w:val="000000"/>
          <w:sz w:val="24"/>
        </w:rPr>
        <w:t xml:space="preserve"> = 57), (</w:t>
      </w:r>
      <w:r>
        <w:rPr>
          <w:rFonts w:ascii="Georgia" w:hAnsi="Georgia" w:cs="Times New Roman"/>
          <w:b/>
          <w:i w:val="0"/>
          <w:color w:val="000000"/>
          <w:sz w:val="24"/>
          <w:rtl/>
          <w:szCs w:val="32"/>
        </w:rPr>
        <w:t>מ״ח</w:t>
      </w:r>
      <w:r>
        <w:rPr>
          <w:rFonts w:ascii="Georgia" w:hAnsi="Georgia"/>
          <w:b w:val="0"/>
          <w:i w:val="0"/>
          <w:color w:val="000000"/>
          <w:sz w:val="24"/>
        </w:rPr>
        <w:t xml:space="preserve"> = 48) и (</w:t>
      </w:r>
      <w:r>
        <w:rPr>
          <w:rFonts w:ascii="Georgia" w:hAnsi="Georgia" w:cs="Times New Roman"/>
          <w:b/>
          <w:i w:val="0"/>
          <w:color w:val="000000"/>
          <w:sz w:val="24"/>
          <w:rtl/>
          <w:szCs w:val="32"/>
        </w:rPr>
        <w:t>ט״ל</w:t>
      </w:r>
      <w:r>
        <w:rPr>
          <w:rFonts w:ascii="Georgia" w:hAnsi="Georgia"/>
          <w:b w:val="0"/>
          <w:i w:val="0"/>
          <w:color w:val="000000"/>
          <w:sz w:val="24"/>
        </w:rPr>
        <w:t xml:space="preserve"> = 39), а сумма всех трех составляет [число] </w:t>
      </w:r>
      <w:r>
        <w:rPr>
          <w:rFonts w:ascii="Georgia" w:hAnsi="Georgia"/>
          <w:b w:val="0"/>
          <w:i/>
          <w:color w:val="000000"/>
          <w:sz w:val="24"/>
        </w:rPr>
        <w:t>кедем</w:t>
      </w:r>
      <w:r>
        <w:rPr>
          <w:rFonts w:ascii="Georgia" w:hAnsi="Georgia"/>
          <w:b w:val="0"/>
          <w:i w:val="0"/>
          <w:color w:val="000000"/>
          <w:sz w:val="24"/>
        </w:rPr>
        <w:t xml:space="preserve"> (144).</w:t>
      </w:r>
    </w:p>
    <w:p>
      <w:pPr>
        <w:spacing w:before="40" w:after="120"/>
        <w:jc w:val="both"/>
      </w:pPr>
      <w:r>
        <w:rPr>
          <w:rFonts w:ascii="Georgia" w:hAnsi="Georgia"/>
          <w:b w:val="0"/>
          <w:i w:val="0"/>
          <w:color w:val="000000"/>
          <w:sz w:val="24"/>
        </w:rPr>
        <w:t>Также сосредоточься на Имени ЭЙЕ де-альфин (с наполнением алеф), которое вместе с колелем (</w:t>
      </w:r>
      <w:r>
        <w:rPr>
          <w:rFonts w:ascii="Georgia" w:hAnsi="Georgia"/>
          <w:b w:val="0"/>
          <w:i/>
          <w:color w:val="000000"/>
          <w:sz w:val="24"/>
        </w:rPr>
        <w:t>колель</w:t>
      </w:r>
      <w:r>
        <w:rPr>
          <w:rFonts w:ascii="Georgia" w:hAnsi="Georgia"/>
          <w:b w:val="0"/>
          <w:i w:val="0"/>
          <w:color w:val="000000"/>
          <w:sz w:val="24"/>
        </w:rPr>
        <w:t xml:space="preserve">) тоже равно в гематрии числу </w:t>
      </w:r>
      <w:r>
        <w:rPr>
          <w:rFonts w:ascii="Georgia" w:hAnsi="Georgia"/>
          <w:b w:val="0"/>
          <w:i/>
          <w:color w:val="000000"/>
          <w:sz w:val="24"/>
        </w:rPr>
        <w:t>кедем</w:t>
      </w:r>
      <w:r>
        <w:rPr>
          <w:rFonts w:ascii="Georgia" w:hAnsi="Georgia"/>
          <w:b w:val="0"/>
          <w:i w:val="0"/>
          <w:color w:val="000000"/>
          <w:sz w:val="24"/>
        </w:rPr>
        <w:t>, и сосредоточься на том, что это Имя ЭЙЕ служит одеянием (левуш) для трех упомянутых [сочетаний] букв йод, хэй, вав, ведь буквы йод, хэй, вав равны по гематрии Имени ЭЙЕ [обе равны 21]. Затем сосредоточься в Гвуре на трех сочетаниях букв хэй, вав, йод (</w:t>
      </w:r>
      <w:r>
        <w:rPr>
          <w:rFonts w:ascii="Georgia" w:hAnsi="Georgia" w:cs="Times New Roman"/>
          <w:b/>
          <w:i w:val="0"/>
          <w:color w:val="000000"/>
          <w:sz w:val="24"/>
          <w:rtl/>
          <w:szCs w:val="32"/>
        </w:rPr>
        <w:t>הו״י</w:t>
      </w:r>
      <w:r>
        <w:rPr>
          <w:rFonts w:ascii="Georgia" w:hAnsi="Georgia"/>
          <w:b w:val="0"/>
          <w:i w:val="0"/>
          <w:color w:val="000000"/>
          <w:sz w:val="24"/>
        </w:rPr>
        <w:t xml:space="preserve">) в [наполнениях] АБ, САГ и МА подобно сказанному выше, которые равны в гематрии числу </w:t>
      </w:r>
      <w:r>
        <w:rPr>
          <w:rFonts w:ascii="Georgia" w:hAnsi="Georgia"/>
          <w:b w:val="0"/>
          <w:i/>
          <w:color w:val="000000"/>
          <w:sz w:val="24"/>
        </w:rPr>
        <w:t>кедем</w:t>
      </w:r>
      <w:r>
        <w:rPr>
          <w:rFonts w:ascii="Georgia" w:hAnsi="Georgia"/>
          <w:b w:val="0"/>
          <w:i w:val="0"/>
          <w:color w:val="000000"/>
          <w:sz w:val="24"/>
        </w:rPr>
        <w:t xml:space="preserve">, как сказано ранее; и также сосредоточься на Имени ЭЙЕ де-альфин — их одеянии, аналогично упомянутому выше, которое тоже равно в гематрии числу </w:t>
      </w:r>
      <w:r>
        <w:rPr>
          <w:rFonts w:ascii="Georgia" w:hAnsi="Georgia"/>
          <w:b w:val="0"/>
          <w:i/>
          <w:color w:val="000000"/>
          <w:sz w:val="24"/>
        </w:rPr>
        <w:t>кедем</w:t>
      </w:r>
      <w:r>
        <w:rPr>
          <w:rFonts w:ascii="Georgia" w:hAnsi="Georgia"/>
          <w:b w:val="0"/>
          <w:i w:val="0"/>
          <w:color w:val="000000"/>
          <w:sz w:val="24"/>
        </w:rPr>
        <w:t>. Затем сосредоточься в Тиферет во всем, как сказано выше, но только в сочетании вав, йод, хэй (</w:t>
      </w:r>
      <w:r>
        <w:rPr>
          <w:rFonts w:ascii="Georgia" w:hAnsi="Georgia" w:cs="Times New Roman"/>
          <w:b/>
          <w:i w:val="0"/>
          <w:color w:val="000000"/>
          <w:sz w:val="24"/>
          <w:rtl/>
          <w:szCs w:val="32"/>
        </w:rPr>
        <w:t>וי״ה</w:t>
      </w:r>
      <w:r>
        <w:rPr>
          <w:rFonts w:ascii="Georgia" w:hAnsi="Georgia"/>
          <w:b w:val="0"/>
          <w:i w:val="0"/>
          <w:color w:val="000000"/>
          <w:sz w:val="24"/>
        </w:rPr>
        <w:t>): трижды — вав, йод, хэй; вав, йод, хэй; вав, йод, хэй [в наполнениях АБ, САГ и МА].</w:t>
      </w:r>
    </w:p>
    <w:p>
      <w:pPr>
        <w:spacing w:before="40" w:after="120"/>
        <w:jc w:val="both"/>
      </w:pPr>
      <w:r>
        <w:rPr>
          <w:rFonts w:ascii="Georgia" w:hAnsi="Georgia"/>
          <w:b w:val="0"/>
          <w:i w:val="0"/>
          <w:color w:val="000000"/>
          <w:sz w:val="24"/>
        </w:rPr>
        <w:t>Затем сосредоточься в Нецахе во всем упомянутом выше в сочетании йод, вав, хэй (</w:t>
      </w:r>
      <w:r>
        <w:rPr>
          <w:rFonts w:ascii="Georgia" w:hAnsi="Georgia" w:cs="Times New Roman"/>
          <w:b/>
          <w:i w:val="0"/>
          <w:color w:val="000000"/>
          <w:sz w:val="24"/>
          <w:rtl/>
          <w:szCs w:val="32"/>
        </w:rPr>
        <w:t>יו״ה</w:t>
      </w:r>
      <w:r>
        <w:rPr>
          <w:rFonts w:ascii="Georgia" w:hAnsi="Georgia"/>
          <w:b w:val="0"/>
          <w:i w:val="0"/>
          <w:color w:val="000000"/>
          <w:sz w:val="24"/>
        </w:rPr>
        <w:t>): трижды — йод, вав, хэй; йод, вав, хэй; йод, вав, хэй. Затем сосредоточься в Ходе во всем упомянутом выше в сочетании хэй, йод, вав (</w:t>
      </w:r>
      <w:r>
        <w:rPr>
          <w:rFonts w:ascii="Georgia" w:hAnsi="Georgia" w:cs="Times New Roman"/>
          <w:b/>
          <w:i w:val="0"/>
          <w:color w:val="000000"/>
          <w:sz w:val="24"/>
          <w:rtl/>
          <w:szCs w:val="32"/>
        </w:rPr>
        <w:t>הי״ו</w:t>
      </w:r>
      <w:r>
        <w:rPr>
          <w:rFonts w:ascii="Georgia" w:hAnsi="Georgia"/>
          <w:b w:val="0"/>
          <w:i w:val="0"/>
          <w:color w:val="000000"/>
          <w:sz w:val="24"/>
        </w:rPr>
        <w:t>): трижды — хэй, йод, вав; хэй, йод, вав; хэй, йод, вав. Затем сосредоточься в Есоде во всем упомянутом выше в сочетании вав, хэй, йод (</w:t>
      </w:r>
      <w:r>
        <w:rPr>
          <w:rFonts w:ascii="Georgia" w:hAnsi="Georgia" w:cs="Times New Roman"/>
          <w:b/>
          <w:i w:val="0"/>
          <w:color w:val="000000"/>
          <w:sz w:val="24"/>
          <w:rtl/>
          <w:szCs w:val="32"/>
        </w:rPr>
        <w:t>וה״י</w:t>
      </w:r>
      <w:r>
        <w:rPr>
          <w:rFonts w:ascii="Georgia" w:hAnsi="Georgia"/>
          <w:b w:val="0"/>
          <w:i w:val="0"/>
          <w:color w:val="000000"/>
          <w:sz w:val="24"/>
        </w:rPr>
        <w:t xml:space="preserve">): трижды — вав, хэй, йод; вав, хэй, йод; вав, хэй, йод. Вот шесть раз по </w:t>
      </w:r>
      <w:r>
        <w:rPr>
          <w:rFonts w:ascii="Georgia" w:hAnsi="Georgia"/>
          <w:b w:val="0"/>
          <w:i/>
          <w:color w:val="000000"/>
          <w:sz w:val="24"/>
        </w:rPr>
        <w:t>кедем</w:t>
      </w:r>
      <w:r>
        <w:rPr>
          <w:rFonts w:ascii="Georgia" w:hAnsi="Georgia"/>
          <w:b w:val="0"/>
          <w:i w:val="0"/>
          <w:color w:val="000000"/>
          <w:sz w:val="24"/>
        </w:rPr>
        <w:t xml:space="preserve">, помимо шести раз по </w:t>
      </w:r>
      <w:r>
        <w:rPr>
          <w:rFonts w:ascii="Georgia" w:hAnsi="Georgia"/>
          <w:b w:val="0"/>
          <w:i/>
          <w:color w:val="000000"/>
          <w:sz w:val="24"/>
        </w:rPr>
        <w:t>кедем</w:t>
      </w:r>
      <w:r>
        <w:rPr>
          <w:rFonts w:ascii="Georgia" w:hAnsi="Georgia"/>
          <w:b w:val="0"/>
          <w:i w:val="0"/>
          <w:color w:val="000000"/>
          <w:sz w:val="24"/>
        </w:rPr>
        <w:t xml:space="preserve"> одеяний, представляющих собой Имя ЭЙЕ де-альфин, как сказано выше. Затем сосредоточься в Малхут на трех сочетаниях букв йод, хэй, вав в прямом порядке: йод, хэй, вав; йод, хэй, вав; йод, хэй, вав — и все три в наполнении БОН де-хэйин (буквами хэй), составляющих трижды по (</w:t>
      </w:r>
      <w:r>
        <w:rPr>
          <w:rFonts w:ascii="Georgia" w:hAnsi="Georgia" w:cs="Times New Roman"/>
          <w:b/>
          <w:i w:val="0"/>
          <w:color w:val="000000"/>
          <w:sz w:val="24"/>
          <w:rtl/>
          <w:szCs w:val="32"/>
        </w:rPr>
        <w:t>מ״ב</w:t>
      </w:r>
      <w:r>
        <w:rPr>
          <w:rFonts w:ascii="Georgia" w:hAnsi="Georgia"/>
          <w:b w:val="0"/>
          <w:i w:val="0"/>
          <w:color w:val="000000"/>
          <w:sz w:val="24"/>
        </w:rPr>
        <w:t xml:space="preserve"> = 42): 42, 42, 42, что в сумме дает 126 (</w:t>
      </w:r>
      <w:r>
        <w:rPr>
          <w:rFonts w:ascii="Georgia" w:hAnsi="Georgia" w:cs="Times New Roman"/>
          <w:b/>
          <w:i w:val="0"/>
          <w:color w:val="000000"/>
          <w:sz w:val="24"/>
          <w:rtl/>
          <w:szCs w:val="32"/>
        </w:rPr>
        <w:t>קכ״ו</w:t>
      </w:r>
      <w:r>
        <w:rPr>
          <w:rFonts w:ascii="Georgia" w:hAnsi="Georgia"/>
          <w:b w:val="0"/>
          <w:i w:val="0"/>
          <w:color w:val="000000"/>
          <w:sz w:val="24"/>
        </w:rPr>
        <w:t xml:space="preserve">); это и есть тайна Малхут — квадрат (рибуа) Имени АДОНАЙ, который тоже равен в гематрии 126. [Говорит Шмуэль: мы также написали в другом месте, что на это есть намек и в стихе </w:t>
      </w:r>
      <w:r>
        <w:rPr>
          <w:rFonts w:ascii="Georgia" w:hAnsi="Georgia"/>
          <w:b w:val="0"/>
          <w:i/>
          <w:color w:val="000000"/>
          <w:sz w:val="24"/>
        </w:rPr>
        <w:t>«утвердил небеса разумом»</w:t>
      </w:r>
      <w:r>
        <w:rPr>
          <w:rFonts w:ascii="Georgia" w:hAnsi="Georgia"/>
          <w:b w:val="0"/>
          <w:i w:val="0"/>
          <w:color w:val="000000"/>
          <w:sz w:val="24"/>
        </w:rPr>
        <w:t xml:space="preserve"> (Мишлей 3:19).] И соедини с ними упомянутые выше шесть простых сочетаний букв йод, хэй, вав, составляющих 18 (</w:t>
      </w:r>
      <w:r>
        <w:rPr>
          <w:rFonts w:ascii="Georgia" w:hAnsi="Georgia" w:cs="Times New Roman"/>
          <w:b/>
          <w:i w:val="0"/>
          <w:color w:val="000000"/>
          <w:sz w:val="24"/>
          <w:rtl/>
          <w:szCs w:val="32"/>
        </w:rPr>
        <w:t>ח״י</w:t>
      </w:r>
      <w:r>
        <w:rPr>
          <w:rFonts w:ascii="Georgia" w:hAnsi="Georgia"/>
          <w:b w:val="0"/>
          <w:i w:val="0"/>
          <w:color w:val="000000"/>
          <w:sz w:val="24"/>
        </w:rPr>
        <w:t xml:space="preserve">) букв, и тогда все вместе составит в гематрии число </w:t>
      </w:r>
      <w:r>
        <w:rPr>
          <w:rFonts w:ascii="Georgia" w:hAnsi="Georgia"/>
          <w:b w:val="0"/>
          <w:i/>
          <w:color w:val="000000"/>
          <w:sz w:val="24"/>
        </w:rPr>
        <w:t>кедем</w:t>
      </w:r>
      <w:r>
        <w:rPr>
          <w:rFonts w:ascii="Georgia" w:hAnsi="Georgia"/>
          <w:b w:val="0"/>
          <w:i w:val="0"/>
          <w:color w:val="000000"/>
          <w:sz w:val="24"/>
        </w:rPr>
        <w:t xml:space="preserve">. И сосредоточься на том, что все шесть первых [чисел] </w:t>
      </w:r>
      <w:r>
        <w:rPr>
          <w:rFonts w:ascii="Georgia" w:hAnsi="Georgia"/>
          <w:b w:val="0"/>
          <w:i/>
          <w:color w:val="000000"/>
          <w:sz w:val="24"/>
        </w:rPr>
        <w:t>кедем</w:t>
      </w:r>
      <w:r>
        <w:rPr>
          <w:rFonts w:ascii="Georgia" w:hAnsi="Georgia"/>
          <w:b w:val="0"/>
          <w:i w:val="0"/>
          <w:color w:val="000000"/>
          <w:sz w:val="24"/>
        </w:rPr>
        <w:t xml:space="preserve"> изливают [свой свет] в Малхут, которая тоже является седьмым [числом] </w:t>
      </w:r>
      <w:r>
        <w:rPr>
          <w:rFonts w:ascii="Georgia" w:hAnsi="Georgia"/>
          <w:b w:val="0"/>
          <w:i/>
          <w:color w:val="000000"/>
          <w:sz w:val="24"/>
        </w:rPr>
        <w:t>кедем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также сосредоточься в Малхут на [числе] </w:t>
      </w:r>
      <w:r>
        <w:rPr>
          <w:rFonts w:ascii="Georgia" w:hAnsi="Georgia"/>
          <w:b w:val="0"/>
          <w:i/>
          <w:color w:val="000000"/>
          <w:sz w:val="24"/>
        </w:rPr>
        <w:t>кедем</w:t>
      </w:r>
      <w:r>
        <w:rPr>
          <w:rFonts w:ascii="Georgia" w:hAnsi="Georgia"/>
          <w:b w:val="0"/>
          <w:i w:val="0"/>
          <w:color w:val="000000"/>
          <w:sz w:val="24"/>
        </w:rPr>
        <w:t xml:space="preserve"> Имени ЭЙЕ де-альфин, как сказано выше, которое служит одеянием. И сосредоточься на том, что все эти свойства </w:t>
      </w:r>
      <w:r>
        <w:rPr>
          <w:rFonts w:ascii="Georgia" w:hAnsi="Georgia"/>
          <w:b w:val="0"/>
          <w:i/>
          <w:color w:val="000000"/>
          <w:sz w:val="24"/>
        </w:rPr>
        <w:t>кедем</w:t>
      </w:r>
      <w:r>
        <w:rPr>
          <w:rFonts w:ascii="Georgia" w:hAnsi="Georgia"/>
          <w:b w:val="0"/>
          <w:i w:val="0"/>
          <w:color w:val="000000"/>
          <w:sz w:val="24"/>
        </w:rPr>
        <w:t xml:space="preserve"> относятся к Малхут, представляющей собой Имя БОН в наполнении буквами хэй, квадрат которого равен в гематрии числу </w:t>
      </w:r>
      <w:r>
        <w:rPr>
          <w:rFonts w:ascii="Georgia" w:hAnsi="Georgia"/>
          <w:b w:val="0"/>
          <w:i/>
          <w:color w:val="000000"/>
          <w:sz w:val="24"/>
        </w:rPr>
        <w:t>кедем</w:t>
      </w:r>
      <w:r>
        <w:rPr>
          <w:rFonts w:ascii="Georgia" w:hAnsi="Georgia"/>
          <w:b w:val="0"/>
          <w:i w:val="0"/>
          <w:color w:val="000000"/>
          <w:sz w:val="24"/>
        </w:rPr>
        <w:t xml:space="preserve">. И сосредоточься на том, что упомянутые семь [Имен] ЭЙЕ, которые [вместе с колелями] равны в гематрии семикратному числу </w:t>
      </w:r>
      <w:r>
        <w:rPr>
          <w:rFonts w:ascii="Georgia" w:hAnsi="Georgia"/>
          <w:b w:val="0"/>
          <w:i/>
          <w:color w:val="000000"/>
          <w:sz w:val="24"/>
        </w:rPr>
        <w:t>кедем</w:t>
      </w:r>
      <w:r>
        <w:rPr>
          <w:rFonts w:ascii="Georgia" w:hAnsi="Georgia"/>
          <w:b w:val="0"/>
          <w:i w:val="0"/>
          <w:color w:val="000000"/>
          <w:sz w:val="24"/>
        </w:rPr>
        <w:t>, [сами по себе] составляют в гематрии 1001 (</w:t>
      </w:r>
      <w:r>
        <w:rPr>
          <w:rFonts w:ascii="Georgia" w:hAnsi="Georgia" w:cs="Times New Roman"/>
          <w:b/>
          <w:i w:val="0"/>
          <w:color w:val="000000"/>
          <w:sz w:val="24"/>
          <w:rtl/>
          <w:szCs w:val="32"/>
        </w:rPr>
        <w:t>תתר״א</w:t>
      </w:r>
      <w:r>
        <w:rPr>
          <w:rFonts w:ascii="Georgia" w:hAnsi="Georgia"/>
          <w:b w:val="0"/>
          <w:i w:val="0"/>
          <w:color w:val="000000"/>
          <w:sz w:val="24"/>
        </w:rPr>
        <w:t xml:space="preserve">), что является тайной [слов] </w:t>
      </w:r>
      <w:r>
        <w:rPr>
          <w:rFonts w:ascii="Georgia" w:hAnsi="Georgia"/>
          <w:b w:val="0"/>
          <w:i/>
          <w:color w:val="000000"/>
          <w:sz w:val="24"/>
        </w:rPr>
        <w:t>элеф</w:t>
      </w:r>
      <w:r>
        <w:rPr>
          <w:rFonts w:ascii="Georgia" w:hAnsi="Georgia"/>
          <w:b w:val="0"/>
          <w:i w:val="0"/>
          <w:color w:val="000000"/>
          <w:sz w:val="24"/>
        </w:rPr>
        <w:t xml:space="preserve"> и </w:t>
      </w:r>
      <w:r>
        <w:rPr>
          <w:rFonts w:ascii="Georgia" w:hAnsi="Georgia"/>
          <w:b w:val="0"/>
          <w:i/>
          <w:color w:val="000000"/>
          <w:sz w:val="24"/>
        </w:rPr>
        <w:t>алеф</w:t>
      </w:r>
      <w:r>
        <w:rPr>
          <w:rFonts w:ascii="Georgia" w:hAnsi="Georgia"/>
          <w:b w:val="0"/>
          <w:i w:val="0"/>
          <w:color w:val="000000"/>
          <w:sz w:val="24"/>
        </w:rPr>
        <w:t xml:space="preserve"> (</w:t>
      </w:r>
      <w:r>
        <w:rPr>
          <w:rFonts w:ascii="Georgia" w:hAnsi="Georgia" w:cs="Times New Roman"/>
          <w:b/>
          <w:i w:val="0"/>
          <w:color w:val="000000"/>
          <w:sz w:val="24"/>
          <w:rtl/>
          <w:szCs w:val="32"/>
        </w:rPr>
        <w:t>אֶלֶף וְאָלֶף</w:t>
      </w:r>
      <w:r>
        <w:rPr>
          <w:rFonts w:ascii="Georgia" w:hAnsi="Georgia"/>
          <w:b w:val="0"/>
          <w:i w:val="0"/>
          <w:color w:val="000000"/>
          <w:sz w:val="24"/>
        </w:rPr>
        <w:t xml:space="preserve"> — тысяча и единица), и сверх того остаются еще семь [единиц], составляющих общность семи раз по </w:t>
      </w:r>
      <w:r>
        <w:rPr>
          <w:rFonts w:ascii="Georgia" w:hAnsi="Georgia"/>
          <w:b w:val="0"/>
          <w:i/>
          <w:color w:val="000000"/>
          <w:sz w:val="24"/>
        </w:rPr>
        <w:t>кедем</w:t>
      </w:r>
      <w:r>
        <w:rPr>
          <w:rFonts w:ascii="Georgia" w:hAnsi="Georgia"/>
          <w:b w:val="0"/>
          <w:i w:val="0"/>
          <w:color w:val="000000"/>
          <w:sz w:val="24"/>
        </w:rPr>
        <w:t>. А затем вернись выше, к тринадцатому ихуду, на то место, где ты остановился, — к теме 370 светов [лика] и так далее. И знай, что время этих двух ихудим (единений) Даат — в ночь Шаббата перед полуночью.</w:t>
      </w:r>
    </w:p>
    <w:p>
      <w:pPr>
        <w:keepNext/>
        <w:spacing w:before="320" w:after="120"/>
      </w:pPr>
      <w:r>
        <w:rPr>
          <w:rFonts w:ascii="Georgia" w:hAnsi="Georgia"/>
          <w:b w:val="0"/>
          <w:i w:val="0"/>
          <w:color w:val="000000"/>
          <w:sz w:val="32"/>
        </w:rPr>
        <w:t>Ихуд 15</w:t>
      </w:r>
    </w:p>
    <w:p>
      <w:pPr>
        <w:spacing w:before="40" w:after="120"/>
        <w:jc w:val="both"/>
      </w:pPr>
      <w:r>
        <w:rPr>
          <w:rFonts w:ascii="Georgia" w:hAnsi="Georgia"/>
          <w:b w:val="0"/>
          <w:i w:val="0"/>
          <w:color w:val="000000"/>
          <w:sz w:val="24"/>
        </w:rPr>
        <w:t>На [могиле] рабби Йегуды бар Илая направь намерение на имя Йегуда (</w:t>
      </w:r>
      <w:r>
        <w:rPr>
          <w:rFonts w:ascii="Georgia" w:hAnsi="Georgia" w:cs="Times New Roman"/>
          <w:b/>
          <w:i w:val="0"/>
          <w:color w:val="000000"/>
          <w:sz w:val="24"/>
          <w:rtl/>
          <w:szCs w:val="32"/>
        </w:rPr>
        <w:t>יְהוּדָה</w:t>
      </w:r>
      <w:r>
        <w:rPr>
          <w:rFonts w:ascii="Georgia" w:hAnsi="Georgia"/>
          <w:b w:val="0"/>
          <w:i w:val="0"/>
          <w:color w:val="000000"/>
          <w:sz w:val="24"/>
        </w:rPr>
        <w:t>), ведь его числовое значение (гематрия) равно тридцати — [по числу] тридцати букв, содержащихся в трех Именах: АБ, САГ [и] МА, которые представляют мужское начало (захар). И направь намерение низвести их к женскому началу (некева) следующим образом: сосредоточь намерение на Имени из 42 [букв], выходящем из каждого из этих Имен, — а именно на 42 буквах, содержащихся в простом [написании], в наполнении (милуй) и в наполнении наполнения. В трех упомянутых Именах есть три [таких Имени по] 42 [буквы], и по гематрии они составляют 126. Низведи их в Малхут, которая, как известно, также называется Йегуда, и направь намерение на один квадрат Имени [АДОНАЙ]: алеф; алеф, далет; алеф, далет, нун; алеф, далет, нун, йод (</w:t>
      </w:r>
      <w:r>
        <w:rPr>
          <w:rFonts w:ascii="Georgia" w:hAnsi="Georgia" w:cs="Times New Roman"/>
          <w:b/>
          <w:i w:val="0"/>
          <w:color w:val="000000"/>
          <w:sz w:val="24"/>
          <w:rtl/>
          <w:szCs w:val="32"/>
        </w:rPr>
        <w:t>א׳ א״ד אד״נ אדנ״י</w:t>
      </w:r>
      <w:r>
        <w:rPr>
          <w:rFonts w:ascii="Georgia" w:hAnsi="Georgia"/>
          <w:b w:val="0"/>
          <w:i w:val="0"/>
          <w:color w:val="000000"/>
          <w:sz w:val="24"/>
        </w:rPr>
        <w:t>), имеющийся в Малхут, гематрия которого также равна 126. Благодаря этому Малхут поднимется к мужскому началу посредством этих трех [Имен по] 42 [буквы], и они вступят в соударение (зивуг) и соединятся в единении.</w:t>
      </w:r>
    </w:p>
    <w:p>
      <w:pPr>
        <w:keepNext/>
        <w:spacing w:before="320" w:after="120"/>
      </w:pPr>
      <w:r>
        <w:rPr>
          <w:rFonts w:ascii="Georgia" w:hAnsi="Georgia"/>
          <w:b w:val="0"/>
          <w:i w:val="0"/>
          <w:color w:val="000000"/>
          <w:sz w:val="32"/>
        </w:rPr>
        <w:t>Ихуд 16</w:t>
      </w:r>
    </w:p>
    <w:p>
      <w:pPr>
        <w:spacing w:before="40" w:after="120"/>
        <w:jc w:val="both"/>
      </w:pPr>
      <w:r>
        <w:rPr>
          <w:rFonts w:ascii="Georgia" w:hAnsi="Georgia"/>
          <w:b w:val="0"/>
          <w:i w:val="0"/>
          <w:color w:val="000000"/>
          <w:sz w:val="24"/>
        </w:rPr>
        <w:t>В Рош Ходеш месяца Элул 5331 года от сотворения мира мой учитель, благословенной памяти, сказал мне, чтобы я постился два дня подряд, следующие за самим днем Рош Ходеш Элула, и благодаря этому достиг некоего постижения. Намерение (</w:t>
      </w:r>
      <w:r>
        <w:rPr>
          <w:rFonts w:ascii="Georgia" w:hAnsi="Georgia"/>
          <w:b w:val="0"/>
          <w:i/>
          <w:color w:val="000000"/>
          <w:sz w:val="24"/>
        </w:rPr>
        <w:t>кавана</w:t>
      </w:r>
      <w:r>
        <w:rPr>
          <w:rFonts w:ascii="Georgia" w:hAnsi="Georgia"/>
          <w:b w:val="0"/>
          <w:i w:val="0"/>
          <w:color w:val="000000"/>
          <w:sz w:val="24"/>
        </w:rPr>
        <w:t>) этих постов заключается в том, что в месяце Элул открываются тринадцать источников тринадцати исправлений бороды де-Атик, и они раскрываются и светят вниз, в Аба ве-Има, на уровне окружающего света их мохин (света разума). Как мы объяснили в начале «Идрат Аазину», наружу из мохин де-Аба ве-Има пробивается их свет и светит там как окружающий свет, и именно там раскрываются эти тринадцать исправлений бороды де-Атик. И сначала нужно направить общее намерение: весь этот месяц Элул соответствует имени АВАЯ со значением САГ (</w:t>
      </w:r>
      <w:r>
        <w:rPr>
          <w:rFonts w:ascii="Georgia" w:hAnsi="Georgia" w:cs="Times New Roman"/>
          <w:b/>
          <w:i w:val="0"/>
          <w:color w:val="000000"/>
          <w:sz w:val="24"/>
          <w:rtl/>
          <w:szCs w:val="32"/>
        </w:rPr>
        <w:t>ס״ג</w:t>
      </w:r>
      <w:r>
        <w:rPr>
          <w:rFonts w:ascii="Georgia" w:hAnsi="Georgia"/>
          <w:b w:val="0"/>
          <w:i w:val="0"/>
          <w:color w:val="000000"/>
          <w:sz w:val="24"/>
        </w:rPr>
        <w:t xml:space="preserve"> = 63) и имени ЭЙЕ с наполнением буквами йод, гематрия которого 161 (</w:t>
      </w:r>
      <w:r>
        <w:rPr>
          <w:rFonts w:ascii="Georgia" w:hAnsi="Georgia" w:cs="Times New Roman"/>
          <w:b/>
          <w:i w:val="0"/>
          <w:color w:val="000000"/>
          <w:sz w:val="24"/>
          <w:rtl/>
          <w:szCs w:val="32"/>
        </w:rPr>
        <w:t>קס״א</w:t>
      </w:r>
      <w:r>
        <w:rPr>
          <w:rFonts w:ascii="Georgia" w:hAnsi="Georgia"/>
          <w:b w:val="0"/>
          <w:i w:val="0"/>
          <w:color w:val="000000"/>
          <w:sz w:val="24"/>
        </w:rPr>
        <w:t xml:space="preserve">). И они намечены в слове </w:t>
      </w:r>
      <w:r>
        <w:rPr>
          <w:rFonts w:ascii="Georgia" w:hAnsi="Georgia"/>
          <w:b w:val="0"/>
          <w:i/>
          <w:color w:val="000000"/>
          <w:sz w:val="24"/>
        </w:rPr>
        <w:t>Элул</w:t>
      </w:r>
      <w:r>
        <w:rPr>
          <w:rFonts w:ascii="Georgia" w:hAnsi="Georgia"/>
          <w:b w:val="0"/>
          <w:i w:val="0"/>
          <w:color w:val="000000"/>
          <w:sz w:val="24"/>
        </w:rPr>
        <w:t xml:space="preserve"> (</w:t>
      </w:r>
      <w:r>
        <w:rPr>
          <w:rFonts w:ascii="Georgia" w:hAnsi="Georgia" w:cs="Times New Roman"/>
          <w:b/>
          <w:i w:val="0"/>
          <w:color w:val="000000"/>
          <w:sz w:val="24"/>
          <w:rtl/>
          <w:szCs w:val="32"/>
        </w:rPr>
        <w:t>אֱלוּל</w:t>
      </w:r>
      <w:r>
        <w:rPr>
          <w:rFonts w:ascii="Georgia" w:hAnsi="Georgia"/>
          <w:b w:val="0"/>
          <w:i w:val="0"/>
          <w:color w:val="000000"/>
          <w:sz w:val="24"/>
        </w:rPr>
        <w:t>): две буквы алеф и ламэд (</w:t>
      </w:r>
      <w:r>
        <w:rPr>
          <w:rFonts w:ascii="Georgia" w:hAnsi="Georgia" w:cs="Times New Roman"/>
          <w:b/>
          <w:i w:val="0"/>
          <w:color w:val="000000"/>
          <w:sz w:val="24"/>
          <w:rtl/>
          <w:szCs w:val="32"/>
        </w:rPr>
        <w:t>א״ל</w:t>
      </w:r>
      <w:r>
        <w:rPr>
          <w:rFonts w:ascii="Georgia" w:hAnsi="Georgia"/>
          <w:b w:val="0"/>
          <w:i w:val="0"/>
          <w:color w:val="000000"/>
          <w:sz w:val="24"/>
        </w:rPr>
        <w:t>) — это три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в имени САГ, из которых, как известно, образуется имя ЭЛЬ (</w:t>
      </w:r>
      <w:r>
        <w:rPr>
          <w:rFonts w:ascii="Georgia" w:hAnsi="Georgia" w:cs="Times New Roman"/>
          <w:b/>
          <w:i w:val="0"/>
          <w:color w:val="000000"/>
          <w:sz w:val="24"/>
          <w:rtl/>
          <w:szCs w:val="32"/>
        </w:rPr>
        <w:t>אֵל</w:t>
      </w:r>
      <w:r>
        <w:rPr>
          <w:rFonts w:ascii="Georgia" w:hAnsi="Georgia"/>
          <w:b w:val="0"/>
          <w:i w:val="0"/>
          <w:color w:val="000000"/>
          <w:sz w:val="24"/>
        </w:rPr>
        <w:t xml:space="preserve"> = 31), как сказано в Зоаре (раздел Пинхас). А две буквы вав и ламэд (</w:t>
      </w:r>
      <w:r>
        <w:rPr>
          <w:rFonts w:ascii="Georgia" w:hAnsi="Georgia" w:cs="Times New Roman"/>
          <w:b/>
          <w:i w:val="0"/>
          <w:color w:val="000000"/>
          <w:sz w:val="24"/>
          <w:rtl/>
          <w:szCs w:val="32"/>
        </w:rPr>
        <w:t>ו״ל</w:t>
      </w:r>
      <w:r>
        <w:rPr>
          <w:rFonts w:ascii="Georgia" w:hAnsi="Georgia"/>
          <w:b w:val="0"/>
          <w:i w:val="0"/>
          <w:color w:val="000000"/>
          <w:sz w:val="24"/>
        </w:rPr>
        <w:t>) — это то же имя ЭЛЬ, происходящее из трех букв йод и буквы алеф также в имени 161, ведь три буквы йод в нем составляют букву ламэд (</w:t>
      </w:r>
      <w:r>
        <w:rPr>
          <w:rFonts w:ascii="Georgia" w:hAnsi="Georgia" w:cs="Times New Roman"/>
          <w:b/>
          <w:i w:val="0"/>
          <w:color w:val="000000"/>
          <w:sz w:val="24"/>
          <w:rtl/>
          <w:szCs w:val="32"/>
        </w:rPr>
        <w:t>ל</w:t>
      </w:r>
      <w:r>
        <w:rPr>
          <w:rFonts w:ascii="Georgia" w:hAnsi="Georgia"/>
          <w:b w:val="0"/>
          <w:i w:val="0"/>
          <w:color w:val="000000"/>
          <w:sz w:val="24"/>
        </w:rPr>
        <w:t xml:space="preserve"> = 30), а на место буквы алеф поставлена буква вав (</w:t>
      </w:r>
      <w:r>
        <w:rPr>
          <w:rFonts w:ascii="Georgia" w:hAnsi="Georgia" w:cs="Times New Roman"/>
          <w:b/>
          <w:i w:val="0"/>
          <w:color w:val="000000"/>
          <w:sz w:val="24"/>
          <w:rtl/>
          <w:szCs w:val="32"/>
        </w:rPr>
        <w:t>ו</w:t>
      </w:r>
      <w:r>
        <w:rPr>
          <w:rFonts w:ascii="Georgia" w:hAnsi="Georgia"/>
          <w:b w:val="0"/>
          <w:i w:val="0"/>
          <w:color w:val="000000"/>
          <w:sz w:val="24"/>
        </w:rPr>
        <w:t>), поскольку алеф скрыта в этой вав.</w:t>
      </w:r>
    </w:p>
    <w:p>
      <w:pPr>
        <w:spacing w:before="40" w:after="120"/>
        <w:jc w:val="both"/>
      </w:pPr>
      <w:r>
        <w:rPr>
          <w:rFonts w:ascii="Georgia" w:hAnsi="Georgia"/>
          <w:b w:val="0"/>
          <w:i w:val="0"/>
          <w:color w:val="000000"/>
          <w:sz w:val="24"/>
        </w:rPr>
        <w:t xml:space="preserve">Поэтому этот [месяц] и называется </w:t>
      </w:r>
      <w:r>
        <w:rPr>
          <w:rFonts w:ascii="Georgia" w:hAnsi="Georgia"/>
          <w:b w:val="0"/>
          <w:i/>
          <w:color w:val="000000"/>
          <w:sz w:val="24"/>
        </w:rPr>
        <w:t>Элул</w:t>
      </w:r>
      <w:r>
        <w:rPr>
          <w:rFonts w:ascii="Georgia" w:hAnsi="Georgia"/>
          <w:b w:val="0"/>
          <w:i w:val="0"/>
          <w:color w:val="000000"/>
          <w:sz w:val="24"/>
        </w:rPr>
        <w:t xml:space="preserve"> (</w:t>
      </w:r>
      <w:r>
        <w:rPr>
          <w:rFonts w:ascii="Georgia" w:hAnsi="Georgia" w:cs="Times New Roman"/>
          <w:b/>
          <w:i w:val="0"/>
          <w:color w:val="000000"/>
          <w:sz w:val="24"/>
          <w:rtl/>
          <w:szCs w:val="32"/>
        </w:rPr>
        <w:t>אֱלוּל</w:t>
      </w:r>
      <w:r>
        <w:rPr>
          <w:rFonts w:ascii="Georgia" w:hAnsi="Georgia"/>
          <w:b w:val="0"/>
          <w:i w:val="0"/>
          <w:color w:val="000000"/>
          <w:sz w:val="24"/>
        </w:rPr>
        <w:t xml:space="preserve">), ведь на протяжении всего этого месяца подобает направлять намерение на эти два Имени. И вот два упомянутых Имени — САГ (63) и 161 — по гематрии составляют </w:t>
      </w:r>
      <w:r>
        <w:rPr>
          <w:rFonts w:ascii="Georgia" w:hAnsi="Georgia"/>
          <w:b w:val="0"/>
          <w:i/>
          <w:color w:val="000000"/>
          <w:sz w:val="24"/>
        </w:rPr>
        <w:t>дерех</w:t>
      </w:r>
      <w:r>
        <w:rPr>
          <w:rFonts w:ascii="Georgia" w:hAnsi="Georgia"/>
          <w:b w:val="0"/>
          <w:i w:val="0"/>
          <w:color w:val="000000"/>
          <w:sz w:val="24"/>
        </w:rPr>
        <w:t xml:space="preserve"> — «путь» (</w:t>
      </w:r>
      <w:r>
        <w:rPr>
          <w:rFonts w:ascii="Georgia" w:hAnsi="Georgia" w:cs="Times New Roman"/>
          <w:b/>
          <w:i w:val="0"/>
          <w:color w:val="000000"/>
          <w:sz w:val="24"/>
          <w:rtl/>
          <w:szCs w:val="32"/>
        </w:rPr>
        <w:t>דֶּרֶךְ</w:t>
      </w:r>
      <w:r>
        <w:rPr>
          <w:rFonts w:ascii="Georgia" w:hAnsi="Georgia"/>
          <w:b w:val="0"/>
          <w:i w:val="0"/>
          <w:color w:val="000000"/>
          <w:sz w:val="24"/>
        </w:rPr>
        <w:t xml:space="preserve"> = 224). В этом заключается смысл стиха: </w:t>
      </w:r>
      <w:r>
        <w:rPr>
          <w:rFonts w:ascii="Georgia" w:hAnsi="Georgia"/>
          <w:b w:val="0"/>
          <w:i/>
          <w:color w:val="000000"/>
          <w:sz w:val="24"/>
        </w:rPr>
        <w:t>«…дающий в море путь…»</w:t>
      </w:r>
      <w:r>
        <w:rPr>
          <w:rFonts w:ascii="Georgia" w:hAnsi="Georgia"/>
          <w:b w:val="0"/>
          <w:i w:val="0"/>
          <w:color w:val="000000"/>
          <w:sz w:val="24"/>
        </w:rPr>
        <w:t xml:space="preserve"> (Йешаяу 43:16), ведь слово </w:t>
      </w:r>
      <w:r>
        <w:rPr>
          <w:rFonts w:ascii="Georgia" w:hAnsi="Georgia"/>
          <w:b w:val="0"/>
          <w:i/>
          <w:color w:val="000000"/>
          <w:sz w:val="24"/>
        </w:rPr>
        <w:t>ба-ям</w:t>
      </w:r>
      <w:r>
        <w:rPr>
          <w:rFonts w:ascii="Georgia" w:hAnsi="Georgia"/>
          <w:b w:val="0"/>
          <w:i w:val="0"/>
          <w:color w:val="000000"/>
          <w:sz w:val="24"/>
        </w:rPr>
        <w:t xml:space="preserve"> — «в море» (</w:t>
      </w:r>
      <w:r>
        <w:rPr>
          <w:rFonts w:ascii="Georgia" w:hAnsi="Georgia" w:cs="Times New Roman"/>
          <w:b/>
          <w:i w:val="0"/>
          <w:color w:val="000000"/>
          <w:sz w:val="24"/>
          <w:rtl/>
          <w:szCs w:val="32"/>
        </w:rPr>
        <w:t>בַּיָּם</w:t>
      </w:r>
      <w:r>
        <w:rPr>
          <w:rFonts w:ascii="Georgia" w:hAnsi="Georgia"/>
          <w:b w:val="0"/>
          <w:i w:val="0"/>
          <w:color w:val="000000"/>
          <w:sz w:val="24"/>
        </w:rPr>
        <w:t xml:space="preserve"> = 52) равно по гематрии имени БОН (</w:t>
      </w:r>
      <w:r>
        <w:rPr>
          <w:rFonts w:ascii="Georgia" w:hAnsi="Georgia" w:cs="Times New Roman"/>
          <w:b/>
          <w:i w:val="0"/>
          <w:color w:val="000000"/>
          <w:sz w:val="24"/>
          <w:rtl/>
          <w:szCs w:val="32"/>
        </w:rPr>
        <w:t>ב״ן</w:t>
      </w:r>
      <w:r>
        <w:rPr>
          <w:rFonts w:ascii="Georgia" w:hAnsi="Georgia"/>
          <w:b w:val="0"/>
          <w:i w:val="0"/>
          <w:color w:val="000000"/>
          <w:sz w:val="24"/>
        </w:rPr>
        <w:t xml:space="preserve"> = 52), наполненному буквами хэй. А два упомянутых Имени [САГ и 161] дают в сумме гематрию слова </w:t>
      </w:r>
      <w:r>
        <w:rPr>
          <w:rFonts w:ascii="Georgia" w:hAnsi="Georgia"/>
          <w:b w:val="0"/>
          <w:i/>
          <w:color w:val="000000"/>
          <w:sz w:val="24"/>
        </w:rPr>
        <w:t>дерех</w:t>
      </w:r>
      <w:r>
        <w:rPr>
          <w:rFonts w:ascii="Georgia" w:hAnsi="Georgia"/>
          <w:b w:val="0"/>
          <w:i w:val="0"/>
          <w:color w:val="000000"/>
          <w:sz w:val="24"/>
        </w:rPr>
        <w:t xml:space="preserve"> (</w:t>
      </w:r>
      <w:r>
        <w:rPr>
          <w:rFonts w:ascii="Georgia" w:hAnsi="Georgia" w:cs="Times New Roman"/>
          <w:b/>
          <w:i w:val="0"/>
          <w:color w:val="000000"/>
          <w:sz w:val="24"/>
          <w:rtl/>
          <w:szCs w:val="32"/>
        </w:rPr>
        <w:t>דֶּרֶךְ</w:t>
      </w:r>
      <w:r>
        <w:rPr>
          <w:rFonts w:ascii="Georgia" w:hAnsi="Georgia"/>
          <w:b w:val="0"/>
          <w:i w:val="0"/>
          <w:color w:val="000000"/>
          <w:sz w:val="24"/>
        </w:rPr>
        <w:t xml:space="preserve"> = 224) — они светят в это имя БОН, равное по числу слову </w:t>
      </w:r>
      <w:r>
        <w:rPr>
          <w:rFonts w:ascii="Georgia" w:hAnsi="Georgia"/>
          <w:b w:val="0"/>
          <w:i/>
          <w:color w:val="000000"/>
          <w:sz w:val="24"/>
        </w:rPr>
        <w:t>ба-ям</w:t>
      </w:r>
      <w:r>
        <w:rPr>
          <w:rFonts w:ascii="Georgia" w:hAnsi="Georgia"/>
          <w:b w:val="0"/>
          <w:i w:val="0"/>
          <w:color w:val="000000"/>
          <w:sz w:val="24"/>
        </w:rPr>
        <w:t>, и этот «путь» открывается на протяжении всего месяца Элул.</w:t>
      </w:r>
    </w:p>
    <w:p>
      <w:pPr>
        <w:spacing w:before="40" w:after="120"/>
        <w:jc w:val="both"/>
      </w:pPr>
      <w:r>
        <w:rPr>
          <w:rFonts w:ascii="Georgia" w:hAnsi="Georgia"/>
          <w:b w:val="0"/>
          <w:i w:val="0"/>
          <w:color w:val="000000"/>
          <w:sz w:val="24"/>
        </w:rPr>
        <w:t>После того как ты направишь это общее намерение на весь месяц Элул, в упомянутые первые два дня тебе нужно направить намерение следующим образом. В эти два дня входят сорок восемь часов, и они соответствуют упомянутым [Именам] АВАЯ и ЭЙЕ, которые по гематрии вместе с колель составляют 48 (</w:t>
      </w:r>
      <w:r>
        <w:rPr>
          <w:rFonts w:ascii="Georgia" w:hAnsi="Georgia" w:cs="Times New Roman"/>
          <w:b/>
          <w:i w:val="0"/>
          <w:color w:val="000000"/>
          <w:sz w:val="24"/>
          <w:rtl/>
          <w:szCs w:val="32"/>
        </w:rPr>
        <w:t>מ״ח</w:t>
      </w:r>
      <w:r>
        <w:rPr>
          <w:rFonts w:ascii="Georgia" w:hAnsi="Georgia"/>
          <w:b w:val="0"/>
          <w:i w:val="0"/>
          <w:color w:val="000000"/>
          <w:sz w:val="24"/>
        </w:rPr>
        <w:t>). В конце первого дня направь намерение на то, что уже пройдена половина упомянутого «пути», равная по гематрии 112 (</w:t>
      </w:r>
      <w:r>
        <w:rPr>
          <w:rFonts w:ascii="Georgia" w:hAnsi="Georgia" w:cs="Times New Roman"/>
          <w:b/>
          <w:i w:val="0"/>
          <w:color w:val="000000"/>
          <w:sz w:val="24"/>
          <w:rtl/>
          <w:szCs w:val="32"/>
        </w:rPr>
        <w:t>יב״ק</w:t>
      </w:r>
      <w:r>
        <w:rPr>
          <w:rFonts w:ascii="Georgia" w:hAnsi="Georgia"/>
          <w:b w:val="0"/>
          <w:i w:val="0"/>
          <w:color w:val="000000"/>
          <w:sz w:val="24"/>
        </w:rPr>
        <w:t xml:space="preserve">). В этом заключается смысл стиха: </w:t>
      </w:r>
      <w:r>
        <w:rPr>
          <w:rFonts w:ascii="Georgia" w:hAnsi="Georgia"/>
          <w:b w:val="0"/>
          <w:i/>
          <w:color w:val="000000"/>
          <w:sz w:val="24"/>
        </w:rPr>
        <w:t>«Да ответит тебе Г-сподь в день бедствия…»</w:t>
      </w:r>
      <w:r>
        <w:rPr>
          <w:rFonts w:ascii="Georgia" w:hAnsi="Georgia"/>
          <w:b w:val="0"/>
          <w:i w:val="0"/>
          <w:color w:val="000000"/>
          <w:sz w:val="24"/>
        </w:rPr>
        <w:t xml:space="preserve"> (Теилим 20:2), начальные буквы слов которого по гематрии составляют 112 (</w:t>
      </w:r>
      <w:r>
        <w:rPr>
          <w:rFonts w:ascii="Georgia" w:hAnsi="Georgia" w:cs="Times New Roman"/>
          <w:b/>
          <w:i w:val="0"/>
          <w:color w:val="000000"/>
          <w:sz w:val="24"/>
          <w:rtl/>
          <w:szCs w:val="32"/>
        </w:rPr>
        <w:t>יב״ק</w:t>
      </w:r>
      <w:r>
        <w:rPr>
          <w:rFonts w:ascii="Georgia" w:hAnsi="Georgia"/>
          <w:b w:val="0"/>
          <w:i w:val="0"/>
          <w:color w:val="000000"/>
          <w:sz w:val="24"/>
        </w:rPr>
        <w:t xml:space="preserve">). Точно так же начальные буквы слов стиха: </w:t>
      </w:r>
      <w:r>
        <w:rPr>
          <w:rFonts w:ascii="Georgia" w:hAnsi="Georgia"/>
          <w:b w:val="0"/>
          <w:i/>
          <w:color w:val="000000"/>
          <w:sz w:val="24"/>
        </w:rPr>
        <w:t>«…да ответит нам в день, когда мы взываем»</w:t>
      </w:r>
      <w:r>
        <w:rPr>
          <w:rFonts w:ascii="Georgia" w:hAnsi="Georgia"/>
          <w:b w:val="0"/>
          <w:i w:val="0"/>
          <w:color w:val="000000"/>
          <w:sz w:val="24"/>
        </w:rPr>
        <w:t xml:space="preserve"> (Теилим 20:10) буквально образуют буквы </w:t>
      </w:r>
      <w:r>
        <w:rPr>
          <w:rFonts w:ascii="Georgia" w:hAnsi="Georgia" w:cs="Times New Roman"/>
          <w:b/>
          <w:i w:val="0"/>
          <w:color w:val="000000"/>
          <w:sz w:val="24"/>
          <w:rtl/>
          <w:szCs w:val="32"/>
        </w:rPr>
        <w:t>יב״ק</w:t>
      </w:r>
      <w:r>
        <w:rPr>
          <w:rFonts w:ascii="Georgia" w:hAnsi="Georgia"/>
          <w:b w:val="0"/>
          <w:i w:val="0"/>
          <w:color w:val="000000"/>
          <w:sz w:val="24"/>
        </w:rPr>
        <w:t>. А в конце второго дня направь намерение на дважды по 112 (</w:t>
      </w:r>
      <w:r>
        <w:rPr>
          <w:rFonts w:ascii="Georgia" w:hAnsi="Georgia" w:cs="Times New Roman"/>
          <w:b/>
          <w:i w:val="0"/>
          <w:color w:val="000000"/>
          <w:sz w:val="24"/>
          <w:rtl/>
          <w:szCs w:val="32"/>
        </w:rPr>
        <w:t>יב״ק</w:t>
      </w:r>
      <w:r>
        <w:rPr>
          <w:rFonts w:ascii="Georgia" w:hAnsi="Georgia"/>
          <w:b w:val="0"/>
          <w:i w:val="0"/>
          <w:color w:val="000000"/>
          <w:sz w:val="24"/>
        </w:rPr>
        <w:t xml:space="preserve">), что составляет </w:t>
      </w:r>
      <w:r>
        <w:rPr>
          <w:rFonts w:ascii="Georgia" w:hAnsi="Georgia"/>
          <w:b w:val="0"/>
          <w:i/>
          <w:color w:val="000000"/>
          <w:sz w:val="24"/>
        </w:rPr>
        <w:t>дерех</w:t>
      </w:r>
      <w:r>
        <w:rPr>
          <w:rFonts w:ascii="Georgia" w:hAnsi="Georgia"/>
          <w:b w:val="0"/>
          <w:i w:val="0"/>
          <w:color w:val="000000"/>
          <w:sz w:val="24"/>
        </w:rPr>
        <w:t xml:space="preserve"> (224), как сказано выше, то есть сумму [Имен] САГ и 161.</w:t>
      </w:r>
    </w:p>
    <w:p>
      <w:pPr>
        <w:spacing w:before="40" w:after="120"/>
        <w:jc w:val="both"/>
      </w:pPr>
      <w:r>
        <w:rPr>
          <w:rFonts w:ascii="Georgia" w:hAnsi="Georgia"/>
          <w:b w:val="0"/>
          <w:i w:val="0"/>
          <w:color w:val="000000"/>
          <w:sz w:val="24"/>
        </w:rPr>
        <w:t>Есть еще и второе, частное намерение на эти два дня: сначала сочетай двенадцать сочетаний (</w:t>
      </w:r>
      <w:r>
        <w:rPr>
          <w:rFonts w:ascii="Georgia" w:hAnsi="Georgia"/>
          <w:b w:val="0"/>
          <w:i/>
          <w:color w:val="000000"/>
          <w:sz w:val="24"/>
        </w:rPr>
        <w:t>церуфим</w:t>
      </w:r>
      <w:r>
        <w:rPr>
          <w:rFonts w:ascii="Georgia" w:hAnsi="Georgia"/>
          <w:b w:val="0"/>
          <w:i w:val="0"/>
          <w:color w:val="000000"/>
          <w:sz w:val="24"/>
        </w:rPr>
        <w:t>) [Имени] АВАЯ и двенадцать сочетаний [Имени] ЭЙЕ, как известно. Вместе их двадцать четыре, но они возрастают до сорока восьми, соответственно сорока восьми часам этих двух дней, как мы объясним. И вот схема их мысленного представления:</w:t>
      </w:r>
    </w:p>
    <w:p>
      <w:pPr>
        <w:spacing w:before="40" w:after="120"/>
        <w:jc w:val="both"/>
      </w:pPr>
      <w:r>
        <w:rPr>
          <w:rFonts w:ascii="Georgia" w:hAnsi="Georgia"/>
          <w:b w:val="0"/>
          <w:i w:val="0"/>
          <w:color w:val="000000"/>
          <w:sz w:val="24"/>
        </w:rPr>
        <w:t>(</w:t>
      </w:r>
      <w:r>
        <w:rPr>
          <w:rFonts w:ascii="Georgia" w:hAnsi="Georgia" w:cs="Times New Roman"/>
          <w:b/>
          <w:i w:val="0"/>
          <w:color w:val="000000"/>
          <w:sz w:val="24"/>
          <w:rtl/>
          <w:szCs w:val="32"/>
        </w:rPr>
        <w:t>א</w:t>
      </w:r>
      <w:r>
        <w:rPr>
          <w:rFonts w:ascii="Georgia" w:hAnsi="Georgia"/>
          <w:b w:val="0"/>
          <w:i w:val="0"/>
          <w:color w:val="000000"/>
          <w:sz w:val="24"/>
        </w:rPr>
        <w:t>)</w:t>
      </w:r>
    </w:p>
    <w:p>
      <w:pPr>
        <w:spacing w:before="40" w:after="120"/>
        <w:jc w:val="center"/>
      </w:pPr>
      <w:r>
        <w:rPr>
          <w:rFonts w:ascii="Georgia" w:hAnsi="Georgia" w:cs="Times New Roman"/>
          <w:b/>
          <w:i w:val="0"/>
          <w:color w:val="000000"/>
          <w:sz w:val="32"/>
          <w:rtl/>
          <w:szCs w:val="44"/>
        </w:rPr>
        <w:t>אֶהֶיֶהֶ אֶיִהֶהִיֶוִהֶהִ יִהִוִהִ יִאֶהֵהֶוֵיֶהִהֶ</w:t>
      </w:r>
    </w:p>
    <w:p>
      <w:pPr>
        <w:spacing w:before="40" w:after="120"/>
        <w:jc w:val="center"/>
      </w:pPr>
      <w:r>
        <w:rPr>
          <w:rFonts w:ascii="Georgia" w:hAnsi="Georgia" w:cs="Times New Roman"/>
          <w:b/>
          <w:i w:val="0"/>
          <w:color w:val="000000"/>
          <w:sz w:val="32"/>
          <w:rtl/>
          <w:szCs w:val="44"/>
        </w:rPr>
        <w:t>אֶ לֶ פֶ הֶ</w:t>
      </w:r>
    </w:p>
    <w:p>
      <w:pPr>
        <w:spacing w:before="40" w:after="120"/>
        <w:jc w:val="center"/>
      </w:pPr>
      <w:r>
        <w:rPr>
          <w:rFonts w:ascii="Georgia" w:hAnsi="Georgia" w:cs="Times New Roman"/>
          <w:b/>
          <w:i w:val="0"/>
          <w:color w:val="000000"/>
          <w:sz w:val="32"/>
          <w:rtl/>
          <w:szCs w:val="44"/>
        </w:rPr>
        <w:t>הֶיֶהֶאֶ הֶהִיֶוִהֶהִאֶיִ הִוִהִיִ הִהֶוִיֶהִהֶיִאֶ</w:t>
      </w:r>
    </w:p>
    <w:p>
      <w:pPr>
        <w:spacing w:before="40" w:after="120"/>
        <w:jc w:val="center"/>
      </w:pPr>
      <w:r>
        <w:rPr>
          <w:rFonts w:ascii="Georgia" w:hAnsi="Georgia" w:cs="Times New Roman"/>
          <w:b/>
          <w:i w:val="0"/>
          <w:color w:val="000000"/>
          <w:sz w:val="32"/>
          <w:rtl/>
          <w:szCs w:val="44"/>
        </w:rPr>
        <w:t>דִ הִ יִ וִ</w:t>
      </w:r>
    </w:p>
    <w:p>
      <w:pPr>
        <w:spacing w:before="40" w:after="120"/>
        <w:jc w:val="center"/>
      </w:pPr>
      <w:r>
        <w:rPr>
          <w:rFonts w:ascii="Georgia" w:hAnsi="Georgia" w:cs="Times New Roman"/>
          <w:b/>
          <w:i w:val="0"/>
          <w:color w:val="000000"/>
          <w:sz w:val="32"/>
          <w:rtl/>
          <w:szCs w:val="44"/>
        </w:rPr>
        <w:t>יֶהֶאֶהֶ יֶוִהֶהִאֶיִהֶהִ וִהִיִהִ וִיֶהִהֶיִאֶהִהֶ</w:t>
      </w:r>
    </w:p>
    <w:p>
      <w:pPr>
        <w:spacing w:before="40" w:after="120"/>
        <w:jc w:val="center"/>
      </w:pPr>
      <w:r>
        <w:rPr>
          <w:rFonts w:ascii="Georgia" w:hAnsi="Georgia" w:cs="Times New Roman"/>
          <w:b/>
          <w:i w:val="0"/>
          <w:color w:val="000000"/>
          <w:sz w:val="32"/>
          <w:rtl/>
          <w:szCs w:val="44"/>
        </w:rPr>
        <w:t>יִ וִ דִ הִ</w:t>
      </w:r>
    </w:p>
    <w:p>
      <w:pPr>
        <w:spacing w:before="40" w:after="120"/>
        <w:jc w:val="center"/>
      </w:pPr>
      <w:r>
        <w:rPr>
          <w:rFonts w:ascii="Georgia" w:hAnsi="Georgia" w:cs="Times New Roman"/>
          <w:b/>
          <w:i w:val="0"/>
          <w:color w:val="000000"/>
          <w:sz w:val="32"/>
          <w:rtl/>
          <w:szCs w:val="44"/>
        </w:rPr>
        <w:t>הֶאֶהֶיֶ הֶהִאֶיִהֶהִיֶוִ הִיִהִוִ הִהֶיִאֶהִהֶוִיֶ</w:t>
      </w:r>
    </w:p>
    <w:p>
      <w:pPr>
        <w:spacing w:before="40" w:after="120"/>
        <w:jc w:val="center"/>
      </w:pPr>
      <w:r>
        <w:rPr>
          <w:rFonts w:ascii="Georgia" w:hAnsi="Georgia" w:cs="Times New Roman"/>
          <w:b/>
          <w:i w:val="0"/>
          <w:color w:val="000000"/>
          <w:sz w:val="32"/>
          <w:rtl/>
          <w:szCs w:val="44"/>
        </w:rPr>
        <w:t>פֶ הֶ יֶ יֶ</w:t>
      </w:r>
    </w:p>
    <w:p>
      <w:pPr>
        <w:spacing w:before="40" w:after="120"/>
        <w:jc w:val="both"/>
      </w:pPr>
      <w:r>
        <w:rPr>
          <w:rFonts w:ascii="Georgia" w:hAnsi="Georgia"/>
          <w:b w:val="0"/>
          <w:i w:val="0"/>
          <w:color w:val="000000"/>
          <w:sz w:val="24"/>
        </w:rPr>
        <w:t>(</w:t>
      </w:r>
      <w:r>
        <w:rPr>
          <w:rFonts w:ascii="Georgia" w:hAnsi="Georgia" w:cs="Times New Roman"/>
          <w:b/>
          <w:i w:val="0"/>
          <w:color w:val="000000"/>
          <w:sz w:val="24"/>
          <w:rtl/>
          <w:szCs w:val="32"/>
        </w:rPr>
        <w:t>ב</w:t>
      </w:r>
      <w:r>
        <w:rPr>
          <w:rFonts w:ascii="Georgia" w:hAnsi="Georgia"/>
          <w:b w:val="0"/>
          <w:i w:val="0"/>
          <w:color w:val="000000"/>
          <w:sz w:val="24"/>
        </w:rPr>
        <w:t>)</w:t>
      </w:r>
    </w:p>
    <w:p>
      <w:pPr>
        <w:spacing w:before="40" w:after="120"/>
        <w:jc w:val="center"/>
      </w:pPr>
      <w:r>
        <w:rPr>
          <w:rFonts w:ascii="Georgia" w:hAnsi="Georgia" w:cs="Times New Roman"/>
          <w:b/>
          <w:i w:val="0"/>
          <w:color w:val="000000"/>
          <w:sz w:val="32"/>
          <w:rtl/>
          <w:szCs w:val="44"/>
        </w:rPr>
        <w:t>אֶהֶהֶיֶ אִיהִההִהיִו יִהִהִוִ יִאֶהִהֶהִהֶוִיֶ</w:t>
      </w:r>
    </w:p>
    <w:p>
      <w:pPr>
        <w:spacing w:before="40" w:after="120"/>
        <w:jc w:val="center"/>
      </w:pPr>
      <w:r>
        <w:rPr>
          <w:rFonts w:ascii="Georgia" w:hAnsi="Georgia" w:cs="Times New Roman"/>
          <w:b/>
          <w:i w:val="0"/>
          <w:color w:val="000000"/>
          <w:sz w:val="32"/>
          <w:rtl/>
          <w:szCs w:val="44"/>
        </w:rPr>
        <w:t>יֶ יֶ וֶ דֶ</w:t>
      </w:r>
    </w:p>
    <w:p>
      <w:pPr>
        <w:spacing w:before="40" w:after="120"/>
        <w:jc w:val="center"/>
      </w:pPr>
      <w:r>
        <w:rPr>
          <w:rFonts w:ascii="Georgia" w:hAnsi="Georgia" w:cs="Times New Roman"/>
          <w:b/>
          <w:i w:val="0"/>
          <w:color w:val="000000"/>
          <w:sz w:val="32"/>
          <w:rtl/>
          <w:szCs w:val="44"/>
        </w:rPr>
        <w:t>היאה הֶהִיֶוִאֶיִהֶהִ הִוִיִה הִהֶוִיֶיִאֶהֶהֶ</w:t>
      </w:r>
    </w:p>
    <w:p>
      <w:pPr>
        <w:spacing w:before="40" w:after="120"/>
        <w:jc w:val="center"/>
      </w:pPr>
      <w:r>
        <w:rPr>
          <w:rFonts w:ascii="Georgia" w:hAnsi="Georgia" w:cs="Times New Roman"/>
          <w:b/>
          <w:i w:val="0"/>
          <w:color w:val="000000"/>
          <w:sz w:val="32"/>
          <w:rtl/>
          <w:szCs w:val="44"/>
        </w:rPr>
        <w:t>יִ וִ הִ יִ</w:t>
      </w:r>
    </w:p>
    <w:p>
      <w:pPr>
        <w:spacing w:before="40" w:after="120"/>
        <w:jc w:val="center"/>
      </w:pPr>
      <w:r>
        <w:rPr>
          <w:rFonts w:ascii="Georgia" w:hAnsi="Georgia" w:cs="Times New Roman"/>
          <w:b/>
          <w:i w:val="0"/>
          <w:color w:val="000000"/>
          <w:sz w:val="32"/>
          <w:rtl/>
          <w:szCs w:val="44"/>
        </w:rPr>
        <w:t>יֶהֶהֶאֶ יֶוִהֶהִהֶהִאֶיִ וִהִיִהִ וִיֶהִהֶהִהֶיִאֶ</w:t>
      </w:r>
    </w:p>
    <w:p>
      <w:pPr>
        <w:spacing w:before="40" w:after="120"/>
        <w:jc w:val="center"/>
      </w:pPr>
      <w:r>
        <w:rPr>
          <w:rFonts w:ascii="Georgia" w:hAnsi="Georgia" w:cs="Times New Roman"/>
          <w:b/>
          <w:i w:val="0"/>
          <w:color w:val="000000"/>
          <w:sz w:val="32"/>
          <w:rtl/>
          <w:szCs w:val="44"/>
        </w:rPr>
        <w:t>יִ וִ אִ וִ</w:t>
      </w:r>
    </w:p>
    <w:p>
      <w:pPr>
        <w:spacing w:before="40" w:after="120"/>
        <w:jc w:val="center"/>
      </w:pPr>
      <w:r>
        <w:rPr>
          <w:rFonts w:ascii="Georgia" w:hAnsi="Georgia" w:cs="Times New Roman"/>
          <w:b/>
          <w:i w:val="0"/>
          <w:color w:val="000000"/>
          <w:sz w:val="32"/>
          <w:rtl/>
          <w:szCs w:val="44"/>
        </w:rPr>
        <w:t>הֶאֶיֶהֶ הֶהִאֶיִיֶוִהֶהִ הִיִוִהִ הִהֶיִאֶוִיֶהִהֶ</w:t>
      </w:r>
    </w:p>
    <w:p>
      <w:pPr>
        <w:spacing w:before="40" w:after="120"/>
        <w:jc w:val="center"/>
      </w:pPr>
      <w:r>
        <w:rPr>
          <w:rFonts w:ascii="Georgia" w:hAnsi="Georgia" w:cs="Times New Roman"/>
          <w:b/>
          <w:i w:val="0"/>
          <w:color w:val="000000"/>
          <w:sz w:val="32"/>
          <w:rtl/>
          <w:szCs w:val="44"/>
        </w:rPr>
        <w:t>וֶ דֶ הֶ יֶ</w:t>
      </w:r>
    </w:p>
    <w:p>
      <w:pPr>
        <w:spacing w:before="40" w:after="120"/>
        <w:jc w:val="both"/>
      </w:pPr>
      <w:r>
        <w:rPr>
          <w:rFonts w:ascii="Georgia" w:hAnsi="Georgia"/>
          <w:b w:val="0"/>
          <w:i w:val="0"/>
          <w:color w:val="000000"/>
          <w:sz w:val="24"/>
        </w:rPr>
        <w:t>(</w:t>
      </w:r>
      <w:r>
        <w:rPr>
          <w:rFonts w:ascii="Georgia" w:hAnsi="Georgia" w:cs="Times New Roman"/>
          <w:b/>
          <w:i w:val="0"/>
          <w:color w:val="000000"/>
          <w:sz w:val="24"/>
          <w:rtl/>
          <w:szCs w:val="32"/>
        </w:rPr>
        <w:t>ג</w:t>
      </w:r>
      <w:r>
        <w:rPr>
          <w:rFonts w:ascii="Georgia" w:hAnsi="Georgia"/>
          <w:b w:val="0"/>
          <w:i w:val="0"/>
          <w:color w:val="000000"/>
          <w:sz w:val="24"/>
        </w:rPr>
        <w:t>)</w:t>
      </w:r>
    </w:p>
    <w:p>
      <w:pPr>
        <w:spacing w:before="40" w:after="120"/>
        <w:jc w:val="center"/>
      </w:pPr>
      <w:r>
        <w:rPr>
          <w:rFonts w:ascii="Georgia" w:hAnsi="Georgia" w:cs="Times New Roman"/>
          <w:b/>
          <w:i w:val="0"/>
          <w:color w:val="000000"/>
          <w:sz w:val="32"/>
          <w:rtl/>
          <w:szCs w:val="44"/>
        </w:rPr>
        <w:t>אֶיֶהֶהֶ אֶיִיֶוִהֶהִהֶהִ יִוִהִהִ יִאֶוִיֶהִהֶהִהֶ</w:t>
      </w:r>
    </w:p>
    <w:p>
      <w:pPr>
        <w:spacing w:before="40" w:after="120"/>
        <w:jc w:val="center"/>
      </w:pPr>
      <w:r>
        <w:rPr>
          <w:rFonts w:ascii="Georgia" w:hAnsi="Georgia" w:cs="Times New Roman"/>
          <w:b/>
          <w:i w:val="0"/>
          <w:color w:val="000000"/>
          <w:sz w:val="32"/>
          <w:rtl/>
          <w:szCs w:val="44"/>
        </w:rPr>
        <w:t>הֶ יֶ יֶ וֶ</w:t>
      </w:r>
    </w:p>
    <w:p>
      <w:pPr>
        <w:spacing w:before="40" w:after="120"/>
        <w:jc w:val="center"/>
      </w:pPr>
      <w:r>
        <w:rPr>
          <w:rFonts w:ascii="Georgia" w:hAnsi="Georgia" w:cs="Times New Roman"/>
          <w:b/>
          <w:i w:val="0"/>
          <w:color w:val="000000"/>
          <w:sz w:val="32"/>
          <w:rtl/>
          <w:szCs w:val="44"/>
        </w:rPr>
        <w:t>הֶהֶיֶאֶ הֶהִהֶהִיֶוִאֶיִ הִהִוִיִ הִהֶהִהֶוִיֶיִאֶ</w:t>
      </w:r>
    </w:p>
    <w:p>
      <w:pPr>
        <w:spacing w:before="40" w:after="120"/>
        <w:jc w:val="center"/>
      </w:pPr>
      <w:r>
        <w:rPr>
          <w:rFonts w:ascii="Georgia" w:hAnsi="Georgia" w:cs="Times New Roman"/>
          <w:b/>
          <w:i w:val="0"/>
          <w:color w:val="000000"/>
          <w:sz w:val="32"/>
          <w:rtl/>
          <w:szCs w:val="44"/>
        </w:rPr>
        <w:t>אֶ הֶ יֶ הֶ</w:t>
      </w:r>
    </w:p>
    <w:p>
      <w:pPr>
        <w:spacing w:before="40" w:after="120"/>
        <w:jc w:val="center"/>
      </w:pPr>
      <w:r>
        <w:rPr>
          <w:rFonts w:ascii="Georgia" w:hAnsi="Georgia" w:cs="Times New Roman"/>
          <w:b/>
          <w:i w:val="0"/>
          <w:color w:val="000000"/>
          <w:sz w:val="32"/>
          <w:rtl/>
          <w:szCs w:val="44"/>
        </w:rPr>
        <w:t>יֶאֶהֶהֶ יֶוִאֶיִהֶהִהֶהִ וִיִהִהִ וִיֶיִאֶהִהֶהִהֶ</w:t>
      </w:r>
    </w:p>
    <w:p>
      <w:pPr>
        <w:spacing w:before="40" w:after="120"/>
        <w:jc w:val="center"/>
      </w:pPr>
      <w:r>
        <w:rPr>
          <w:rFonts w:ascii="Georgia" w:hAnsi="Georgia" w:cs="Times New Roman"/>
          <w:b/>
          <w:i w:val="0"/>
          <w:color w:val="000000"/>
          <w:sz w:val="32"/>
          <w:rtl/>
          <w:szCs w:val="44"/>
        </w:rPr>
        <w:t>הִ יִ אִ לִ</w:t>
      </w:r>
    </w:p>
    <w:p>
      <w:pPr>
        <w:spacing w:before="40" w:after="120"/>
        <w:jc w:val="center"/>
      </w:pPr>
      <w:r>
        <w:rPr>
          <w:rFonts w:ascii="Georgia" w:hAnsi="Georgia" w:cs="Times New Roman"/>
          <w:b/>
          <w:i w:val="0"/>
          <w:color w:val="000000"/>
          <w:sz w:val="32"/>
          <w:rtl/>
          <w:szCs w:val="44"/>
        </w:rPr>
        <w:t>הֶהֶאֶיֶ הֶהִהֶהִאֶיִיֶוִ הִהִיִוִ הִהֶהִהֶיִאֶוִיֶ</w:t>
      </w:r>
    </w:p>
    <w:p>
      <w:pPr>
        <w:spacing w:before="40" w:after="120"/>
        <w:jc w:val="center"/>
      </w:pPr>
      <w:r>
        <w:rPr>
          <w:rFonts w:ascii="Georgia" w:hAnsi="Georgia" w:cs="Times New Roman"/>
          <w:b/>
          <w:i w:val="0"/>
          <w:color w:val="000000"/>
          <w:sz w:val="32"/>
          <w:rtl/>
          <w:szCs w:val="44"/>
        </w:rPr>
        <w:t>יִ הִ וִ הִ</w:t>
      </w:r>
    </w:p>
    <w:p>
      <w:pPr>
        <w:spacing w:before="40" w:after="120"/>
        <w:jc w:val="both"/>
      </w:pPr>
      <w:r>
        <w:rPr>
          <w:rFonts w:ascii="Georgia" w:hAnsi="Georgia"/>
          <w:b w:val="0"/>
          <w:i w:val="0"/>
          <w:color w:val="000000"/>
          <w:sz w:val="24"/>
        </w:rPr>
        <w:t>Говорит Шмуэль: я хочу сказать, что тебе следует мысленно представлять всю первую строфу первого изображения, затем первое [сочетание] второй строфы, затем третье [первое] изображение третьей строфы, а после этого возвращаться по кругу ко второму [сочетанию] первой строфы, ко второму [сочетанию] второй строфы и ко второму [сочетанию] третьей строфы — и так далее, пока не завершатся все двадцать четыре строфы.</w:t>
      </w:r>
    </w:p>
    <w:p>
      <w:pPr>
        <w:spacing w:before="40" w:after="120"/>
        <w:jc w:val="both"/>
      </w:pPr>
      <w:r>
        <w:rPr>
          <w:rFonts w:ascii="Georgia" w:hAnsi="Georgia"/>
          <w:b w:val="0"/>
          <w:i w:val="0"/>
          <w:color w:val="000000"/>
          <w:sz w:val="24"/>
        </w:rPr>
        <w:t xml:space="preserve">Смысл этого мысленного представления заключается в следующем: сначала ты берешь первое сочетание из этих двух Имен — ЭЙЕ и АВАЯ; и это сочетание охватывает первые четыре часа этих двух дней. Каким образом? В первый час направляй намерение на имя ЭЙЕ отдельно. Во второй час направляй намерение на имя ЭЙЕ, включающее в себя имя АВАЯ, вот так: </w:t>
      </w:r>
      <w:r>
        <w:rPr>
          <w:rFonts w:ascii="Georgia" w:hAnsi="Georgia" w:cs="Times New Roman"/>
          <w:b/>
          <w:i w:val="0"/>
          <w:color w:val="000000"/>
          <w:sz w:val="24"/>
          <w:rtl/>
          <w:szCs w:val="32"/>
        </w:rPr>
        <w:t>איההיוה״ה</w:t>
      </w:r>
      <w:r>
        <w:rPr>
          <w:rFonts w:ascii="Georgia" w:hAnsi="Georgia"/>
          <w:b w:val="0"/>
          <w:i w:val="0"/>
          <w:color w:val="000000"/>
          <w:sz w:val="24"/>
        </w:rPr>
        <w:t xml:space="preserve">. В третий час направляй намерение на имя АВАЯ отдельно. В четвертый час направляй намерение на имя АВАЯ, включающее в себя имя ЭЙЕ, вот так: </w:t>
      </w:r>
      <w:r>
        <w:rPr>
          <w:rFonts w:ascii="Georgia" w:hAnsi="Georgia" w:cs="Times New Roman"/>
          <w:b/>
          <w:i w:val="0"/>
          <w:color w:val="000000"/>
          <w:sz w:val="24"/>
          <w:rtl/>
          <w:szCs w:val="32"/>
        </w:rPr>
        <w:t>יאהה ויה״ה</w:t>
      </w:r>
      <w:r>
        <w:rPr>
          <w:rFonts w:ascii="Georgia" w:hAnsi="Georgia"/>
          <w:b w:val="0"/>
          <w:i w:val="0"/>
          <w:color w:val="000000"/>
          <w:sz w:val="24"/>
        </w:rPr>
        <w:t>. Затем ты берешь второе сочетание каждого из этих двух упомянутых Имен и направляешь намерение на них во вторые четыре часа упомянутым выше порядком. Каким образом? В первый час из вторых четырех часов направляй намерение на имя ЭЙЕ в сочетании алеф-хэй-хэй-йод (</w:t>
      </w:r>
      <w:r>
        <w:rPr>
          <w:rFonts w:ascii="Georgia" w:hAnsi="Georgia" w:cs="Times New Roman"/>
          <w:b/>
          <w:i w:val="0"/>
          <w:color w:val="000000"/>
          <w:sz w:val="24"/>
          <w:rtl/>
          <w:szCs w:val="32"/>
        </w:rPr>
        <w:t>אהה״י</w:t>
      </w:r>
      <w:r>
        <w:rPr>
          <w:rFonts w:ascii="Georgia" w:hAnsi="Georgia"/>
          <w:b w:val="0"/>
          <w:i w:val="0"/>
          <w:color w:val="000000"/>
          <w:sz w:val="24"/>
        </w:rPr>
        <w:t>). Во второй час направляй намерение на упомянутое сочетание алеф-хэй-хэй-йод (</w:t>
      </w:r>
      <w:r>
        <w:rPr>
          <w:rFonts w:ascii="Georgia" w:hAnsi="Georgia" w:cs="Times New Roman"/>
          <w:b/>
          <w:i w:val="0"/>
          <w:color w:val="000000"/>
          <w:sz w:val="24"/>
          <w:rtl/>
          <w:szCs w:val="32"/>
        </w:rPr>
        <w:t>אהה״י</w:t>
      </w:r>
      <w:r>
        <w:rPr>
          <w:rFonts w:ascii="Georgia" w:hAnsi="Georgia"/>
          <w:b w:val="0"/>
          <w:i w:val="0"/>
          <w:color w:val="000000"/>
          <w:sz w:val="24"/>
        </w:rPr>
        <w:t>), включающее в себя сочетание йод-хэй-хэй-вав (</w:t>
      </w:r>
      <w:r>
        <w:rPr>
          <w:rFonts w:ascii="Georgia" w:hAnsi="Georgia" w:cs="Times New Roman"/>
          <w:b/>
          <w:i w:val="0"/>
          <w:color w:val="000000"/>
          <w:sz w:val="24"/>
          <w:rtl/>
          <w:szCs w:val="32"/>
        </w:rPr>
        <w:t>יהה״ו</w:t>
      </w:r>
      <w:r>
        <w:rPr>
          <w:rFonts w:ascii="Georgia" w:hAnsi="Georgia"/>
          <w:b w:val="0"/>
          <w:i w:val="0"/>
          <w:color w:val="000000"/>
          <w:sz w:val="24"/>
        </w:rPr>
        <w:t xml:space="preserve">), вот так: </w:t>
      </w:r>
      <w:r>
        <w:rPr>
          <w:rFonts w:ascii="Georgia" w:hAnsi="Georgia" w:cs="Times New Roman"/>
          <w:b/>
          <w:i w:val="0"/>
          <w:color w:val="000000"/>
          <w:sz w:val="24"/>
          <w:rtl/>
          <w:szCs w:val="32"/>
        </w:rPr>
        <w:t>איההההי״ו</w:t>
      </w:r>
      <w:r>
        <w:rPr>
          <w:rFonts w:ascii="Georgia" w:hAnsi="Georgia"/>
          <w:b w:val="0"/>
          <w:i w:val="0"/>
          <w:color w:val="000000"/>
          <w:sz w:val="24"/>
        </w:rPr>
        <w:t>. В третий час направляй намерение на второе сочетание АВАЯ — само сочетание йод-хэй-хэй-вав (</w:t>
      </w:r>
      <w:r>
        <w:rPr>
          <w:rFonts w:ascii="Georgia" w:hAnsi="Georgia" w:cs="Times New Roman"/>
          <w:b/>
          <w:i w:val="0"/>
          <w:color w:val="000000"/>
          <w:sz w:val="24"/>
          <w:rtl/>
          <w:szCs w:val="32"/>
        </w:rPr>
        <w:t>יהה״ו</w:t>
      </w:r>
      <w:r>
        <w:rPr>
          <w:rFonts w:ascii="Georgia" w:hAnsi="Georgia"/>
          <w:b w:val="0"/>
          <w:i w:val="0"/>
          <w:color w:val="000000"/>
          <w:sz w:val="24"/>
        </w:rPr>
        <w:t xml:space="preserve">) отдельно. В четвертый час направляй намерение на это второе сочетание АВАЯ, включающее в себя второе сочетание ЭЙЕ, вот так: </w:t>
      </w:r>
      <w:r>
        <w:rPr>
          <w:rFonts w:ascii="Georgia" w:hAnsi="Georgia" w:cs="Times New Roman"/>
          <w:b/>
          <w:i w:val="0"/>
          <w:color w:val="000000"/>
          <w:sz w:val="24"/>
          <w:rtl/>
          <w:szCs w:val="32"/>
        </w:rPr>
        <w:t>יאההההו״י</w:t>
      </w:r>
      <w:r>
        <w:rPr>
          <w:rFonts w:ascii="Georgia" w:hAnsi="Georgia"/>
          <w:b w:val="0"/>
          <w:i w:val="0"/>
          <w:color w:val="000000"/>
          <w:sz w:val="24"/>
        </w:rPr>
        <w:t>.</w:t>
      </w:r>
    </w:p>
    <w:p>
      <w:pPr>
        <w:spacing w:before="40" w:after="120"/>
        <w:jc w:val="both"/>
      </w:pPr>
      <w:r>
        <w:rPr>
          <w:rFonts w:ascii="Georgia" w:hAnsi="Georgia"/>
          <w:b w:val="0"/>
          <w:i w:val="0"/>
          <w:color w:val="000000"/>
          <w:sz w:val="24"/>
        </w:rPr>
        <w:t>И точно так же во всех двенадцати сочетаниях: каждое сочетание этих двух упомянутых Имен соотносится с четырьмя часами упомянутым образом. В итоге получается, что в последние четыре часа упомянутых двух дней ты направляешь намерение на двенадцатое сочетание АВАЯ и двенадцатое сочетание ЭЙЕ. Разница лишь в том, что в каждом из двенадцати сочетаний ты в первые два часа начинаешь с имени ЭЙЕ, а в последние два часа начинаешь с имени АВАЯ, как изображено выше. И знай: во всех упомянутых Именах нужно огласовать их: каждая буква любого сочетания имени ЭЙЕ должна быть с огласовкой сеголь, а каждое сочетание имени АВАЯ — с огласовкой хирик, как изображено выше.</w:t>
      </w:r>
    </w:p>
    <w:p>
      <w:pPr>
        <w:spacing w:before="40" w:after="120"/>
        <w:jc w:val="both"/>
      </w:pPr>
      <w:r>
        <w:rPr>
          <w:rFonts w:ascii="Georgia" w:hAnsi="Georgia"/>
          <w:b w:val="0"/>
          <w:i w:val="0"/>
          <w:color w:val="000000"/>
          <w:sz w:val="24"/>
        </w:rPr>
        <w:t>Знай также: когда ты начинаешь с намерения на сочетание ЭЙЕ и включаешь внутрь него имя АВАЯ, намерение состоит не в том, что одно служит душой (</w:t>
      </w:r>
      <w:r>
        <w:rPr>
          <w:rFonts w:ascii="Georgia" w:hAnsi="Georgia"/>
          <w:b w:val="0"/>
          <w:i/>
          <w:color w:val="000000"/>
          <w:sz w:val="24"/>
        </w:rPr>
        <w:t>нешама</w:t>
      </w:r>
      <w:r>
        <w:rPr>
          <w:rFonts w:ascii="Georgia" w:hAnsi="Georgia"/>
          <w:b w:val="0"/>
          <w:i w:val="0"/>
          <w:color w:val="000000"/>
          <w:sz w:val="24"/>
        </w:rPr>
        <w:t>) для другого, а в том, что одно выступает как внутренний свет, а другое — как окружающий свет по отношению к нему.</w:t>
      </w:r>
    </w:p>
    <w:p>
      <w:pPr>
        <w:spacing w:before="40" w:after="120"/>
        <w:jc w:val="both"/>
      </w:pPr>
      <w:r>
        <w:rPr>
          <w:rFonts w:ascii="Georgia" w:hAnsi="Georgia"/>
          <w:b w:val="0"/>
          <w:i w:val="0"/>
          <w:color w:val="000000"/>
          <w:sz w:val="24"/>
        </w:rPr>
        <w:t xml:space="preserve">И если ты сможешь направлять намерение упомянутым образом, [созерцая] каждое Имя в свой час, — это [поистине] </w:t>
      </w:r>
      <w:r>
        <w:rPr>
          <w:rFonts w:ascii="Georgia" w:hAnsi="Georgia"/>
          <w:b w:val="0"/>
          <w:i/>
          <w:color w:val="000000"/>
          <w:sz w:val="24"/>
        </w:rPr>
        <w:t>«Вот как хорошо и как приятно…»</w:t>
      </w:r>
      <w:r>
        <w:rPr>
          <w:rFonts w:ascii="Georgia" w:hAnsi="Georgia"/>
          <w:b w:val="0"/>
          <w:i w:val="0"/>
          <w:color w:val="000000"/>
          <w:sz w:val="24"/>
        </w:rPr>
        <w:t xml:space="preserve"> (Теилим 133:1), и это великое дело. Если же у тебя нет на это сил, направляй намерение на первое сочетание в упомянутом порядке в начале первых четырех часов, затем на второе сочетание в упомянутом порядке в начале вторых четырех часов, и так далее.</w:t>
      </w:r>
    </w:p>
    <w:p>
      <w:pPr>
        <w:spacing w:before="40" w:after="120"/>
        <w:jc w:val="both"/>
      </w:pPr>
      <w:r>
        <w:rPr>
          <w:rFonts w:ascii="Georgia" w:hAnsi="Georgia"/>
          <w:b w:val="0"/>
          <w:i w:val="0"/>
          <w:color w:val="000000"/>
          <w:sz w:val="24"/>
        </w:rPr>
        <w:t xml:space="preserve">Все это относится ко времени днем. Но ночью, когда ты вынужден спать и не можешь направлять намерение подробно каждый час или хотя бы каждые четыре часа, как сказано выше, — когда будешь произносить: </w:t>
      </w:r>
      <w:r>
        <w:rPr>
          <w:rFonts w:ascii="Georgia" w:hAnsi="Georgia"/>
          <w:b w:val="0"/>
          <w:i/>
          <w:color w:val="000000"/>
          <w:sz w:val="24"/>
        </w:rPr>
        <w:t>«В Твою руку вверяю дух мой…»</w:t>
      </w:r>
      <w:r>
        <w:rPr>
          <w:rFonts w:ascii="Georgia" w:hAnsi="Georgia"/>
          <w:b w:val="0"/>
          <w:i w:val="0"/>
          <w:color w:val="000000"/>
          <w:sz w:val="24"/>
        </w:rPr>
        <w:t xml:space="preserve"> (Теилим 31:6), направь намерение сразу на три сочетания, охватывающие двенадцать часов ночи. Но еще лучше будет, если, ложась в постель, ты направишь намерение на первые шесть часов до полуночи, а встав в полночь, направишь намерение подробно на каждое Имя в свой час упомянутым порядком.</w:t>
      </w:r>
    </w:p>
    <w:p>
      <w:pPr>
        <w:spacing w:before="40" w:after="120"/>
        <w:jc w:val="both"/>
      </w:pPr>
      <w:r>
        <w:rPr>
          <w:rFonts w:ascii="Georgia" w:hAnsi="Georgia"/>
          <w:b w:val="0"/>
          <w:i w:val="0"/>
          <w:color w:val="000000"/>
          <w:sz w:val="24"/>
        </w:rPr>
        <w:t>Знай, что эти двенадцать сочетаний ЭЙЕ и АВАЯ распределяются по двенадцати месяцам года, по порядку от Нисана до Адара. Поэтому всякий раз, когда ты направляешь намерение на сочетания ЭЙЕ или АВАЯ, как сказано выше, тебе нужно направлять намерение на шестое сочетание ЭЙЕ и АВАЯ и иметь в виду, что эти два сочетания — шестые у ЭЙЕ и АВАЯ — являются главными на протяжении всего месяца Элул, который представляет собой шестой месяц. И это сочетание сопутствует всем остальным сочетаниям в этом месяце.</w:t>
      </w:r>
    </w:p>
    <w:p>
      <w:pPr>
        <w:spacing w:before="40" w:after="120"/>
        <w:jc w:val="both"/>
      </w:pPr>
      <w:r>
        <w:rPr>
          <w:rFonts w:ascii="Georgia" w:hAnsi="Georgia"/>
          <w:b w:val="0"/>
          <w:i w:val="0"/>
          <w:color w:val="000000"/>
          <w:sz w:val="24"/>
        </w:rPr>
        <w:t>Есть еще и другое намерение: в двух упомянутых Именах ЭЙЕ и АВАЯ в их простом виде — восемь букв, а в их наполнениях — двадцать букв, что вместе составляет двадцать восемь (</w:t>
      </w:r>
      <w:r>
        <w:rPr>
          <w:rFonts w:ascii="Georgia" w:hAnsi="Georgia" w:cs="Times New Roman"/>
          <w:b/>
          <w:i w:val="0"/>
          <w:color w:val="000000"/>
          <w:sz w:val="24"/>
          <w:rtl/>
          <w:szCs w:val="32"/>
        </w:rPr>
        <w:t>כ״ח</w:t>
      </w:r>
      <w:r>
        <w:rPr>
          <w:rFonts w:ascii="Georgia" w:hAnsi="Georgia"/>
          <w:b w:val="0"/>
          <w:i w:val="0"/>
          <w:color w:val="000000"/>
          <w:sz w:val="24"/>
        </w:rPr>
        <w:t>) букв. И в каждый из этих двух дней нужно направлять намерение на них все.</w:t>
      </w:r>
    </w:p>
    <w:p>
      <w:pPr>
        <w:spacing w:before="40" w:after="120"/>
        <w:jc w:val="both"/>
      </w:pPr>
      <w:r>
        <w:rPr>
          <w:rFonts w:ascii="Georgia" w:hAnsi="Georgia"/>
          <w:b w:val="0"/>
          <w:i w:val="0"/>
          <w:color w:val="000000"/>
          <w:sz w:val="24"/>
        </w:rPr>
        <w:t>Каким образом? В первые десять часов первого дня направляй намерение на десять букв наполнения ЭЙЕ буквами йод: каждый час — на одну букву, в следующем порядке: в первый час — буква алеф (</w:t>
      </w:r>
      <w:r>
        <w:rPr>
          <w:rFonts w:ascii="Georgia" w:hAnsi="Georgia" w:cs="Times New Roman"/>
          <w:b/>
          <w:i w:val="0"/>
          <w:color w:val="000000"/>
          <w:sz w:val="24"/>
          <w:rtl/>
          <w:szCs w:val="32"/>
        </w:rPr>
        <w:t>א</w:t>
      </w:r>
      <w:r>
        <w:rPr>
          <w:rFonts w:ascii="Georgia" w:hAnsi="Georgia"/>
          <w:b w:val="0"/>
          <w:i w:val="0"/>
          <w:color w:val="000000"/>
          <w:sz w:val="24"/>
        </w:rPr>
        <w:t>), во второй час — буква ламэд (</w:t>
      </w:r>
      <w:r>
        <w:rPr>
          <w:rFonts w:ascii="Georgia" w:hAnsi="Georgia" w:cs="Times New Roman"/>
          <w:b/>
          <w:i w:val="0"/>
          <w:color w:val="000000"/>
          <w:sz w:val="24"/>
          <w:rtl/>
          <w:szCs w:val="32"/>
        </w:rPr>
        <w:t>ל</w:t>
      </w:r>
      <w:r>
        <w:rPr>
          <w:rFonts w:ascii="Georgia" w:hAnsi="Georgia"/>
          <w:b w:val="0"/>
          <w:i w:val="0"/>
          <w:color w:val="000000"/>
          <w:sz w:val="24"/>
        </w:rPr>
        <w:t>), в третий час — буква пэй (</w:t>
      </w:r>
      <w:r>
        <w:rPr>
          <w:rFonts w:ascii="Georgia" w:hAnsi="Georgia" w:cs="Times New Roman"/>
          <w:b/>
          <w:i w:val="0"/>
          <w:color w:val="000000"/>
          <w:sz w:val="24"/>
          <w:rtl/>
          <w:szCs w:val="32"/>
        </w:rPr>
        <w:t>פ</w:t>
      </w:r>
      <w:r>
        <w:rPr>
          <w:rFonts w:ascii="Georgia" w:hAnsi="Georgia"/>
          <w:b w:val="0"/>
          <w:i w:val="0"/>
          <w:color w:val="000000"/>
          <w:sz w:val="24"/>
        </w:rPr>
        <w:t>), и так далее; и каждая буква из них огласована сеголем. В следующие десять часов направляй намерение на десять букв наполнения АВАЯ со значением АБ буквами йод: по одной букве в час, и каждая буква огласована хириком. А в последние четыре часа первого дня направляй намерение на четыре простые буквы имени ЭЙЕ, каждую букву — с огласовкой сеголь. Вот тебе двадцать четыре часа первого дня.</w:t>
      </w:r>
    </w:p>
    <w:p>
      <w:pPr>
        <w:spacing w:before="40" w:after="120"/>
        <w:jc w:val="both"/>
      </w:pPr>
      <w:r>
        <w:rPr>
          <w:rFonts w:ascii="Georgia" w:hAnsi="Georgia"/>
          <w:b w:val="0"/>
          <w:i w:val="0"/>
          <w:color w:val="000000"/>
          <w:sz w:val="24"/>
        </w:rPr>
        <w:t>Затем в первые десять часов второго дня начинай с десяти букв наполнения АВАЯ буквами йод: каждый час — с одной буквы упомянутым образом, и каждая буква огласована хириком. Во вторые десять часов второго дня направляй намерение на десять букв наполнения ЭЙЕ буквами йод, огласованных сеголем. А затем в последние четыре часа второго дня направляй намерение на четыре простые буквы АВАЯ, огласованные хириком. Все это мы изобразили выше, посмотри там.</w:t>
      </w:r>
    </w:p>
    <w:p>
      <w:pPr>
        <w:spacing w:before="40" w:after="120"/>
        <w:jc w:val="both"/>
      </w:pPr>
      <w:r>
        <w:rPr>
          <w:rFonts w:ascii="Georgia" w:hAnsi="Georgia"/>
          <w:b w:val="0"/>
          <w:i w:val="0"/>
          <w:color w:val="000000"/>
          <w:sz w:val="24"/>
        </w:rPr>
        <w:t>Есть еще одно великое намерение: в рош де-Атик есть тринадцать прядей волос, а напротив них внизу — тринадцать исправлений дикна де-Атик. Эти тринадцать прядей устроены следующим образом: в них двенадцать прядей, а тринадцатая прядь включает их все и содержит в себе еще двенадцать других прядей; итого получается двадцать четыре пряди. Точно так же и в бороде: двенадцать исправлений, а последнее, тринадцатое исправление включает их все и содержит в себе еще двенадцать других исправлений; итого получается двадцать четыре исправления бороды. Сумма прядей и исправлений составляет сорок восемь, соответственно сорока восьми часам этих двух дней, в которые ты будешь поститься, и они соответствуют [Именам] АВАЯ и ЭЙЕ, которые по гематрии равны сорока восьми (</w:t>
      </w:r>
      <w:r>
        <w:rPr>
          <w:rFonts w:ascii="Georgia" w:hAnsi="Georgia" w:cs="Times New Roman"/>
          <w:b/>
          <w:i w:val="0"/>
          <w:color w:val="000000"/>
          <w:sz w:val="24"/>
          <w:rtl/>
          <w:szCs w:val="32"/>
        </w:rPr>
        <w:t>מ״ח</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Знай, что существует одно великое единение (</w:t>
      </w:r>
      <w:r>
        <w:rPr>
          <w:rFonts w:ascii="Georgia" w:hAnsi="Georgia"/>
          <w:b w:val="0"/>
          <w:i/>
          <w:color w:val="000000"/>
          <w:sz w:val="24"/>
        </w:rPr>
        <w:t>ихуд</w:t>
      </w:r>
      <w:r>
        <w:rPr>
          <w:rFonts w:ascii="Georgia" w:hAnsi="Georgia"/>
          <w:b w:val="0"/>
          <w:i w:val="0"/>
          <w:color w:val="000000"/>
          <w:sz w:val="24"/>
        </w:rPr>
        <w:t>), связанное с этими прядями и исправлениями бороды, и его весьма желательно совершать в эти два дня, если ты будешь поститься в них подряд, как сказано выше. Если же ты не постишься в эти дни, совершай это единение на протяжении всего месяца Элул, ведь оно обладает особым благодатным свойством в этом месяце, как сказано выше, поскольку тогда открываются тринадцать источников исправлений бороды. Да и во все остальные дни весьма желательно совершать его в любое время, когда пожелаешь, как будет объяснено далее. Поэтому мы запишем его отдельно, и вот в чем его суть:</w:t>
      </w:r>
    </w:p>
    <w:p>
      <w:pPr>
        <w:keepNext/>
        <w:spacing w:before="320" w:after="120"/>
      </w:pPr>
      <w:r>
        <w:rPr>
          <w:rFonts w:ascii="Georgia" w:hAnsi="Georgia"/>
          <w:b w:val="0"/>
          <w:i w:val="0"/>
          <w:color w:val="000000"/>
          <w:sz w:val="32"/>
        </w:rPr>
        <w:t>Ихуд 17</w:t>
      </w:r>
    </w:p>
    <w:p>
      <w:pPr>
        <w:spacing w:before="40" w:after="120"/>
        <w:jc w:val="both"/>
      </w:pPr>
      <w:r>
        <w:rPr>
          <w:rFonts w:ascii="Georgia" w:hAnsi="Georgia"/>
          <w:b w:val="0"/>
          <w:i w:val="0"/>
          <w:color w:val="000000"/>
          <w:sz w:val="24"/>
        </w:rPr>
        <w:t>И главное время для него — от новомесячия месяца Элул до Йом Кипура. Впрочем, оно очень полезно в любое время и в любой час в течение всего года, но лучше всего [совершать его] в ночь Шаббата после трапезы до полуночи или в будние ночи после полуночи, так как тогда — преимущественное время благоволения (</w:t>
      </w:r>
      <w:r>
        <w:rPr>
          <w:rFonts w:ascii="Georgia" w:hAnsi="Georgia"/>
          <w:b w:val="0"/>
          <w:i/>
          <w:color w:val="000000"/>
          <w:sz w:val="24"/>
        </w:rPr>
        <w:t>эт рацон</w:t>
      </w:r>
      <w:r>
        <w:rPr>
          <w:rFonts w:ascii="Georgia" w:hAnsi="Georgia"/>
          <w:b w:val="0"/>
          <w:i w:val="0"/>
          <w:color w:val="000000"/>
          <w:sz w:val="24"/>
        </w:rPr>
        <w:t>).</w:t>
      </w:r>
    </w:p>
    <w:p>
      <w:pPr>
        <w:spacing w:before="40" w:after="120"/>
        <w:jc w:val="both"/>
      </w:pPr>
      <w:r>
        <w:rPr>
          <w:rFonts w:ascii="Georgia" w:hAnsi="Georgia"/>
          <w:b w:val="0"/>
          <w:i w:val="0"/>
          <w:color w:val="000000"/>
          <w:sz w:val="24"/>
        </w:rPr>
        <w:t>Намерение (</w:t>
      </w:r>
      <w:r>
        <w:rPr>
          <w:rFonts w:ascii="Georgia" w:hAnsi="Georgia"/>
          <w:b w:val="0"/>
          <w:i/>
          <w:color w:val="000000"/>
          <w:sz w:val="24"/>
        </w:rPr>
        <w:t>кавана</w:t>
      </w:r>
      <w:r>
        <w:rPr>
          <w:rFonts w:ascii="Georgia" w:hAnsi="Georgia"/>
          <w:b w:val="0"/>
          <w:i w:val="0"/>
          <w:color w:val="000000"/>
          <w:sz w:val="24"/>
        </w:rPr>
        <w:t xml:space="preserve">) же этого единения состоит в том, чтобы осветить от тринадцати белизн Белой Головы (де-рош хивра) ступень за ступенью до Зеир Анпина (ЗА), чтобы пробудить его к соударению (зивугу) с его нуквой. Суть же этого в предельно кратком виде — то, что мы объяснили в [комментарии к] фрагменту </w:t>
      </w:r>
      <w:r>
        <w:rPr>
          <w:rFonts w:ascii="Georgia" w:hAnsi="Georgia"/>
          <w:b w:val="0"/>
          <w:i/>
          <w:color w:val="000000"/>
          <w:sz w:val="24"/>
        </w:rPr>
        <w:t>«Три головы запечатлелись...»</w:t>
      </w:r>
      <w:r>
        <w:rPr>
          <w:rFonts w:ascii="Georgia" w:hAnsi="Georgia"/>
          <w:b w:val="0"/>
          <w:i w:val="0"/>
          <w:color w:val="000000"/>
          <w:sz w:val="24"/>
        </w:rPr>
        <w:t>, упомянутому в [Идре раздела] Аазину. А именно: помимо высшей головы, совершенно непознаваемой, которая называется Атик Йомин, есть [ниже] нее две головы, и обе они называются АА, и это Кетер и Хохма в нем. И эти две делятся на три головы, так как Кетер разделяется на две: это Гальгальта и воздух (авира), находящийся внутри нее, и они называются двумя головами. И этот воздух (авира) — это мозг (моха) этой Гальгальты, и он называется головой (рош) по отношению к другой, третьей голове, находящейся глубже него, которая называется Сокрытый Мозг (Моха Стимаа) и представляет собой Хохму де-АА. Таким образом, это три головы: Гальгальта, Авира и Моха.</w:t>
      </w:r>
    </w:p>
    <w:p>
      <w:pPr>
        <w:spacing w:before="40" w:after="120"/>
        <w:jc w:val="both"/>
      </w:pPr>
      <w:r>
        <w:rPr>
          <w:rFonts w:ascii="Georgia" w:hAnsi="Georgia"/>
          <w:b w:val="0"/>
          <w:i w:val="0"/>
          <w:color w:val="000000"/>
          <w:sz w:val="24"/>
        </w:rPr>
        <w:t>И в каждой из них есть тринадцать исправлений: ведь в Гальгальте есть тринадцать белых путей, и они белы, и это белизна Кетера, распространяющаяся в коже Гальгальты; а в Авире есть одна оболочка, покрывающая этот воздух, [и] сквозь эту оболочку [проходят] тринадцать прядей волос Гальгальты, то есть пучки и скопления волос; третья же голова, называемая Моха Стимаа, разделяется на тринадцать отделов самого мозга. И кроме того, ниже, в бороде (дикна), есть тринадцать исправлений дикны, как известно.</w:t>
      </w:r>
    </w:p>
    <w:p>
      <w:pPr>
        <w:spacing w:before="40" w:after="120"/>
        <w:jc w:val="both"/>
      </w:pPr>
      <w:r>
        <w:rPr>
          <w:rFonts w:ascii="Georgia" w:hAnsi="Georgia"/>
          <w:b w:val="0"/>
          <w:i w:val="0"/>
          <w:color w:val="000000"/>
          <w:sz w:val="24"/>
        </w:rPr>
        <w:t>Также тебе необходимо знать вкратце другое предисловие — о высшей голове надо всеми этими тремя. И это то, что называется высшей головой надо всеми тремя, и она называется Высшая Непознаваемая Голова, именуемая Атик Йомин. И семь его нижних [сфирот] облачаются в АА, в упомянутые три его головы. И вот их порядок: Хесед — в Кетере, называемом Гальгальта; Гвура — в Моха Стимаа; Тиферет — в Авире; Нецах и Ход — в двух глазах (эйнаим), правом и левом, и точно так же в двух ушах (озэн), правом и левом; Есод — во лбу (мэцах) де-Арих, потому что там находится Даат в рош де-Арих, и внутри него облачается Есод де-Атик; а в носу (хотэм) облачается Малхут де-Атик.</w:t>
      </w:r>
    </w:p>
    <w:p>
      <w:pPr>
        <w:spacing w:before="40" w:after="120"/>
        <w:jc w:val="both"/>
      </w:pPr>
      <w:r>
        <w:rPr>
          <w:rFonts w:ascii="Georgia" w:hAnsi="Georgia"/>
          <w:b w:val="0"/>
          <w:i w:val="0"/>
          <w:color w:val="000000"/>
          <w:sz w:val="24"/>
        </w:rPr>
        <w:t>И вот эти тринадцать прядей волос происходят от Нецаха и Хода Атик Йомина, облачающихся в Ариха, как сказано. И эти тринадцать прядей покрывают лоб и лицо де-АА, ведь там — завершение семи нижних [сфирот] Атик Йомина, так как Малхут его облачается в нос де-Арих; ведь волосы Атика [мне кажется, должно быть: «ведь остальные исправления Атика»] покрываются волосами головы де-Арих, но мозг, глаза и нос де-Арих, где облачаются НЕХИМ де-Атик, — все они покрываются только этими тринадцатью прядями волос, закрывающими лицо, как упомянуто.</w:t>
      </w:r>
    </w:p>
    <w:p>
      <w:pPr>
        <w:spacing w:before="40" w:after="120"/>
        <w:jc w:val="both"/>
      </w:pPr>
      <w:r>
        <w:rPr>
          <w:rFonts w:ascii="Georgia" w:hAnsi="Georgia"/>
          <w:b w:val="0"/>
          <w:i w:val="0"/>
          <w:color w:val="000000"/>
          <w:sz w:val="24"/>
        </w:rPr>
        <w:t>И разобрав эти два предисловия, перейдем к объяснению сути единения. И вот в чем его суть. Знай, что в тринадцати белизнах Гальгальты пребывают три Имени АВАЯ с наполнением АБ (72) через буквы йод, ведь в трех простых Именах [АВАЯ] содержится двенадцать букв, и они соответствуют двенадцати белизнам, а тринадцатая белизна включает их все, как известно.</w:t>
      </w:r>
    </w:p>
    <w:p>
      <w:pPr>
        <w:spacing w:before="40" w:after="120"/>
        <w:jc w:val="both"/>
      </w:pPr>
      <w:r>
        <w:rPr>
          <w:rFonts w:ascii="Georgia" w:hAnsi="Georgia"/>
          <w:b w:val="0"/>
          <w:i w:val="0"/>
          <w:color w:val="000000"/>
          <w:sz w:val="24"/>
        </w:rPr>
        <w:t>И вот эти двенадцать букв йод, содержащиеся в трех упомянутых Именах АВАЯ, протягиваются как двенадцать упомянутых прядей волос. И от этих двенадцати букв йод, которые опустились и протянулись в виде двенадцати прядей волос, протягиваются еще двенадцать других букв йод от этих двенадцати упомянутых букв йод, и образуется тринадцатая прядь, и в ней также эти двенадцать других букв йод, чтобы включить в нее все двенадцать первых букв йод.</w:t>
      </w:r>
    </w:p>
    <w:p>
      <w:pPr>
        <w:spacing w:before="40" w:after="120"/>
        <w:jc w:val="both"/>
      </w:pPr>
      <w:r>
        <w:rPr>
          <w:rFonts w:ascii="Georgia" w:hAnsi="Georgia"/>
          <w:b w:val="0"/>
          <w:i w:val="0"/>
          <w:color w:val="000000"/>
          <w:sz w:val="24"/>
        </w:rPr>
        <w:t>Также в трех упомянутых Именах АВАЯ в тринадцати белизнах Гальгальты есть девять букв вав — по три буквы вав в каждом Имени АВАЯ. И три буквы вав одного Имени АВАЯ Белой Головы опускаются и протягиваются до дикны, и тогда направь намерение на Имя ЭЙЕ с наполнением через буквы йод, в котором есть еще одна буква вав, и вот их четыре буквы вав: эта буква вав Имени ЭЙЕ — четвертая ко всем им. И так поступай, пока не протянешь девять букв вав трех Имен АВАЯ Белой Головы вместе с тремя буквами вав трех Имен ЭЙЕ с наполнением через буквы йод, и тогда станет двенадцать букв вав также в двенадцати исправлениях дикны.</w:t>
      </w:r>
    </w:p>
    <w:p>
      <w:pPr>
        <w:spacing w:before="40" w:after="120"/>
        <w:jc w:val="both"/>
      </w:pPr>
      <w:r>
        <w:rPr>
          <w:rFonts w:ascii="Georgia" w:hAnsi="Georgia"/>
          <w:b w:val="0"/>
          <w:i w:val="0"/>
          <w:color w:val="000000"/>
          <w:sz w:val="24"/>
        </w:rPr>
        <w:t>А затем направь намерение также опустить от этих двенадцати букв вав, находящихся в двенадцати исправлениях дикны, опустить... ...еще двенадцать других букв вав от них самих — в тринадцатое исправление дикны, называемое Святой Мазаль (Мазла Кадиша).</w:t>
      </w:r>
    </w:p>
    <w:p>
      <w:pPr>
        <w:spacing w:before="40" w:after="120"/>
        <w:jc w:val="both"/>
      </w:pPr>
      <w:r>
        <w:rPr>
          <w:rFonts w:ascii="Georgia" w:hAnsi="Georgia"/>
          <w:b w:val="0"/>
          <w:i w:val="0"/>
          <w:color w:val="000000"/>
          <w:sz w:val="24"/>
        </w:rPr>
        <w:t xml:space="preserve">И получается, что тайна прядей — это всегда уровень букв йод, и потому их свойство — покрывать и скрывать свет, ведь через пряди закрывается лицо де-АА, и свет не раскрывается внизу, в дикне, в отличие от букв вав, которые более открыты. Однако при удалении этих прядей с лица раскрывается свет лика де-АА, как сказано в Идре: </w:t>
      </w:r>
      <w:r>
        <w:rPr>
          <w:rFonts w:ascii="Georgia" w:hAnsi="Georgia"/>
          <w:b w:val="0"/>
          <w:i/>
          <w:color w:val="000000"/>
          <w:sz w:val="24"/>
        </w:rPr>
        <w:t>«Когда открывается лоб...»</w:t>
      </w:r>
      <w:r>
        <w:rPr>
          <w:rFonts w:ascii="Georgia" w:hAnsi="Georgia"/>
          <w:b w:val="0"/>
          <w:i w:val="0"/>
          <w:color w:val="000000"/>
          <w:sz w:val="24"/>
        </w:rPr>
        <w:t>, из чего видно, что временами он сокрыт, и это происходит из-за упомянутых прядей. Также при удалении этих прядей воссияет Атик Йомин, облаченный внутрь головы де-АА, как упомянуто выше, и его свет выйдет наружу.</w:t>
      </w:r>
    </w:p>
    <w:p>
      <w:pPr>
        <w:spacing w:before="40" w:after="120"/>
        <w:jc w:val="both"/>
      </w:pPr>
      <w:r>
        <w:rPr>
          <w:rFonts w:ascii="Georgia" w:hAnsi="Georgia"/>
          <w:b w:val="0"/>
          <w:i w:val="0"/>
          <w:color w:val="000000"/>
          <w:sz w:val="24"/>
        </w:rPr>
        <w:t>И тогда эти пряди соединятся у верхних краев сторон дикны, то есть на верхних пеот бороды, и тогда буквы йод соединятся с буквами вав, и буквы йод протянут великий свет в буквы вав, и точно так же вкусы (таамим) — во вкусы, а огласовки (некудот) — в огласовки, как будет разъяснено с Б-жьей помощью, ведь буквы вав всегда питаются от букв йод. И из сказанного выше ты поймешь причину, почему в дикне Зеир Анпина было только девять исправлений: потому что изначально первых букв вав было только девять, как сказано выше.</w:t>
      </w:r>
    </w:p>
    <w:p>
      <w:pPr>
        <w:spacing w:before="40" w:after="120"/>
        <w:jc w:val="both"/>
      </w:pPr>
      <w:r>
        <w:rPr>
          <w:rFonts w:ascii="Georgia" w:hAnsi="Georgia"/>
          <w:b w:val="0"/>
          <w:i w:val="0"/>
          <w:color w:val="000000"/>
          <w:sz w:val="24"/>
        </w:rPr>
        <w:t>Теперь же объясним вопрос упомянутых вкусов и огласовок. Вот, уже было разъяснено, что три Имени АВАЯ с наполнением через буквы йод находятся в тринадцати белизнах Белой Головы, и уже объяснен вопрос букв йод и вав в них. Теперь же в каждом из этих Имен АВАЯ осталось по три буквы: далет, хэй, хэй. И вот от буквы далет протягиваются огласовки к содержащимся в нем буквам йод, а от букв хэй протягиваются к буквам вав, и точно так же со вкусами.</w:t>
      </w:r>
    </w:p>
    <w:p>
      <w:pPr>
        <w:spacing w:before="40" w:after="120"/>
        <w:jc w:val="both"/>
      </w:pPr>
      <w:r>
        <w:rPr>
          <w:rFonts w:ascii="Georgia" w:hAnsi="Georgia"/>
          <w:b w:val="0"/>
          <w:i w:val="0"/>
          <w:color w:val="000000"/>
          <w:sz w:val="24"/>
        </w:rPr>
        <w:t>И сначала объясним огласовки, и начнем с букв йод. В первом Имени АВАЯ есть четыре буквы йод, и от буквы далет в нем вышли и протянулись четыре огласовки к четырем буквам йод этого Имени. Поэтому огласуй каждую букву йод из этих четырех знаками холам и камац, которые составляют два слога.</w:t>
      </w:r>
    </w:p>
    <w:p>
      <w:pPr>
        <w:spacing w:before="40" w:after="120"/>
        <w:jc w:val="both"/>
      </w:pPr>
      <w:r>
        <w:rPr>
          <w:rFonts w:ascii="Georgia" w:hAnsi="Georgia"/>
          <w:b w:val="0"/>
          <w:i w:val="0"/>
          <w:color w:val="000000"/>
          <w:sz w:val="24"/>
        </w:rPr>
        <w:t>А к четырем буквам йод второго Имени АВАЯ протягиваются четыре огласовки от буквы далет этого второго Имени АВАЯ, и каждая буква йод огласуется знаками шва и камац, что составляет только один слог, подобно одной огласовке холам, как известно. А к четырем буквам йод третьего Имени АВАЯ протягиваются четыре огласовки от буквы далет этого третьего Имени АВАЯ, и каждая буква йод огласуется знаками сеголь и цере, и они тоже составляют только один слог. И подобным же образом направь намерение спустить огласовки двенадцати букв йод тринадцатой пряди от тех же трех букв далет упомянутых трех Имен АВАЯ, в точности по указанному порядку.</w:t>
      </w:r>
    </w:p>
    <w:p>
      <w:pPr>
        <w:spacing w:before="40" w:after="120"/>
        <w:jc w:val="both"/>
      </w:pPr>
      <w:r>
        <w:rPr>
          <w:rFonts w:ascii="Georgia" w:hAnsi="Georgia"/>
          <w:b w:val="0"/>
          <w:i w:val="0"/>
          <w:color w:val="000000"/>
          <w:sz w:val="24"/>
        </w:rPr>
        <w:t>Огласовки же букв вав двенадцати исправлений дикны происходят от букв хэй, как сказано выше. И вот их подробное распределение: от первой буквы хэй первого Имени АВАЯ исходят пять огласовок к четырем первым буквам вав следующим образом: в трех первых буквах вав в каждой из них есть по две огласовки — шурук и хирик, а в четвертой букве вав есть три огласовки: шурук, хирик, холам.</w:t>
      </w:r>
    </w:p>
    <w:p>
      <w:pPr>
        <w:spacing w:before="40" w:after="120"/>
        <w:jc w:val="both"/>
      </w:pPr>
      <w:r>
        <w:rPr>
          <w:rFonts w:ascii="Georgia" w:hAnsi="Georgia"/>
          <w:b w:val="0"/>
          <w:i w:val="0"/>
          <w:color w:val="000000"/>
          <w:sz w:val="24"/>
        </w:rPr>
        <w:t>А от первой буквы хэй второго Имени АВАЯ протягиваются две огласовки... ...патах и камац — к каждой из трех первых букв вав во второй четверке, и три огласовки: патах, камац и шва-патах — к четвертой букве вав.</w:t>
      </w:r>
    </w:p>
    <w:p>
      <w:pPr>
        <w:spacing w:before="40" w:after="120"/>
        <w:jc w:val="both"/>
      </w:pPr>
      <w:r>
        <w:rPr>
          <w:rFonts w:ascii="Georgia" w:hAnsi="Georgia"/>
          <w:b w:val="0"/>
          <w:i w:val="0"/>
          <w:color w:val="000000"/>
          <w:sz w:val="24"/>
        </w:rPr>
        <w:t>А от первой буквы хэй третьего Имени АВАЯ протягиваются две огласовки — сеголь и шва-сеголь — к каждой из трех первых букв вав в третьей четверке, и три огласовки: сеголь, сеголь и шва-сеголь — в четвертую букву вав.</w:t>
      </w:r>
    </w:p>
    <w:p>
      <w:pPr>
        <w:spacing w:before="40" w:after="120"/>
        <w:jc w:val="both"/>
      </w:pPr>
      <w:r>
        <w:rPr>
          <w:rFonts w:ascii="Georgia" w:hAnsi="Georgia"/>
          <w:b w:val="0"/>
          <w:i w:val="0"/>
          <w:color w:val="000000"/>
          <w:sz w:val="24"/>
        </w:rPr>
        <w:t>Огласовки же других двенадцати букв вав в тринадцатом исправлении дикны происходят от вторых букв хэй упомянутых трех Имен АВАЯ. Каким образом? От последней буквы хэй первого Имени АВАЯ исходят две огласовки — цере и шва — к каждой из трех первых букв вав, а в четвертой — три огласовки: цере, шва и кубуц.</w:t>
      </w:r>
    </w:p>
    <w:p>
      <w:pPr>
        <w:spacing w:before="40" w:after="120"/>
        <w:jc w:val="both"/>
      </w:pPr>
      <w:r>
        <w:rPr>
          <w:rFonts w:ascii="Georgia" w:hAnsi="Georgia"/>
          <w:b w:val="0"/>
          <w:i w:val="0"/>
          <w:color w:val="000000"/>
          <w:sz w:val="24"/>
        </w:rPr>
        <w:t>А от последней буквы хэй второго Имени АВАЯ протягиваются две огласовки — камац и шва — к каждой из трех первых букв вав во второй [четверке], а в четвертой — три огласовки: камац, шва и шва-камац. А от последней буквы хэй третьего Имени АВАЯ протягиваются две огласовки — патах и шва — к каждой из трех первых букв вав в третьей [четверке], а в четвертой — три огласовки: патах, шва и шва-патах.</w:t>
      </w:r>
    </w:p>
    <w:p>
      <w:pPr>
        <w:spacing w:before="40" w:after="120"/>
        <w:jc w:val="both"/>
      </w:pPr>
      <w:r>
        <w:rPr>
          <w:rFonts w:ascii="Georgia" w:hAnsi="Georgia"/>
          <w:b w:val="0"/>
          <w:i w:val="0"/>
          <w:color w:val="000000"/>
          <w:sz w:val="24"/>
        </w:rPr>
        <w:t>И вкусы распределяются точно так же. Каким образом? От буквы далет в первом Имени АВАЯ протянулись два знака кантилляции — пазер гадоль и зарка — к каждой букве йод из четырех первых букв йод в двенадцати прядях. А от буквы далет во втором Имени АВАЯ протягивается другой знак кантилляции к четырем вторым буквам йод — сегольта в каждой из них. А к третьим четырем [буквам йод] протягивается один знак — карней пара — к каждой из четырех третьих букв йод. И точно так же от этих же трех букв далет протягиваются знаки кантилляции в том же порядке ко вторым двенадцати буквам йод в тринадцатой пряди.</w:t>
      </w:r>
    </w:p>
    <w:p>
      <w:pPr>
        <w:spacing w:before="40" w:after="120"/>
        <w:jc w:val="both"/>
      </w:pPr>
      <w:r>
        <w:rPr>
          <w:rFonts w:ascii="Georgia" w:hAnsi="Georgia"/>
          <w:b w:val="0"/>
          <w:i w:val="0"/>
          <w:color w:val="000000"/>
          <w:sz w:val="24"/>
        </w:rPr>
        <w:t>Знаки же кантилляции букв вав дикны происходят от букв хэй подобно тому, как мы объяснили об огласовках. А именно: от трех первых букв хэй упомянутых трех Имен АВАЯ исходят [знаки] к двенадцати буквам вав двенадцати исправлений дикны следующим... ...образом: в трех первых буквах вав в каждой из них есть два знака — шофар холех и твир, а в четвертой — шофар холех, дарга и твир. В трех вторых буквах вав в каждой из них есть трэй таамей, а в четвертой — маарих и трэй таамей. В трех третьих буквах вав в каждой из них есть тарха и этнахта, а в четвертой — шва, гея, тарха и этнахта.</w:t>
      </w:r>
    </w:p>
    <w:p>
      <w:pPr>
        <w:spacing w:before="40" w:after="120"/>
        <w:jc w:val="both"/>
      </w:pPr>
      <w:r>
        <w:rPr>
          <w:rFonts w:ascii="Georgia" w:hAnsi="Georgia"/>
          <w:b w:val="0"/>
          <w:i w:val="0"/>
          <w:color w:val="000000"/>
          <w:sz w:val="24"/>
        </w:rPr>
        <w:t>А от трех последних букв хэй исходят знаки кантилляции последних двенадцати букв вав в тринадцатом исправлении дикны: в трех первых — макаф и ятив, а в четвертой — йерах бен-йомо, макаф и ятив. В трех вторых — псик, гея и шва, а в четвертой — пашта, псик, гея и шва. В трех третьих — шофар мехупах, соф пасук и ревиа.</w:t>
      </w:r>
    </w:p>
    <w:p>
      <w:pPr>
        <w:spacing w:before="40" w:after="120"/>
        <w:jc w:val="both"/>
      </w:pPr>
      <w:r>
        <w:rPr>
          <w:rFonts w:ascii="Georgia" w:hAnsi="Georgia"/>
          <w:b w:val="0"/>
          <w:i w:val="0"/>
          <w:color w:val="000000"/>
          <w:sz w:val="24"/>
        </w:rPr>
        <w:t>И направь намерение, чтобы буквы йод связались с буквами вав посредством вкусов и огласовок — мужские с женскими, как мы объясним. И тогда раскроется лоб благоволения (мэцах а-рацон) и лик, и протянется свет до окружения мозгов Аба ве-Има, тфилин де-ЗА, как упомянуто выше.</w:t>
      </w:r>
    </w:p>
    <w:p>
      <w:pPr>
        <w:spacing w:before="40" w:after="120"/>
        <w:jc w:val="both"/>
      </w:pPr>
      <w:r>
        <w:rPr>
          <w:rFonts w:ascii="Georgia" w:hAnsi="Georgia"/>
          <w:b w:val="0"/>
          <w:i w:val="0"/>
          <w:color w:val="000000"/>
          <w:sz w:val="24"/>
        </w:rPr>
        <w:t>И объясню самую малость из упомянутого вопроса, хотя в этом нет особой необходимости для намерения единения: ведь от букв далет упомянутых Имен АВАЯ исходят огласовки к двенадцати прядям волос, и поэтому в четырех буквах йод каждого Имени АВАЯ есть только эти четыре огласовки, которые удвоены.</w:t>
      </w:r>
    </w:p>
    <w:p>
      <w:pPr>
        <w:spacing w:before="40" w:after="120"/>
        <w:jc w:val="both"/>
      </w:pPr>
      <w:r>
        <w:rPr>
          <w:rFonts w:ascii="Georgia" w:hAnsi="Georgia"/>
          <w:b w:val="0"/>
          <w:i w:val="0"/>
          <w:color w:val="000000"/>
          <w:sz w:val="24"/>
        </w:rPr>
        <w:t>И вот намерение их огласовки: ведь огласовки первых четырех букв йод — это холам и камац, а они [по форме представляют собой] две буквы йод и одну букву вав: две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w:t>
      </w:r>
      <w:r>
        <w:rPr>
          <w:rFonts w:ascii="Georgia" w:hAnsi="Georgia" w:cs="Times New Roman"/>
          <w:b/>
          <w:i w:val="0"/>
          <w:color w:val="000000"/>
          <w:sz w:val="24"/>
          <w:rtl/>
          <w:szCs w:val="32"/>
        </w:rPr>
        <w:t>י</w:t>
      </w:r>
      <w:r>
        <w:rPr>
          <w:rFonts w:ascii="Georgia" w:hAnsi="Georgia"/>
          <w:b w:val="0"/>
          <w:i w:val="0"/>
          <w:color w:val="000000"/>
          <w:sz w:val="24"/>
        </w:rPr>
        <w:t xml:space="preserve"> = 10) и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что в гематрии дает 26 (</w:t>
      </w:r>
      <w:r>
        <w:rPr>
          <w:rFonts w:ascii="Georgia" w:hAnsi="Georgia" w:cs="Times New Roman"/>
          <w:b/>
          <w:i w:val="0"/>
          <w:color w:val="000000"/>
          <w:sz w:val="24"/>
          <w:rtl/>
          <w:szCs w:val="32"/>
        </w:rPr>
        <w:t>כ״ו</w:t>
      </w:r>
      <w:r>
        <w:rPr>
          <w:rFonts w:ascii="Georgia" w:hAnsi="Georgia"/>
          <w:b w:val="0"/>
          <w:i w:val="0"/>
          <w:color w:val="000000"/>
          <w:sz w:val="24"/>
        </w:rPr>
        <w:t xml:space="preserve"> = 26), как числовое значение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а две огласовки вторых четырех букв йод — это шва и камац, и они по гематрии равны слову </w:t>
      </w:r>
      <w:r>
        <w:rPr>
          <w:rFonts w:ascii="Georgia" w:hAnsi="Georgia"/>
          <w:b w:val="0"/>
          <w:i/>
          <w:color w:val="000000"/>
          <w:sz w:val="24"/>
        </w:rPr>
        <w:t>эвель</w:t>
      </w:r>
      <w:r>
        <w:rPr>
          <w:rFonts w:ascii="Georgia" w:hAnsi="Georgia"/>
          <w:b w:val="0"/>
          <w:i w:val="0"/>
          <w:color w:val="000000"/>
          <w:sz w:val="24"/>
        </w:rPr>
        <w:t xml:space="preserve"> («пар», </w:t>
      </w:r>
      <w:r>
        <w:rPr>
          <w:rFonts w:ascii="Georgia" w:hAnsi="Georgia" w:cs="Times New Roman"/>
          <w:b/>
          <w:i w:val="0"/>
          <w:color w:val="000000"/>
          <w:sz w:val="24"/>
          <w:rtl/>
          <w:szCs w:val="32"/>
        </w:rPr>
        <w:t>הֶבֶל</w:t>
      </w:r>
      <w:r>
        <w:rPr>
          <w:rFonts w:ascii="Georgia" w:hAnsi="Georgia"/>
          <w:b w:val="0"/>
          <w:i w:val="0"/>
          <w:color w:val="000000"/>
          <w:sz w:val="24"/>
        </w:rPr>
        <w:t xml:space="preserve"> = 37: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с колелем [36 + 1 = 37]; и получается, что четыре раза по 36 (</w:t>
      </w:r>
      <w:r>
        <w:rPr>
          <w:rFonts w:ascii="Georgia" w:hAnsi="Georgia" w:cs="Times New Roman"/>
          <w:b/>
          <w:i w:val="0"/>
          <w:color w:val="000000"/>
          <w:sz w:val="24"/>
          <w:rtl/>
          <w:szCs w:val="32"/>
        </w:rPr>
        <w:t>ל״ו</w:t>
      </w:r>
      <w:r>
        <w:rPr>
          <w:rFonts w:ascii="Georgia" w:hAnsi="Georgia"/>
          <w:b w:val="0"/>
          <w:i w:val="0"/>
          <w:color w:val="000000"/>
          <w:sz w:val="24"/>
        </w:rPr>
        <w:t xml:space="preserve"> = 36) дают по гематрии 144 — слово </w:t>
      </w:r>
      <w:r>
        <w:rPr>
          <w:rFonts w:ascii="Georgia" w:hAnsi="Georgia"/>
          <w:b w:val="0"/>
          <w:i/>
          <w:color w:val="000000"/>
          <w:sz w:val="24"/>
        </w:rPr>
        <w:t>кедем</w:t>
      </w:r>
      <w:r>
        <w:rPr>
          <w:rFonts w:ascii="Georgia" w:hAnsi="Georgia"/>
          <w:b w:val="0"/>
          <w:i w:val="0"/>
          <w:color w:val="000000"/>
          <w:sz w:val="24"/>
        </w:rPr>
        <w:t xml:space="preserve"> (</w:t>
      </w:r>
      <w:r>
        <w:rPr>
          <w:rFonts w:ascii="Georgia" w:hAnsi="Georgia" w:cs="Times New Roman"/>
          <w:b/>
          <w:i w:val="0"/>
          <w:color w:val="000000"/>
          <w:sz w:val="24"/>
          <w:rtl/>
          <w:szCs w:val="32"/>
        </w:rPr>
        <w:t>קֶדֶם</w:t>
      </w:r>
      <w:r>
        <w:rPr>
          <w:rFonts w:ascii="Georgia" w:hAnsi="Georgia"/>
          <w:b w:val="0"/>
          <w:i w:val="0"/>
          <w:color w:val="000000"/>
          <w:sz w:val="24"/>
        </w:rPr>
        <w:t xml:space="preserve"> = 144: буква куф (</w:t>
      </w:r>
      <w:r>
        <w:rPr>
          <w:rFonts w:ascii="Georgia" w:hAnsi="Georgia" w:cs="Times New Roman"/>
          <w:b/>
          <w:i w:val="0"/>
          <w:color w:val="000000"/>
          <w:sz w:val="24"/>
          <w:rtl/>
          <w:szCs w:val="32"/>
        </w:rPr>
        <w:t>ק</w:t>
      </w:r>
      <w:r>
        <w:rPr>
          <w:rFonts w:ascii="Georgia" w:hAnsi="Georgia"/>
          <w:b w:val="0"/>
          <w:i w:val="0"/>
          <w:color w:val="000000"/>
          <w:sz w:val="24"/>
        </w:rPr>
        <w:t xml:space="preserve"> = 100),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 4),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и в каждом из них — гематрия слова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 36: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а сама буква — это йод (</w:t>
      </w:r>
      <w:r>
        <w:rPr>
          <w:rFonts w:ascii="Georgia" w:hAnsi="Georgia" w:cs="Times New Roman"/>
          <w:b/>
          <w:i w:val="0"/>
          <w:color w:val="000000"/>
          <w:sz w:val="24"/>
          <w:rtl/>
          <w:szCs w:val="32"/>
        </w:rPr>
        <w:t>י</w:t>
      </w:r>
      <w:r>
        <w:rPr>
          <w:rFonts w:ascii="Georgia" w:hAnsi="Georgia"/>
          <w:b w:val="0"/>
          <w:i w:val="0"/>
          <w:color w:val="000000"/>
          <w:sz w:val="24"/>
        </w:rPr>
        <w:t xml:space="preserve"> = 10), и в этом тайна [выражения] </w:t>
      </w:r>
      <w:r>
        <w:rPr>
          <w:rFonts w:ascii="Georgia" w:hAnsi="Georgia"/>
          <w:b w:val="0"/>
          <w:i/>
          <w:color w:val="000000"/>
          <w:sz w:val="24"/>
        </w:rPr>
        <w:t>Элокей кедем</w:t>
      </w:r>
      <w:r>
        <w:rPr>
          <w:rFonts w:ascii="Georgia" w:hAnsi="Georgia"/>
          <w:b w:val="0"/>
          <w:i w:val="0"/>
          <w:color w:val="000000"/>
          <w:sz w:val="24"/>
        </w:rPr>
        <w:t xml:space="preserve"> («Б-г предвечный», Дварим 33:27); огласовки же третьих четырех букв йод — это цере и сеголь, и по гематрии они равны слову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 50: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что указывает на Бину, а четыре раза по пятьдесят дают двести, что составляет тайну стиха </w:t>
      </w:r>
      <w:r>
        <w:rPr>
          <w:rFonts w:ascii="Georgia" w:hAnsi="Georgia"/>
          <w:b w:val="0"/>
          <w:i/>
          <w:color w:val="000000"/>
          <w:sz w:val="24"/>
        </w:rPr>
        <w:t>«...и двести — стерегущим плоды его»</w:t>
      </w:r>
      <w:r>
        <w:rPr>
          <w:rFonts w:ascii="Georgia" w:hAnsi="Georgia"/>
          <w:b w:val="0"/>
          <w:i w:val="0"/>
          <w:color w:val="000000"/>
          <w:sz w:val="24"/>
        </w:rPr>
        <w:t xml:space="preserve"> (Шир а-Ширим 8:12).</w:t>
      </w:r>
    </w:p>
    <w:p>
      <w:pPr>
        <w:spacing w:before="40" w:after="120"/>
        <w:jc w:val="both"/>
      </w:pPr>
      <w:r>
        <w:rPr>
          <w:rFonts w:ascii="Georgia" w:hAnsi="Georgia"/>
          <w:b w:val="0"/>
          <w:i w:val="0"/>
          <w:color w:val="000000"/>
          <w:sz w:val="24"/>
        </w:rPr>
        <w:t>А от первой буквы хэй исходят огласовки к двенадцати буквам вав первых двенадцати исправлений дикны. И потому во всех четырех буквах вав, исходящих из одного Имени АВАЯ, есть пять огласовок: [две] в каждой букве вав из трех первых и три огласовки в четвертой букве вав, и оказывается, что если соединить одну букву вав из трех первых с последней буквой вав, то в них будет пять огласовок — по числу буквы хэй (</w:t>
      </w:r>
      <w:r>
        <w:rPr>
          <w:rFonts w:ascii="Georgia" w:hAnsi="Georgia" w:cs="Times New Roman"/>
          <w:b/>
          <w:i w:val="0"/>
          <w:color w:val="000000"/>
          <w:sz w:val="24"/>
          <w:rtl/>
          <w:szCs w:val="32"/>
        </w:rPr>
        <w:t>ה</w:t>
      </w:r>
      <w:r>
        <w:rPr>
          <w:rFonts w:ascii="Georgia" w:hAnsi="Georgia"/>
          <w:b w:val="0"/>
          <w:i w:val="0"/>
          <w:color w:val="000000"/>
          <w:sz w:val="24"/>
        </w:rPr>
        <w:t xml:space="preserve"> = 5), от которой произошли эти огласовки.</w:t>
      </w:r>
    </w:p>
    <w:p>
      <w:pPr>
        <w:spacing w:before="40" w:after="120"/>
        <w:jc w:val="both"/>
      </w:pPr>
      <w:r>
        <w:rPr>
          <w:rFonts w:ascii="Georgia" w:hAnsi="Georgia"/>
          <w:b w:val="0"/>
          <w:i w:val="0"/>
          <w:color w:val="000000"/>
          <w:sz w:val="24"/>
        </w:rPr>
        <w:t>Знай также, что первая буква хэй, от которой исходят вкусы, — это тайна той первой буквы хэй, которая пребывает в правом отверстии носа (хотэм) Атика, как упомянуто в первом единении. И оттуда протягиваются вкусы, а затем протягиваются вниз до Зеир Анпина дыханием жизни (</w:t>
      </w:r>
      <w:r>
        <w:rPr>
          <w:rFonts w:ascii="Georgia" w:hAnsi="Georgia"/>
          <w:b w:val="0"/>
          <w:i/>
          <w:color w:val="000000"/>
          <w:sz w:val="24"/>
        </w:rPr>
        <w:t>руха де-хайей</w:t>
      </w:r>
      <w:r>
        <w:rPr>
          <w:rFonts w:ascii="Georgia" w:hAnsi="Georgia"/>
          <w:b w:val="0"/>
          <w:i w:val="0"/>
          <w:color w:val="000000"/>
          <w:sz w:val="24"/>
        </w:rPr>
        <w:t>).</w:t>
      </w:r>
    </w:p>
    <w:p>
      <w:pPr>
        <w:spacing w:before="40" w:after="120"/>
        <w:jc w:val="both"/>
      </w:pPr>
      <w:r>
        <w:rPr>
          <w:rFonts w:ascii="Georgia" w:hAnsi="Georgia"/>
          <w:b w:val="0"/>
          <w:i w:val="0"/>
          <w:color w:val="000000"/>
          <w:sz w:val="24"/>
        </w:rPr>
        <w:t>Пойми также и то, что первые двенадцать букв вав в двенадцати исправлениях дикны образуют форму буквы алеф (</w:t>
      </w:r>
      <w:r>
        <w:rPr>
          <w:rFonts w:ascii="Georgia" w:hAnsi="Georgia" w:cs="Times New Roman"/>
          <w:b/>
          <w:i w:val="0"/>
          <w:color w:val="000000"/>
          <w:sz w:val="24"/>
          <w:rtl/>
          <w:szCs w:val="32"/>
        </w:rPr>
        <w:t>א</w:t>
      </w:r>
      <w:r>
        <w:rPr>
          <w:rFonts w:ascii="Georgia" w:hAnsi="Georgia"/>
          <w:b w:val="0"/>
          <w:i w:val="0"/>
          <w:color w:val="000000"/>
          <w:sz w:val="24"/>
        </w:rPr>
        <w:t>), состоящую из букв йод, вав, йод (</w:t>
      </w:r>
      <w:r>
        <w:rPr>
          <w:rFonts w:ascii="Georgia" w:hAnsi="Georgia" w:cs="Times New Roman"/>
          <w:b/>
          <w:i w:val="0"/>
          <w:color w:val="000000"/>
          <w:sz w:val="24"/>
          <w:rtl/>
          <w:szCs w:val="32"/>
        </w:rPr>
        <w:t>יו״י</w:t>
      </w:r>
      <w:r>
        <w:rPr>
          <w:rFonts w:ascii="Georgia" w:hAnsi="Georgia"/>
          <w:b w:val="0"/>
          <w:i w:val="0"/>
          <w:color w:val="000000"/>
          <w:sz w:val="24"/>
        </w:rPr>
        <w:t>), потому что огласовки первых четырех букв вав — круглые (точки), соответствуют первой букве йод упомянутой буквы алеф; огласовки вторых четырех букв вав имеют форму линий, соответствуют букве вав посреди буквы алеф; а последние четыре буквы вав имеют круглые огласовки, соответствуют последней букве йод упомянутой буквы алеф. Огласовки же двенадцати букв вав в тринадцатом исправлении дикны, называемом Мазаль, — это тайна буквы алеф (</w:t>
      </w:r>
      <w:r>
        <w:rPr>
          <w:rFonts w:ascii="Georgia" w:hAnsi="Georgia" w:cs="Times New Roman"/>
          <w:b/>
          <w:i w:val="0"/>
          <w:color w:val="000000"/>
          <w:sz w:val="24"/>
          <w:rtl/>
          <w:szCs w:val="32"/>
        </w:rPr>
        <w:t>א</w:t>
      </w:r>
      <w:r>
        <w:rPr>
          <w:rFonts w:ascii="Georgia" w:hAnsi="Georgia"/>
          <w:b w:val="0"/>
          <w:i w:val="0"/>
          <w:color w:val="000000"/>
          <w:sz w:val="24"/>
        </w:rPr>
        <w:t>), имеющей форму букв йод, вав, далет (</w:t>
      </w:r>
      <w:r>
        <w:rPr>
          <w:rFonts w:ascii="Georgia" w:hAnsi="Georgia" w:cs="Times New Roman"/>
          <w:b/>
          <w:i w:val="0"/>
          <w:color w:val="000000"/>
          <w:sz w:val="24"/>
          <w:rtl/>
          <w:szCs w:val="32"/>
        </w:rPr>
        <w:t>יו״ד</w:t>
      </w:r>
      <w:r>
        <w:rPr>
          <w:rFonts w:ascii="Georgia" w:hAnsi="Georgia"/>
          <w:b w:val="0"/>
          <w:i w:val="0"/>
          <w:color w:val="000000"/>
          <w:sz w:val="24"/>
        </w:rPr>
        <w:t xml:space="preserve">), вот так: </w:t>
      </w:r>
      <w:r>
        <w:rPr>
          <w:rFonts w:ascii="Georgia" w:hAnsi="Georgia" w:cs="Times New Roman"/>
          <w:b/>
          <w:i w:val="0"/>
          <w:color w:val="000000"/>
          <w:sz w:val="24"/>
          <w:rtl/>
          <w:szCs w:val="32"/>
        </w:rPr>
        <w:t>א</w:t>
      </w:r>
      <w:r>
        <w:rPr>
          <w:rFonts w:ascii="Georgia" w:hAnsi="Georgia"/>
          <w:b w:val="0"/>
          <w:i w:val="0"/>
          <w:color w:val="000000"/>
          <w:sz w:val="24"/>
        </w:rPr>
        <w:t xml:space="preserve">. Ведь огласовки первых четырех букв вав — круглые, подобно первой букве йод буквы алеф; огласовки вторых четырех букв вав имеют начертание линий, соответственно букве вав; а огласовки третьих четырех букв вав — также линии, соответственно букве далет в изображенной букве алеф: </w:t>
      </w:r>
      <w:r>
        <w:rPr>
          <w:rFonts w:ascii="Georgia" w:hAnsi="Georgia" w:cs="Times New Roman"/>
          <w:b/>
          <w:i w:val="0"/>
          <w:color w:val="000000"/>
          <w:sz w:val="24"/>
          <w:rtl/>
          <w:szCs w:val="32"/>
        </w:rPr>
        <w:t>א</w:t>
      </w:r>
      <w:r>
        <w:rPr>
          <w:rFonts w:ascii="Georgia" w:hAnsi="Georgia"/>
          <w:b w:val="0"/>
          <w:i w:val="0"/>
          <w:color w:val="000000"/>
          <w:sz w:val="24"/>
        </w:rPr>
        <w:t>. И вот их начертание с их огласовками и знаками кантилляции:</w:t>
      </w:r>
    </w:p>
    <w:p>
      <w:pPr>
        <w:spacing w:before="40" w:after="120"/>
        <w:jc w:val="center"/>
      </w:pPr>
      <w:r>
        <w:rPr>
          <w:rFonts w:ascii="Georgia" w:hAnsi="Georgia" w:cs="Times New Roman"/>
          <w:b/>
          <w:i w:val="0"/>
          <w:color w:val="000000"/>
          <w:sz w:val="32"/>
          <w:rtl/>
          <w:szCs w:val="44"/>
        </w:rPr>
        <w:t>יָ֡֘֗ יָ֡֘֗ יָ֡֘֗ יָ֡֘֗ יֳ֒ יֳ֒ יֳ֒ יֳ֒ יֵֶ֟ יֵֶ֟ יֵֶ֟ יֵֶ֟</w:t>
      </w:r>
    </w:p>
    <w:p>
      <w:pPr>
        <w:spacing w:before="40" w:after="120"/>
        <w:jc w:val="center"/>
      </w:pPr>
      <w:r>
        <w:rPr>
          <w:rFonts w:ascii="Georgia" w:hAnsi="Georgia" w:cs="Times New Roman"/>
          <w:b/>
          <w:i w:val="0"/>
          <w:color w:val="000000"/>
          <w:sz w:val="32"/>
          <w:rtl/>
          <w:szCs w:val="44"/>
        </w:rPr>
        <w:t>ו וִֹּ֥֛ וִֹּ֥֛ וִֹּ֥֛ וֲַָ֦ וֲַָ֦ וֲַָ֦ וֲַָ֦ וְֶֶ֖֑ וְֶֶ֖֑ וְֶֶ֖֑ ווווְֶֶ֖֑</w:t>
      </w:r>
    </w:p>
    <w:p>
      <w:pPr>
        <w:spacing w:before="40" w:after="120"/>
        <w:jc w:val="center"/>
      </w:pPr>
      <w:r>
        <w:rPr>
          <w:rFonts w:ascii="Georgia" w:hAnsi="Georgia" w:cs="Times New Roman"/>
          <w:b/>
          <w:i w:val="0"/>
          <w:color w:val="000000"/>
          <w:sz w:val="32"/>
          <w:rtl/>
          <w:szCs w:val="44"/>
        </w:rPr>
        <w:t>וְֵֻ־֤ וְֵֻ־֤ וְֵֻ־֤ וְֵֻ־֤ ו֨׀ְְָָ ו֨׀ְְָָ ו֨׀ְְָָ ו֨׀ְְָָ וְְָָ֨ וֱֲַֽ֤ וֱֲַֽ֤ וֱֲַֽ֤</w:t>
      </w:r>
    </w:p>
    <w:p>
      <w:pPr>
        <w:spacing w:before="40" w:after="120"/>
        <w:jc w:val="both"/>
      </w:pPr>
      <w:r>
        <w:rPr>
          <w:rFonts w:ascii="Georgia" w:hAnsi="Georgia"/>
          <w:b w:val="0"/>
          <w:i w:val="0"/>
          <w:color w:val="000000"/>
          <w:sz w:val="24"/>
        </w:rPr>
        <w:t>Теперь же я объясню и запишу порядок совершения единения вкратце, чтобы ты мог направлять намерение в размышлениях своего сердца с закрытыми глазами.</w:t>
      </w:r>
    </w:p>
    <w:p>
      <w:pPr>
        <w:spacing w:before="40" w:after="120"/>
        <w:jc w:val="both"/>
      </w:pPr>
      <w:r>
        <w:rPr>
          <w:rFonts w:ascii="Georgia" w:hAnsi="Georgia"/>
          <w:b w:val="0"/>
          <w:i w:val="0"/>
          <w:color w:val="000000"/>
          <w:sz w:val="24"/>
        </w:rPr>
        <w:t>Встав после полуночи, произнеси устами с сердечным намерением: «Да будет угодно пред Тобой, Г-сподь Б-г мой и Б-г отцов моих, чтобы сейчас через меня раскрылся высший лоб благоволения». А затем все, что мы упомянем отсюда и далее, размышляй и направляй мыслью в сердце своем с величайшим сосредоточением до самого предела.</w:t>
      </w:r>
    </w:p>
    <w:p>
      <w:pPr>
        <w:spacing w:before="40" w:after="120"/>
        <w:jc w:val="both"/>
      </w:pPr>
      <w:r>
        <w:rPr>
          <w:rFonts w:ascii="Georgia" w:hAnsi="Georgia"/>
          <w:b w:val="0"/>
          <w:i w:val="0"/>
          <w:color w:val="000000"/>
          <w:sz w:val="24"/>
        </w:rPr>
        <w:t>И вот порядок: сначала направь намерение на то, что в тринадцати белизнах Белой Головы пребывает тайна трех Имен АВАЯ с наполнением через буквы йод. И направь намерение, что эти двенадцать букв йод, содержащиеся в упомянутых трех Именах АВАЯ, протягиваются как тринадцать прядей волос, покрывающих лик Атика. И направь намерение спустить только эти двенадцать букв йод, и они соответствуют двенадцати прядям волос; а затем направь намерение, что от этих двенадцати букв йод протягиваются... ...еще двенадцать других букв йод, и образуется тринадцатая прядь, и в ней также двенадцать букв йод, чтобы включить в нее все первые двенадцать.</w:t>
      </w:r>
    </w:p>
    <w:p>
      <w:pPr>
        <w:spacing w:before="40" w:after="120"/>
        <w:jc w:val="both"/>
      </w:pPr>
      <w:r>
        <w:rPr>
          <w:rFonts w:ascii="Georgia" w:hAnsi="Georgia"/>
          <w:b w:val="0"/>
          <w:i w:val="0"/>
          <w:color w:val="000000"/>
          <w:sz w:val="24"/>
        </w:rPr>
        <w:t>Затем направь намерение спустить три буквы вав, содержащиеся в первом Имени АВАЯ Белой Головы, как сказано выше, до дикны, и тогда сосредоточься на одном Имени ЭЙЕ с наполнением через буквы йод, в котором есть еще одна буква вав, и вот их четыре буквы вав; и будь внимателен: четвертая буква вав всегда относится к уровню ЭЙЕ.</w:t>
      </w:r>
    </w:p>
    <w:p>
      <w:pPr>
        <w:spacing w:before="40" w:after="120"/>
        <w:jc w:val="both"/>
      </w:pPr>
      <w:r>
        <w:rPr>
          <w:rFonts w:ascii="Georgia" w:hAnsi="Georgia"/>
          <w:b w:val="0"/>
          <w:i w:val="0"/>
          <w:color w:val="000000"/>
          <w:sz w:val="24"/>
        </w:rPr>
        <w:t>И вновь направь намерение спустить от второго Имени АВАЯ Белой Головы, как сказано выше, три другие буквы вав до дикны, и сосредоточься на втором Имени ЭЙЕ с наполнением через йод, в котором есть еще одна буква вав, и она всегда четвертая, как сказано выше.</w:t>
      </w:r>
    </w:p>
    <w:p>
      <w:pPr>
        <w:spacing w:before="40" w:after="120"/>
        <w:jc w:val="both"/>
      </w:pPr>
      <w:r>
        <w:rPr>
          <w:rFonts w:ascii="Georgia" w:hAnsi="Georgia"/>
          <w:b w:val="0"/>
          <w:i w:val="0"/>
          <w:color w:val="000000"/>
          <w:sz w:val="24"/>
        </w:rPr>
        <w:t>И вновь направь намерение спустить от третьего Имени АВАЯ Белой Головы три другие буквы вав до дикны, и сосредоточься на третьем Имени ЭЙЕ, в котором есть еще одна буква вав, и она четвертая. Затем направь намерение спустить от этих двенадцати букв вав, находящихся в двенадцати исправлениях дикны, спустить еще двенадцать других букв вав от них самих в тринадцатое исправление дикны, называемое Мазаль.</w:t>
      </w:r>
    </w:p>
    <w:p>
      <w:pPr>
        <w:spacing w:before="40" w:after="120"/>
        <w:jc w:val="both"/>
      </w:pPr>
      <w:r>
        <w:rPr>
          <w:rFonts w:ascii="Georgia" w:hAnsi="Georgia"/>
          <w:b w:val="0"/>
          <w:i w:val="0"/>
          <w:color w:val="000000"/>
          <w:sz w:val="24"/>
        </w:rPr>
        <w:t>Затем направь намерение спустить от буквы далет каждого Имени АВАЯ из трех Имен АВАЯ Белой Головы огласовки к двенадцати буквам йод. Каким образом? От первой буквы далет спусти четыре огласовки, как сказано выше, к четырем буквам йод первого Имени АВАЯ, спустившимся в двенадцать прядей волос; и так же поступи от трех букв далет тех трех Имен к трем четверкам букв йод в двенадцати прядях волос.</w:t>
      </w:r>
    </w:p>
    <w:p>
      <w:pPr>
        <w:spacing w:before="40" w:after="120"/>
        <w:jc w:val="both"/>
      </w:pPr>
      <w:r>
        <w:rPr>
          <w:rFonts w:ascii="Georgia" w:hAnsi="Georgia"/>
          <w:b w:val="0"/>
          <w:i w:val="0"/>
          <w:color w:val="000000"/>
          <w:sz w:val="24"/>
        </w:rPr>
        <w:t>Затем направь намерение во второй раз спустить подобным же образом от тех же трех букв далет огласовки к двенадцати буквам йод в тринадцатой пряди. И не спускай их от высших двенадцати букв йод, как это происходило с самими буквами йод, ведь огласовки всегда нисходят сверху от букв далет; всегда направляй намерение спускать огласовки от первой буквы далет к четырем буквам йод в ней, и точно так же в остальных двенадцати последних буквах йод тринадцатой пряди.</w:t>
      </w:r>
    </w:p>
    <w:p>
      <w:pPr>
        <w:spacing w:before="40" w:after="120"/>
        <w:jc w:val="both"/>
      </w:pPr>
      <w:r>
        <w:rPr>
          <w:rFonts w:ascii="Georgia" w:hAnsi="Georgia"/>
          <w:b w:val="0"/>
          <w:i w:val="0"/>
          <w:color w:val="000000"/>
          <w:sz w:val="24"/>
        </w:rPr>
        <w:t>Затем спусти от трех первых букв хэй трех упомянутых Имен АВАЯ огласовки к первым двенадцати буквам вав в двенадцати исправлениях дикны: от первой буквы хэй к первым четырем буквам вав в ней, и так во всех них. Затем от трех нижних букв хэй упомянутых трех Имен АВАЯ спусти огласовки к двенадцати буквам вав в тринадцатом исправлении дикны, называемом Мазаль.</w:t>
      </w:r>
    </w:p>
    <w:p>
      <w:pPr>
        <w:spacing w:before="40" w:after="120"/>
        <w:jc w:val="both"/>
      </w:pPr>
      <w:r>
        <w:rPr>
          <w:rFonts w:ascii="Georgia" w:hAnsi="Georgia"/>
          <w:b w:val="0"/>
          <w:i w:val="0"/>
          <w:color w:val="000000"/>
          <w:sz w:val="24"/>
        </w:rPr>
        <w:t>Затем направь намерение в точности по упомянутому порядку спустить вкусы от букв далет к... ...первым двенадцати буквам йод и к последним двенадцати буквам йод, а от первых букв хэй — к первым двенадцати буквам вав, и от нижних букв хэй — к нижним двенадцати буквам вав в тринадцатом исправлении, называемом Мазаль.</w:t>
      </w:r>
    </w:p>
    <w:p>
      <w:pPr>
        <w:spacing w:before="40" w:after="120"/>
        <w:jc w:val="both"/>
      </w:pPr>
      <w:r>
        <w:rPr>
          <w:rFonts w:ascii="Georgia" w:hAnsi="Georgia"/>
          <w:b w:val="0"/>
          <w:i w:val="0"/>
          <w:color w:val="000000"/>
          <w:sz w:val="24"/>
        </w:rPr>
        <w:t>Затем направь намерение убрать и удалить эти тринадцать упомянутых прядей волос с лица и лба (мэцах) Атика и отвести их к сторонам лица, чтобы соединить их с краем бороды (пеат а-закан), чтобы соединились буквы йод с буквами вав, и высшие огласовки, принадлежащие буквам йод и являющиеся мелахим, — с нижними огласовками дикны, принадлежащими буквам вав и являющимися слугами; и высшие вкусы букв йод, являющиеся мужскими, — со вкусами букв вав, являющимися женскими, поскольку эти вкусы находятся ниже букв вав и под ними, в отличие от вкусов букв йод, которые расположены над ними и потому относятся к мужскому началу.</w:t>
      </w:r>
    </w:p>
    <w:p>
      <w:pPr>
        <w:spacing w:before="40" w:after="120"/>
        <w:jc w:val="both"/>
      </w:pPr>
      <w:r>
        <w:rPr>
          <w:rFonts w:ascii="Georgia" w:hAnsi="Georgia"/>
          <w:b w:val="0"/>
          <w:i w:val="0"/>
          <w:color w:val="000000"/>
          <w:sz w:val="24"/>
        </w:rPr>
        <w:t>Затем направь намерение на тайну Бины Атик Йомина, которая вовсе не облачена в АА, как известно и как упомянуто выше, ведь [Атик] облачается в него лишь от своего Хеседа и ниже. И направь намерение спустить и протянуть от нее свет до мэцах де-Арих, внутри которого находится Даат де-Арих, а внутри Даат де-Арих облачается Есод де-Атик Йомин, как сказано выше. И тогда направь намерение на то, чтобы свет Бины Атик Йомина протянулся и опустился снаружи до мэцах де-Арих, а Есод де-Атик, находящийся внутри лба, вывел бы свой свет наружу... ...и тот [свет], что снаружи, войдет внутрь, и они встретятся друг с другом и осветят великим светом. Затем этот свет опускается к мэцах де-Аба ве-Има и светит там великим светом, а затем спускается к мэцах де-ЗА и светит там, и благодаря этому подчиняются строгие суды (</w:t>
      </w:r>
      <w:r>
        <w:rPr>
          <w:rFonts w:ascii="Georgia" w:hAnsi="Georgia"/>
          <w:b w:val="0"/>
          <w:i/>
          <w:color w:val="000000"/>
          <w:sz w:val="24"/>
        </w:rPr>
        <w:t>диним</w:t>
      </w:r>
      <w:r>
        <w:rPr>
          <w:rFonts w:ascii="Georgia" w:hAnsi="Georgia"/>
          <w:b w:val="0"/>
          <w:i w:val="0"/>
          <w:color w:val="000000"/>
          <w:sz w:val="24"/>
        </w:rPr>
        <w:t>), которые там находятся, как известно. И тогда этот свет спускается к глазам де-ЗА, и благодаря этому у ЗА появляется сила смотреть вверх, на лоб Атика, и он получает оттуда великий свет, как сказано в Зоаре.</w:t>
      </w:r>
    </w:p>
    <w:p>
      <w:pPr>
        <w:spacing w:before="40" w:after="120"/>
        <w:jc w:val="both"/>
      </w:pPr>
      <w:r>
        <w:rPr>
          <w:rFonts w:ascii="Georgia" w:hAnsi="Georgia"/>
          <w:b w:val="0"/>
          <w:i w:val="0"/>
          <w:color w:val="000000"/>
          <w:sz w:val="24"/>
        </w:rPr>
        <w:t>Главное же, на что ты должен направить намерение в этом единении, — это намерение о том, чтобы благодаря этому ты постиг мудрость и понимание (хохму и бину). И разъяснение этого вопроса основано на том, что сказано в «Отиет де-рабби Акива» и в «Барайте де-Маасе Берешит»: Святой, благословен Он, запечатал Свой мир [Именем] ЭЙЕ АШЕР ЭЙЕ (</w:t>
      </w:r>
      <w:r>
        <w:rPr>
          <w:rFonts w:ascii="Georgia" w:hAnsi="Georgia" w:cs="Times New Roman"/>
          <w:b/>
          <w:i w:val="0"/>
          <w:color w:val="000000"/>
          <w:sz w:val="24"/>
          <w:rtl/>
          <w:szCs w:val="32"/>
        </w:rPr>
        <w:t>אֶהְיֶה אֲשֶׁר אֶהְיֶה</w:t>
      </w:r>
      <w:r>
        <w:rPr>
          <w:rFonts w:ascii="Georgia" w:hAnsi="Georgia"/>
          <w:b w:val="0"/>
          <w:i w:val="0"/>
          <w:color w:val="000000"/>
          <w:sz w:val="24"/>
        </w:rPr>
        <w:t xml:space="preserve">; </w:t>
      </w:r>
      <w:r>
        <w:rPr>
          <w:rFonts w:ascii="Georgia" w:hAnsi="Georgia"/>
          <w:b w:val="0"/>
          <w:i/>
          <w:color w:val="000000"/>
          <w:sz w:val="24"/>
        </w:rPr>
        <w:t>«Я буду, Который Я буду»</w:t>
      </w:r>
      <w:r>
        <w:rPr>
          <w:rFonts w:ascii="Georgia" w:hAnsi="Georgia"/>
          <w:b w:val="0"/>
          <w:i w:val="0"/>
          <w:color w:val="000000"/>
          <w:sz w:val="24"/>
        </w:rPr>
        <w:t>, Шмот 3:14). Смысл же в том, что Имя ЭЙЕ указывает на сокрытие света, как если бы Он сказал: ЭЙЕ (</w:t>
      </w:r>
      <w:r>
        <w:rPr>
          <w:rFonts w:ascii="Georgia" w:hAnsi="Georgia" w:cs="Times New Roman"/>
          <w:b/>
          <w:i w:val="0"/>
          <w:color w:val="000000"/>
          <w:sz w:val="24"/>
          <w:rtl/>
          <w:szCs w:val="32"/>
        </w:rPr>
        <w:t>אֶהְיֶה</w:t>
      </w:r>
      <w:r>
        <w:rPr>
          <w:rFonts w:ascii="Georgia" w:hAnsi="Georgia"/>
          <w:b w:val="0"/>
          <w:i w:val="0"/>
          <w:color w:val="000000"/>
          <w:sz w:val="24"/>
        </w:rPr>
        <w:t>) — «[Я] буду» в будущем и раскроюсь... ...но не сейчас». И потому, чтобы низшие люди не смогли постичь мудрость, не подобающую им, Он запечатал Свой мир [Именем] ЭЙЕ АШЕР ЭЙЕ, и тем самым закрылись источники мудрости от людей.</w:t>
      </w:r>
    </w:p>
    <w:p>
      <w:pPr>
        <w:spacing w:before="40" w:after="120"/>
        <w:jc w:val="both"/>
      </w:pPr>
      <w:r>
        <w:rPr>
          <w:rFonts w:ascii="Georgia" w:hAnsi="Georgia"/>
          <w:b w:val="0"/>
          <w:i w:val="0"/>
          <w:color w:val="000000"/>
          <w:sz w:val="24"/>
        </w:rPr>
        <w:t>И вот три Имени ЭЙЕ, упомянутые в недельном разделе Шмот при отправлении Моше-рабейну (мир ему!), соотносятся со многими местами; однако то, на что тебе нужно направить намерение сейчас, — это три Имени в следующих трех местах: первое [Имя] ЭЙЕ находится в Бине Атик Йомина, которая служит печатью, закрывающей Хохму Атик Йомина, и она сокрыта там, в этой Бине; второе [Имя] ЭЙЕ — в мэцах де-Арих согласно упомянутому порядку, а третье [Имя] ЭЙЕ — в мэцах де-Аба ве-Има.</w:t>
      </w:r>
    </w:p>
    <w:p>
      <w:pPr>
        <w:spacing w:before="40" w:after="120"/>
        <w:jc w:val="both"/>
      </w:pPr>
      <w:r>
        <w:rPr>
          <w:rFonts w:ascii="Georgia" w:hAnsi="Georgia"/>
          <w:b w:val="0"/>
          <w:i w:val="0"/>
          <w:color w:val="000000"/>
          <w:sz w:val="24"/>
        </w:rPr>
        <w:t>И направь намерение протянуть свет Хохмы Атик Йомина вниз со ступени на ступень от одного [Имени] ЭЙЕ к другому из этих трех упомянутых [Имен] ЭЙЕ, а затем опусти его до мэцах де-ЗА и направь намерение на то, что там пребывает Имя АВАЯ, записанное в разделе Шмот после трехкратного [упоминания] ЭЙЕ, как известно. И сосредоточься на том, что благодаря протяжению этого света, который ты привлек, раскроется мудрость и ее тайны в этом Имени АВАЯ, находящемся там, в мэцах де-ЗА. И направь намерение, чтобы от этого упомянутого [Имени] АВАЯ протянулось оттуда к тебе познание — раскрытие тайн Торы, которые возвестят тебе с Небес.</w:t>
      </w:r>
    </w:p>
    <w:p>
      <w:pPr>
        <w:spacing w:before="40" w:after="120"/>
        <w:jc w:val="both"/>
      </w:pPr>
      <w:r>
        <w:rPr>
          <w:rFonts w:ascii="Georgia" w:hAnsi="Georgia"/>
          <w:b w:val="0"/>
          <w:i w:val="0"/>
          <w:color w:val="000000"/>
          <w:sz w:val="24"/>
        </w:rPr>
        <w:t>Также направь намерение на то, что все эти упомянутые лбы относятся к тайне Есода и Даат, как сказано выше, а ведь известно, что эти сфирот указывают на свойство соударения (зивуга). И потому сосредоточься на ЗОН, которые представляют собой два Имени: АВАЯ и АДОНАЙ, — и соедини их, соверши их зивуг и переплети их вместе; и это [происходит] благодаря силе света высшего лба, протянувшегося сюда.</w:t>
      </w:r>
    </w:p>
    <w:p>
      <w:pPr>
        <w:keepNext/>
        <w:spacing w:before="320" w:after="120"/>
      </w:pPr>
      <w:r>
        <w:rPr>
          <w:rFonts w:ascii="Georgia" w:hAnsi="Georgia"/>
          <w:b w:val="0"/>
          <w:i w:val="0"/>
          <w:color w:val="000000"/>
          <w:sz w:val="32"/>
        </w:rPr>
        <w:t>Ихуд 18</w:t>
      </w:r>
    </w:p>
    <w:p>
      <w:pPr>
        <w:spacing w:before="40" w:after="120"/>
        <w:jc w:val="both"/>
      </w:pPr>
      <w:r>
        <w:rPr>
          <w:rFonts w:ascii="Georgia" w:hAnsi="Georgia"/>
          <w:b w:val="0"/>
          <w:i w:val="0"/>
          <w:color w:val="000000"/>
          <w:sz w:val="24"/>
        </w:rPr>
        <w:t>Основное время его [совершения] — в день новомесячия (рош ходеш) или в его ночь после полуночи, поскольку это единение (</w:t>
      </w:r>
      <w:r>
        <w:rPr>
          <w:rFonts w:ascii="Georgia" w:hAnsi="Georgia"/>
          <w:b w:val="0"/>
          <w:i/>
          <w:color w:val="000000"/>
          <w:sz w:val="24"/>
        </w:rPr>
        <w:t>ихуд</w:t>
      </w:r>
      <w:r>
        <w:rPr>
          <w:rFonts w:ascii="Georgia" w:hAnsi="Georgia"/>
          <w:b w:val="0"/>
          <w:i w:val="0"/>
          <w:color w:val="000000"/>
          <w:sz w:val="24"/>
        </w:rPr>
        <w:t xml:space="preserve">) основано на Имени ШАДАЙ, которое в полном наполнении равно по гематрии словам </w:t>
      </w:r>
      <w:r>
        <w:rPr>
          <w:rFonts w:ascii="Georgia" w:hAnsi="Georgia"/>
          <w:b w:val="0"/>
          <w:i/>
          <w:color w:val="000000"/>
          <w:sz w:val="24"/>
        </w:rPr>
        <w:t>рош ходеш</w:t>
      </w:r>
      <w:r>
        <w:rPr>
          <w:rFonts w:ascii="Georgia" w:hAnsi="Georgia"/>
          <w:b w:val="0"/>
          <w:i w:val="0"/>
          <w:color w:val="000000"/>
          <w:sz w:val="24"/>
        </w:rPr>
        <w:t xml:space="preserve"> (</w:t>
      </w:r>
      <w:r>
        <w:rPr>
          <w:rFonts w:ascii="Georgia" w:hAnsi="Georgia" w:cs="Times New Roman"/>
          <w:b/>
          <w:i w:val="0"/>
          <w:color w:val="000000"/>
          <w:sz w:val="24"/>
          <w:rtl/>
          <w:szCs w:val="32"/>
        </w:rPr>
        <w:t>רֹאשׁ חֹדֶשׁ</w:t>
      </w:r>
      <w:r>
        <w:rPr>
          <w:rFonts w:ascii="Georgia" w:hAnsi="Georgia"/>
          <w:b w:val="0"/>
          <w:i w:val="0"/>
          <w:color w:val="000000"/>
          <w:sz w:val="24"/>
        </w:rPr>
        <w:t>). И даже для простирания на могилах праведников в день новомесячия это единение будет действенным, в отличие от остальных ихудим (единений).</w:t>
      </w:r>
    </w:p>
    <w:p>
      <w:pPr>
        <w:spacing w:before="40" w:after="120"/>
        <w:jc w:val="both"/>
      </w:pPr>
      <w:r>
        <w:rPr>
          <w:rFonts w:ascii="Georgia" w:hAnsi="Georgia"/>
          <w:b w:val="0"/>
          <w:i w:val="0"/>
          <w:color w:val="000000"/>
          <w:sz w:val="24"/>
        </w:rPr>
        <w:t>Суть этого единения такова: сначала сосредоточь намерение (</w:t>
      </w:r>
      <w:r>
        <w:rPr>
          <w:rFonts w:ascii="Georgia" w:hAnsi="Georgia"/>
          <w:b w:val="0"/>
          <w:i/>
          <w:color w:val="000000"/>
          <w:sz w:val="24"/>
        </w:rPr>
        <w:t>кавана</w:t>
      </w:r>
      <w:r>
        <w:rPr>
          <w:rFonts w:ascii="Georgia" w:hAnsi="Georgia"/>
          <w:b w:val="0"/>
          <w:i w:val="0"/>
          <w:color w:val="000000"/>
          <w:sz w:val="24"/>
        </w:rPr>
        <w:t xml:space="preserve">) на Имени ШАДАЙ, представляющем тайну сфиры Есод. Намерение этого единения — низвести высшую каплю и образовать из нее тайну света, воды и небосвода. Прежде всего направь намерение мысленно представить букву шин Имени ШАДАЙ в виде трех букв вав, а букву далет — в виде двух букв вав: вместе это пять букв вав, что по гематрии составляет тридцать, а с буквой йод получается сорок. Сосредоточься на том, что ты подготавливаешь Есод к принятию высшей капли, которая также представляет тайну сорока, как будет разъяснено далее. Смысл в том, что эта капля протягивается сверху, от высшего Даат, до самого низа. Это мысленное представление Имени ШАДАЙ в Есод как тайны сорока соответствует тайне четырех букв йод в Имени АВАЯ с наполнением АБ (72) на йодин, числовое значение которых равно сорока. Ведь Имя АВАЯ с наполнением на йодин составляет по гематрии 72 (АБ), как и слово </w:t>
      </w:r>
      <w:r>
        <w:rPr>
          <w:rFonts w:ascii="Georgia" w:hAnsi="Georgia"/>
          <w:b w:val="0"/>
          <w:i/>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xml:space="preserve"> = 72), поскольку это Имя АВАЯ с наполнением на йодин всегда относится к стороне Хесед. Об этом сказано в Идре: </w:t>
      </w:r>
      <w:r>
        <w:rPr>
          <w:rFonts w:ascii="Georgia" w:hAnsi="Georgia"/>
          <w:b w:val="0"/>
          <w:i/>
          <w:color w:val="000000"/>
          <w:sz w:val="24"/>
        </w:rPr>
        <w:t>«Высший Хесед пребывает в отверстии полого органа»</w:t>
      </w:r>
      <w:r>
        <w:rPr>
          <w:rFonts w:ascii="Georgia" w:hAnsi="Georgia"/>
          <w:b w:val="0"/>
          <w:i w:val="0"/>
          <w:color w:val="000000"/>
          <w:sz w:val="24"/>
        </w:rPr>
        <w:t>.</w:t>
      </w:r>
    </w:p>
    <w:p>
      <w:pPr>
        <w:spacing w:before="40" w:after="120"/>
        <w:jc w:val="both"/>
      </w:pPr>
      <w:r>
        <w:rPr>
          <w:rFonts w:ascii="Georgia" w:hAnsi="Georgia"/>
          <w:b w:val="0"/>
          <w:i w:val="0"/>
          <w:color w:val="000000"/>
          <w:sz w:val="24"/>
        </w:rPr>
        <w:t>Капля, которую ты притягиваешь, исходит из высшего Хесед — восьмого мазаля бороды (дикна) де-АА, свойства «хранящий милость» (</w:t>
      </w:r>
      <w:r>
        <w:rPr>
          <w:rFonts w:ascii="Georgia" w:hAnsi="Georgia"/>
          <w:b w:val="0"/>
          <w:i/>
          <w:color w:val="000000"/>
          <w:sz w:val="24"/>
        </w:rPr>
        <w:t>ноцер хесед</w:t>
      </w:r>
      <w:r>
        <w:rPr>
          <w:rFonts w:ascii="Georgia" w:hAnsi="Georgia"/>
          <w:b w:val="0"/>
          <w:i w:val="0"/>
          <w:color w:val="000000"/>
          <w:sz w:val="24"/>
        </w:rPr>
        <w:t xml:space="preserve">), где пребывает АВАЯ с наполнением на йодин. Оттуда протяни эти четыре буквы йод, число которых сорок, вниз — к тринадцатому мазалю бороды де-АА, оттуда опусти их к семи нижним сфирот де-Аба ве-Има, затем — в Хесед де-ЗА, а оттуда — в Есод де-ЗА. Эти четыре буквы йод выражают тайну уровней: нешама де-нешама (душа души), нешама, руах и нефеш, и все четыре вместе называются «свет». Сначала сделаем одно предварительное замечание: знай, что в этом отношении есть различие между Есод и остальными сфирот. То, что Есод притягивает сверху, не огрубляется при своем нисхождении, и его свечение там столь же велико, как и наверху. В этом тайна сказанного мудрецами (ХАЗАЛЬ): </w:t>
      </w:r>
      <w:r>
        <w:rPr>
          <w:rFonts w:ascii="Georgia" w:hAnsi="Georgia"/>
          <w:b w:val="0"/>
          <w:i/>
          <w:color w:val="000000"/>
          <w:sz w:val="24"/>
        </w:rPr>
        <w:t>«Свет, сотворенный Святым, благословен Он, в шесть дней творения, светил от одного края мира до другого, и Он сокрыл его»</w:t>
      </w:r>
      <w:r>
        <w:rPr>
          <w:rFonts w:ascii="Georgia" w:hAnsi="Georgia"/>
          <w:b w:val="0"/>
          <w:i w:val="0"/>
          <w:color w:val="000000"/>
          <w:sz w:val="24"/>
        </w:rPr>
        <w:t xml:space="preserve"> (Хагига 12а). Тот свет совершенно не огрубляется при нисхождении вниз, в отличие от остальных семи сфирот.</w:t>
      </w:r>
    </w:p>
    <w:p>
      <w:pPr>
        <w:spacing w:before="40" w:after="120"/>
        <w:jc w:val="both"/>
      </w:pPr>
      <w:r>
        <w:rPr>
          <w:rFonts w:ascii="Georgia" w:hAnsi="Georgia"/>
          <w:b w:val="0"/>
          <w:i w:val="0"/>
          <w:color w:val="000000"/>
          <w:sz w:val="24"/>
        </w:rPr>
        <w:t>Вернемся к теме: прежде всего необходимо притянуть четыре упомянутых уровня души, являющиеся четырьмя буквами йод. Поэтому направь намерение на то, что, хотя мы и опускаем их со ступени на ступень, свет там не огрубляется и не задерживается. Это проявление называется «свет», так как оно подобно свету деяния творения.</w:t>
      </w:r>
    </w:p>
    <w:p>
      <w:pPr>
        <w:spacing w:before="40" w:after="120"/>
        <w:jc w:val="both"/>
      </w:pPr>
      <w:r>
        <w:rPr>
          <w:rFonts w:ascii="Georgia" w:hAnsi="Georgia"/>
          <w:b w:val="0"/>
          <w:i w:val="0"/>
          <w:color w:val="000000"/>
          <w:sz w:val="24"/>
        </w:rPr>
        <w:t>Затем направь намерение на вторую стадию, называемую «вода»: она призвана отчасти облачить эти четыре уровня души, образовав для них тонкое одеяние по тайне того, что зовется водой. И это одеяние также относится к тайне Хесед, то есть к числу 72 (АБ), как будет объяснено далее. Причина в том, что вода также соотносится с Хесед. И хотя в Зоаре (раздел Трума), в рассказе о сыне рав Сафры, сказано, что вода и небосвод образуются во чреве женщины, наше намерение сейчас — наделить эту каплю силой, чтобы впоследствии, находясь во чреве женщины, она стала водой и небосводом, как мы с Б-жьей помощью сейчас разъясним.</w:t>
      </w:r>
    </w:p>
    <w:p>
      <w:pPr>
        <w:spacing w:before="40" w:after="120"/>
        <w:jc w:val="both"/>
      </w:pPr>
      <w:r>
        <w:rPr>
          <w:rFonts w:ascii="Georgia" w:hAnsi="Georgia"/>
          <w:b w:val="0"/>
          <w:i w:val="0"/>
          <w:color w:val="000000"/>
          <w:sz w:val="24"/>
        </w:rPr>
        <w:t>Одеяние, именуемое «водой», заключается в следующем: направь намерение представить букву шин Имени ШАДАЙ в виде трех букв вав, на верхушках которых стоят три буквы йод, что по гематрии составляет 48; букву далет — в виде двух букв вав, что в сумме дает 60; а букву йод — десятью, итого получается 70. Этот образ служит подготовкой в Имени ШАДАЙ, пребывающем в Есод, для принятия силы воды свыше.</w:t>
      </w:r>
    </w:p>
    <w:p>
      <w:pPr>
        <w:spacing w:before="40" w:after="120"/>
        <w:jc w:val="both"/>
      </w:pPr>
      <w:r>
        <w:rPr>
          <w:rFonts w:ascii="Georgia" w:hAnsi="Georgia"/>
          <w:b w:val="0"/>
          <w:i w:val="0"/>
          <w:color w:val="000000"/>
          <w:sz w:val="24"/>
        </w:rPr>
        <w:t>Суть же воды состоит в том, что ты сейчас сосредотачиваешься на низведении тех четырех упомянутых букв йод из восьмого мазаля вниз, к тринадцатому мазалю, в пребывающее там Имя ЭЙЕ с наполнением на йодин, в котором есть три буквы йод. Те четыре буквы йод облачаются в эти три буквы йод, и это проявление не подобно описанному выше свету, который вовсе не облачался. Это же проявление облачается и огрубляется, так как представляет собой воду — силу облачения для четырех упомянутых уровней души, называемых светом. При этом первая буква йод, представляющая нешама де-нешама, не может облачиться; облачаются лишь три остальные буквы йод — нешама, руах и нефеш, которые облачаются в три буквы йод наполнения Имени ЭЙЕ в упомянутом тринадцатом мазале.</w:t>
      </w:r>
    </w:p>
    <w:p>
      <w:pPr>
        <w:spacing w:before="40" w:after="120"/>
        <w:jc w:val="both"/>
      </w:pPr>
      <w:r>
        <w:rPr>
          <w:rFonts w:ascii="Georgia" w:hAnsi="Georgia"/>
          <w:b w:val="0"/>
          <w:i w:val="0"/>
          <w:color w:val="000000"/>
          <w:sz w:val="24"/>
        </w:rPr>
        <w:t>Затем опусти их оттуда в семь нижних сфирот де-Аба ве-Има, совокупность которых представляет тайну Имени САГ, где также имеются три буквы йод. Там три нижние буквы йод наполнения АВАЯ из восьмого мазаля облачаются в три буквы йод Имени САГ — получается шесть букв йод, а вместе с первой буквой йод, которая не облачается, их семь. Эти семь букв йод, составляющие по гематрии семьдесят, опусти в Есод по описанному правилу — в соответствии с тем, как Имя ШАДАЙ раскрывается в тайне семидесяти, — и помести их туда. Главное сосредоточение намерения относится к Имени АБ с наполнением на йодин и к Имени САГ: [вместе они содержат семь букв йод, что] дает семьдесят. На самом же Имени ЭЙЕ в тринадцатом мазале не сосредотачивайся, а держи намерение на низведении этих двух Имен, содержащих семь букв йод, которые составляют семьдесят; а вместе с самими двумя Именами АВАЯ они дают 72 — также по тайне Хесед, поскольку вода тоже соотносится с Хесед.</w:t>
      </w:r>
    </w:p>
    <w:p>
      <w:pPr>
        <w:spacing w:before="40" w:after="120"/>
        <w:jc w:val="both"/>
      </w:pPr>
      <w:r>
        <w:rPr>
          <w:rFonts w:ascii="Georgia" w:hAnsi="Georgia"/>
          <w:b w:val="0"/>
          <w:i w:val="0"/>
          <w:color w:val="000000"/>
          <w:sz w:val="24"/>
        </w:rPr>
        <w:t>Причина того, почему Имя ЭЙЕ из тринадцатого мазаля не входит в этот расчет, хотя в него также происходит облачение, заключается в том, что тайна этой капли все еще относится к мужскому началу. Поэтому все наше намерение сейчас направлено на то, чтобы притянуть ее по тайне Имени АВАЯ, соответствующего мужскому началу, а не по Имени ЭЙЕ, относящемуся к женскому началу.</w:t>
      </w:r>
    </w:p>
    <w:p>
      <w:pPr>
        <w:spacing w:before="40" w:after="120"/>
        <w:jc w:val="both"/>
      </w:pPr>
      <w:r>
        <w:rPr>
          <w:rFonts w:ascii="Georgia" w:hAnsi="Georgia"/>
          <w:b w:val="0"/>
          <w:i w:val="0"/>
          <w:color w:val="000000"/>
          <w:sz w:val="24"/>
        </w:rPr>
        <w:t xml:space="preserve">Так разъяснено проявление воды. И знай общее правило: всегда, когда капля нисходит, она пребывает в тайне буквы йод, а когда входит в Есод, она удлиняется в виде буквы вав. Поэтому все начертание Имени ШАДАЙ складывается из букв вав. Во второй же стадии направь намерение на сплетение Имен АВАЯ и ЭЛОКИМ, составляющих по гематрии 112 (Иавок, </w:t>
      </w:r>
      <w:r>
        <w:rPr>
          <w:rFonts w:ascii="Georgia" w:hAnsi="Georgia" w:cs="Times New Roman"/>
          <w:b/>
          <w:i w:val="0"/>
          <w:color w:val="000000"/>
          <w:sz w:val="24"/>
          <w:rtl/>
          <w:szCs w:val="32"/>
        </w:rPr>
        <w:t>יב״ק</w:t>
      </w:r>
      <w:r>
        <w:rPr>
          <w:rFonts w:ascii="Georgia" w:hAnsi="Georgia"/>
          <w:b w:val="0"/>
          <w:i w:val="0"/>
          <w:color w:val="000000"/>
          <w:sz w:val="24"/>
        </w:rPr>
        <w:t>): 40 от первой стадии и 72 от второй. Сосредоточься на том, что ЗА именуется ЭЛОКИМ, а капля именуется АВАЯ. Наше намерение относительно этой капли — образовать из нее плод. И вот сейчас первое Имя АВАЯ, то есть четыре буквы йод проявления света (четыре упомянутых уровня души), облачилось в Имя ЭЛОКИМ, служащее для них одеянием.</w:t>
      </w:r>
    </w:p>
    <w:p>
      <w:pPr>
        <w:spacing w:before="40" w:after="120"/>
        <w:jc w:val="both"/>
      </w:pPr>
      <w:r>
        <w:rPr>
          <w:rFonts w:ascii="Georgia" w:hAnsi="Georgia"/>
          <w:b w:val="0"/>
          <w:i w:val="0"/>
          <w:color w:val="000000"/>
          <w:sz w:val="24"/>
        </w:rPr>
        <w:t>Третья стадия — небосвод. Мысленно представь Имя ШАДАЙ описанным выше образом, когда оно составляет семьдесят, и добавь к этому разделение буквы йод Имени ШАДАЙ на три части — три кончика, имеющихся у буквы йод. Тело буквы йод — десять, а три кончика — три буквы вав, равные 18; итого получается 88. Смысл этого в том, что после того как первые четыре буквы йод облачились по тайне воды, необходимо облачить их в иное, более плотное одеяние, чтобы [зародыш] вышел на свет мира по тайне небосвода, о котором в Зоаре сказано: «когда сгустились воды». Однако это одеяние предназначено лишь для свойства нефеш, ведь в младенце раскрывается в действии только нефеш, тогда как остальные уровни пребывают в потенциале, без облачения, до тех пор, пока он не станет исполнять Тору и заповеди. Поэтому намерение сейчас направлено исключительно на облачение одной лишь нефеш. Ради этого мы притягиваем свет из Имени АВАЯ с наполнением на алефин, именуемого МА, которое пребывает в самом ЗА.</w:t>
      </w:r>
    </w:p>
    <w:p>
      <w:pPr>
        <w:spacing w:before="40" w:after="120"/>
        <w:jc w:val="both"/>
      </w:pPr>
      <w:r>
        <w:rPr>
          <w:rFonts w:ascii="Georgia" w:hAnsi="Georgia"/>
          <w:b w:val="0"/>
          <w:i w:val="0"/>
          <w:color w:val="000000"/>
          <w:sz w:val="24"/>
        </w:rPr>
        <w:t>Для этого сначала сообщим тебе порядок этих Имен: первым идет Имя АБ, затем САГ, а затем МА; они соответствуют трем упомянутым стадиям: свет, вода, небосвод. Мы уже объяснили, что первая буква йод Имени АБ совершенно не могла облачиться в Имя САГ — облачились лишь три буквы йод. Затем Имя САГ облачается в Имя МА следующим образом: первая буква йод Имени САГ — это та самая единственная буква йод Имени МА. А две другие буквы йод в двух буквах хэй Имени САГ превратились в две буквы алеф Имени МА. Суть в том, что начертание всех букв алеф от Бины и ниже содержит в себе форму буквы йод, как в букве алеф (</w:t>
      </w:r>
      <w:r>
        <w:rPr>
          <w:rFonts w:ascii="Georgia" w:hAnsi="Georgia" w:cs="Times New Roman"/>
          <w:b/>
          <w:i w:val="0"/>
          <w:color w:val="000000"/>
          <w:sz w:val="24"/>
          <w:rtl/>
          <w:szCs w:val="32"/>
        </w:rPr>
        <w:t>א</w:t>
      </w:r>
      <w:r>
        <w:rPr>
          <w:rFonts w:ascii="Georgia" w:hAnsi="Georgia"/>
          <w:b w:val="0"/>
          <w:i w:val="0"/>
          <w:color w:val="000000"/>
          <w:sz w:val="24"/>
        </w:rPr>
        <w:t>), и это — три буквы йод наполнения Имени САГ; так буквы йод наполнения букв хэй Имени САГ сами образуют начертание букв алеф Имени МА. А буква алеф в букве вав Имени САГ — это та самая буква алеф в букве вав Имени МА.</w:t>
      </w:r>
    </w:p>
    <w:p>
      <w:pPr>
        <w:spacing w:before="40" w:after="120"/>
        <w:jc w:val="both"/>
      </w:pPr>
      <w:r>
        <w:rPr>
          <w:rFonts w:ascii="Georgia" w:hAnsi="Georgia"/>
          <w:b w:val="0"/>
          <w:i w:val="0"/>
          <w:color w:val="000000"/>
          <w:sz w:val="24"/>
        </w:rPr>
        <w:t xml:space="preserve">Вернемся к вопросу о том, как стадия воды, то есть Имя САГ, облачается в небосвод, представляющий собой АВАЯ с наполнением МА. Уже разъяснено, что Имя САГ пребывает в Има, и та буква алеф, которая находится в букве вав Имени САГ, протягивается в букву алеф внутри буквы вав Имени МА. И когда в Имени МА недостает этой буквы алеф, оно по гематрии равно слову </w:t>
      </w:r>
      <w:r>
        <w:rPr>
          <w:rFonts w:ascii="Georgia" w:hAnsi="Georgia"/>
          <w:b w:val="0"/>
          <w:i/>
          <w:color w:val="000000"/>
          <w:sz w:val="24"/>
        </w:rPr>
        <w:t>дам</w:t>
      </w:r>
      <w:r>
        <w:rPr>
          <w:rFonts w:ascii="Georgia" w:hAnsi="Georgia"/>
          <w:b w:val="0"/>
          <w:i w:val="0"/>
          <w:color w:val="000000"/>
          <w:sz w:val="24"/>
        </w:rPr>
        <w:t xml:space="preserve"> (</w:t>
      </w:r>
      <w:r>
        <w:rPr>
          <w:rFonts w:ascii="Georgia" w:hAnsi="Georgia" w:cs="Times New Roman"/>
          <w:b/>
          <w:i w:val="0"/>
          <w:color w:val="000000"/>
          <w:sz w:val="24"/>
          <w:rtl/>
          <w:szCs w:val="32"/>
        </w:rPr>
        <w:t>דָּם</w:t>
      </w:r>
      <w:r>
        <w:rPr>
          <w:rFonts w:ascii="Georgia" w:hAnsi="Georgia"/>
          <w:b w:val="0"/>
          <w:i w:val="0"/>
          <w:color w:val="000000"/>
          <w:sz w:val="24"/>
        </w:rPr>
        <w:t xml:space="preserve"> = 44, кровь); когда же упомянутая буква алеф нисходит из вав Имени САГ, здесь образуется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45, человек).</w:t>
      </w:r>
    </w:p>
    <w:p>
      <w:pPr>
        <w:spacing w:before="40" w:after="120"/>
        <w:jc w:val="both"/>
      </w:pPr>
      <w:r>
        <w:rPr>
          <w:rFonts w:ascii="Georgia" w:hAnsi="Georgia"/>
          <w:b w:val="0"/>
          <w:i w:val="0"/>
          <w:color w:val="000000"/>
          <w:sz w:val="24"/>
        </w:rPr>
        <w:t>Знай, что тайна этой буквы алеф — Имя ЭЙЕ, как сказано в Тиккуним. Если возвести Имя ЭЙЕ в квадрат: алеф (</w:t>
      </w:r>
      <w:r>
        <w:rPr>
          <w:rFonts w:ascii="Georgia" w:hAnsi="Georgia" w:cs="Times New Roman"/>
          <w:b/>
          <w:i w:val="0"/>
          <w:color w:val="000000"/>
          <w:sz w:val="24"/>
          <w:rtl/>
          <w:szCs w:val="32"/>
        </w:rPr>
        <w:t>א</w:t>
      </w:r>
      <w:r>
        <w:rPr>
          <w:rFonts w:ascii="Georgia" w:hAnsi="Georgia"/>
          <w:b w:val="0"/>
          <w:i w:val="0"/>
          <w:color w:val="000000"/>
          <w:sz w:val="24"/>
        </w:rPr>
        <w:t xml:space="preserve"> = 1), алеф-хэй (</w:t>
      </w:r>
      <w:r>
        <w:rPr>
          <w:rFonts w:ascii="Georgia" w:hAnsi="Georgia" w:cs="Times New Roman"/>
          <w:b/>
          <w:i w:val="0"/>
          <w:color w:val="000000"/>
          <w:sz w:val="24"/>
          <w:rtl/>
          <w:szCs w:val="32"/>
        </w:rPr>
        <w:t>אה</w:t>
      </w:r>
      <w:r>
        <w:rPr>
          <w:rFonts w:ascii="Georgia" w:hAnsi="Georgia"/>
          <w:b w:val="0"/>
          <w:i w:val="0"/>
          <w:color w:val="000000"/>
          <w:sz w:val="24"/>
        </w:rPr>
        <w:t xml:space="preserve"> = 6), алеф-хэй-йод (</w:t>
      </w:r>
      <w:r>
        <w:rPr>
          <w:rFonts w:ascii="Georgia" w:hAnsi="Georgia" w:cs="Times New Roman"/>
          <w:b/>
          <w:i w:val="0"/>
          <w:color w:val="000000"/>
          <w:sz w:val="24"/>
          <w:rtl/>
          <w:szCs w:val="32"/>
        </w:rPr>
        <w:t>אהי</w:t>
      </w:r>
      <w:r>
        <w:rPr>
          <w:rFonts w:ascii="Georgia" w:hAnsi="Georgia"/>
          <w:b w:val="0"/>
          <w:i w:val="0"/>
          <w:color w:val="000000"/>
          <w:sz w:val="24"/>
        </w:rPr>
        <w:t xml:space="preserve"> = 16), алеф-хэй-йод-хэй (</w:t>
      </w:r>
      <w:r>
        <w:rPr>
          <w:rFonts w:ascii="Georgia" w:hAnsi="Georgia" w:cs="Times New Roman"/>
          <w:b/>
          <w:i w:val="0"/>
          <w:color w:val="000000"/>
          <w:sz w:val="24"/>
          <w:rtl/>
          <w:szCs w:val="32"/>
        </w:rPr>
        <w:t>אהיה</w:t>
      </w:r>
      <w:r>
        <w:rPr>
          <w:rFonts w:ascii="Georgia" w:hAnsi="Georgia"/>
          <w:b w:val="0"/>
          <w:i w:val="0"/>
          <w:color w:val="000000"/>
          <w:sz w:val="24"/>
        </w:rPr>
        <w:t xml:space="preserve"> = 21), сумма составит 44 (</w:t>
      </w:r>
      <w:r>
        <w:rPr>
          <w:rFonts w:ascii="Georgia" w:hAnsi="Georgia" w:cs="Times New Roman"/>
          <w:b/>
          <w:i w:val="0"/>
          <w:color w:val="000000"/>
          <w:sz w:val="24"/>
          <w:rtl/>
          <w:szCs w:val="32"/>
        </w:rPr>
        <w:t>מ״ד</w:t>
      </w:r>
      <w:r>
        <w:rPr>
          <w:rFonts w:ascii="Georgia" w:hAnsi="Georgia"/>
          <w:b w:val="0"/>
          <w:i w:val="0"/>
          <w:color w:val="000000"/>
          <w:sz w:val="24"/>
        </w:rPr>
        <w:t>). Выходит, что эта буква алеф равна 44 (</w:t>
      </w:r>
      <w:r>
        <w:rPr>
          <w:rFonts w:ascii="Georgia" w:hAnsi="Georgia"/>
          <w:b w:val="0"/>
          <w:i/>
          <w:color w:val="000000"/>
          <w:sz w:val="24"/>
        </w:rPr>
        <w:t>дам</w:t>
      </w:r>
      <w:r>
        <w:rPr>
          <w:rFonts w:ascii="Georgia" w:hAnsi="Georgia"/>
          <w:b w:val="0"/>
          <w:i w:val="0"/>
          <w:color w:val="000000"/>
          <w:sz w:val="24"/>
        </w:rPr>
        <w:t>), и само Имя МА без этой буквы алеф равно 44 (</w:t>
      </w:r>
      <w:r>
        <w:rPr>
          <w:rFonts w:ascii="Georgia" w:hAnsi="Georgia"/>
          <w:b w:val="0"/>
          <w:i/>
          <w:color w:val="000000"/>
          <w:sz w:val="24"/>
        </w:rPr>
        <w:t>дам</w:t>
      </w:r>
      <w:r>
        <w:rPr>
          <w:rFonts w:ascii="Georgia" w:hAnsi="Georgia"/>
          <w:b w:val="0"/>
          <w:i w:val="0"/>
          <w:color w:val="000000"/>
          <w:sz w:val="24"/>
        </w:rPr>
        <w:t xml:space="preserve">); вместе это дважды </w:t>
      </w:r>
      <w:r>
        <w:rPr>
          <w:rFonts w:ascii="Georgia" w:hAnsi="Georgia"/>
          <w:b w:val="0"/>
          <w:i/>
          <w:color w:val="000000"/>
          <w:sz w:val="24"/>
        </w:rPr>
        <w:t>дам</w:t>
      </w:r>
      <w:r>
        <w:rPr>
          <w:rFonts w:ascii="Georgia" w:hAnsi="Georgia"/>
          <w:b w:val="0"/>
          <w:i w:val="0"/>
          <w:color w:val="000000"/>
          <w:sz w:val="24"/>
        </w:rPr>
        <w:t>, что по гематрии составляет 88 (</w:t>
      </w:r>
      <w:r>
        <w:rPr>
          <w:rFonts w:ascii="Georgia" w:hAnsi="Georgia" w:cs="Times New Roman"/>
          <w:b/>
          <w:i w:val="0"/>
          <w:color w:val="000000"/>
          <w:sz w:val="24"/>
          <w:rtl/>
          <w:szCs w:val="32"/>
        </w:rPr>
        <w:t>פ״ח</w:t>
      </w:r>
      <w:r>
        <w:rPr>
          <w:rFonts w:ascii="Georgia" w:hAnsi="Georgia"/>
          <w:b w:val="0"/>
          <w:i w:val="0"/>
          <w:color w:val="000000"/>
          <w:sz w:val="24"/>
        </w:rPr>
        <w:t>). Сосредоточь намерение на том, чтобы опустить эту букву алеф, равную 44 (</w:t>
      </w:r>
      <w:r>
        <w:rPr>
          <w:rFonts w:ascii="Georgia" w:hAnsi="Georgia"/>
          <w:b w:val="0"/>
          <w:i/>
          <w:color w:val="000000"/>
          <w:sz w:val="24"/>
        </w:rPr>
        <w:t>дам</w:t>
      </w:r>
      <w:r>
        <w:rPr>
          <w:rFonts w:ascii="Georgia" w:hAnsi="Georgia"/>
          <w:b w:val="0"/>
          <w:i w:val="0"/>
          <w:color w:val="000000"/>
          <w:sz w:val="24"/>
        </w:rPr>
        <w:t>), внутрь буквы вав Имени МА, представляющей тайну «четверти лога крови» (</w:t>
      </w:r>
      <w:r>
        <w:rPr>
          <w:rFonts w:ascii="Georgia" w:hAnsi="Georgia"/>
          <w:b w:val="0"/>
          <w:i/>
          <w:color w:val="000000"/>
          <w:sz w:val="24"/>
        </w:rPr>
        <w:t>ревиит дам</w:t>
      </w:r>
      <w:r>
        <w:rPr>
          <w:rFonts w:ascii="Georgia" w:hAnsi="Georgia"/>
          <w:b w:val="0"/>
          <w:i w:val="0"/>
          <w:color w:val="000000"/>
          <w:sz w:val="24"/>
        </w:rPr>
        <w:t>), называемой нефеш. Направь намерение на то, чтобы облачить эту кровь (</w:t>
      </w:r>
      <w:r>
        <w:rPr>
          <w:rFonts w:ascii="Georgia" w:hAnsi="Georgia"/>
          <w:b w:val="0"/>
          <w:i/>
          <w:color w:val="000000"/>
          <w:sz w:val="24"/>
        </w:rPr>
        <w:t>дам</w:t>
      </w:r>
      <w:r>
        <w:rPr>
          <w:rFonts w:ascii="Georgia" w:hAnsi="Georgia"/>
          <w:b w:val="0"/>
          <w:i w:val="0"/>
          <w:color w:val="000000"/>
          <w:sz w:val="24"/>
        </w:rPr>
        <w:t>) нефеш в тайну небосвода. А называется она «четвертью лога крови» потому, что связана с тайной возведения в квадрат, как описано выше.</w:t>
      </w:r>
    </w:p>
    <w:p>
      <w:pPr>
        <w:spacing w:before="40" w:after="120"/>
        <w:jc w:val="both"/>
      </w:pPr>
      <w:r>
        <w:rPr>
          <w:rFonts w:ascii="Georgia" w:hAnsi="Georgia"/>
          <w:b w:val="0"/>
          <w:i w:val="0"/>
          <w:color w:val="000000"/>
          <w:sz w:val="24"/>
        </w:rPr>
        <w:t>Опусти это Имя МА, ставшее благодаря этой букве алеф равным 88, до самого Есод, являющегося Именем ШАДАЙ, которое при упомянутом мысленном представлении также составляет 88. Тем самым образуется стадия небосвода, служащая одеянием исключительно для тайны нефеш — тайны четверти лога крови.</w:t>
      </w:r>
    </w:p>
    <w:p>
      <w:pPr>
        <w:spacing w:before="40" w:after="120"/>
        <w:jc w:val="both"/>
      </w:pPr>
      <w:r>
        <w:rPr>
          <w:rFonts w:ascii="Georgia" w:hAnsi="Georgia"/>
          <w:b w:val="0"/>
          <w:i w:val="0"/>
          <w:color w:val="000000"/>
          <w:sz w:val="24"/>
        </w:rPr>
        <w:t>Известно, что когда сгустились воды и стали небосводом, отделились нечистоты — клипа и муть, присутствовавшие в тех водах, как сказано в Зоаре (раздел Берешит), и происходит это от ее вскармливания от Имени ЭЛОКИМ. Поэтому сосредоточь намерение на квадрате [Имени ЭЛОКИМ]: алеф (</w:t>
      </w:r>
      <w:r>
        <w:rPr>
          <w:rFonts w:ascii="Georgia" w:hAnsi="Georgia" w:cs="Times New Roman"/>
          <w:b/>
          <w:i w:val="0"/>
          <w:color w:val="000000"/>
          <w:sz w:val="24"/>
          <w:rtl/>
          <w:szCs w:val="32"/>
        </w:rPr>
        <w:t>א</w:t>
      </w:r>
      <w:r>
        <w:rPr>
          <w:rFonts w:ascii="Georgia" w:hAnsi="Georgia"/>
          <w:b w:val="0"/>
          <w:i w:val="0"/>
          <w:color w:val="000000"/>
          <w:sz w:val="24"/>
        </w:rPr>
        <w:t xml:space="preserve"> = 1), алеф-ламэд (</w:t>
      </w:r>
      <w:r>
        <w:rPr>
          <w:rFonts w:ascii="Georgia" w:hAnsi="Georgia" w:cs="Times New Roman"/>
          <w:b/>
          <w:i w:val="0"/>
          <w:color w:val="000000"/>
          <w:sz w:val="24"/>
          <w:rtl/>
          <w:szCs w:val="32"/>
        </w:rPr>
        <w:t>אל</w:t>
      </w:r>
      <w:r>
        <w:rPr>
          <w:rFonts w:ascii="Georgia" w:hAnsi="Georgia"/>
          <w:b w:val="0"/>
          <w:i w:val="0"/>
          <w:color w:val="000000"/>
          <w:sz w:val="24"/>
        </w:rPr>
        <w:t xml:space="preserve"> = 31), алеф-ламэд-хэй (</w:t>
      </w:r>
      <w:r>
        <w:rPr>
          <w:rFonts w:ascii="Georgia" w:hAnsi="Georgia" w:cs="Times New Roman"/>
          <w:b/>
          <w:i w:val="0"/>
          <w:color w:val="000000"/>
          <w:sz w:val="24"/>
          <w:rtl/>
          <w:szCs w:val="32"/>
        </w:rPr>
        <w:t>אלה</w:t>
      </w:r>
      <w:r>
        <w:rPr>
          <w:rFonts w:ascii="Georgia" w:hAnsi="Georgia"/>
          <w:b w:val="0"/>
          <w:i w:val="0"/>
          <w:color w:val="000000"/>
          <w:sz w:val="24"/>
        </w:rPr>
        <w:t xml:space="preserve"> = 36), алеф-ламэд-хэй-йод (</w:t>
      </w:r>
      <w:r>
        <w:rPr>
          <w:rFonts w:ascii="Georgia" w:hAnsi="Georgia" w:cs="Times New Roman"/>
          <w:b/>
          <w:i w:val="0"/>
          <w:color w:val="000000"/>
          <w:sz w:val="24"/>
          <w:rtl/>
          <w:szCs w:val="32"/>
        </w:rPr>
        <w:t>אלהי</w:t>
      </w:r>
      <w:r>
        <w:rPr>
          <w:rFonts w:ascii="Georgia" w:hAnsi="Georgia"/>
          <w:b w:val="0"/>
          <w:i w:val="0"/>
          <w:color w:val="000000"/>
          <w:sz w:val="24"/>
        </w:rPr>
        <w:t xml:space="preserve"> = 46), алеф-ламэд-хэй-йод-мэм (</w:t>
      </w:r>
      <w:r>
        <w:rPr>
          <w:rFonts w:ascii="Georgia" w:hAnsi="Georgia" w:cs="Times New Roman"/>
          <w:b/>
          <w:i w:val="0"/>
          <w:color w:val="000000"/>
          <w:sz w:val="24"/>
          <w:rtl/>
          <w:szCs w:val="32"/>
        </w:rPr>
        <w:t>אלהים</w:t>
      </w:r>
      <w:r>
        <w:rPr>
          <w:rFonts w:ascii="Georgia" w:hAnsi="Georgia"/>
          <w:b w:val="0"/>
          <w:i w:val="0"/>
          <w:color w:val="000000"/>
          <w:sz w:val="24"/>
        </w:rPr>
        <w:t xml:space="preserve"> = 86), что по гематрии составляет двести. Теперь посредством этого Имени воды сгустились и образовали небосвод для нефеш; но не сосредотачивайся, упаси Б-г, на исходящей оттуда мути.</w:t>
      </w:r>
    </w:p>
    <w:p>
      <w:pPr>
        <w:spacing w:before="40" w:after="120"/>
        <w:jc w:val="both"/>
      </w:pPr>
      <w:r>
        <w:rPr>
          <w:rFonts w:ascii="Georgia" w:hAnsi="Georgia"/>
          <w:b w:val="0"/>
          <w:i w:val="0"/>
          <w:color w:val="000000"/>
          <w:sz w:val="24"/>
        </w:rPr>
        <w:t xml:space="preserve">Первые две стадии составляли 40 и 72, то есть 112 (ИАВОК), а эта стадия равна 88, что в сумме дает двести — число квадрата Имени ЭЛОКИМ. На это намекает стих: </w:t>
      </w:r>
      <w:r>
        <w:rPr>
          <w:rFonts w:ascii="Georgia" w:hAnsi="Georgia"/>
          <w:b w:val="0"/>
          <w:i/>
          <w:color w:val="000000"/>
          <w:sz w:val="24"/>
        </w:rPr>
        <w:t>«Тысяча тебе, Шломо…»</w:t>
      </w:r>
      <w:r>
        <w:rPr>
          <w:rFonts w:ascii="Georgia" w:hAnsi="Georgia"/>
          <w:b w:val="0"/>
          <w:i w:val="0"/>
          <w:color w:val="000000"/>
          <w:sz w:val="24"/>
        </w:rPr>
        <w:t xml:space="preserve"> (Шир а-Ширим 8:12), ведь Шломо — это Есод, которому принадлежит мир (</w:t>
      </w:r>
      <w:r>
        <w:rPr>
          <w:rFonts w:ascii="Georgia" w:hAnsi="Georgia"/>
          <w:b w:val="0"/>
          <w:i/>
          <w:color w:val="000000"/>
          <w:sz w:val="24"/>
        </w:rPr>
        <w:t>шалом</w:t>
      </w:r>
      <w:r>
        <w:rPr>
          <w:rFonts w:ascii="Georgia" w:hAnsi="Georgia"/>
          <w:b w:val="0"/>
          <w:i w:val="0"/>
          <w:color w:val="000000"/>
          <w:sz w:val="24"/>
        </w:rPr>
        <w:t xml:space="preserve">); и это та самая буква алеф Имени ЭЙЕ, протянутая в букву вав Имени МА, из которой образовалась четверть лога крови для нефеш и силой которой возник небосвод, опустившийся вниз в Есод. Это и есть: </w:t>
      </w:r>
      <w:r>
        <w:rPr>
          <w:rFonts w:ascii="Georgia" w:hAnsi="Georgia"/>
          <w:b w:val="0"/>
          <w:i/>
          <w:color w:val="000000"/>
          <w:sz w:val="24"/>
        </w:rPr>
        <w:t>«Тысяча тебе, Шломо»</w:t>
      </w:r>
      <w:r>
        <w:rPr>
          <w:rFonts w:ascii="Georgia" w:hAnsi="Georgia"/>
          <w:b w:val="0"/>
          <w:i w:val="0"/>
          <w:color w:val="000000"/>
          <w:sz w:val="24"/>
        </w:rPr>
        <w:t xml:space="preserve">. Затем эта буква алеф преобразуется по тайне двухсот — квадрата Имени ЭЛОКИМ, и об этом сказано: </w:t>
      </w:r>
      <w:r>
        <w:rPr>
          <w:rFonts w:ascii="Georgia" w:hAnsi="Georgia"/>
          <w:b w:val="0"/>
          <w:i/>
          <w:color w:val="000000"/>
          <w:sz w:val="24"/>
        </w:rPr>
        <w:t>«…и двести — стерегущим плоды его»</w:t>
      </w:r>
      <w:r>
        <w:rPr>
          <w:rFonts w:ascii="Georgia" w:hAnsi="Georgia"/>
          <w:b w:val="0"/>
          <w:i w:val="0"/>
          <w:color w:val="000000"/>
          <w:sz w:val="24"/>
        </w:rPr>
        <w:t xml:space="preserve"> (Шир а-Ширим 8:12). Ведь уже разъяснено, что от упомянутого Имени ЭЛОКИМ распространяется муть нечистоты (</w:t>
      </w:r>
      <w:r>
        <w:rPr>
          <w:rFonts w:ascii="Georgia" w:hAnsi="Georgia"/>
          <w:b w:val="0"/>
          <w:i/>
          <w:color w:val="000000"/>
          <w:sz w:val="24"/>
        </w:rPr>
        <w:t>зоама</w:t>
      </w:r>
      <w:r>
        <w:rPr>
          <w:rFonts w:ascii="Georgia" w:hAnsi="Georgia"/>
          <w:b w:val="0"/>
          <w:i w:val="0"/>
          <w:color w:val="000000"/>
          <w:sz w:val="24"/>
        </w:rPr>
        <w:t xml:space="preserve">), называемая смертью. Поэтому начальные буквы слов </w:t>
      </w:r>
      <w:r>
        <w:rPr>
          <w:rFonts w:ascii="Georgia" w:hAnsi="Georgia"/>
          <w:b w:val="0"/>
          <w:i/>
          <w:color w:val="000000"/>
          <w:sz w:val="24"/>
        </w:rPr>
        <w:t>ле-нотрим эт пирьо</w:t>
      </w:r>
      <w:r>
        <w:rPr>
          <w:rFonts w:ascii="Georgia" w:hAnsi="Georgia"/>
          <w:b w:val="0"/>
          <w:i w:val="0"/>
          <w:color w:val="000000"/>
          <w:sz w:val="24"/>
        </w:rPr>
        <w:t xml:space="preserve"> — «стерегущим плод его» составляют слово </w:t>
      </w:r>
      <w:r>
        <w:rPr>
          <w:rFonts w:ascii="Georgia" w:hAnsi="Georgia"/>
          <w:b w:val="0"/>
          <w:i/>
          <w:color w:val="000000"/>
          <w:sz w:val="24"/>
        </w:rPr>
        <w:t>алеф</w:t>
      </w:r>
      <w:r>
        <w:rPr>
          <w:rFonts w:ascii="Georgia" w:hAnsi="Georgia"/>
          <w:b w:val="0"/>
          <w:i w:val="0"/>
          <w:color w:val="000000"/>
          <w:sz w:val="24"/>
        </w:rPr>
        <w:t xml:space="preserve"> (</w:t>
      </w:r>
      <w:r>
        <w:rPr>
          <w:rFonts w:ascii="Georgia" w:hAnsi="Georgia" w:cs="Times New Roman"/>
          <w:b/>
          <w:i w:val="0"/>
          <w:color w:val="000000"/>
          <w:sz w:val="24"/>
          <w:rtl/>
          <w:szCs w:val="32"/>
        </w:rPr>
        <w:t>לְנוֹטְרִים אֶת פִּרְיוֹ</w:t>
      </w:r>
      <w:r>
        <w:rPr>
          <w:rFonts w:ascii="Georgia" w:hAnsi="Georgia"/>
          <w:b w:val="0"/>
          <w:i w:val="0"/>
          <w:color w:val="000000"/>
          <w:sz w:val="24"/>
        </w:rPr>
        <w:t xml:space="preserve"> — буквы ламэд, алеф, пэй), а конечные буквы образуют слово </w:t>
      </w:r>
      <w:r>
        <w:rPr>
          <w:rFonts w:ascii="Georgia" w:hAnsi="Georgia"/>
          <w:b w:val="0"/>
          <w:i/>
          <w:color w:val="000000"/>
          <w:sz w:val="24"/>
        </w:rPr>
        <w:t>мавет</w:t>
      </w:r>
      <w:r>
        <w:rPr>
          <w:rFonts w:ascii="Georgia" w:hAnsi="Georgia"/>
          <w:b w:val="0"/>
          <w:i w:val="0"/>
          <w:color w:val="000000"/>
          <w:sz w:val="24"/>
        </w:rPr>
        <w:t xml:space="preserve"> (</w:t>
      </w:r>
      <w:r>
        <w:rPr>
          <w:rFonts w:ascii="Georgia" w:hAnsi="Georgia" w:cs="Times New Roman"/>
          <w:b/>
          <w:i w:val="0"/>
          <w:color w:val="000000"/>
          <w:sz w:val="24"/>
          <w:rtl/>
          <w:szCs w:val="32"/>
        </w:rPr>
        <w:t>מוֹת</w:t>
      </w:r>
      <w:r>
        <w:rPr>
          <w:rFonts w:ascii="Georgia" w:hAnsi="Georgia"/>
          <w:b w:val="0"/>
          <w:i w:val="0"/>
          <w:color w:val="000000"/>
          <w:sz w:val="24"/>
        </w:rPr>
        <w:t xml:space="preserve"> — буквы мэм, тав, вав: «смерть»). Это намекает на то, что та самая буква алеф, из которой образовался квадрат Имени ЭЛОКИМ, равный двумстам, стережет и оберегает плод — упомянутую каплю — от той мути, что зовется смертью.</w:t>
      </w:r>
    </w:p>
    <w:p>
      <w:pPr>
        <w:spacing w:before="40" w:after="120"/>
        <w:jc w:val="both"/>
      </w:pPr>
      <w:r>
        <w:rPr>
          <w:rFonts w:ascii="Georgia" w:hAnsi="Georgia"/>
          <w:b w:val="0"/>
          <w:i w:val="0"/>
          <w:color w:val="000000"/>
          <w:sz w:val="24"/>
        </w:rPr>
        <w:t xml:space="preserve">Четвертая стадия: после того как для нефеш был образован небосвод, мы должны благословить каплю этой нефеш ста благословениями, как сказано в Зоаре (раздел Лех Леха, в «Ситрей Тора») на стих: </w:t>
      </w:r>
      <w:r>
        <w:rPr>
          <w:rFonts w:ascii="Georgia" w:hAnsi="Georgia"/>
          <w:b w:val="0"/>
          <w:i/>
          <w:color w:val="000000"/>
          <w:sz w:val="24"/>
        </w:rPr>
        <w:t>«Иди себе из земли твоей… и Я благословлю тебя…»</w:t>
      </w:r>
      <w:r>
        <w:rPr>
          <w:rFonts w:ascii="Georgia" w:hAnsi="Georgia"/>
          <w:b w:val="0"/>
          <w:i w:val="0"/>
          <w:color w:val="000000"/>
          <w:sz w:val="24"/>
        </w:rPr>
        <w:t xml:space="preserve"> (Берешит 12:1–2). В количестве ста благословений — по числу [букв слов] </w:t>
      </w:r>
      <w:r>
        <w:rPr>
          <w:rFonts w:ascii="Georgia" w:hAnsi="Georgia"/>
          <w:b w:val="0"/>
          <w:i/>
          <w:color w:val="000000"/>
          <w:sz w:val="24"/>
        </w:rPr>
        <w:t>лех лех</w:t>
      </w:r>
      <w:r>
        <w:rPr>
          <w:rFonts w:ascii="Georgia" w:hAnsi="Georgia"/>
          <w:b w:val="0"/>
          <w:i w:val="0"/>
          <w:color w:val="000000"/>
          <w:sz w:val="24"/>
        </w:rPr>
        <w:t xml:space="preserve"> (</w:t>
      </w:r>
      <w:r>
        <w:rPr>
          <w:rFonts w:ascii="Georgia" w:hAnsi="Georgia" w:cs="Times New Roman"/>
          <w:b/>
          <w:i w:val="0"/>
          <w:color w:val="000000"/>
          <w:sz w:val="24"/>
          <w:rtl/>
          <w:szCs w:val="32"/>
        </w:rPr>
        <w:t>לְךָ לְךָ</w:t>
      </w:r>
      <w:r>
        <w:rPr>
          <w:rFonts w:ascii="Georgia" w:hAnsi="Georgia"/>
          <w:b w:val="0"/>
          <w:i w:val="0"/>
          <w:color w:val="000000"/>
          <w:sz w:val="24"/>
        </w:rPr>
        <w:t xml:space="preserve"> = 50 + 50 = 100) — благословляет Святой, благословен Он, душу, когда отсылает ее. И вот объяснение их сути: до сих пор действовали три стадии — АБ, САГ и МА, и оттуда мы притянули свет, воду и небосвод. Теперь необходимо притянуть сто благословений из Имени БОН с наполнением на хэйин. Сначала следует представить Имя ШАДАЙ в таком виде: буква шин — три буквы вав и три буквы йод на верхушках этих вав; буква далет — две буквы вав; а буква йод — само тело буквы посередине в виде йод и три кончика по тайне трех букв йод: все вместе это составляет по гематрии 100. Направь намерение на то, что сейчас Есод именуется органом (</w:t>
      </w:r>
      <w:r>
        <w:rPr>
          <w:rFonts w:ascii="Georgia" w:hAnsi="Georgia"/>
          <w:b w:val="0"/>
          <w:i/>
          <w:color w:val="000000"/>
          <w:sz w:val="24"/>
        </w:rPr>
        <w:t>ама</w:t>
      </w:r>
      <w:r>
        <w:rPr>
          <w:rFonts w:ascii="Georgia" w:hAnsi="Georgia"/>
          <w:b w:val="0"/>
          <w:i w:val="0"/>
          <w:color w:val="000000"/>
          <w:sz w:val="24"/>
        </w:rPr>
        <w:t>) по тайне этих ста благословений (</w:t>
      </w:r>
      <w:r>
        <w:rPr>
          <w:rFonts w:ascii="Georgia" w:hAnsi="Georgia"/>
          <w:b w:val="0"/>
          <w:i/>
          <w:color w:val="000000"/>
          <w:sz w:val="24"/>
        </w:rPr>
        <w:t>меа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Теперь нужно притянуть их сверху другим путем: буквы слова </w:t>
      </w:r>
      <w:r>
        <w:rPr>
          <w:rFonts w:ascii="Georgia" w:hAnsi="Georgia"/>
          <w:b w:val="0"/>
          <w:i/>
          <w:color w:val="000000"/>
          <w:sz w:val="24"/>
        </w:rPr>
        <w:t>меа</w:t>
      </w:r>
      <w:r>
        <w:rPr>
          <w:rFonts w:ascii="Georgia" w:hAnsi="Georgia"/>
          <w:b w:val="0"/>
          <w:i w:val="0"/>
          <w:color w:val="000000"/>
          <w:sz w:val="24"/>
        </w:rPr>
        <w:t xml:space="preserve"> (</w:t>
      </w:r>
      <w:r>
        <w:rPr>
          <w:rFonts w:ascii="Georgia" w:hAnsi="Georgia" w:cs="Times New Roman"/>
          <w:b/>
          <w:i w:val="0"/>
          <w:color w:val="000000"/>
          <w:sz w:val="24"/>
          <w:rtl/>
          <w:szCs w:val="32"/>
        </w:rPr>
        <w:t>מֵאָה</w:t>
      </w:r>
      <w:r>
        <w:rPr>
          <w:rFonts w:ascii="Georgia" w:hAnsi="Georgia"/>
          <w:b w:val="0"/>
          <w:i w:val="0"/>
          <w:color w:val="000000"/>
          <w:sz w:val="24"/>
        </w:rPr>
        <w:t>) по гематрии составляют 46 (</w:t>
      </w:r>
      <w:r>
        <w:rPr>
          <w:rFonts w:ascii="Georgia" w:hAnsi="Georgia" w:cs="Times New Roman"/>
          <w:b/>
          <w:i w:val="0"/>
          <w:color w:val="000000"/>
          <w:sz w:val="24"/>
          <w:rtl/>
          <w:szCs w:val="32"/>
        </w:rPr>
        <w:t>מ״ו</w:t>
      </w:r>
      <w:r>
        <w:rPr>
          <w:rFonts w:ascii="Georgia" w:hAnsi="Georgia"/>
          <w:b w:val="0"/>
          <w:i w:val="0"/>
          <w:color w:val="000000"/>
          <w:sz w:val="24"/>
        </w:rPr>
        <w:t>). Притяни их сначала от Имени АБ на йодин из восьмого мазаля, само наполнение которого составляет 46, как известно. Затем направь намерение на то, что буквы мэм и вав в полном наполнении (</w:t>
      </w:r>
      <w:r>
        <w:rPr>
          <w:rFonts w:ascii="Georgia" w:hAnsi="Georgia" w:cs="Times New Roman"/>
          <w:b/>
          <w:i w:val="0"/>
          <w:color w:val="000000"/>
          <w:sz w:val="24"/>
          <w:rtl/>
          <w:szCs w:val="32"/>
        </w:rPr>
        <w:t>מ״ם</w:t>
      </w:r>
      <w:r>
        <w:rPr>
          <w:rFonts w:ascii="Georgia" w:hAnsi="Georgia"/>
          <w:b w:val="0"/>
          <w:i w:val="0"/>
          <w:color w:val="000000"/>
          <w:sz w:val="24"/>
        </w:rPr>
        <w:t xml:space="preserve"> и </w:t>
      </w:r>
      <w:r>
        <w:rPr>
          <w:rFonts w:ascii="Georgia" w:hAnsi="Georgia" w:cs="Times New Roman"/>
          <w:b/>
          <w:i w:val="0"/>
          <w:color w:val="000000"/>
          <w:sz w:val="24"/>
          <w:rtl/>
          <w:szCs w:val="32"/>
        </w:rPr>
        <w:t>וי״ו</w:t>
      </w:r>
      <w:r>
        <w:rPr>
          <w:rFonts w:ascii="Georgia" w:hAnsi="Georgia"/>
          <w:b w:val="0"/>
          <w:i w:val="0"/>
          <w:color w:val="000000"/>
          <w:sz w:val="24"/>
        </w:rPr>
        <w:t>) составляют 102 (</w:t>
      </w:r>
      <w:r>
        <w:rPr>
          <w:rFonts w:ascii="Georgia" w:hAnsi="Georgia" w:cs="Times New Roman"/>
          <w:b/>
          <w:i w:val="0"/>
          <w:color w:val="000000"/>
          <w:sz w:val="24"/>
          <w:rtl/>
          <w:szCs w:val="32"/>
        </w:rPr>
        <w:t>ק״ב</w:t>
      </w:r>
      <w:r>
        <w:rPr>
          <w:rFonts w:ascii="Georgia" w:hAnsi="Georgia"/>
          <w:b w:val="0"/>
          <w:i w:val="0"/>
          <w:color w:val="000000"/>
          <w:sz w:val="24"/>
        </w:rPr>
        <w:t>), и они представляют тайну суммы всех наполнений трех Имен — АБ, САГ и МА, — равной 102, что по гематрии соответствует слову ЭЛОКЕЙНУ (</w:t>
      </w:r>
      <w:r>
        <w:rPr>
          <w:rFonts w:ascii="Georgia" w:hAnsi="Georgia" w:cs="Times New Roman"/>
          <w:b/>
          <w:i w:val="0"/>
          <w:color w:val="000000"/>
          <w:sz w:val="24"/>
          <w:rtl/>
          <w:szCs w:val="32"/>
        </w:rPr>
        <w:t>אֱלֹהֵינוּ</w:t>
      </w:r>
      <w:r>
        <w:rPr>
          <w:rFonts w:ascii="Georgia" w:hAnsi="Georgia"/>
          <w:b w:val="0"/>
          <w:i w:val="0"/>
          <w:color w:val="000000"/>
          <w:sz w:val="24"/>
        </w:rPr>
        <w:t xml:space="preserve"> = 102). И эту тайну 102 притяни в Имя БОН (52), пребывающее в Аба ве-Има.</w:t>
      </w:r>
    </w:p>
    <w:p>
      <w:pPr>
        <w:spacing w:before="40" w:after="120"/>
        <w:jc w:val="both"/>
      </w:pPr>
      <w:r>
        <w:rPr>
          <w:rFonts w:ascii="Georgia" w:hAnsi="Georgia"/>
          <w:b w:val="0"/>
          <w:i w:val="0"/>
          <w:color w:val="000000"/>
          <w:sz w:val="24"/>
        </w:rPr>
        <w:t>Сначала разъясним его суть: то, что оно составляет 52 (БОН), обусловлено тем, что в Есод де-Има включены все пятьдесят врат Бины, протягивающиеся до сфиры Ход, и тогда ее Есод принимает их по тайне пятидесяти. Если же ты присоединишь к ним свойства Ход и Есод как дающего и принимающего эти пятьдесят врат, получится 52 (</w:t>
      </w:r>
      <w:r>
        <w:rPr>
          <w:rFonts w:ascii="Georgia" w:hAnsi="Georgia" w:cs="Times New Roman"/>
          <w:b/>
          <w:i w:val="0"/>
          <w:color w:val="000000"/>
          <w:sz w:val="24"/>
          <w:rtl/>
          <w:szCs w:val="32"/>
        </w:rPr>
        <w:t>נ״ב</w:t>
      </w:r>
      <w:r>
        <w:rPr>
          <w:rFonts w:ascii="Georgia" w:hAnsi="Georgia"/>
          <w:b w:val="0"/>
          <w:i w:val="0"/>
          <w:color w:val="000000"/>
          <w:sz w:val="24"/>
        </w:rPr>
        <w:t xml:space="preserve">). Однако по истине их 102: если посчитать колель пятидесяти врат, вместе с ним будет 51, а Есод, принимающий пятьдесят врат, вместе со своим колелем дает 51, что в сумме составляет 102. Эти 102, пребывающие в Есод де-Бина, представляют тайну ста благословений и двух дверных петель во чреве женщины. Две эти петли — это сами свойства Есод и Ход внутри устройства самого чрева, ведь и само чрево включает в себя десять сфирот; они и есть Нецах и Ход чрева, а Есод принимает их по тайне Нецах. И об этой сотне с двумя — мере </w:t>
      </w:r>
      <w:r>
        <w:rPr>
          <w:rFonts w:ascii="Georgia" w:hAnsi="Georgia"/>
          <w:b w:val="0"/>
          <w:i/>
          <w:color w:val="000000"/>
          <w:sz w:val="24"/>
        </w:rPr>
        <w:t>кав</w:t>
      </w:r>
      <w:r>
        <w:rPr>
          <w:rFonts w:ascii="Georgia" w:hAnsi="Georgia"/>
          <w:b w:val="0"/>
          <w:i w:val="0"/>
          <w:color w:val="000000"/>
          <w:sz w:val="24"/>
        </w:rPr>
        <w:t xml:space="preserve"> (</w:t>
      </w:r>
      <w:r>
        <w:rPr>
          <w:rFonts w:ascii="Georgia" w:hAnsi="Georgia" w:cs="Times New Roman"/>
          <w:b/>
          <w:i w:val="0"/>
          <w:color w:val="000000"/>
          <w:sz w:val="24"/>
          <w:rtl/>
          <w:szCs w:val="32"/>
        </w:rPr>
        <w:t>קַב</w:t>
      </w:r>
      <w:r>
        <w:rPr>
          <w:rFonts w:ascii="Georgia" w:hAnsi="Georgia"/>
          <w:b w:val="0"/>
          <w:i w:val="0"/>
          <w:color w:val="000000"/>
          <w:sz w:val="24"/>
        </w:rPr>
        <w:t xml:space="preserve"> = 102) — сказано в Гемаре: </w:t>
      </w:r>
      <w:r>
        <w:rPr>
          <w:rFonts w:ascii="Georgia" w:hAnsi="Georgia"/>
          <w:b w:val="0"/>
          <w:i/>
          <w:color w:val="000000"/>
          <w:sz w:val="24"/>
        </w:rPr>
        <w:t>«Женщина предпочитает один кав с распутством…»</w:t>
      </w:r>
      <w:r>
        <w:rPr>
          <w:rFonts w:ascii="Georgia" w:hAnsi="Georgia"/>
          <w:b w:val="0"/>
          <w:i w:val="0"/>
          <w:color w:val="000000"/>
          <w:sz w:val="24"/>
        </w:rPr>
        <w:t xml:space="preserve"> (Сота 20а).</w:t>
      </w:r>
    </w:p>
    <w:p>
      <w:pPr>
        <w:spacing w:before="40" w:after="120"/>
        <w:jc w:val="both"/>
      </w:pPr>
      <w:r>
        <w:rPr>
          <w:rFonts w:ascii="Georgia" w:hAnsi="Georgia"/>
          <w:b w:val="0"/>
          <w:i w:val="0"/>
          <w:color w:val="000000"/>
          <w:sz w:val="24"/>
        </w:rPr>
        <w:t>Теперь объясним, как Имя БОН (52) в Бине преобразуется по тайне 102. Само Имя равно 52. Затем возьми первую букву хэй и мысленно представь ее в виде букв далет-вав; вторую хэй — в виде далет-йод; третью хэй — в виде далет-вав; и четвертую хэй — в виде далет-йод. Все они вместе составляют по гематрии 48, а вместе с 52 это дает сто содержащихся в нем благословений.</w:t>
      </w:r>
    </w:p>
    <w:p>
      <w:pPr>
        <w:spacing w:before="40" w:after="120"/>
        <w:jc w:val="both"/>
      </w:pPr>
      <w:r>
        <w:rPr>
          <w:rFonts w:ascii="Georgia" w:hAnsi="Georgia"/>
          <w:b w:val="0"/>
          <w:i w:val="0"/>
          <w:color w:val="000000"/>
          <w:sz w:val="24"/>
        </w:rPr>
        <w:t>Смысл этих начертаний таков: буква хэй — это тайна Бины или Малхут как далет (</w:t>
      </w:r>
      <w:r>
        <w:rPr>
          <w:rFonts w:ascii="Georgia" w:hAnsi="Georgia" w:cs="Times New Roman"/>
          <w:b/>
          <w:i w:val="0"/>
          <w:color w:val="000000"/>
          <w:sz w:val="24"/>
          <w:rtl/>
          <w:szCs w:val="32"/>
        </w:rPr>
        <w:t>ד</w:t>
      </w:r>
      <w:r>
        <w:rPr>
          <w:rFonts w:ascii="Georgia" w:hAnsi="Georgia"/>
          <w:b w:val="0"/>
          <w:i w:val="0"/>
          <w:color w:val="000000"/>
          <w:sz w:val="24"/>
        </w:rPr>
        <w:t>) над вав (</w:t>
      </w:r>
      <w:r>
        <w:rPr>
          <w:rFonts w:ascii="Georgia" w:hAnsi="Georgia" w:cs="Times New Roman"/>
          <w:b/>
          <w:i w:val="0"/>
          <w:color w:val="000000"/>
          <w:sz w:val="24"/>
          <w:rtl/>
          <w:szCs w:val="32"/>
        </w:rPr>
        <w:t>ו</w:t>
      </w:r>
      <w:r>
        <w:rPr>
          <w:rFonts w:ascii="Georgia" w:hAnsi="Georgia"/>
          <w:b w:val="0"/>
          <w:i w:val="0"/>
          <w:color w:val="000000"/>
          <w:sz w:val="24"/>
        </w:rPr>
        <w:t>), и в этом тайна первого зачатия (</w:t>
      </w:r>
      <w:r>
        <w:rPr>
          <w:rFonts w:ascii="Georgia" w:hAnsi="Georgia"/>
          <w:b w:val="0"/>
          <w:i/>
          <w:color w:val="000000"/>
          <w:sz w:val="24"/>
        </w:rPr>
        <w:t>ибур</w:t>
      </w:r>
      <w:r>
        <w:rPr>
          <w:rFonts w:ascii="Georgia" w:hAnsi="Georgia"/>
          <w:b w:val="0"/>
          <w:i w:val="0"/>
          <w:color w:val="000000"/>
          <w:sz w:val="24"/>
        </w:rPr>
        <w:t>) этого вав внутри буквы хэй. Затем наступает период вскармливания, который не зашифрован в самом Имени, поскольку в него не входит — [зародыш] лишь кормится оттуда, со своего места, и в это время он все еще пребывает в тайне буквы вав, то есть шести концов или «трех, включенных в три», что также составляет шесть. Но во втором зачатии, наступающем после вскармливания, возникает далет (</w:t>
      </w:r>
      <w:r>
        <w:rPr>
          <w:rFonts w:ascii="Georgia" w:hAnsi="Georgia" w:cs="Times New Roman"/>
          <w:b/>
          <w:i w:val="0"/>
          <w:color w:val="000000"/>
          <w:sz w:val="24"/>
          <w:rtl/>
          <w:szCs w:val="32"/>
        </w:rPr>
        <w:t>ד</w:t>
      </w:r>
      <w:r>
        <w:rPr>
          <w:rFonts w:ascii="Georgia" w:hAnsi="Georgia"/>
          <w:b w:val="0"/>
          <w:i w:val="0"/>
          <w:color w:val="000000"/>
          <w:sz w:val="24"/>
        </w:rPr>
        <w:t>) над йод (</w:t>
      </w:r>
      <w:r>
        <w:rPr>
          <w:rFonts w:ascii="Georgia" w:hAnsi="Georgia" w:cs="Times New Roman"/>
          <w:b/>
          <w:i w:val="0"/>
          <w:color w:val="000000"/>
          <w:sz w:val="24"/>
          <w:rtl/>
          <w:szCs w:val="32"/>
        </w:rPr>
        <w:t>י</w:t>
      </w:r>
      <w:r>
        <w:rPr>
          <w:rFonts w:ascii="Georgia" w:hAnsi="Georgia"/>
          <w:b w:val="0"/>
          <w:i w:val="0"/>
          <w:color w:val="000000"/>
          <w:sz w:val="24"/>
        </w:rPr>
        <w:t>), так как тогда благодаря мохин он восполняется до десяти. В этом тайна начертаний далет-вав и далет-йод. Ведь уже сейчас необходимо наделить его силой этих ста благословений, чтобы впоследствии ему послужили оба упомянутых зачатия. Теперь протяни их в Есод, вмещающий сто [благословений], как было сказано выше. На этом завершены проявления мужских вод (МАД) в Есод мужского начала.</w:t>
      </w:r>
    </w:p>
    <w:p>
      <w:pPr>
        <w:spacing w:before="40" w:after="120"/>
        <w:jc w:val="both"/>
      </w:pPr>
      <w:r>
        <w:rPr>
          <w:rFonts w:ascii="Georgia" w:hAnsi="Georgia"/>
          <w:b w:val="0"/>
          <w:i w:val="0"/>
          <w:color w:val="000000"/>
          <w:sz w:val="24"/>
        </w:rPr>
        <w:t>Теперь нам необходимо произвести все четыре упомянутые стадии по тайне женских вод (МАН) в Имени ШАДАЙ, пребывающем в Есод женского начала — сфиры Малхут, как известно: «отец и мать — соучастники в [сотворении] человека».</w:t>
      </w:r>
    </w:p>
    <w:p>
      <w:pPr>
        <w:spacing w:before="40" w:after="120"/>
        <w:jc w:val="both"/>
      </w:pPr>
      <w:r>
        <w:rPr>
          <w:rFonts w:ascii="Georgia" w:hAnsi="Georgia"/>
          <w:b w:val="0"/>
          <w:i w:val="0"/>
          <w:color w:val="000000"/>
          <w:sz w:val="24"/>
        </w:rPr>
        <w:t>Сначала следует направить намерение на то, чтобы представить Имя ШАДАЙ в Есод женского начала: букву шин — в виде трех букв вав с тремя буквами йод на верхушках этих вав, и еще в виде формы буквы каф (</w:t>
      </w:r>
      <w:r>
        <w:rPr>
          <w:rFonts w:ascii="Georgia" w:hAnsi="Georgia" w:cs="Times New Roman"/>
          <w:b/>
          <w:i w:val="0"/>
          <w:color w:val="000000"/>
          <w:sz w:val="24"/>
          <w:rtl/>
          <w:szCs w:val="32"/>
        </w:rPr>
        <w:t>כ</w:t>
      </w:r>
      <w:r>
        <w:rPr>
          <w:rFonts w:ascii="Georgia" w:hAnsi="Georgia"/>
          <w:b w:val="0"/>
          <w:i w:val="0"/>
          <w:color w:val="000000"/>
          <w:sz w:val="24"/>
        </w:rPr>
        <w:t>) в нижней части шин, обращенной раскрытием вверх, внутри которой стоят три буквы вав, вот так: [?]. Это тайна кли (сосуда) для МАН в ее Есод. Буквы далет и йод остаются как есть, и все это вместе по гематрии составляет 82.</w:t>
      </w:r>
    </w:p>
    <w:p>
      <w:pPr>
        <w:spacing w:before="40" w:after="120"/>
        <w:jc w:val="both"/>
      </w:pPr>
      <w:r>
        <w:rPr>
          <w:rFonts w:ascii="Georgia" w:hAnsi="Georgia"/>
          <w:b w:val="0"/>
          <w:i w:val="0"/>
          <w:color w:val="000000"/>
          <w:sz w:val="24"/>
        </w:rPr>
        <w:t>Затем притяни проявление света сходным с мужским началом образом, но в ином виде: направь намерение на то, что упомянутое Имя АБ из восьмого мазаля вместе со своими десятью буквами составляет 82, что соответствует упомянутому начертанию Имени ШАДАЙ. Сосредоточься на том, что и теперь четыре буквы йод в нем составляют сорок. Также направь намерение на то, что это Имя АБ образовано по тайне 42 букв: 4 буквы простого написания, 10 букв наполнения на йодин и 28 букв наполнения наполнения — итого 42 буквы; а вместе с упомянутыми сорока это также дает 82. И помни, что теперь, будучи свойством МАН, оно исходит из тайны 42 — тайны сфиры Гвура. Поэтому, протягивая его, притягивай не через Аба ве-Има, как было сказано о мужских водах, но исключительно через тайну Бины. Это — стадия света.</w:t>
      </w:r>
    </w:p>
    <w:p>
      <w:pPr>
        <w:spacing w:before="40" w:after="120"/>
        <w:jc w:val="both"/>
      </w:pPr>
      <w:r>
        <w:rPr>
          <w:rFonts w:ascii="Georgia" w:hAnsi="Georgia"/>
          <w:b w:val="0"/>
          <w:i w:val="0"/>
          <w:color w:val="000000"/>
          <w:sz w:val="24"/>
        </w:rPr>
        <w:t xml:space="preserve">Вторая стадия, называемая «вода»: направь намерение на то, чтобы образовать в ней тайну кли, принимающего МАН. Это — Имя ШАДАЙ в полном наполнении: буквы шин, далет, йод (буквы </w:t>
      </w:r>
      <w:r>
        <w:rPr>
          <w:rFonts w:ascii="Georgia" w:hAnsi="Georgia" w:cs="Times New Roman"/>
          <w:b/>
          <w:i w:val="0"/>
          <w:color w:val="000000"/>
          <w:sz w:val="24"/>
          <w:rtl/>
          <w:szCs w:val="32"/>
        </w:rPr>
        <w:t>שי״ן דל״ת יו״ד</w:t>
      </w:r>
      <w:r>
        <w:rPr>
          <w:rFonts w:ascii="Georgia" w:hAnsi="Georgia"/>
          <w:b w:val="0"/>
          <w:i w:val="0"/>
          <w:color w:val="000000"/>
          <w:sz w:val="24"/>
        </w:rPr>
        <w:t>), содержащее девять букв и составляющее по гематрии 814 (</w:t>
      </w:r>
      <w:r>
        <w:rPr>
          <w:rFonts w:ascii="Georgia" w:hAnsi="Georgia" w:cs="Times New Roman"/>
          <w:b/>
          <w:i w:val="0"/>
          <w:color w:val="000000"/>
          <w:sz w:val="24"/>
          <w:rtl/>
          <w:szCs w:val="32"/>
        </w:rPr>
        <w:t>תתי״ד</w:t>
      </w:r>
      <w:r>
        <w:rPr>
          <w:rFonts w:ascii="Georgia" w:hAnsi="Georgia"/>
          <w:b w:val="0"/>
          <w:i w:val="0"/>
          <w:color w:val="000000"/>
          <w:sz w:val="24"/>
        </w:rPr>
        <w:t>). Смысл в том, что в мужском начале содержатся пять раз «свет» (</w:t>
      </w:r>
      <w:r>
        <w:rPr>
          <w:rFonts w:ascii="Georgia" w:hAnsi="Georgia"/>
          <w:b w:val="0"/>
          <w:i/>
          <w:color w:val="000000"/>
          <w:sz w:val="24"/>
        </w:rPr>
        <w:t>ор</w:t>
      </w:r>
      <w:r>
        <w:rPr>
          <w:rFonts w:ascii="Georgia" w:hAnsi="Georgia"/>
          <w:b w:val="0"/>
          <w:i w:val="0"/>
          <w:color w:val="000000"/>
          <w:sz w:val="24"/>
        </w:rPr>
        <w:t>) и пять раз «вода» (</w:t>
      </w:r>
      <w:r>
        <w:rPr>
          <w:rFonts w:ascii="Georgia" w:hAnsi="Georgia"/>
          <w:b w:val="0"/>
          <w:i/>
          <w:color w:val="000000"/>
          <w:sz w:val="24"/>
        </w:rPr>
        <w:t>маим</w:t>
      </w:r>
      <w:r>
        <w:rPr>
          <w:rFonts w:ascii="Georgia" w:hAnsi="Georgia"/>
          <w:b w:val="0"/>
          <w:i w:val="0"/>
          <w:color w:val="000000"/>
          <w:sz w:val="24"/>
        </w:rPr>
        <w:t>). И ведь нет ни одной капли, нисходящей сверху, навстречу которой снизу не поднимались бы две капли; поэтому в ней должно быть девять раз слово «вода» (</w:t>
      </w:r>
      <w:r>
        <w:rPr>
          <w:rFonts w:ascii="Georgia" w:hAnsi="Georgia"/>
          <w:b w:val="0"/>
          <w:i/>
          <w:color w:val="000000"/>
          <w:sz w:val="24"/>
        </w:rPr>
        <w:t>маим</w:t>
      </w:r>
      <w:r>
        <w:rPr>
          <w:rFonts w:ascii="Georgia" w:hAnsi="Georgia"/>
          <w:b w:val="0"/>
          <w:i w:val="0"/>
          <w:color w:val="000000"/>
          <w:sz w:val="24"/>
        </w:rPr>
        <w:t>), что соответствует девяти буквам упомянутого наполнения. Также эти девять букв по гематрии равны девятикратному слову «вода» (</w:t>
      </w:r>
      <w:r>
        <w:rPr>
          <w:rFonts w:ascii="Georgia" w:hAnsi="Georgia"/>
          <w:b w:val="0"/>
          <w:i/>
          <w:color w:val="000000"/>
          <w:sz w:val="24"/>
        </w:rPr>
        <w:t>маим</w:t>
      </w:r>
      <w:r>
        <w:rPr>
          <w:rFonts w:ascii="Georgia" w:hAnsi="Georgia"/>
          <w:b w:val="0"/>
          <w:i w:val="0"/>
          <w:color w:val="000000"/>
          <w:sz w:val="24"/>
        </w:rPr>
        <w:t xml:space="preserve">, </w:t>
      </w:r>
      <w:r>
        <w:rPr>
          <w:rFonts w:ascii="Georgia" w:hAnsi="Georgia" w:cs="Times New Roman"/>
          <w:b/>
          <w:i w:val="0"/>
          <w:color w:val="000000"/>
          <w:sz w:val="24"/>
          <w:rtl/>
          <w:szCs w:val="32"/>
        </w:rPr>
        <w:t>מַיִם</w:t>
      </w:r>
      <w:r>
        <w:rPr>
          <w:rFonts w:ascii="Georgia" w:hAnsi="Georgia"/>
          <w:b w:val="0"/>
          <w:i w:val="0"/>
          <w:color w:val="000000"/>
          <w:sz w:val="24"/>
        </w:rPr>
        <w:t xml:space="preserve"> = 90; 9 × 90 = 810, </w:t>
      </w:r>
      <w:r>
        <w:rPr>
          <w:rFonts w:ascii="Georgia" w:hAnsi="Georgia" w:cs="Times New Roman"/>
          <w:b/>
          <w:i w:val="0"/>
          <w:color w:val="000000"/>
          <w:sz w:val="24"/>
          <w:rtl/>
          <w:szCs w:val="32"/>
        </w:rPr>
        <w:t>תת״י</w:t>
      </w:r>
      <w:r>
        <w:rPr>
          <w:rFonts w:ascii="Georgia" w:hAnsi="Georgia"/>
          <w:b w:val="0"/>
          <w:i w:val="0"/>
          <w:color w:val="000000"/>
          <w:sz w:val="24"/>
        </w:rPr>
        <w:t>), соответствующим девяти сфирот в ней, в каждой из которых заключена тайна воды; и еще четыре единицы сверх того — это десятое свойство в ней, тайна буквы далет, являющаяся ее Кетер, представляющим тайну буквы далет (</w:t>
      </w:r>
      <w:r>
        <w:rPr>
          <w:rFonts w:ascii="Georgia" w:hAnsi="Georgia" w:cs="Times New Roman"/>
          <w:b/>
          <w:i w:val="0"/>
          <w:color w:val="000000"/>
          <w:sz w:val="24"/>
          <w:rtl/>
          <w:szCs w:val="32"/>
        </w:rPr>
        <w:t>ד</w:t>
      </w:r>
      <w:r>
        <w:rPr>
          <w:rFonts w:ascii="Georgia" w:hAnsi="Georgia"/>
          <w:b w:val="0"/>
          <w:i w:val="0"/>
          <w:color w:val="000000"/>
          <w:sz w:val="24"/>
        </w:rPr>
        <w:t xml:space="preserve"> = 4).</w:t>
      </w:r>
    </w:p>
    <w:p>
      <w:pPr>
        <w:spacing w:before="40" w:after="120"/>
        <w:jc w:val="both"/>
      </w:pPr>
      <w:r>
        <w:rPr>
          <w:rFonts w:ascii="Georgia" w:hAnsi="Georgia"/>
          <w:b w:val="0"/>
          <w:i w:val="0"/>
          <w:color w:val="000000"/>
          <w:sz w:val="24"/>
        </w:rPr>
        <w:t>Затем нужно притянуть эти воды сверху: держи намерение, что в семи нижних сфирот Бины пребывает Имя САГ; там опусти ее ХУБ в ее Хесед и Гвуру, и тогда десять букв Имени САГ включат в себя семь ее нижних сфирот, а также все ее десять сфирот в десяти буквах наполнения; и там также сосредоточься на тайне девятикратного слова «вода», что вместе с ее Кетер, равным четырем, также составит 814. Опусти их в Имя ШАДАЙ в ее Есод, состоящее из девяти букв наполнения, как сказано выше. О тайне девяти упомянутых вод, составляющих по гематрии 810 (</w:t>
      </w:r>
      <w:r>
        <w:rPr>
          <w:rFonts w:ascii="Georgia" w:hAnsi="Georgia" w:cs="Times New Roman"/>
          <w:b/>
          <w:i w:val="0"/>
          <w:color w:val="000000"/>
          <w:sz w:val="24"/>
          <w:rtl/>
          <w:szCs w:val="32"/>
        </w:rPr>
        <w:t>תת״י</w:t>
      </w:r>
      <w:r>
        <w:rPr>
          <w:rFonts w:ascii="Georgia" w:hAnsi="Georgia"/>
          <w:b w:val="0"/>
          <w:i w:val="0"/>
          <w:color w:val="000000"/>
          <w:sz w:val="24"/>
        </w:rPr>
        <w:t xml:space="preserve">), говорит стих: </w:t>
      </w:r>
      <w:r>
        <w:rPr>
          <w:rFonts w:ascii="Georgia" w:hAnsi="Georgia"/>
          <w:b w:val="0"/>
          <w:i/>
          <w:color w:val="000000"/>
          <w:sz w:val="24"/>
        </w:rPr>
        <w:t>«Лучше мне отдать ее тебе…»</w:t>
      </w:r>
      <w:r>
        <w:rPr>
          <w:rFonts w:ascii="Georgia" w:hAnsi="Georgia"/>
          <w:b w:val="0"/>
          <w:i w:val="0"/>
          <w:color w:val="000000"/>
          <w:sz w:val="24"/>
        </w:rPr>
        <w:t xml:space="preserve"> (Берешит 29:19), где слово </w:t>
      </w:r>
      <w:r>
        <w:rPr>
          <w:rFonts w:ascii="Georgia" w:hAnsi="Georgia"/>
          <w:b w:val="0"/>
          <w:i/>
          <w:color w:val="000000"/>
          <w:sz w:val="24"/>
        </w:rPr>
        <w:t>титти</w:t>
      </w:r>
      <w:r>
        <w:rPr>
          <w:rFonts w:ascii="Georgia" w:hAnsi="Georgia"/>
          <w:b w:val="0"/>
          <w:i w:val="0"/>
          <w:color w:val="000000"/>
          <w:sz w:val="24"/>
        </w:rPr>
        <w:t xml:space="preserve"> (</w:t>
      </w:r>
      <w:r>
        <w:rPr>
          <w:rFonts w:ascii="Georgia" w:hAnsi="Georgia" w:cs="Times New Roman"/>
          <w:b/>
          <w:i w:val="0"/>
          <w:color w:val="000000"/>
          <w:sz w:val="24"/>
          <w:rtl/>
          <w:szCs w:val="32"/>
        </w:rPr>
        <w:t>תִּתִּי</w:t>
      </w:r>
      <w:r>
        <w:rPr>
          <w:rFonts w:ascii="Georgia" w:hAnsi="Georgia"/>
          <w:b w:val="0"/>
          <w:i w:val="0"/>
          <w:color w:val="000000"/>
          <w:sz w:val="24"/>
        </w:rPr>
        <w:t xml:space="preserve"> = 810). Внутрь этих вод протягивается высшая капля — десять букв наполнения Имени. Если же убрать их оттуда, останется 800 (</w:t>
      </w:r>
      <w:r>
        <w:rPr>
          <w:rFonts w:ascii="Georgia" w:hAnsi="Georgia" w:cs="Times New Roman"/>
          <w:b/>
          <w:i w:val="0"/>
          <w:color w:val="000000"/>
          <w:sz w:val="24"/>
          <w:rtl/>
          <w:szCs w:val="32"/>
        </w:rPr>
        <w:t>ת״ת</w:t>
      </w:r>
      <w:r>
        <w:rPr>
          <w:rFonts w:ascii="Georgia" w:hAnsi="Georgia"/>
          <w:b w:val="0"/>
          <w:i w:val="0"/>
          <w:color w:val="000000"/>
          <w:sz w:val="24"/>
        </w:rPr>
        <w:t xml:space="preserve">), и тогда они становятся тайной «горьких вод, наводящих проклятие», о которых сказано: </w:t>
      </w:r>
      <w:r>
        <w:rPr>
          <w:rFonts w:ascii="Georgia" w:hAnsi="Georgia"/>
          <w:b w:val="0"/>
          <w:i/>
          <w:color w:val="000000"/>
          <w:sz w:val="24"/>
        </w:rPr>
        <w:t>«…когда сделает Г-сподь бедро твое опавшим…»</w:t>
      </w:r>
      <w:r>
        <w:rPr>
          <w:rFonts w:ascii="Georgia" w:hAnsi="Georgia"/>
          <w:b w:val="0"/>
          <w:i w:val="0"/>
          <w:color w:val="000000"/>
          <w:sz w:val="24"/>
        </w:rPr>
        <w:t xml:space="preserve"> (Бемидбар 5:21), где слово </w:t>
      </w:r>
      <w:r>
        <w:rPr>
          <w:rFonts w:ascii="Georgia" w:hAnsi="Georgia"/>
          <w:b w:val="0"/>
          <w:i/>
          <w:color w:val="000000"/>
          <w:sz w:val="24"/>
        </w:rPr>
        <w:t>бе-тэт</w:t>
      </w:r>
      <w:r>
        <w:rPr>
          <w:rFonts w:ascii="Georgia" w:hAnsi="Georgia"/>
          <w:b w:val="0"/>
          <w:i w:val="0"/>
          <w:color w:val="000000"/>
          <w:sz w:val="24"/>
        </w:rPr>
        <w:t xml:space="preserve"> (</w:t>
      </w:r>
      <w:r>
        <w:rPr>
          <w:rFonts w:ascii="Georgia" w:hAnsi="Georgia" w:cs="Times New Roman"/>
          <w:b/>
          <w:i w:val="0"/>
          <w:color w:val="000000"/>
          <w:sz w:val="24"/>
          <w:rtl/>
          <w:szCs w:val="32"/>
        </w:rPr>
        <w:t>בְּתֵת</w:t>
      </w:r>
      <w:r>
        <w:rPr>
          <w:rFonts w:ascii="Georgia" w:hAnsi="Georgia"/>
          <w:b w:val="0"/>
          <w:i w:val="0"/>
          <w:color w:val="000000"/>
          <w:sz w:val="24"/>
        </w:rPr>
        <w:t>) указывает на то же. Ведь МАН — это суды, и если убрать из них букву йод, которая их услаждает, останутся упомянутые 800.</w:t>
      </w:r>
    </w:p>
    <w:p>
      <w:pPr>
        <w:spacing w:before="40" w:after="120"/>
        <w:jc w:val="both"/>
      </w:pPr>
      <w:r>
        <w:rPr>
          <w:rFonts w:ascii="Georgia" w:hAnsi="Georgia"/>
          <w:b w:val="0"/>
          <w:i w:val="0"/>
          <w:color w:val="000000"/>
          <w:sz w:val="24"/>
        </w:rPr>
        <w:t>Третья стадия — небосвод: сосредоточь намерение на средних буквах наполнения Имени ШАДАЙ — буквах йод, ламэд, вав (</w:t>
      </w:r>
      <w:r>
        <w:rPr>
          <w:rFonts w:ascii="Georgia" w:hAnsi="Georgia" w:cs="Times New Roman"/>
          <w:b/>
          <w:i w:val="0"/>
          <w:color w:val="000000"/>
          <w:sz w:val="24"/>
          <w:rtl/>
          <w:szCs w:val="32"/>
        </w:rPr>
        <w:t>יל״ו</w:t>
      </w:r>
      <w:r>
        <w:rPr>
          <w:rFonts w:ascii="Georgia" w:hAnsi="Georgia"/>
          <w:b w:val="0"/>
          <w:i w:val="0"/>
          <w:color w:val="000000"/>
          <w:sz w:val="24"/>
        </w:rPr>
        <w:t>), которые образуют имя Леви (</w:t>
      </w:r>
      <w:r>
        <w:rPr>
          <w:rFonts w:ascii="Georgia" w:hAnsi="Georgia" w:cs="Times New Roman"/>
          <w:b/>
          <w:i w:val="0"/>
          <w:color w:val="000000"/>
          <w:sz w:val="24"/>
          <w:rtl/>
          <w:szCs w:val="32"/>
        </w:rPr>
        <w:t>לֵוִי</w:t>
      </w:r>
      <w:r>
        <w:rPr>
          <w:rFonts w:ascii="Georgia" w:hAnsi="Georgia"/>
          <w:b w:val="0"/>
          <w:i w:val="0"/>
          <w:color w:val="000000"/>
          <w:sz w:val="24"/>
        </w:rPr>
        <w:t xml:space="preserve"> = 46), разделяющего между водами и водами. Ведь разделение было произведено во второй день, относящийся к Гвуре, представляющей тайну Леви. Направь здесь намерение на то, чтобы притянуть свыше, из Имени ЭЛОКИМ в Бине: протяни от буквы алеф упомянутого Имени ЭЛОКИМ к букве алеф Имени АДОНАЙ в Малхут, поскольку оба они относятся к женскому началу. Тогда как в ЗА мы притягивали букву алеф Имени ЭЙЕ в Имя МА с наполнением на алефин, чтобы образовать стадию небосвода, как было сказано выше. Сосредоточься теперь на том, что начертание этой буквы алеф в Имени ЭЛОКИМ состоит из букв йод-вав-йод (буквы </w:t>
      </w:r>
      <w:r>
        <w:rPr>
          <w:rFonts w:ascii="Georgia" w:hAnsi="Georgia" w:cs="Times New Roman"/>
          <w:b/>
          <w:i w:val="0"/>
          <w:color w:val="000000"/>
          <w:sz w:val="24"/>
          <w:rtl/>
          <w:szCs w:val="32"/>
        </w:rPr>
        <w:t>יו״י</w:t>
      </w:r>
      <w:r>
        <w:rPr>
          <w:rFonts w:ascii="Georgia" w:hAnsi="Georgia"/>
          <w:b w:val="0"/>
          <w:i w:val="0"/>
          <w:color w:val="000000"/>
          <w:sz w:val="24"/>
        </w:rPr>
        <w:t xml:space="preserve"> = 26), а начертание буквы алеф в Имени АДОНАЙ — из букв йод-вав-далет (буквы </w:t>
      </w:r>
      <w:r>
        <w:rPr>
          <w:rFonts w:ascii="Georgia" w:hAnsi="Georgia" w:cs="Times New Roman"/>
          <w:b/>
          <w:i w:val="0"/>
          <w:color w:val="000000"/>
          <w:sz w:val="24"/>
          <w:rtl/>
          <w:szCs w:val="32"/>
        </w:rPr>
        <w:t>יו״ד</w:t>
      </w:r>
      <w:r>
        <w:rPr>
          <w:rFonts w:ascii="Georgia" w:hAnsi="Georgia"/>
          <w:b w:val="0"/>
          <w:i w:val="0"/>
          <w:color w:val="000000"/>
          <w:sz w:val="24"/>
        </w:rPr>
        <w:t xml:space="preserve"> = 20); и вот, йод-вав-йод и йод-вав-далет в сумме дают число упомянутого имени Леви (46).</w:t>
      </w:r>
    </w:p>
    <w:p>
      <w:pPr>
        <w:spacing w:before="40" w:after="120"/>
        <w:jc w:val="both"/>
      </w:pPr>
      <w:r>
        <w:rPr>
          <w:rFonts w:ascii="Georgia" w:hAnsi="Georgia"/>
          <w:b w:val="0"/>
          <w:i w:val="0"/>
          <w:color w:val="000000"/>
          <w:sz w:val="24"/>
        </w:rPr>
        <w:t>Четвертая стадия — это сто благословений: сосредоточь намерение сначала на трех последних буквах наполнения Имени ШАДАЙ в ее Есод — буквах нун, тав, далет (</w:t>
      </w:r>
      <w:r>
        <w:rPr>
          <w:rFonts w:ascii="Georgia" w:hAnsi="Georgia" w:cs="Times New Roman"/>
          <w:b/>
          <w:i w:val="0"/>
          <w:color w:val="000000"/>
          <w:sz w:val="24"/>
          <w:rtl/>
          <w:szCs w:val="32"/>
        </w:rPr>
        <w:t>נת״ד</w:t>
      </w:r>
      <w:r>
        <w:rPr>
          <w:rFonts w:ascii="Georgia" w:hAnsi="Georgia"/>
          <w:b w:val="0"/>
          <w:i w:val="0"/>
          <w:color w:val="000000"/>
          <w:sz w:val="24"/>
        </w:rPr>
        <w:t xml:space="preserve"> = 454). Сосредоточься на том, что в капле мужского начала мы притянули сто благословений по тайне сына (</w:t>
      </w:r>
      <w:r>
        <w:rPr>
          <w:rFonts w:ascii="Georgia" w:hAnsi="Georgia"/>
          <w:b w:val="0"/>
          <w:i/>
          <w:color w:val="000000"/>
          <w:sz w:val="24"/>
        </w:rPr>
        <w:t>бен</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xml:space="preserve"> = 52), тогда как каплю женского начала необходимо благословить ста благословениями по тайне сына и дочери (</w:t>
      </w:r>
      <w:r>
        <w:rPr>
          <w:rFonts w:ascii="Georgia" w:hAnsi="Georgia"/>
          <w:b w:val="0"/>
          <w:i/>
          <w:color w:val="000000"/>
          <w:sz w:val="24"/>
        </w:rPr>
        <w:t>бен</w:t>
      </w:r>
      <w:r>
        <w:rPr>
          <w:rFonts w:ascii="Georgia" w:hAnsi="Georgia"/>
          <w:b w:val="0"/>
          <w:i w:val="0"/>
          <w:color w:val="000000"/>
          <w:sz w:val="24"/>
        </w:rPr>
        <w:t xml:space="preserve"> и </w:t>
      </w:r>
      <w:r>
        <w:rPr>
          <w:rFonts w:ascii="Georgia" w:hAnsi="Georgia"/>
          <w:b w:val="0"/>
          <w:i/>
          <w:color w:val="000000"/>
          <w:sz w:val="24"/>
        </w:rPr>
        <w:t>бат</w:t>
      </w:r>
      <w:r>
        <w:rPr>
          <w:rFonts w:ascii="Georgia" w:hAnsi="Georgia"/>
          <w:b w:val="0"/>
          <w:i w:val="0"/>
          <w:color w:val="000000"/>
          <w:sz w:val="24"/>
        </w:rPr>
        <w:t xml:space="preserve">, </w:t>
      </w:r>
      <w:r>
        <w:rPr>
          <w:rFonts w:ascii="Georgia" w:hAnsi="Georgia" w:cs="Times New Roman"/>
          <w:b/>
          <w:i w:val="0"/>
          <w:color w:val="000000"/>
          <w:sz w:val="24"/>
          <w:rtl/>
          <w:szCs w:val="32"/>
        </w:rPr>
        <w:t>בֵּן וּבַת</w:t>
      </w:r>
      <w:r>
        <w:rPr>
          <w:rFonts w:ascii="Georgia" w:hAnsi="Georgia"/>
          <w:b w:val="0"/>
          <w:i w:val="0"/>
          <w:color w:val="000000"/>
          <w:sz w:val="24"/>
        </w:rPr>
        <w:t xml:space="preserve"> = 454), поскольку она включает в себя обоих. Направь намерение притянуть сюда сверху три Имени ЭЙЕ — с наполнениями на йодин, алефин и хэйин, составляющие по гематрии 454 [говорит Шмуэль: вместе с колелем]. Также держи намерение притянуть в нее сто благословений из Имени ЭЙЕ, равного числу умножения Имени ЭЙЕ на ЭЙЕ (21 × 21 = 441), что составляет по гематрии слово </w:t>
      </w:r>
      <w:r>
        <w:rPr>
          <w:rFonts w:ascii="Georgia" w:hAnsi="Georgia"/>
          <w:b w:val="0"/>
          <w:i/>
          <w:color w:val="000000"/>
          <w:sz w:val="24"/>
        </w:rPr>
        <w:t>эмет</w:t>
      </w:r>
      <w:r>
        <w:rPr>
          <w:rFonts w:ascii="Georgia" w:hAnsi="Georgia"/>
          <w:b w:val="0"/>
          <w:i w:val="0"/>
          <w:color w:val="000000"/>
          <w:sz w:val="24"/>
        </w:rPr>
        <w:t xml:space="preserve"> (</w:t>
      </w:r>
      <w:r>
        <w:rPr>
          <w:rFonts w:ascii="Georgia" w:hAnsi="Georgia" w:cs="Times New Roman"/>
          <w:b/>
          <w:i w:val="0"/>
          <w:color w:val="000000"/>
          <w:sz w:val="24"/>
          <w:rtl/>
          <w:szCs w:val="32"/>
        </w:rPr>
        <w:t>אֱמֶת</w:t>
      </w:r>
      <w:r>
        <w:rPr>
          <w:rFonts w:ascii="Georgia" w:hAnsi="Georgia"/>
          <w:b w:val="0"/>
          <w:i w:val="0"/>
          <w:color w:val="000000"/>
          <w:sz w:val="24"/>
        </w:rPr>
        <w:t xml:space="preserve"> = 441, истина), вместе с двенадцатью буквами, содержащимися в трех упомянутых простых Именах ЭЙЕ, а вместе с их колелем все это составляет 454 (</w:t>
      </w:r>
      <w:r>
        <w:rPr>
          <w:rFonts w:ascii="Georgia" w:hAnsi="Georgia" w:cs="Times New Roman"/>
          <w:b/>
          <w:i w:val="0"/>
          <w:color w:val="000000"/>
          <w:sz w:val="24"/>
          <w:rtl/>
          <w:szCs w:val="32"/>
        </w:rPr>
        <w:t>נת״ד</w:t>
      </w:r>
      <w:r>
        <w:rPr>
          <w:rFonts w:ascii="Georgia" w:hAnsi="Georgia"/>
          <w:b w:val="0"/>
          <w:i w:val="0"/>
          <w:color w:val="000000"/>
          <w:sz w:val="24"/>
        </w:rPr>
        <w:t>). И вот теперь, после того как мы исправили проявления МАН и МАД, Малхут возрастает до величины роста ЗА. Оказывается, что она поднялась выше своего прежнего размера, когда находилась на уровне груди (хазе) де-ЗА, как известно; теперь же она поднялась также против ХУБ, Хесед и Гвуры и половины Тиферет де-ЗА. Каждое из этих свойств включает в себя по сто благословений, что составляет 450 (</w:t>
      </w:r>
      <w:r>
        <w:rPr>
          <w:rFonts w:ascii="Georgia" w:hAnsi="Georgia" w:cs="Times New Roman"/>
          <w:b/>
          <w:i w:val="0"/>
          <w:color w:val="000000"/>
          <w:sz w:val="24"/>
          <w:rtl/>
          <w:szCs w:val="32"/>
        </w:rPr>
        <w:t>נ״ת</w:t>
      </w:r>
      <w:r>
        <w:rPr>
          <w:rFonts w:ascii="Georgia" w:hAnsi="Georgia"/>
          <w:b w:val="0"/>
          <w:i w:val="0"/>
          <w:color w:val="000000"/>
          <w:sz w:val="24"/>
        </w:rPr>
        <w:t>); а вначале ее мера составляла лишь четыре, то есть только ТАНЕХИ де-ЗА, как известно; итого получается 454 (</w:t>
      </w:r>
      <w:r>
        <w:rPr>
          <w:rFonts w:ascii="Georgia" w:hAnsi="Georgia" w:cs="Times New Roman"/>
          <w:b/>
          <w:i w:val="0"/>
          <w:color w:val="000000"/>
          <w:sz w:val="24"/>
          <w:rtl/>
          <w:szCs w:val="32"/>
        </w:rPr>
        <w:t>נת״ד</w:t>
      </w:r>
      <w:r>
        <w:rPr>
          <w:rFonts w:ascii="Georgia" w:hAnsi="Georgia"/>
          <w:b w:val="0"/>
          <w:i w:val="0"/>
          <w:color w:val="000000"/>
          <w:sz w:val="24"/>
        </w:rPr>
        <w:t>).</w:t>
      </w:r>
    </w:p>
    <w:p>
      <w:pPr>
        <w:spacing w:before="40" w:after="120"/>
        <w:jc w:val="both"/>
      </w:pPr>
      <w:r>
        <w:rPr>
          <w:rFonts w:ascii="Georgia" w:hAnsi="Georgia"/>
          <w:b w:val="0"/>
          <w:i w:val="0"/>
          <w:color w:val="000000"/>
          <w:sz w:val="24"/>
        </w:rPr>
        <w:t>И знай, что когда, упаси Б-г, у Исраэля есть прегрешения, это число 454 (</w:t>
      </w:r>
      <w:r>
        <w:rPr>
          <w:rFonts w:ascii="Georgia" w:hAnsi="Georgia" w:cs="Times New Roman"/>
          <w:b/>
          <w:i w:val="0"/>
          <w:color w:val="000000"/>
          <w:sz w:val="24"/>
          <w:rtl/>
          <w:szCs w:val="32"/>
        </w:rPr>
        <w:t>נת״ד</w:t>
      </w:r>
      <w:r>
        <w:rPr>
          <w:rFonts w:ascii="Georgia" w:hAnsi="Georgia"/>
          <w:b w:val="0"/>
          <w:i w:val="0"/>
          <w:color w:val="000000"/>
          <w:sz w:val="24"/>
        </w:rPr>
        <w:t xml:space="preserve">) обращается в слова: </w:t>
      </w:r>
      <w:r>
        <w:rPr>
          <w:rFonts w:ascii="Georgia" w:hAnsi="Georgia"/>
          <w:b w:val="0"/>
          <w:i/>
          <w:color w:val="000000"/>
          <w:sz w:val="24"/>
        </w:rPr>
        <w:t>«…как во дни отлучения ее по нечистоте ее, будет она нечиста»</w:t>
      </w:r>
      <w:r>
        <w:rPr>
          <w:rFonts w:ascii="Georgia" w:hAnsi="Georgia"/>
          <w:b w:val="0"/>
          <w:i w:val="0"/>
          <w:color w:val="000000"/>
          <w:sz w:val="24"/>
        </w:rPr>
        <w:t xml:space="preserve"> (Ваикра 12:2), где слово </w:t>
      </w:r>
      <w:r>
        <w:rPr>
          <w:rFonts w:ascii="Georgia" w:hAnsi="Georgia"/>
          <w:b w:val="0"/>
          <w:i/>
          <w:color w:val="000000"/>
          <w:sz w:val="24"/>
        </w:rPr>
        <w:t>нидат</w:t>
      </w:r>
      <w:r>
        <w:rPr>
          <w:rFonts w:ascii="Georgia" w:hAnsi="Georgia"/>
          <w:b w:val="0"/>
          <w:i w:val="0"/>
          <w:color w:val="000000"/>
          <w:sz w:val="24"/>
        </w:rPr>
        <w:t xml:space="preserve"> (</w:t>
      </w:r>
      <w:r>
        <w:rPr>
          <w:rFonts w:ascii="Georgia" w:hAnsi="Georgia" w:cs="Times New Roman"/>
          <w:b/>
          <w:i w:val="0"/>
          <w:color w:val="000000"/>
          <w:sz w:val="24"/>
          <w:rtl/>
          <w:szCs w:val="32"/>
        </w:rPr>
        <w:t>נִדַּת</w:t>
      </w:r>
      <w:r>
        <w:rPr>
          <w:rFonts w:ascii="Georgia" w:hAnsi="Georgia"/>
          <w:b w:val="0"/>
          <w:i w:val="0"/>
          <w:color w:val="000000"/>
          <w:sz w:val="24"/>
        </w:rPr>
        <w:t xml:space="preserve"> = 454).</w:t>
      </w:r>
    </w:p>
    <w:p>
      <w:pPr>
        <w:spacing w:before="40" w:after="120"/>
        <w:jc w:val="both"/>
      </w:pPr>
      <w:r>
        <w:rPr>
          <w:rFonts w:ascii="Georgia" w:hAnsi="Georgia"/>
          <w:b w:val="0"/>
          <w:i w:val="0"/>
          <w:color w:val="000000"/>
          <w:sz w:val="24"/>
        </w:rPr>
        <w:t>Теперь необходимо направить намерение на то, чтобы огласовать все вышеупомянутые ступени полностью, после всего сказанного. Сначала следует сосредоточиться на Имени ШАДАЙ, чтобы придать ему огласовки, а затем придать огласовки Имени, выходящему из него описанным способом мысленного представления, чтобы образовать свет, воду, небосвод и так далее — как в огласовках, так и в мужском и в женском началах. И вот начертание МАД вначале:</w:t>
      </w:r>
    </w:p>
    <w:p>
      <w:pPr>
        <w:spacing w:before="40" w:after="120"/>
        <w:jc w:val="center"/>
      </w:pPr>
      <w:r>
        <w:rPr>
          <w:rFonts w:ascii="Georgia" w:hAnsi="Georgia" w:cs="Times New Roman"/>
          <w:b/>
          <w:i w:val="0"/>
          <w:color w:val="000000"/>
          <w:sz w:val="32"/>
          <w:rtl/>
          <w:szCs w:val="44"/>
        </w:rPr>
        <w:t>שְדִיִ שְדֶיֵ שָדָיֱ שַדֵיֵ</w:t>
      </w:r>
    </w:p>
    <w:p>
      <w:pPr>
        <w:spacing w:before="40" w:after="120"/>
        <w:jc w:val="center"/>
      </w:pPr>
      <w:r>
        <w:rPr>
          <w:rFonts w:ascii="Georgia" w:hAnsi="Georgia" w:cs="Times New Roman"/>
          <w:b/>
          <w:i w:val="0"/>
          <w:color w:val="000000"/>
          <w:sz w:val="32"/>
          <w:rtl/>
          <w:szCs w:val="44"/>
        </w:rPr>
        <w:t>וִוִו וִוִי וֹיֹוֹיֹוֹיֹוֹוֹיֹ וַיַוַיַוַיַוַוַיַוַוַוַ ויִויִויִוויִייַי</w:t>
      </w:r>
    </w:p>
    <w:p>
      <w:pPr>
        <w:spacing w:before="40" w:after="120"/>
        <w:jc w:val="both"/>
      </w:pPr>
      <w:r>
        <w:rPr>
          <w:rFonts w:ascii="Georgia" w:hAnsi="Georgia"/>
          <w:b w:val="0"/>
          <w:i w:val="0"/>
          <w:color w:val="000000"/>
          <w:sz w:val="24"/>
        </w:rPr>
        <w:t>И вот начертание МАН в конце:</w:t>
      </w:r>
    </w:p>
    <w:p>
      <w:pPr>
        <w:spacing w:before="40" w:after="120"/>
        <w:jc w:val="center"/>
      </w:pPr>
      <w:r>
        <w:rPr>
          <w:rFonts w:ascii="Georgia" w:hAnsi="Georgia" w:cs="Times New Roman"/>
          <w:b/>
          <w:i w:val="0"/>
          <w:color w:val="000000"/>
          <w:sz w:val="32"/>
          <w:rtl/>
          <w:szCs w:val="44"/>
        </w:rPr>
        <w:t>שָדָיֱ שֹיֹןֹ דֹלֹתֹ יֹוֹדֹ יַלֵוֵ נֱתְדֶ</w:t>
      </w:r>
    </w:p>
    <w:p>
      <w:pPr>
        <w:spacing w:before="40" w:after="120"/>
        <w:jc w:val="center"/>
      </w:pPr>
      <w:r>
        <w:rPr>
          <w:rFonts w:ascii="Georgia" w:hAnsi="Georgia" w:cs="Times New Roman"/>
          <w:b/>
          <w:i w:val="0"/>
          <w:color w:val="000000"/>
          <w:sz w:val="32"/>
          <w:rtl/>
          <w:szCs w:val="44"/>
        </w:rPr>
        <w:t>וַי וַי וֱיכ דִיִ</w:t>
      </w:r>
    </w:p>
    <w:p>
      <w:pPr>
        <w:spacing w:before="40" w:after="120"/>
        <w:jc w:val="both"/>
      </w:pPr>
      <w:r>
        <w:rPr>
          <w:rFonts w:ascii="Georgia" w:hAnsi="Georgia"/>
          <w:b w:val="0"/>
          <w:i w:val="0"/>
          <w:color w:val="000000"/>
          <w:sz w:val="24"/>
        </w:rPr>
        <w:t xml:space="preserve">Теперь разъясним смысл этих огласовок. Начертание первого Имени по гематрии равно сорока, и потому его огласовки по числу равны сорока. Второе начертание равно семидесяти, и потому его огласовки равны семидесяти. Третье Имя представляет тайну небосвода, поэтому все его огласовки — патах, являющийся образом небосвода; в них двенадцать знаков патах, составляющих по гематрии 72, и так же огласовка верхнего Имени ШАДАЙ над этим начертанием по сумме своих огласовок равна 72. Четвертое Имя — это сто благословений, а слово </w:t>
      </w:r>
      <w:r>
        <w:rPr>
          <w:rFonts w:ascii="Georgia" w:hAnsi="Georgia"/>
          <w:b w:val="0"/>
          <w:i/>
          <w:color w:val="000000"/>
          <w:sz w:val="24"/>
        </w:rPr>
        <w:t>меа</w:t>
      </w:r>
      <w:r>
        <w:rPr>
          <w:rFonts w:ascii="Georgia" w:hAnsi="Georgia"/>
          <w:b w:val="0"/>
          <w:i w:val="0"/>
          <w:color w:val="000000"/>
          <w:sz w:val="24"/>
        </w:rPr>
        <w:t xml:space="preserve"> по гематрии равно 46, как сказано выше, и таково же числовое значение его огласовок — 46. Пятое Имя равно 82, и потому его огласовки равны 82. Шестое Имя состоит из девяти букв, и его огласовки — девять знаков холам, составляющие по гематрии слово «вода» (</w:t>
      </w:r>
      <w:r>
        <w:rPr>
          <w:rFonts w:ascii="Georgia" w:hAnsi="Georgia"/>
          <w:b w:val="0"/>
          <w:i/>
          <w:color w:val="000000"/>
          <w:sz w:val="24"/>
        </w:rPr>
        <w:t>маим</w:t>
      </w:r>
      <w:r>
        <w:rPr>
          <w:rFonts w:ascii="Georgia" w:hAnsi="Georgia"/>
          <w:b w:val="0"/>
          <w:i w:val="0"/>
          <w:color w:val="000000"/>
          <w:sz w:val="24"/>
        </w:rPr>
        <w:t>, 90). Седьмое Имя равно по гематрии 46, и потому его огласовки равны 46. Восьмое Имя представляет тайну ста благословений, и его огласовки также равны упомянутому числу. Чтобы ты не ошибся, я хочу подробно разъяснить тебе огласовки восьми упомянутых Имен.</w:t>
      </w:r>
    </w:p>
    <w:p>
      <w:pPr>
        <w:spacing w:before="40" w:after="120"/>
        <w:jc w:val="both"/>
      </w:pPr>
      <w:r>
        <w:rPr>
          <w:rFonts w:ascii="Georgia" w:hAnsi="Georgia"/>
          <w:b w:val="0"/>
          <w:i w:val="0"/>
          <w:color w:val="000000"/>
          <w:sz w:val="24"/>
        </w:rPr>
        <w:t>Первое Имя: шва под шин, хирик под далет и хирик под йод. А в соответствующем ему нижнем начертании — два знака хирик под двумя первыми буквами вав буквы шин и два хирика под двумя буквами вав буквы далет.</w:t>
      </w:r>
    </w:p>
    <w:p>
      <w:pPr>
        <w:spacing w:before="40" w:after="120"/>
        <w:jc w:val="both"/>
      </w:pPr>
      <w:r>
        <w:rPr>
          <w:rFonts w:ascii="Georgia" w:hAnsi="Georgia"/>
          <w:b w:val="0"/>
          <w:i w:val="0"/>
          <w:color w:val="000000"/>
          <w:sz w:val="24"/>
        </w:rPr>
        <w:t>Второе Имя: шва под шин, сеголь под далет и цере под йод. А в соответствующем ему нижнем начертании — пять знаков холам над пятью первыми буквами и два знака холам над двумя буквами вав буквы далет.</w:t>
      </w:r>
    </w:p>
    <w:p>
      <w:pPr>
        <w:spacing w:before="40" w:after="120"/>
        <w:jc w:val="both"/>
      </w:pPr>
      <w:r>
        <w:rPr>
          <w:rFonts w:ascii="Georgia" w:hAnsi="Georgia"/>
          <w:b w:val="0"/>
          <w:i w:val="0"/>
          <w:color w:val="000000"/>
          <w:sz w:val="24"/>
        </w:rPr>
        <w:t>Третье Имя: патах под шин, камац под далет и шва-сеголь под йод. А в нижнем начертании все двенадцать его букв огласованы знаком патах.</w:t>
      </w:r>
    </w:p>
    <w:p>
      <w:pPr>
        <w:spacing w:before="40" w:after="120"/>
        <w:jc w:val="both"/>
      </w:pPr>
      <w:r>
        <w:rPr>
          <w:rFonts w:ascii="Georgia" w:hAnsi="Georgia"/>
          <w:b w:val="0"/>
          <w:i w:val="0"/>
          <w:color w:val="000000"/>
          <w:sz w:val="24"/>
        </w:rPr>
        <w:t>Четвертое Имя: патах под шин, цере под далет и цере под йод. А в нижнем начертании — четыре хирика под четырьмя первыми буквами йод, а под последней буквой йод — патах.</w:t>
      </w:r>
    </w:p>
    <w:p>
      <w:pPr>
        <w:spacing w:before="40" w:after="120"/>
        <w:jc w:val="both"/>
      </w:pPr>
      <w:r>
        <w:rPr>
          <w:rFonts w:ascii="Georgia" w:hAnsi="Georgia"/>
          <w:b w:val="0"/>
          <w:i w:val="0"/>
          <w:color w:val="000000"/>
          <w:sz w:val="24"/>
        </w:rPr>
        <w:t>Пятое Имя: камац под шин, камац под далет, шва-сеголь под йод. А в нижнем начертании — под двумя первыми буквами йод два знака патах, под третьей йод — шва-сеголь, хирик под далет и хирик под йод.</w:t>
      </w:r>
    </w:p>
    <w:p>
      <w:pPr>
        <w:spacing w:before="40" w:after="120"/>
        <w:jc w:val="both"/>
      </w:pPr>
      <w:r>
        <w:rPr>
          <w:rFonts w:ascii="Georgia" w:hAnsi="Georgia"/>
          <w:b w:val="0"/>
          <w:i w:val="0"/>
          <w:color w:val="000000"/>
          <w:sz w:val="24"/>
        </w:rPr>
        <w:t>Шестое Имя: девять знаков холам над девятью его буквами.</w:t>
      </w:r>
    </w:p>
    <w:p>
      <w:pPr>
        <w:spacing w:before="40" w:after="120"/>
        <w:jc w:val="both"/>
      </w:pPr>
      <w:r>
        <w:rPr>
          <w:rFonts w:ascii="Georgia" w:hAnsi="Georgia"/>
          <w:b w:val="0"/>
          <w:i w:val="0"/>
          <w:color w:val="000000"/>
          <w:sz w:val="24"/>
        </w:rPr>
        <w:t>Седьмое Имя: патах под йод, цере под ламэд и цере под вав.</w:t>
      </w:r>
    </w:p>
    <w:p>
      <w:pPr>
        <w:spacing w:before="40" w:after="120"/>
        <w:jc w:val="both"/>
      </w:pPr>
      <w:r>
        <w:rPr>
          <w:rFonts w:ascii="Georgia" w:hAnsi="Georgia"/>
          <w:b w:val="0"/>
          <w:i w:val="0"/>
          <w:color w:val="000000"/>
          <w:sz w:val="24"/>
        </w:rPr>
        <w:t>Восьмое Имя: шва-сеголь под нун, шва под тав и сеголь под далет. На этом они завершены.</w:t>
      </w:r>
    </w:p>
    <w:p>
      <w:pPr>
        <w:spacing w:before="40" w:after="120"/>
        <w:jc w:val="both"/>
      </w:pPr>
      <w:r>
        <w:rPr>
          <w:rFonts w:ascii="Georgia" w:hAnsi="Georgia"/>
          <w:b w:val="0"/>
          <w:i w:val="0"/>
          <w:color w:val="000000"/>
          <w:sz w:val="24"/>
        </w:rPr>
        <w:t xml:space="preserve">И знай, что тайна девяти упомянутых вод, составляющих по гематрии 814 в женском начале, как сказано выше, — это тайна стиха: </w:t>
      </w:r>
      <w:r>
        <w:rPr>
          <w:rFonts w:ascii="Georgia" w:hAnsi="Georgia"/>
          <w:b w:val="0"/>
          <w:i/>
          <w:color w:val="000000"/>
          <w:sz w:val="24"/>
        </w:rPr>
        <w:t>«Все реки текут к морю…»</w:t>
      </w:r>
      <w:r>
        <w:rPr>
          <w:rFonts w:ascii="Georgia" w:hAnsi="Georgia"/>
          <w:b w:val="0"/>
          <w:i w:val="0"/>
          <w:color w:val="000000"/>
          <w:sz w:val="24"/>
        </w:rPr>
        <w:t xml:space="preserve"> (Коэлет 1:7). Ведь слова «к морю» (</w:t>
      </w:r>
      <w:r>
        <w:rPr>
          <w:rFonts w:ascii="Georgia" w:hAnsi="Georgia"/>
          <w:b w:val="0"/>
          <w:i/>
          <w:color w:val="000000"/>
          <w:sz w:val="24"/>
        </w:rPr>
        <w:t>эль а-ям</w:t>
      </w:r>
      <w:r>
        <w:rPr>
          <w:rFonts w:ascii="Georgia" w:hAnsi="Georgia"/>
          <w:b w:val="0"/>
          <w:i w:val="0"/>
          <w:color w:val="000000"/>
          <w:sz w:val="24"/>
        </w:rPr>
        <w:t xml:space="preserve">, </w:t>
      </w:r>
      <w:r>
        <w:rPr>
          <w:rFonts w:ascii="Georgia" w:hAnsi="Georgia" w:cs="Times New Roman"/>
          <w:b/>
          <w:i w:val="0"/>
          <w:color w:val="000000"/>
          <w:sz w:val="24"/>
          <w:rtl/>
          <w:szCs w:val="32"/>
        </w:rPr>
        <w:t>אֶל הַיָּם</w:t>
      </w:r>
      <w:r>
        <w:rPr>
          <w:rFonts w:ascii="Georgia" w:hAnsi="Georgia"/>
          <w:b w:val="0"/>
          <w:i w:val="0"/>
          <w:color w:val="000000"/>
          <w:sz w:val="24"/>
        </w:rPr>
        <w:t>) состоят из тех же букв, что и Имя ЭЛОКИМ (</w:t>
      </w:r>
      <w:r>
        <w:rPr>
          <w:rFonts w:ascii="Georgia" w:hAnsi="Georgia" w:cs="Times New Roman"/>
          <w:b/>
          <w:i w:val="0"/>
          <w:color w:val="000000"/>
          <w:sz w:val="24"/>
          <w:rtl/>
          <w:szCs w:val="32"/>
        </w:rPr>
        <w:t>אֱלֹהִים</w:t>
      </w:r>
      <w:r>
        <w:rPr>
          <w:rFonts w:ascii="Georgia" w:hAnsi="Georgia"/>
          <w:b w:val="0"/>
          <w:i w:val="0"/>
          <w:color w:val="000000"/>
          <w:sz w:val="24"/>
        </w:rPr>
        <w:t>). А именно: если сложить число Имени ЭЛОКИМ (86) и упомянутые 814, представляющие каплю вод, получится 900 (</w:t>
      </w:r>
      <w:r>
        <w:rPr>
          <w:rFonts w:ascii="Georgia" w:hAnsi="Georgia" w:cs="Times New Roman"/>
          <w:b/>
          <w:i w:val="0"/>
          <w:color w:val="000000"/>
          <w:sz w:val="24"/>
          <w:rtl/>
          <w:szCs w:val="32"/>
        </w:rPr>
        <w:t>תת״ק</w:t>
      </w:r>
      <w:r>
        <w:rPr>
          <w:rFonts w:ascii="Georgia" w:hAnsi="Georgia"/>
          <w:b w:val="0"/>
          <w:i w:val="0"/>
          <w:color w:val="000000"/>
          <w:sz w:val="24"/>
        </w:rPr>
        <w:t>), что соответствует числу конечной буквы цади софит (</w:t>
      </w:r>
      <w:r>
        <w:rPr>
          <w:rFonts w:ascii="Georgia" w:hAnsi="Georgia" w:cs="Times New Roman"/>
          <w:b/>
          <w:i w:val="0"/>
          <w:color w:val="000000"/>
          <w:sz w:val="24"/>
          <w:rtl/>
          <w:szCs w:val="32"/>
        </w:rPr>
        <w:t>ץ</w:t>
      </w:r>
      <w:r>
        <w:rPr>
          <w:rFonts w:ascii="Georgia" w:hAnsi="Georgia"/>
          <w:b w:val="0"/>
          <w:i w:val="0"/>
          <w:color w:val="000000"/>
          <w:sz w:val="24"/>
        </w:rPr>
        <w:t>) из группы конечных букв (</w:t>
      </w:r>
      <w:r>
        <w:rPr>
          <w:rFonts w:ascii="Georgia" w:hAnsi="Georgia" w:cs="Times New Roman"/>
          <w:b/>
          <w:i w:val="0"/>
          <w:color w:val="000000"/>
          <w:sz w:val="24"/>
          <w:rtl/>
          <w:szCs w:val="32"/>
        </w:rPr>
        <w:t>מנצפ״ך</w:t>
      </w:r>
      <w:r>
        <w:rPr>
          <w:rFonts w:ascii="Georgia" w:hAnsi="Georgia"/>
          <w:b w:val="0"/>
          <w:i w:val="0"/>
          <w:color w:val="000000"/>
          <w:sz w:val="24"/>
        </w:rPr>
        <w:t>), равной девятистам — завершению счета всех 27 букв алфавита.</w:t>
      </w:r>
    </w:p>
    <w:p>
      <w:pPr>
        <w:keepNext/>
        <w:spacing w:before="320" w:after="120"/>
      </w:pPr>
      <w:r>
        <w:rPr>
          <w:rFonts w:ascii="Georgia" w:hAnsi="Georgia"/>
          <w:b w:val="0"/>
          <w:i w:val="0"/>
          <w:color w:val="000000"/>
          <w:sz w:val="32"/>
        </w:rPr>
        <w:t>Ихуд 19</w:t>
      </w:r>
    </w:p>
    <w:p>
      <w:pPr>
        <w:spacing w:before="40" w:after="120"/>
        <w:jc w:val="both"/>
      </w:pPr>
      <w:r>
        <w:rPr>
          <w:rFonts w:ascii="Georgia" w:hAnsi="Georgia"/>
          <w:b w:val="0"/>
          <w:i w:val="0"/>
          <w:color w:val="000000"/>
          <w:sz w:val="24"/>
        </w:rPr>
        <w:t>Это тайна единения (</w:t>
      </w:r>
      <w:r>
        <w:rPr>
          <w:rFonts w:ascii="Georgia" w:hAnsi="Georgia"/>
          <w:b w:val="0"/>
          <w:i/>
          <w:color w:val="000000"/>
          <w:sz w:val="24"/>
        </w:rPr>
        <w:t>ихуд</w:t>
      </w:r>
      <w:r>
        <w:rPr>
          <w:rFonts w:ascii="Georgia" w:hAnsi="Georgia"/>
          <w:b w:val="0"/>
          <w:i w:val="0"/>
          <w:color w:val="000000"/>
          <w:sz w:val="24"/>
        </w:rPr>
        <w:t>) посредством простирания человека на могиле праведника с намерением (</w:t>
      </w:r>
      <w:r>
        <w:rPr>
          <w:rFonts w:ascii="Georgia" w:hAnsi="Georgia"/>
          <w:b w:val="0"/>
          <w:i/>
          <w:color w:val="000000"/>
          <w:sz w:val="24"/>
        </w:rPr>
        <w:t>кавана</w:t>
      </w:r>
      <w:r>
        <w:rPr>
          <w:rFonts w:ascii="Georgia" w:hAnsi="Georgia"/>
          <w:b w:val="0"/>
          <w:i w:val="0"/>
          <w:color w:val="000000"/>
          <w:sz w:val="24"/>
        </w:rPr>
        <w:t>), упомянутым в предисловии к ихудим; и посмотри там, как именно следует простираться и каким образом твоя нефеш прилепляется к его нефеш.</w:t>
      </w:r>
    </w:p>
    <w:p>
      <w:pPr>
        <w:spacing w:before="40" w:after="120"/>
        <w:jc w:val="both"/>
      </w:pPr>
      <w:r>
        <w:rPr>
          <w:rFonts w:ascii="Georgia" w:hAnsi="Georgia"/>
          <w:b w:val="0"/>
          <w:i w:val="0"/>
          <w:color w:val="000000"/>
          <w:sz w:val="24"/>
        </w:rPr>
        <w:t xml:space="preserve">Если это простирание происходит в первые четыре часа дня, когда, как известно, длится время чтения «Шма», произнеси два этих стиха: </w:t>
      </w:r>
      <w:r>
        <w:rPr>
          <w:rFonts w:ascii="Georgia" w:hAnsi="Georgia"/>
          <w:b w:val="0"/>
          <w:i/>
          <w:color w:val="000000"/>
          <w:sz w:val="24"/>
        </w:rPr>
        <w:t>«Слушай, Исраэль...»</w:t>
      </w:r>
      <w:r>
        <w:rPr>
          <w:rFonts w:ascii="Georgia" w:hAnsi="Georgia"/>
          <w:b w:val="0"/>
          <w:i w:val="0"/>
          <w:color w:val="000000"/>
          <w:sz w:val="24"/>
        </w:rPr>
        <w:t xml:space="preserve"> (Дварим 6:4) и «Барух шем квод малхуто леолам ваэд» (</w:t>
      </w:r>
      <w:r>
        <w:rPr>
          <w:rFonts w:ascii="Georgia" w:hAnsi="Georgia"/>
          <w:b w:val="0"/>
          <w:i/>
          <w:color w:val="000000"/>
          <w:sz w:val="24"/>
        </w:rPr>
        <w:t>«Благословенно имя славы царства Его во веки веков»</w:t>
      </w:r>
      <w:r>
        <w:rPr>
          <w:rFonts w:ascii="Georgia" w:hAnsi="Georgia"/>
          <w:b w:val="0"/>
          <w:i w:val="0"/>
          <w:color w:val="000000"/>
          <w:sz w:val="24"/>
        </w:rPr>
        <w:t>) — с теми каванот (намерениями), которые мы сейчас разъясним с Б-жьей помощью. Если же это не время чтения «Шма», то есть после четырех часов дня, — не произноси чтение «Шма» устами, но лишь направляй свою мысль к двум этим единениям: первому — стиха «Шма Исраэль», и второму — стиха «Барух шем квод малхуто леолам ваэд», — только в мысли. Если же сейчас время чтения «Шма», как сказано, произнеси чтение «Шма» целиком с тем намерением, которое я разъяснил тебе относительно чтения «Шма» перед сном, цель которого — упразднить силы нечистоты, окружающие человека, и в особенности те, что возникли из капель истечения семени (</w:t>
      </w:r>
      <w:r>
        <w:rPr>
          <w:rFonts w:ascii="Georgia" w:hAnsi="Georgia"/>
          <w:b w:val="0"/>
          <w:i/>
          <w:color w:val="000000"/>
          <w:sz w:val="24"/>
        </w:rPr>
        <w:t>кери</w:t>
      </w:r>
      <w:r>
        <w:rPr>
          <w:rFonts w:ascii="Georgia" w:hAnsi="Georgia"/>
          <w:b w:val="0"/>
          <w:i w:val="0"/>
          <w:color w:val="000000"/>
          <w:sz w:val="24"/>
        </w:rPr>
        <w:t>). И вот вкратце намерение при чтении «Шма» перед сном.</w:t>
      </w:r>
    </w:p>
    <w:p>
      <w:pPr>
        <w:spacing w:before="40" w:after="120"/>
        <w:jc w:val="both"/>
      </w:pPr>
      <w:r>
        <w:rPr>
          <w:rFonts w:ascii="Georgia" w:hAnsi="Georgia"/>
          <w:b w:val="0"/>
          <w:i w:val="0"/>
          <w:color w:val="000000"/>
          <w:sz w:val="24"/>
        </w:rPr>
        <w:t>Знай, что происходят два зивуга (соударения): один — Аба ве-Има, а другой — ЗОН, и оба они совершаются при чтении «Шма»: зивуг Аба ве-Има — в стихе «Шма Исраэль», а второй, зивуг ЗОН, — в стихе «Барух шем квод малхуто леолам ваэд». И всё это — при чтении «Шма» перед сном. Затем днем у них также есть два зивуга: зивуг Аба ве-Има — в благословении «Йоцер», а зивуг ЗОН — в благословении «Даруй мир», в завершении молитвы «Амида». Смысл же двух этих зивугов, происходящих у каждого из них — одного днем и одного ночью, — состоит в известном правиле: женщина не беременеет от одного соития. Поэтому ночью происходит одно соитие Абы с Имой и также одно соитие у ЗОН, чтобы сформировать в них кли (сосуд) — тот дух, который муж вкладывает внутрь нее (</w:t>
      </w:r>
      <w:r>
        <w:rPr>
          <w:rFonts w:ascii="Georgia" w:hAnsi="Georgia"/>
          <w:b w:val="0"/>
          <w:i/>
          <w:color w:val="000000"/>
          <w:sz w:val="24"/>
        </w:rPr>
        <w:t>руха де-шадей баала бе-гава</w:t>
      </w:r>
      <w:r>
        <w:rPr>
          <w:rFonts w:ascii="Georgia" w:hAnsi="Georgia"/>
          <w:b w:val="0"/>
          <w:i w:val="0"/>
          <w:color w:val="000000"/>
          <w:sz w:val="24"/>
        </w:rPr>
        <w:t>); и совершается это начиная с полуночи и далее. Затем их дневной зивуг, как сказано выше, — это подлинный зивуг зачатия (</w:t>
      </w:r>
      <w:r>
        <w:rPr>
          <w:rFonts w:ascii="Georgia" w:hAnsi="Georgia"/>
          <w:b w:val="0"/>
          <w:i/>
          <w:color w:val="000000"/>
          <w:sz w:val="24"/>
        </w:rPr>
        <w:t>ибур</w:t>
      </w:r>
      <w:r>
        <w:rPr>
          <w:rFonts w:ascii="Georgia" w:hAnsi="Georgia"/>
          <w:b w:val="0"/>
          <w:i w:val="0"/>
          <w:color w:val="000000"/>
          <w:sz w:val="24"/>
        </w:rPr>
        <w:t>), предназначенный для рождения душ.</w:t>
      </w:r>
    </w:p>
    <w:p>
      <w:pPr>
        <w:spacing w:before="40" w:after="120"/>
        <w:jc w:val="both"/>
      </w:pPr>
      <w:r>
        <w:rPr>
          <w:rFonts w:ascii="Georgia" w:hAnsi="Georgia"/>
          <w:b w:val="0"/>
          <w:i w:val="0"/>
          <w:color w:val="000000"/>
          <w:sz w:val="24"/>
        </w:rPr>
        <w:t>Разъясним сначала устройство кли Имы Илаа. Начало нисхождения капли этого упомянутого кли исходит из высшего Даат [парцуфа] Атик Йомин, который сокрыт и облачен в рош де-АА, как известно. Это тайна того воздуха, что пребывает над крума де-моха де-АА, между Гальгальтой и мохой (мозгом). Из этого воздуха, являющегося высшим Даат де-Атик Йомин, [свет] протягивается к тринадцатому исправлению бороды (дикна), называемому «святой мазаль» (</w:t>
      </w:r>
      <w:r>
        <w:rPr>
          <w:rFonts w:ascii="Georgia" w:hAnsi="Georgia"/>
          <w:b w:val="0"/>
          <w:i/>
          <w:color w:val="000000"/>
          <w:sz w:val="24"/>
        </w:rPr>
        <w:t>мазла кадиша</w:t>
      </w:r>
      <w:r>
        <w:rPr>
          <w:rFonts w:ascii="Georgia" w:hAnsi="Georgia"/>
          <w:b w:val="0"/>
          <w:i w:val="0"/>
          <w:color w:val="000000"/>
          <w:sz w:val="24"/>
        </w:rPr>
        <w:t>); он также называется высшим Даат бороды, получающим шефа (изобилие) от восьмого исправления бороды, которое тоже представляет собой еще более высокий мазаль, как известно, ибо они подобны мужскому и женскому началам. Известно также, что Аба ве-Има начинают облачаться с горла де-АА, и оказывается, что они оба включены в мазаль и в бороду де-АА, осеняющую их сверху. И вот протяжение этого упомянутого изобилия достигает Даат де-Аба, оттуда опускается в его Есод, и тогда он отдает [эту каплю] Бине в тайне зивуга и формирует в ней кли.</w:t>
      </w:r>
    </w:p>
    <w:p>
      <w:pPr>
        <w:spacing w:before="40" w:after="120"/>
        <w:jc w:val="both"/>
      </w:pPr>
      <w:r>
        <w:rPr>
          <w:rFonts w:ascii="Georgia" w:hAnsi="Georgia"/>
          <w:b w:val="0"/>
          <w:i w:val="0"/>
          <w:color w:val="000000"/>
          <w:sz w:val="24"/>
        </w:rPr>
        <w:t>Теперь разъясним суть этого кли. Мы уже объясняли, что оно называется «чистым воздухом» (</w:t>
      </w:r>
      <w:r>
        <w:rPr>
          <w:rFonts w:ascii="Georgia" w:hAnsi="Georgia"/>
          <w:b w:val="0"/>
          <w:i/>
          <w:color w:val="000000"/>
          <w:sz w:val="24"/>
        </w:rPr>
        <w:t>авира дахья</w:t>
      </w:r>
      <w:r>
        <w:rPr>
          <w:rFonts w:ascii="Georgia" w:hAnsi="Georgia"/>
          <w:b w:val="0"/>
          <w:i w:val="0"/>
          <w:color w:val="000000"/>
          <w:sz w:val="24"/>
        </w:rPr>
        <w:t>), то есть представляет собой пять хасадим; а в Бине пребывает «чистый огонь» (</w:t>
      </w:r>
      <w:r>
        <w:rPr>
          <w:rFonts w:ascii="Georgia" w:hAnsi="Georgia"/>
          <w:b w:val="0"/>
          <w:i/>
          <w:color w:val="000000"/>
          <w:sz w:val="24"/>
        </w:rPr>
        <w:t>эша дахья</w:t>
      </w:r>
      <w:r>
        <w:rPr>
          <w:rFonts w:ascii="Georgia" w:hAnsi="Georgia"/>
          <w:b w:val="0"/>
          <w:i w:val="0"/>
          <w:color w:val="000000"/>
          <w:sz w:val="24"/>
        </w:rPr>
        <w:t>), представляющий собой пять гвурот. И вот этот чистый воздух, нисходя из высшего Даат бороды, называемого «мазаль» (</w:t>
      </w:r>
      <w:r>
        <w:rPr>
          <w:rFonts w:ascii="Georgia" w:hAnsi="Georgia"/>
          <w:b w:val="0"/>
          <w:i/>
          <w:color w:val="000000"/>
          <w:sz w:val="24"/>
        </w:rPr>
        <w:t>мазла</w:t>
      </w:r>
      <w:r>
        <w:rPr>
          <w:rFonts w:ascii="Georgia" w:hAnsi="Georgia"/>
          <w:b w:val="0"/>
          <w:i w:val="0"/>
          <w:color w:val="000000"/>
          <w:sz w:val="24"/>
        </w:rPr>
        <w:t xml:space="preserve">), — а известно, что в нем пребывают три Имени АВАЯ (3 × 26 = 78), составляющие гематрию слова </w:t>
      </w:r>
      <w:r>
        <w:rPr>
          <w:rFonts w:ascii="Georgia" w:hAnsi="Georgia"/>
          <w:b w:val="0"/>
          <w:i/>
          <w:color w:val="000000"/>
          <w:sz w:val="24"/>
        </w:rPr>
        <w:t>мазла</w:t>
      </w:r>
      <w:r>
        <w:rPr>
          <w:rFonts w:ascii="Georgia" w:hAnsi="Georgia"/>
          <w:b w:val="0"/>
          <w:i w:val="0"/>
          <w:color w:val="000000"/>
          <w:sz w:val="24"/>
        </w:rPr>
        <w:t xml:space="preserve"> (</w:t>
      </w:r>
      <w:r>
        <w:rPr>
          <w:rFonts w:ascii="Georgia" w:hAnsi="Georgia" w:cs="Times New Roman"/>
          <w:b/>
          <w:i w:val="0"/>
          <w:color w:val="000000"/>
          <w:sz w:val="24"/>
          <w:rtl/>
          <w:szCs w:val="32"/>
        </w:rPr>
        <w:t>מַזָּלָא</w:t>
      </w:r>
      <w:r>
        <w:rPr>
          <w:rFonts w:ascii="Georgia" w:hAnsi="Georgia"/>
          <w:b w:val="0"/>
          <w:i w:val="0"/>
          <w:color w:val="000000"/>
          <w:sz w:val="24"/>
        </w:rPr>
        <w:t xml:space="preserve"> = 78: </w:t>
      </w:r>
      <w:r>
        <w:rPr>
          <w:rFonts w:ascii="Georgia" w:hAnsi="Georgia" w:cs="Times New Roman"/>
          <w:b/>
          <w:i w:val="0"/>
          <w:color w:val="000000"/>
          <w:sz w:val="24"/>
          <w:rtl/>
          <w:szCs w:val="32"/>
        </w:rPr>
        <w:t>מ</w:t>
      </w:r>
      <w:r>
        <w:rPr>
          <w:rFonts w:ascii="Georgia" w:hAnsi="Georgia"/>
          <w:b w:val="0"/>
          <w:i w:val="0"/>
          <w:color w:val="000000"/>
          <w:sz w:val="24"/>
        </w:rPr>
        <w:t xml:space="preserve"> = 40, </w:t>
      </w:r>
      <w:r>
        <w:rPr>
          <w:rFonts w:ascii="Georgia" w:hAnsi="Georgia" w:cs="Times New Roman"/>
          <w:b/>
          <w:i w:val="0"/>
          <w:color w:val="000000"/>
          <w:sz w:val="24"/>
          <w:rtl/>
          <w:szCs w:val="32"/>
        </w:rPr>
        <w:t>ז</w:t>
      </w:r>
      <w:r>
        <w:rPr>
          <w:rFonts w:ascii="Georgia" w:hAnsi="Georgia"/>
          <w:b w:val="0"/>
          <w:i w:val="0"/>
          <w:color w:val="000000"/>
          <w:sz w:val="24"/>
        </w:rPr>
        <w:t xml:space="preserve"> = 7, </w:t>
      </w:r>
      <w:r>
        <w:rPr>
          <w:rFonts w:ascii="Georgia" w:hAnsi="Georgia" w:cs="Times New Roman"/>
          <w:b/>
          <w:i w:val="0"/>
          <w:color w:val="000000"/>
          <w:sz w:val="24"/>
          <w:rtl/>
          <w:szCs w:val="32"/>
        </w:rPr>
        <w:t>ל</w:t>
      </w:r>
      <w:r>
        <w:rPr>
          <w:rFonts w:ascii="Georgia" w:hAnsi="Georgia"/>
          <w:b w:val="0"/>
          <w:i w:val="0"/>
          <w:color w:val="000000"/>
          <w:sz w:val="24"/>
        </w:rPr>
        <w:t xml:space="preserve"> = 30, </w:t>
      </w:r>
      <w:r>
        <w:rPr>
          <w:rFonts w:ascii="Georgia" w:hAnsi="Georgia" w:cs="Times New Roman"/>
          <w:b/>
          <w:i w:val="0"/>
          <w:color w:val="000000"/>
          <w:sz w:val="24"/>
          <w:rtl/>
          <w:szCs w:val="32"/>
        </w:rPr>
        <w:t>א</w:t>
      </w:r>
      <w:r>
        <w:rPr>
          <w:rFonts w:ascii="Georgia" w:hAnsi="Georgia"/>
          <w:b w:val="0"/>
          <w:i w:val="0"/>
          <w:color w:val="000000"/>
          <w:sz w:val="24"/>
        </w:rPr>
        <w:t xml:space="preserve"> = 1), — все три наполнены буквами йод (наполнение АБ, 72), где каждое Имя равно 72, что соответствует числу слова </w:t>
      </w:r>
      <w:r>
        <w:rPr>
          <w:rFonts w:ascii="Georgia" w:hAnsi="Georgia"/>
          <w:b w:val="0"/>
          <w:i/>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xml:space="preserve"> = 72: </w:t>
      </w:r>
      <w:r>
        <w:rPr>
          <w:rFonts w:ascii="Georgia" w:hAnsi="Georgia" w:cs="Times New Roman"/>
          <w:b/>
          <w:i w:val="0"/>
          <w:color w:val="000000"/>
          <w:sz w:val="24"/>
          <w:rtl/>
          <w:szCs w:val="32"/>
        </w:rPr>
        <w:t>ח</w:t>
      </w:r>
      <w:r>
        <w:rPr>
          <w:rFonts w:ascii="Georgia" w:hAnsi="Georgia"/>
          <w:b w:val="0"/>
          <w:i w:val="0"/>
          <w:color w:val="000000"/>
          <w:sz w:val="24"/>
        </w:rPr>
        <w:t xml:space="preserve"> = 8, </w:t>
      </w:r>
      <w:r>
        <w:rPr>
          <w:rFonts w:ascii="Georgia" w:hAnsi="Georgia" w:cs="Times New Roman"/>
          <w:b/>
          <w:i w:val="0"/>
          <w:color w:val="000000"/>
          <w:sz w:val="24"/>
          <w:rtl/>
          <w:szCs w:val="32"/>
        </w:rPr>
        <w:t>ס</w:t>
      </w:r>
      <w:r>
        <w:rPr>
          <w:rFonts w:ascii="Georgia" w:hAnsi="Georgia"/>
          <w:b w:val="0"/>
          <w:i w:val="0"/>
          <w:color w:val="000000"/>
          <w:sz w:val="24"/>
        </w:rPr>
        <w:t xml:space="preserve"> = 60, </w:t>
      </w:r>
      <w:r>
        <w:rPr>
          <w:rFonts w:ascii="Georgia" w:hAnsi="Georgia" w:cs="Times New Roman"/>
          <w:b/>
          <w:i w:val="0"/>
          <w:color w:val="000000"/>
          <w:sz w:val="24"/>
          <w:rtl/>
          <w:szCs w:val="32"/>
        </w:rPr>
        <w:t>ד</w:t>
      </w:r>
      <w:r>
        <w:rPr>
          <w:rFonts w:ascii="Georgia" w:hAnsi="Georgia"/>
          <w:b w:val="0"/>
          <w:i w:val="0"/>
          <w:color w:val="000000"/>
          <w:sz w:val="24"/>
        </w:rPr>
        <w:t xml:space="preserve"> = 4), а вместе все три составляют 216 (</w:t>
      </w:r>
      <w:r>
        <w:rPr>
          <w:rFonts w:ascii="Georgia" w:hAnsi="Georgia" w:cs="Times New Roman"/>
          <w:b/>
          <w:i w:val="0"/>
          <w:color w:val="000000"/>
          <w:sz w:val="24"/>
          <w:rtl/>
          <w:szCs w:val="32"/>
        </w:rPr>
        <w:t>רי״ו</w:t>
      </w:r>
      <w:r>
        <w:rPr>
          <w:rFonts w:ascii="Georgia" w:hAnsi="Georgia"/>
          <w:b w:val="0"/>
          <w:i w:val="0"/>
          <w:color w:val="000000"/>
          <w:sz w:val="24"/>
        </w:rPr>
        <w:t xml:space="preserve">), что равно гематрии слова </w:t>
      </w:r>
      <w:r>
        <w:rPr>
          <w:rFonts w:ascii="Georgia" w:hAnsi="Georgia"/>
          <w:b w:val="0"/>
          <w:i/>
          <w:color w:val="000000"/>
          <w:sz w:val="24"/>
        </w:rPr>
        <w:t>гвура</w:t>
      </w:r>
      <w:r>
        <w:rPr>
          <w:rFonts w:ascii="Georgia" w:hAnsi="Georgia"/>
          <w:b w:val="0"/>
          <w:i w:val="0"/>
          <w:color w:val="000000"/>
          <w:sz w:val="24"/>
        </w:rPr>
        <w:t xml:space="preserve"> (</w:t>
      </w:r>
      <w:r>
        <w:rPr>
          <w:rFonts w:ascii="Georgia" w:hAnsi="Georgia" w:cs="Times New Roman"/>
          <w:b/>
          <w:i w:val="0"/>
          <w:color w:val="000000"/>
          <w:sz w:val="24"/>
          <w:rtl/>
          <w:szCs w:val="32"/>
        </w:rPr>
        <w:t>גְּבוּרָה</w:t>
      </w:r>
      <w:r>
        <w:rPr>
          <w:rFonts w:ascii="Georgia" w:hAnsi="Georgia"/>
          <w:b w:val="0"/>
          <w:i w:val="0"/>
          <w:color w:val="000000"/>
          <w:sz w:val="24"/>
        </w:rPr>
        <w:t xml:space="preserve"> = 216: </w:t>
      </w:r>
      <w:r>
        <w:rPr>
          <w:rFonts w:ascii="Georgia" w:hAnsi="Georgia" w:cs="Times New Roman"/>
          <w:b/>
          <w:i w:val="0"/>
          <w:color w:val="000000"/>
          <w:sz w:val="24"/>
          <w:rtl/>
          <w:szCs w:val="32"/>
        </w:rPr>
        <w:t>ג</w:t>
      </w:r>
      <w:r>
        <w:rPr>
          <w:rFonts w:ascii="Georgia" w:hAnsi="Georgia"/>
          <w:b w:val="0"/>
          <w:i w:val="0"/>
          <w:color w:val="000000"/>
          <w:sz w:val="24"/>
        </w:rPr>
        <w:t xml:space="preserve"> = 3, </w:t>
      </w:r>
      <w:r>
        <w:rPr>
          <w:rFonts w:ascii="Georgia" w:hAnsi="Georgia" w:cs="Times New Roman"/>
          <w:b/>
          <w:i w:val="0"/>
          <w:color w:val="000000"/>
          <w:sz w:val="24"/>
          <w:rtl/>
          <w:szCs w:val="32"/>
        </w:rPr>
        <w:t>ב</w:t>
      </w:r>
      <w:r>
        <w:rPr>
          <w:rFonts w:ascii="Georgia" w:hAnsi="Georgia"/>
          <w:b w:val="0"/>
          <w:i w:val="0"/>
          <w:color w:val="000000"/>
          <w:sz w:val="24"/>
        </w:rPr>
        <w:t xml:space="preserve"> = 2, </w:t>
      </w:r>
      <w:r>
        <w:rPr>
          <w:rFonts w:ascii="Georgia" w:hAnsi="Georgia" w:cs="Times New Roman"/>
          <w:b/>
          <w:i w:val="0"/>
          <w:color w:val="000000"/>
          <w:sz w:val="24"/>
          <w:rtl/>
          <w:szCs w:val="32"/>
        </w:rPr>
        <w:t>ו</w:t>
      </w:r>
      <w:r>
        <w:rPr>
          <w:rFonts w:ascii="Georgia" w:hAnsi="Georgia"/>
          <w:b w:val="0"/>
          <w:i w:val="0"/>
          <w:color w:val="000000"/>
          <w:sz w:val="24"/>
        </w:rPr>
        <w:t xml:space="preserve"> = 6, </w:t>
      </w:r>
      <w:r>
        <w:rPr>
          <w:rFonts w:ascii="Georgia" w:hAnsi="Georgia" w:cs="Times New Roman"/>
          <w:b/>
          <w:i w:val="0"/>
          <w:color w:val="000000"/>
          <w:sz w:val="24"/>
          <w:rtl/>
          <w:szCs w:val="32"/>
        </w:rPr>
        <w:t>ר</w:t>
      </w:r>
      <w:r>
        <w:rPr>
          <w:rFonts w:ascii="Georgia" w:hAnsi="Georgia"/>
          <w:b w:val="0"/>
          <w:i w:val="0"/>
          <w:color w:val="000000"/>
          <w:sz w:val="24"/>
        </w:rPr>
        <w:t xml:space="preserve"> = 200, </w:t>
      </w:r>
      <w:r>
        <w:rPr>
          <w:rFonts w:ascii="Georgia" w:hAnsi="Georgia" w:cs="Times New Roman"/>
          <w:b/>
          <w:i w:val="0"/>
          <w:color w:val="000000"/>
          <w:sz w:val="24"/>
          <w:rtl/>
          <w:szCs w:val="32"/>
        </w:rPr>
        <w:t>ה</w:t>
      </w:r>
      <w:r>
        <w:rPr>
          <w:rFonts w:ascii="Georgia" w:hAnsi="Georgia"/>
          <w:b w:val="0"/>
          <w:i w:val="0"/>
          <w:color w:val="000000"/>
          <w:sz w:val="24"/>
        </w:rPr>
        <w:t xml:space="preserve"> = 5).</w:t>
      </w:r>
    </w:p>
    <w:p>
      <w:pPr>
        <w:spacing w:before="40" w:after="120"/>
        <w:jc w:val="both"/>
      </w:pPr>
      <w:r>
        <w:rPr>
          <w:rFonts w:ascii="Georgia" w:hAnsi="Georgia"/>
          <w:b w:val="0"/>
          <w:i w:val="0"/>
          <w:color w:val="000000"/>
          <w:sz w:val="24"/>
        </w:rPr>
        <w:t>Смысл же в том, что в Имени из 72 заключены 72 трехбуквенных слова, и в каждом слове содержится по три буквы, что в совокупности составляет 216 букв; и вот они — 72 слова и 216 букв, как сказано в книге «Зоар» в разделе «Бешалах». При этом 72 слова соответствуют сфире Хесед, а 216 букв — сфире Гвура. То же, что их трижды по 72, — это тайна выражения «хесед хасадим» (</w:t>
      </w:r>
      <w:r>
        <w:rPr>
          <w:rFonts w:ascii="Georgia" w:hAnsi="Georgia"/>
          <w:b w:val="0"/>
          <w:i/>
          <w:color w:val="000000"/>
          <w:sz w:val="24"/>
        </w:rPr>
        <w:t>милость милостей</w:t>
      </w:r>
      <w:r>
        <w:rPr>
          <w:rFonts w:ascii="Georgia" w:hAnsi="Georgia"/>
          <w:b w:val="0"/>
          <w:i w:val="0"/>
          <w:color w:val="000000"/>
          <w:sz w:val="24"/>
        </w:rPr>
        <w:t>), упомянутого в разделе «Вайехи», и они соответствуют трем суставам правой руки, называемой Хесед. Поэтому сначала Аба передает Бине свойство упомянутых 216 букв — трех упомянутых Имен АВАЯ с наполнением йод. Затем, при чтении «Шма» в утренней молитве [«Йоцер»], он передает ей каплю 72 слов, и тем самым восполняются 72 (</w:t>
      </w:r>
      <w:r>
        <w:rPr>
          <w:rFonts w:ascii="Georgia" w:hAnsi="Georgia" w:cs="Times New Roman"/>
          <w:b/>
          <w:i w:val="0"/>
          <w:color w:val="000000"/>
          <w:sz w:val="24"/>
          <w:rtl/>
          <w:szCs w:val="32"/>
        </w:rPr>
        <w:t>ע״ב</w:t>
      </w:r>
      <w:r>
        <w:rPr>
          <w:rFonts w:ascii="Georgia" w:hAnsi="Georgia"/>
          <w:b w:val="0"/>
          <w:i w:val="0"/>
          <w:color w:val="000000"/>
          <w:sz w:val="24"/>
        </w:rPr>
        <w:t>) и 216 (</w:t>
      </w:r>
      <w:r>
        <w:rPr>
          <w:rFonts w:ascii="Georgia" w:hAnsi="Georgia" w:cs="Times New Roman"/>
          <w:b/>
          <w:i w:val="0"/>
          <w:color w:val="000000"/>
          <w:sz w:val="24"/>
          <w:rtl/>
          <w:szCs w:val="32"/>
        </w:rPr>
        <w:t>רי״ו</w:t>
      </w:r>
      <w:r>
        <w:rPr>
          <w:rFonts w:ascii="Georgia" w:hAnsi="Georgia"/>
          <w:b w:val="0"/>
          <w:i w:val="0"/>
          <w:color w:val="000000"/>
          <w:sz w:val="24"/>
        </w:rPr>
        <w:t xml:space="preserve">), составляющие буквы слова </w:t>
      </w:r>
      <w:r>
        <w:rPr>
          <w:rFonts w:ascii="Georgia" w:hAnsi="Georgia"/>
          <w:b w:val="0"/>
          <w:i/>
          <w:color w:val="000000"/>
          <w:sz w:val="24"/>
        </w:rPr>
        <w:t>ибур</w:t>
      </w:r>
      <w:r>
        <w:rPr>
          <w:rFonts w:ascii="Georgia" w:hAnsi="Georgia"/>
          <w:b w:val="0"/>
          <w:i w:val="0"/>
          <w:color w:val="000000"/>
          <w:sz w:val="24"/>
        </w:rPr>
        <w:t xml:space="preserve"> (</w:t>
      </w:r>
      <w:r>
        <w:rPr>
          <w:rFonts w:ascii="Georgia" w:hAnsi="Georgia" w:cs="Times New Roman"/>
          <w:b/>
          <w:i w:val="0"/>
          <w:color w:val="000000"/>
          <w:sz w:val="24"/>
          <w:rtl/>
          <w:szCs w:val="32"/>
        </w:rPr>
        <w:t>עִיבּוּר</w:t>
      </w:r>
      <w:r>
        <w:rPr>
          <w:rFonts w:ascii="Georgia" w:hAnsi="Georgia"/>
          <w:b w:val="0"/>
          <w:i w:val="0"/>
          <w:color w:val="000000"/>
          <w:sz w:val="24"/>
        </w:rPr>
        <w:t xml:space="preserve"> [где буквы айн (</w:t>
      </w:r>
      <w:r>
        <w:rPr>
          <w:rFonts w:ascii="Georgia" w:hAnsi="Georgia" w:cs="Times New Roman"/>
          <w:b/>
          <w:i w:val="0"/>
          <w:color w:val="000000"/>
          <w:sz w:val="24"/>
          <w:rtl/>
          <w:szCs w:val="32"/>
        </w:rPr>
        <w:t>ע</w:t>
      </w:r>
      <w:r>
        <w:rPr>
          <w:rFonts w:ascii="Georgia" w:hAnsi="Georgia"/>
          <w:b w:val="0"/>
          <w:i w:val="0"/>
          <w:color w:val="000000"/>
          <w:sz w:val="24"/>
        </w:rPr>
        <w:t xml:space="preserve"> = 70) и бэт (</w:t>
      </w:r>
      <w:r>
        <w:rPr>
          <w:rFonts w:ascii="Georgia" w:hAnsi="Georgia" w:cs="Times New Roman"/>
          <w:b/>
          <w:i w:val="0"/>
          <w:color w:val="000000"/>
          <w:sz w:val="24"/>
          <w:rtl/>
          <w:szCs w:val="32"/>
        </w:rPr>
        <w:t>ב</w:t>
      </w:r>
      <w:r>
        <w:rPr>
          <w:rFonts w:ascii="Georgia" w:hAnsi="Georgia"/>
          <w:b w:val="0"/>
          <w:i w:val="0"/>
          <w:color w:val="000000"/>
          <w:sz w:val="24"/>
        </w:rPr>
        <w:t xml:space="preserve"> = 2) дают 72, а рэйш (</w:t>
      </w:r>
      <w:r>
        <w:rPr>
          <w:rFonts w:ascii="Georgia" w:hAnsi="Georgia" w:cs="Times New Roman"/>
          <w:b/>
          <w:i w:val="0"/>
          <w:color w:val="000000"/>
          <w:sz w:val="24"/>
          <w:rtl/>
          <w:szCs w:val="32"/>
        </w:rPr>
        <w:t>ר</w:t>
      </w:r>
      <w:r>
        <w:rPr>
          <w:rFonts w:ascii="Georgia" w:hAnsi="Georgia"/>
          <w:b w:val="0"/>
          <w:i w:val="0"/>
          <w:color w:val="000000"/>
          <w:sz w:val="24"/>
        </w:rPr>
        <w:t xml:space="preserve"> = 200), йод (</w:t>
      </w:r>
      <w:r>
        <w:rPr>
          <w:rFonts w:ascii="Georgia" w:hAnsi="Georgia" w:cs="Times New Roman"/>
          <w:b/>
          <w:i w:val="0"/>
          <w:color w:val="000000"/>
          <w:sz w:val="24"/>
          <w:rtl/>
          <w:szCs w:val="32"/>
        </w:rPr>
        <w:t>י</w:t>
      </w:r>
      <w:r>
        <w:rPr>
          <w:rFonts w:ascii="Georgia" w:hAnsi="Georgia"/>
          <w:b w:val="0"/>
          <w:i w:val="0"/>
          <w:color w:val="000000"/>
          <w:sz w:val="24"/>
        </w:rPr>
        <w:t xml:space="preserve"> = 10) и вав (</w:t>
      </w:r>
      <w:r>
        <w:rPr>
          <w:rFonts w:ascii="Georgia" w:hAnsi="Georgia" w:cs="Times New Roman"/>
          <w:b/>
          <w:i w:val="0"/>
          <w:color w:val="000000"/>
          <w:sz w:val="24"/>
          <w:rtl/>
          <w:szCs w:val="32"/>
        </w:rPr>
        <w:t>ו</w:t>
      </w:r>
      <w:r>
        <w:rPr>
          <w:rFonts w:ascii="Georgia" w:hAnsi="Georgia"/>
          <w:b w:val="0"/>
          <w:i w:val="0"/>
          <w:color w:val="000000"/>
          <w:sz w:val="24"/>
        </w:rPr>
        <w:t xml:space="preserve"> = 6) — 216]), ведь тогда происходит полноценный зивуг ради зачатия (</w:t>
      </w:r>
      <w:r>
        <w:rPr>
          <w:rFonts w:ascii="Georgia" w:hAnsi="Georgia"/>
          <w:b w:val="0"/>
          <w:i/>
          <w:color w:val="000000"/>
          <w:sz w:val="24"/>
        </w:rPr>
        <w:t>ибур</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Оказывается, что тайна 216 — это женское начало, а тайна 72 — мужское начало, и потому здесь происходит подлинное зачатие. Всё это протягивается из Есод де-Аба в Есод де-Има. Тебе уже известно, как хасадим и гвурот оба облачаются в Есод де-Има, который облачается внутрь Даат де-ЗА в качестве мохин (света разума), как известно. Тогда ЗА принимает их и также передает это свойство своей нукве, и она тоже становится свойством кли.</w:t>
      </w:r>
    </w:p>
    <w:p>
      <w:pPr>
        <w:spacing w:before="40" w:after="120"/>
        <w:jc w:val="both"/>
      </w:pPr>
      <w:r>
        <w:rPr>
          <w:rFonts w:ascii="Georgia" w:hAnsi="Georgia"/>
          <w:b w:val="0"/>
          <w:i w:val="0"/>
          <w:color w:val="000000"/>
          <w:sz w:val="24"/>
        </w:rPr>
        <w:t>Подобным же образом происходит и в дневном зивуге, протягивающемся от Абы к Име, а оттуда — к ЗОН, и всё это — в тайне 72 слов зачатия. И так повторяется всегда, каждую ночь и каждый день.</w:t>
      </w:r>
    </w:p>
    <w:p>
      <w:pPr>
        <w:spacing w:before="40" w:after="120"/>
        <w:jc w:val="both"/>
      </w:pPr>
      <w:r>
        <w:rPr>
          <w:rFonts w:ascii="Georgia" w:hAnsi="Georgia"/>
          <w:b w:val="0"/>
          <w:i w:val="0"/>
          <w:color w:val="000000"/>
          <w:sz w:val="24"/>
        </w:rPr>
        <w:t>И вот разъяснена суть этого кли, называемого «чистым воздухом» (</w:t>
      </w:r>
      <w:r>
        <w:rPr>
          <w:rFonts w:ascii="Georgia" w:hAnsi="Georgia"/>
          <w:b w:val="0"/>
          <w:i/>
          <w:color w:val="000000"/>
          <w:sz w:val="24"/>
        </w:rPr>
        <w:t>авира дахья</w:t>
      </w:r>
      <w:r>
        <w:rPr>
          <w:rFonts w:ascii="Georgia" w:hAnsi="Georgia"/>
          <w:b w:val="0"/>
          <w:i w:val="0"/>
          <w:color w:val="000000"/>
          <w:sz w:val="24"/>
        </w:rPr>
        <w:t>): это свойство пяти хасадим и свойство трех Имен АВАЯ с наполнением йод, исходящих от мазаля, как упомянуто выше; и это свойство упомянутых 216, являющихся Гвурой, хотя в основе своей это свойство хасадим, как сказано выше, — но они проявляются как свойство его 216 букв, как упомянуто. Однако кли Малхут не содержит всех этих упомянутых свойств, так как ЗА принимает в мозге Даат, находящемся в нем, все 216 — три Имени АВАЯ с наполнением йод, — но они разделяются в нем: половину он берет себе, а половину передает ей, в ее Есод внизу. Поэтому они представляют собой Имя БОН с наполнением хэй, ведь буквы хэй (</w:t>
      </w:r>
      <w:r>
        <w:rPr>
          <w:rFonts w:ascii="Georgia" w:hAnsi="Georgia" w:cs="Times New Roman"/>
          <w:b/>
          <w:i w:val="0"/>
          <w:color w:val="000000"/>
          <w:sz w:val="24"/>
          <w:rtl/>
          <w:szCs w:val="32"/>
        </w:rPr>
        <w:t>ה</w:t>
      </w:r>
      <w:r>
        <w:rPr>
          <w:rFonts w:ascii="Georgia" w:hAnsi="Georgia"/>
          <w:b w:val="0"/>
          <w:i w:val="0"/>
          <w:color w:val="000000"/>
          <w:sz w:val="24"/>
        </w:rPr>
        <w:t xml:space="preserve"> = 5) составляют половину от букв йод (</w:t>
      </w:r>
      <w:r>
        <w:rPr>
          <w:rFonts w:ascii="Georgia" w:hAnsi="Georgia" w:cs="Times New Roman"/>
          <w:b/>
          <w:i w:val="0"/>
          <w:color w:val="000000"/>
          <w:sz w:val="24"/>
          <w:rtl/>
          <w:szCs w:val="32"/>
        </w:rPr>
        <w:t>י</w:t>
      </w:r>
      <w:r>
        <w:rPr>
          <w:rFonts w:ascii="Georgia" w:hAnsi="Georgia"/>
          <w:b w:val="0"/>
          <w:i w:val="0"/>
          <w:color w:val="000000"/>
          <w:sz w:val="24"/>
        </w:rPr>
        <w:t xml:space="preserve"> = 10), и это очевидно, поскольку две буквы хэй равны по гематрии одной букве йод.</w:t>
      </w:r>
    </w:p>
    <w:p>
      <w:pPr>
        <w:spacing w:before="40" w:after="120"/>
        <w:jc w:val="both"/>
      </w:pPr>
      <w:r>
        <w:rPr>
          <w:rFonts w:ascii="Georgia" w:hAnsi="Georgia"/>
          <w:b w:val="0"/>
          <w:i w:val="0"/>
          <w:color w:val="000000"/>
          <w:sz w:val="24"/>
        </w:rPr>
        <w:t>Теперь, когда разъяснена суть упомянутого [числа] 216, называемого духом, который муж вкладывает внутрь нее (</w:t>
      </w:r>
      <w:r>
        <w:rPr>
          <w:rFonts w:ascii="Georgia" w:hAnsi="Georgia"/>
          <w:b w:val="0"/>
          <w:i/>
          <w:color w:val="000000"/>
          <w:sz w:val="24"/>
        </w:rPr>
        <w:t>руха де-шадей баала бе-гава</w:t>
      </w:r>
      <w:r>
        <w:rPr>
          <w:rFonts w:ascii="Georgia" w:hAnsi="Georgia"/>
          <w:b w:val="0"/>
          <w:i w:val="0"/>
          <w:color w:val="000000"/>
          <w:sz w:val="24"/>
        </w:rPr>
        <w:t>) — Аба в Иму или ЗА в свою нукву, — изложим вкратце намерение при чтении «Шма» перед сном.</w:t>
      </w:r>
    </w:p>
    <w:p>
      <w:pPr>
        <w:spacing w:before="40" w:after="120"/>
        <w:jc w:val="both"/>
      </w:pPr>
      <w:r>
        <w:rPr>
          <w:rFonts w:ascii="Georgia" w:hAnsi="Georgia"/>
          <w:b w:val="0"/>
          <w:i w:val="0"/>
          <w:color w:val="000000"/>
          <w:sz w:val="24"/>
        </w:rPr>
        <w:t>При слове «Шма» (</w:t>
      </w:r>
      <w:r>
        <w:rPr>
          <w:rFonts w:ascii="Georgia" w:hAnsi="Georgia" w:cs="Times New Roman"/>
          <w:b/>
          <w:i w:val="0"/>
          <w:color w:val="000000"/>
          <w:sz w:val="24"/>
          <w:rtl/>
          <w:szCs w:val="32"/>
        </w:rPr>
        <w:t>שְׁמַע</w:t>
      </w:r>
      <w:r>
        <w:rPr>
          <w:rFonts w:ascii="Georgia" w:hAnsi="Georgia"/>
          <w:b w:val="0"/>
          <w:i w:val="0"/>
          <w:color w:val="000000"/>
          <w:sz w:val="24"/>
        </w:rPr>
        <w:t>) направь намерение на то, чтобы протянуть семь нижних сфирот Бины — являющихся тайной семидесяти высших лет (</w:t>
      </w:r>
      <w:r>
        <w:rPr>
          <w:rFonts w:ascii="Georgia" w:hAnsi="Georgia"/>
          <w:b w:val="0"/>
          <w:i/>
          <w:color w:val="000000"/>
          <w:sz w:val="24"/>
        </w:rPr>
        <w:t>айн шанин илаин</w:t>
      </w:r>
      <w:r>
        <w:rPr>
          <w:rFonts w:ascii="Georgia" w:hAnsi="Georgia"/>
          <w:b w:val="0"/>
          <w:i w:val="0"/>
          <w:color w:val="000000"/>
          <w:sz w:val="24"/>
        </w:rPr>
        <w:t xml:space="preserve">), — от Бины к Малхут через ЗА. В этом и заключается смысл слова </w:t>
      </w:r>
      <w:r>
        <w:rPr>
          <w:rFonts w:ascii="Georgia" w:hAnsi="Georgia"/>
          <w:b w:val="0"/>
          <w:i/>
          <w:color w:val="000000"/>
          <w:sz w:val="24"/>
        </w:rPr>
        <w:t>шма</w:t>
      </w:r>
      <w:r>
        <w:rPr>
          <w:rFonts w:ascii="Georgia" w:hAnsi="Georgia"/>
          <w:b w:val="0"/>
          <w:i w:val="0"/>
          <w:color w:val="000000"/>
          <w:sz w:val="24"/>
        </w:rPr>
        <w:t xml:space="preserve"> (</w:t>
      </w:r>
      <w:r>
        <w:rPr>
          <w:rFonts w:ascii="Georgia" w:hAnsi="Georgia" w:cs="Times New Roman"/>
          <w:b/>
          <w:i w:val="0"/>
          <w:color w:val="000000"/>
          <w:sz w:val="24"/>
          <w:rtl/>
          <w:szCs w:val="32"/>
        </w:rPr>
        <w:t>שְׁמַע</w:t>
      </w:r>
      <w:r>
        <w:rPr>
          <w:rFonts w:ascii="Georgia" w:hAnsi="Georgia"/>
          <w:b w:val="0"/>
          <w:i w:val="0"/>
          <w:color w:val="000000"/>
          <w:sz w:val="24"/>
        </w:rPr>
        <w:t xml:space="preserve">): </w:t>
      </w:r>
      <w:r>
        <w:rPr>
          <w:rFonts w:ascii="Georgia" w:hAnsi="Georgia"/>
          <w:b w:val="0"/>
          <w:i/>
          <w:color w:val="000000"/>
          <w:sz w:val="24"/>
        </w:rPr>
        <w:t>шем</w:t>
      </w:r>
      <w:r>
        <w:rPr>
          <w:rFonts w:ascii="Georgia" w:hAnsi="Georgia"/>
          <w:b w:val="0"/>
          <w:i w:val="0"/>
          <w:color w:val="000000"/>
          <w:sz w:val="24"/>
        </w:rPr>
        <w:t xml:space="preserve"> (</w:t>
      </w:r>
      <w:r>
        <w:rPr>
          <w:rFonts w:ascii="Georgia" w:hAnsi="Georgia" w:cs="Times New Roman"/>
          <w:b/>
          <w:i w:val="0"/>
          <w:color w:val="000000"/>
          <w:sz w:val="24"/>
          <w:rtl/>
          <w:szCs w:val="32"/>
        </w:rPr>
        <w:t>שֵׁם</w:t>
      </w:r>
      <w:r>
        <w:rPr>
          <w:rFonts w:ascii="Georgia" w:hAnsi="Georgia"/>
          <w:b w:val="0"/>
          <w:i w:val="0"/>
          <w:color w:val="000000"/>
          <w:sz w:val="24"/>
        </w:rPr>
        <w:t>) и буква айн (</w:t>
      </w:r>
      <w:r>
        <w:rPr>
          <w:rFonts w:ascii="Georgia" w:hAnsi="Georgia" w:cs="Times New Roman"/>
          <w:b/>
          <w:i w:val="0"/>
          <w:color w:val="000000"/>
          <w:sz w:val="24"/>
          <w:rtl/>
          <w:szCs w:val="32"/>
        </w:rPr>
        <w:t>ע</w:t>
      </w:r>
      <w:r>
        <w:rPr>
          <w:rFonts w:ascii="Georgia" w:hAnsi="Georgia"/>
          <w:b w:val="0"/>
          <w:i w:val="0"/>
          <w:color w:val="000000"/>
          <w:sz w:val="24"/>
        </w:rPr>
        <w:t xml:space="preserve"> = 70), дабы Малхут, называемая именем (</w:t>
      </w:r>
      <w:r>
        <w:rPr>
          <w:rFonts w:ascii="Georgia" w:hAnsi="Georgia"/>
          <w:b w:val="0"/>
          <w:i/>
          <w:color w:val="000000"/>
          <w:sz w:val="24"/>
        </w:rPr>
        <w:t>шем</w:t>
      </w:r>
      <w:r>
        <w:rPr>
          <w:rFonts w:ascii="Georgia" w:hAnsi="Georgia"/>
          <w:b w:val="0"/>
          <w:i w:val="0"/>
          <w:color w:val="000000"/>
          <w:sz w:val="24"/>
        </w:rPr>
        <w:t xml:space="preserve">, </w:t>
      </w:r>
      <w:r>
        <w:rPr>
          <w:rFonts w:ascii="Georgia" w:hAnsi="Georgia" w:cs="Times New Roman"/>
          <w:b/>
          <w:i w:val="0"/>
          <w:color w:val="000000"/>
          <w:sz w:val="24"/>
          <w:rtl/>
          <w:szCs w:val="32"/>
        </w:rPr>
        <w:t>שֵׁם</w:t>
      </w:r>
      <w:r>
        <w:rPr>
          <w:rFonts w:ascii="Georgia" w:hAnsi="Georgia"/>
          <w:b w:val="0"/>
          <w:i w:val="0"/>
          <w:color w:val="000000"/>
          <w:sz w:val="24"/>
        </w:rPr>
        <w:t>), получила от буквы айн (</w:t>
      </w:r>
      <w:r>
        <w:rPr>
          <w:rFonts w:ascii="Georgia" w:hAnsi="Georgia" w:cs="Times New Roman"/>
          <w:b/>
          <w:i w:val="0"/>
          <w:color w:val="000000"/>
          <w:sz w:val="24"/>
          <w:rtl/>
          <w:szCs w:val="32"/>
        </w:rPr>
        <w:t>ע</w:t>
      </w:r>
      <w:r>
        <w:rPr>
          <w:rFonts w:ascii="Georgia" w:hAnsi="Georgia"/>
          <w:b w:val="0"/>
          <w:i w:val="0"/>
          <w:color w:val="000000"/>
          <w:sz w:val="24"/>
        </w:rPr>
        <w:t>) Бины, и благодаря этому Малхут сможет подняться до Бины. Поэтому эта буква айн (</w:t>
      </w:r>
      <w:r>
        <w:rPr>
          <w:rFonts w:ascii="Georgia" w:hAnsi="Georgia" w:cs="Times New Roman"/>
          <w:b/>
          <w:i w:val="0"/>
          <w:color w:val="000000"/>
          <w:sz w:val="24"/>
          <w:rtl/>
          <w:szCs w:val="32"/>
        </w:rPr>
        <w:t>ע</w:t>
      </w:r>
      <w:r>
        <w:rPr>
          <w:rFonts w:ascii="Georgia" w:hAnsi="Georgia"/>
          <w:b w:val="0"/>
          <w:i w:val="0"/>
          <w:color w:val="000000"/>
          <w:sz w:val="24"/>
        </w:rPr>
        <w:t>) пишется большой, как известно: большие буквы происходят из высшего мира — Бины. А поскольку вся основа Малхут изначально представляет собой лишь одну маленькую точку под Есод де-ЗА, как известно, ей необходимо получить от всех семи высших сфирот Бины.</w:t>
      </w:r>
    </w:p>
    <w:p>
      <w:pPr>
        <w:spacing w:before="40" w:after="120"/>
        <w:jc w:val="both"/>
      </w:pPr>
      <w:r>
        <w:rPr>
          <w:rFonts w:ascii="Georgia" w:hAnsi="Georgia"/>
          <w:b w:val="0"/>
          <w:i w:val="0"/>
          <w:color w:val="000000"/>
          <w:sz w:val="24"/>
        </w:rPr>
        <w:t>ЗА же выражен намеком в слове «Исраэль» (</w:t>
      </w:r>
      <w:r>
        <w:rPr>
          <w:rFonts w:ascii="Georgia" w:hAnsi="Georgia" w:cs="Times New Roman"/>
          <w:b/>
          <w:i w:val="0"/>
          <w:color w:val="000000"/>
          <w:sz w:val="24"/>
          <w:rtl/>
          <w:szCs w:val="32"/>
        </w:rPr>
        <w:t>יִשְׂרָאֵל</w:t>
      </w:r>
      <w:r>
        <w:rPr>
          <w:rFonts w:ascii="Georgia" w:hAnsi="Georgia"/>
          <w:b w:val="0"/>
          <w:i w:val="0"/>
          <w:color w:val="000000"/>
          <w:sz w:val="24"/>
        </w:rPr>
        <w:t xml:space="preserve">), что означает </w:t>
      </w:r>
      <w:r>
        <w:rPr>
          <w:rFonts w:ascii="Georgia" w:hAnsi="Georgia"/>
          <w:b w:val="0"/>
          <w:i/>
          <w:color w:val="000000"/>
          <w:sz w:val="24"/>
        </w:rPr>
        <w:t>шир Эль</w:t>
      </w:r>
      <w:r>
        <w:rPr>
          <w:rFonts w:ascii="Georgia" w:hAnsi="Georgia"/>
          <w:b w:val="0"/>
          <w:i w:val="0"/>
          <w:color w:val="000000"/>
          <w:sz w:val="24"/>
        </w:rPr>
        <w:t xml:space="preserve"> (</w:t>
      </w:r>
      <w:r>
        <w:rPr>
          <w:rFonts w:ascii="Georgia" w:hAnsi="Georgia" w:cs="Times New Roman"/>
          <w:b/>
          <w:i w:val="0"/>
          <w:color w:val="000000"/>
          <w:sz w:val="24"/>
          <w:rtl/>
          <w:szCs w:val="32"/>
        </w:rPr>
        <w:t>שִׁיר אֵל</w:t>
      </w:r>
      <w:r>
        <w:rPr>
          <w:rFonts w:ascii="Georgia" w:hAnsi="Georgia"/>
          <w:b w:val="0"/>
          <w:i w:val="0"/>
          <w:color w:val="000000"/>
          <w:sz w:val="24"/>
        </w:rPr>
        <w:t xml:space="preserve">): </w:t>
      </w:r>
      <w:r>
        <w:rPr>
          <w:rFonts w:ascii="Georgia" w:hAnsi="Georgia"/>
          <w:b w:val="0"/>
          <w:i/>
          <w:color w:val="000000"/>
          <w:sz w:val="24"/>
        </w:rPr>
        <w:t>шир</w:t>
      </w:r>
      <w:r>
        <w:rPr>
          <w:rFonts w:ascii="Georgia" w:hAnsi="Georgia"/>
          <w:b w:val="0"/>
          <w:i w:val="0"/>
          <w:color w:val="000000"/>
          <w:sz w:val="24"/>
        </w:rPr>
        <w:t xml:space="preserve"> («песнь») исходит слева, Гвура де-Аба; </w:t>
      </w:r>
      <w:r>
        <w:rPr>
          <w:rFonts w:ascii="Georgia" w:hAnsi="Georgia"/>
          <w:b w:val="0"/>
          <w:i/>
          <w:color w:val="000000"/>
          <w:sz w:val="24"/>
        </w:rPr>
        <w:t>Эль</w:t>
      </w:r>
      <w:r>
        <w:rPr>
          <w:rFonts w:ascii="Georgia" w:hAnsi="Georgia"/>
          <w:b w:val="0"/>
          <w:i w:val="0"/>
          <w:color w:val="000000"/>
          <w:sz w:val="24"/>
        </w:rPr>
        <w:t xml:space="preserve"> исходит справа, Хесед де-Аба. В этом тайна сказанного: «Исраэль взошел в мысли» (где мысль — это Аба). Смысл в том, что от Тиферет де-ЗА и ниже начинается построение Малхут; отсюда следует, что от Хеседа и Гвуры она не получает ничего. Поэтому эти две сфиры — Хесед и Гвуру де-ЗА — должен принять сам ЗА от Хеседа и Гвуры де-Аба, а не его нуква. Что касается трех первых сфирот ЗА и его нуквы, являющихся их мохин, то они пока еще не получают их сейчас — вплоть до слова «эхад», как мы разъясним с Б-жьей помощью. Но теперь они оба уже получили некоторое исправление, благодаря чему ЗА может подняться к Абе, чтобы побудить его к упомянутому зивугу, а его нуква поднимается к Име и побуждает ее. Тогда Есод де-Аба пробуждается в тайне трех упомянутых Имен АВАЯ с наполнением йод, составляющих в сумме 216.</w:t>
      </w:r>
    </w:p>
    <w:p>
      <w:pPr>
        <w:spacing w:before="40" w:after="120"/>
        <w:jc w:val="both"/>
      </w:pPr>
      <w:r>
        <w:rPr>
          <w:rFonts w:ascii="Georgia" w:hAnsi="Georgia"/>
          <w:b w:val="0"/>
          <w:i w:val="0"/>
          <w:color w:val="000000"/>
          <w:sz w:val="24"/>
        </w:rPr>
        <w:t>Намек на них содержится в трех Именах: АВАЯ, ЭЛОКЕЙНУ, АВАЯ. При этом в слове ЭЛОКЕЙНУ намеком выражено Имя АВАЯ с наполнением йод (число АБ, 72) следующим образом: четыре буквы составляют само Имя АВАЯ, и числовое значение их равно 26 (</w:t>
      </w:r>
      <w:r>
        <w:rPr>
          <w:rFonts w:ascii="Georgia" w:hAnsi="Georgia" w:cs="Times New Roman"/>
          <w:b/>
          <w:i w:val="0"/>
          <w:color w:val="000000"/>
          <w:sz w:val="24"/>
          <w:rtl/>
          <w:szCs w:val="32"/>
        </w:rPr>
        <w:t>יהוה</w:t>
      </w:r>
      <w:r>
        <w:rPr>
          <w:rFonts w:ascii="Georgia" w:hAnsi="Georgia"/>
          <w:b w:val="0"/>
          <w:i w:val="0"/>
          <w:color w:val="000000"/>
          <w:sz w:val="24"/>
        </w:rPr>
        <w:t xml:space="preserve"> = 26); вместе с четырьмя самими буквами это дает 30; а вместе с 72 — числовым значением наполненного Имени АВАЯ — получается 102 (</w:t>
      </w:r>
      <w:r>
        <w:rPr>
          <w:rFonts w:ascii="Georgia" w:hAnsi="Georgia" w:cs="Times New Roman"/>
          <w:b/>
          <w:i w:val="0"/>
          <w:color w:val="000000"/>
          <w:sz w:val="24"/>
          <w:rtl/>
          <w:szCs w:val="32"/>
        </w:rPr>
        <w:t>ק״ב</w:t>
      </w:r>
      <w:r>
        <w:rPr>
          <w:rFonts w:ascii="Georgia" w:hAnsi="Georgia"/>
          <w:b w:val="0"/>
          <w:i w:val="0"/>
          <w:color w:val="000000"/>
          <w:sz w:val="24"/>
        </w:rPr>
        <w:t>), что в точности равно числу слова ЭЛОКЕЙНУ (</w:t>
      </w:r>
      <w:r>
        <w:rPr>
          <w:rFonts w:ascii="Georgia" w:hAnsi="Georgia" w:cs="Times New Roman"/>
          <w:b/>
          <w:i w:val="0"/>
          <w:color w:val="000000"/>
          <w:sz w:val="24"/>
          <w:rtl/>
          <w:szCs w:val="32"/>
        </w:rPr>
        <w:t>אֱלֹהֵינוּ</w:t>
      </w:r>
      <w:r>
        <w:rPr>
          <w:rFonts w:ascii="Georgia" w:hAnsi="Georgia"/>
          <w:b w:val="0"/>
          <w:i w:val="0"/>
          <w:color w:val="000000"/>
          <w:sz w:val="24"/>
        </w:rPr>
        <w:t xml:space="preserve"> = 102: </w:t>
      </w:r>
      <w:r>
        <w:rPr>
          <w:rFonts w:ascii="Georgia" w:hAnsi="Georgia" w:cs="Times New Roman"/>
          <w:b/>
          <w:i w:val="0"/>
          <w:color w:val="000000"/>
          <w:sz w:val="24"/>
          <w:rtl/>
          <w:szCs w:val="32"/>
        </w:rPr>
        <w:t>א</w:t>
      </w:r>
      <w:r>
        <w:rPr>
          <w:rFonts w:ascii="Georgia" w:hAnsi="Georgia"/>
          <w:b w:val="0"/>
          <w:i w:val="0"/>
          <w:color w:val="000000"/>
          <w:sz w:val="24"/>
        </w:rPr>
        <w:t xml:space="preserve"> = 1, </w:t>
      </w:r>
      <w:r>
        <w:rPr>
          <w:rFonts w:ascii="Georgia" w:hAnsi="Georgia" w:cs="Times New Roman"/>
          <w:b/>
          <w:i w:val="0"/>
          <w:color w:val="000000"/>
          <w:sz w:val="24"/>
          <w:rtl/>
          <w:szCs w:val="32"/>
        </w:rPr>
        <w:t>ל</w:t>
      </w:r>
      <w:r>
        <w:rPr>
          <w:rFonts w:ascii="Georgia" w:hAnsi="Georgia"/>
          <w:b w:val="0"/>
          <w:i w:val="0"/>
          <w:color w:val="000000"/>
          <w:sz w:val="24"/>
        </w:rPr>
        <w:t xml:space="preserve"> = 30, </w:t>
      </w:r>
      <w:r>
        <w:rPr>
          <w:rFonts w:ascii="Georgia" w:hAnsi="Georgia" w:cs="Times New Roman"/>
          <w:b/>
          <w:i w:val="0"/>
          <w:color w:val="000000"/>
          <w:sz w:val="24"/>
          <w:rtl/>
          <w:szCs w:val="32"/>
        </w:rPr>
        <w:t>ה</w:t>
      </w:r>
      <w:r>
        <w:rPr>
          <w:rFonts w:ascii="Georgia" w:hAnsi="Georgia"/>
          <w:b w:val="0"/>
          <w:i w:val="0"/>
          <w:color w:val="000000"/>
          <w:sz w:val="24"/>
        </w:rPr>
        <w:t xml:space="preserve"> = 5, </w:t>
      </w:r>
      <w:r>
        <w:rPr>
          <w:rFonts w:ascii="Georgia" w:hAnsi="Georgia" w:cs="Times New Roman"/>
          <w:b/>
          <w:i w:val="0"/>
          <w:color w:val="000000"/>
          <w:sz w:val="24"/>
          <w:rtl/>
          <w:szCs w:val="32"/>
        </w:rPr>
        <w:t>י</w:t>
      </w:r>
      <w:r>
        <w:rPr>
          <w:rFonts w:ascii="Georgia" w:hAnsi="Georgia"/>
          <w:b w:val="0"/>
          <w:i w:val="0"/>
          <w:color w:val="000000"/>
          <w:sz w:val="24"/>
        </w:rPr>
        <w:t xml:space="preserve"> = 10, </w:t>
      </w:r>
      <w:r>
        <w:rPr>
          <w:rFonts w:ascii="Georgia" w:hAnsi="Georgia" w:cs="Times New Roman"/>
          <w:b/>
          <w:i w:val="0"/>
          <w:color w:val="000000"/>
          <w:sz w:val="24"/>
          <w:rtl/>
          <w:szCs w:val="32"/>
        </w:rPr>
        <w:t>נ</w:t>
      </w:r>
      <w:r>
        <w:rPr>
          <w:rFonts w:ascii="Georgia" w:hAnsi="Georgia"/>
          <w:b w:val="0"/>
          <w:i w:val="0"/>
          <w:color w:val="000000"/>
          <w:sz w:val="24"/>
        </w:rPr>
        <w:t xml:space="preserve"> = 50, </w:t>
      </w:r>
      <w:r>
        <w:rPr>
          <w:rFonts w:ascii="Georgia" w:hAnsi="Georgia" w:cs="Times New Roman"/>
          <w:b/>
          <w:i w:val="0"/>
          <w:color w:val="000000"/>
          <w:sz w:val="24"/>
          <w:rtl/>
          <w:szCs w:val="32"/>
        </w:rPr>
        <w:t>ו</w:t>
      </w:r>
      <w:r>
        <w:rPr>
          <w:rFonts w:ascii="Georgia" w:hAnsi="Georgia"/>
          <w:b w:val="0"/>
          <w:i w:val="0"/>
          <w:color w:val="000000"/>
          <w:sz w:val="24"/>
        </w:rPr>
        <w:t xml:space="preserve"> = 6).</w:t>
      </w:r>
    </w:p>
    <w:p>
      <w:pPr>
        <w:spacing w:before="40" w:after="120"/>
        <w:jc w:val="both"/>
      </w:pPr>
      <w:r>
        <w:rPr>
          <w:rFonts w:ascii="Georgia" w:hAnsi="Georgia"/>
          <w:b w:val="0"/>
          <w:i w:val="0"/>
          <w:color w:val="000000"/>
          <w:sz w:val="24"/>
        </w:rPr>
        <w:t>Также направь намерение на то, что «АВАЯ, ЭЛОКЕЙНУ, АВАЯ» — это свойства Абы, Имы и их Даат. Намерение состоит в том, что три упомянутых Имени АВАЯ, составляющие 216 и изливающиеся от святого мазаля, как сказано выше, теперь начинают пробуждаться и светить в Аба ве-Има и в их Даат; и благодаря этому соединяются и сливаются воедино все трое — Аба, Има и Даат — через пробуждение этих 216. После того как все трое пробудились к зивугу, необходимо поднять МАН к Бине, чтобы получить каплю, называемую «чистым воздухом» (</w:t>
      </w:r>
      <w:r>
        <w:rPr>
          <w:rFonts w:ascii="Georgia" w:hAnsi="Georgia"/>
          <w:b w:val="0"/>
          <w:i/>
          <w:color w:val="000000"/>
          <w:sz w:val="24"/>
        </w:rPr>
        <w:t>авира дахья</w:t>
      </w:r>
      <w:r>
        <w:rPr>
          <w:rFonts w:ascii="Georgia" w:hAnsi="Georgia"/>
          <w:b w:val="0"/>
          <w:i w:val="0"/>
          <w:color w:val="000000"/>
          <w:sz w:val="24"/>
        </w:rPr>
        <w:t>), — то есть упомянутые 216, три Имени АВАЯ с наполнением йод, которые затем становятся свойством кли ради зивуга зачатия полноценного — при чтении «Шма» в утренней молитве [«Йоцер»].</w:t>
      </w:r>
    </w:p>
    <w:p>
      <w:pPr>
        <w:spacing w:before="40" w:after="120"/>
        <w:jc w:val="both"/>
      </w:pPr>
      <w:r>
        <w:rPr>
          <w:rFonts w:ascii="Georgia" w:hAnsi="Georgia"/>
          <w:b w:val="0"/>
          <w:i w:val="0"/>
          <w:color w:val="000000"/>
          <w:sz w:val="24"/>
        </w:rPr>
        <w:t xml:space="preserve">МАН же в ней — это ЗОН, ее дети. В этом смысл слова </w:t>
      </w:r>
      <w:r>
        <w:rPr>
          <w:rFonts w:ascii="Georgia" w:hAnsi="Georgia"/>
          <w:b w:val="0"/>
          <w:i/>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буквы алеф-хэт (</w:t>
      </w:r>
      <w:r>
        <w:rPr>
          <w:rFonts w:ascii="Georgia" w:hAnsi="Georgia" w:cs="Times New Roman"/>
          <w:b/>
          <w:i w:val="0"/>
          <w:color w:val="000000"/>
          <w:sz w:val="24"/>
          <w:rtl/>
          <w:szCs w:val="32"/>
        </w:rPr>
        <w:t>אח</w:t>
      </w:r>
      <w:r>
        <w:rPr>
          <w:rFonts w:ascii="Georgia" w:hAnsi="Georgia"/>
          <w:b w:val="0"/>
          <w:i w:val="0"/>
          <w:color w:val="000000"/>
          <w:sz w:val="24"/>
        </w:rPr>
        <w:t>) и буква далет (</w:t>
      </w:r>
      <w:r>
        <w:rPr>
          <w:rFonts w:ascii="Georgia" w:hAnsi="Georgia" w:cs="Times New Roman"/>
          <w:b/>
          <w:i w:val="0"/>
          <w:color w:val="000000"/>
          <w:sz w:val="24"/>
          <w:rtl/>
          <w:szCs w:val="32"/>
        </w:rPr>
        <w:t>ד</w:t>
      </w:r>
      <w:r>
        <w:rPr>
          <w:rFonts w:ascii="Georgia" w:hAnsi="Georgia"/>
          <w:b w:val="0"/>
          <w:i w:val="0"/>
          <w:color w:val="000000"/>
          <w:sz w:val="24"/>
        </w:rPr>
        <w:t>), где ЗА называется «ах» (</w:t>
      </w:r>
      <w:r>
        <w:rPr>
          <w:rFonts w:ascii="Georgia" w:hAnsi="Georgia" w:cs="Times New Roman"/>
          <w:b/>
          <w:i w:val="0"/>
          <w:color w:val="000000"/>
          <w:sz w:val="24"/>
          <w:rtl/>
          <w:szCs w:val="32"/>
        </w:rPr>
        <w:t>אח</w:t>
      </w:r>
      <w:r>
        <w:rPr>
          <w:rFonts w:ascii="Georgia" w:hAnsi="Georgia"/>
          <w:b w:val="0"/>
          <w:i w:val="0"/>
          <w:color w:val="000000"/>
          <w:sz w:val="24"/>
        </w:rPr>
        <w:t>), а его нуква называется «далет» (</w:t>
      </w:r>
      <w:r>
        <w:rPr>
          <w:rFonts w:ascii="Georgia" w:hAnsi="Georgia" w:cs="Times New Roman"/>
          <w:b/>
          <w:i w:val="0"/>
          <w:color w:val="000000"/>
          <w:sz w:val="24"/>
          <w:rtl/>
          <w:szCs w:val="32"/>
        </w:rPr>
        <w:t>ד</w:t>
      </w:r>
      <w:r>
        <w:rPr>
          <w:rFonts w:ascii="Georgia" w:hAnsi="Georgia"/>
          <w:b w:val="0"/>
          <w:i w:val="0"/>
          <w:color w:val="000000"/>
          <w:sz w:val="24"/>
        </w:rPr>
        <w:t>), как подробно объяснено в другом месте; и оба они становятся единым целым (</w:t>
      </w:r>
      <w:r>
        <w:rPr>
          <w:rFonts w:ascii="Georgia" w:hAnsi="Georgia"/>
          <w:b w:val="0"/>
          <w:i/>
          <w:color w:val="000000"/>
          <w:sz w:val="24"/>
        </w:rPr>
        <w:t>эхад</w:t>
      </w:r>
      <w:r>
        <w:rPr>
          <w:rFonts w:ascii="Georgia" w:hAnsi="Georgia"/>
          <w:b w:val="0"/>
          <w:i w:val="0"/>
          <w:color w:val="000000"/>
          <w:sz w:val="24"/>
        </w:rPr>
        <w:t>), чтобы подняться в Есод де-Бина и стать там ее МАН. Тогда также направь намерение при слове «эхад», что после подъема этих МАН Аба передает Име каплю упомянутых 216, и тогда в ней формируется кли, как сказано выше.</w:t>
      </w:r>
    </w:p>
    <w:p>
      <w:pPr>
        <w:spacing w:before="40" w:after="120"/>
        <w:jc w:val="both"/>
      </w:pPr>
      <w:r>
        <w:rPr>
          <w:rFonts w:ascii="Georgia" w:hAnsi="Georgia"/>
          <w:b w:val="0"/>
          <w:i w:val="0"/>
          <w:color w:val="000000"/>
          <w:sz w:val="24"/>
        </w:rPr>
        <w:t>Главная же цель намерения в этом единении при упомянутом простирании [на могиле праведника] заключается в следующем: в то время, когда ты направляешь намерение на подъем ЗОН в тайне МАН в Есод де-Бина, ты должен иметь намерение отдать себя на освящение Имени всем сердцем своим и принять на себя четыре вида смертной казни по суду (бейт-дин): побиение камнями (</w:t>
      </w:r>
      <w:r>
        <w:rPr>
          <w:rFonts w:ascii="Georgia" w:hAnsi="Georgia"/>
          <w:b w:val="0"/>
          <w:i/>
          <w:color w:val="000000"/>
          <w:sz w:val="24"/>
        </w:rPr>
        <w:t>скила</w:t>
      </w:r>
      <w:r>
        <w:rPr>
          <w:rFonts w:ascii="Georgia" w:hAnsi="Georgia"/>
          <w:b w:val="0"/>
          <w:i w:val="0"/>
          <w:color w:val="000000"/>
          <w:sz w:val="24"/>
        </w:rPr>
        <w:t>), сожжение (</w:t>
      </w:r>
      <w:r>
        <w:rPr>
          <w:rFonts w:ascii="Georgia" w:hAnsi="Georgia"/>
          <w:b w:val="0"/>
          <w:i/>
          <w:color w:val="000000"/>
          <w:sz w:val="24"/>
        </w:rPr>
        <w:t>срефа</w:t>
      </w:r>
      <w:r>
        <w:rPr>
          <w:rFonts w:ascii="Georgia" w:hAnsi="Georgia"/>
          <w:b w:val="0"/>
          <w:i w:val="0"/>
          <w:color w:val="000000"/>
          <w:sz w:val="24"/>
        </w:rPr>
        <w:t>), усечение мечом (</w:t>
      </w:r>
      <w:r>
        <w:rPr>
          <w:rFonts w:ascii="Georgia" w:hAnsi="Georgia"/>
          <w:b w:val="0"/>
          <w:i/>
          <w:color w:val="000000"/>
          <w:sz w:val="24"/>
        </w:rPr>
        <w:t>херег</w:t>
      </w:r>
      <w:r>
        <w:rPr>
          <w:rFonts w:ascii="Georgia" w:hAnsi="Georgia"/>
          <w:b w:val="0"/>
          <w:i w:val="0"/>
          <w:color w:val="000000"/>
          <w:sz w:val="24"/>
        </w:rPr>
        <w:t>) и удушение (</w:t>
      </w:r>
      <w:r>
        <w:rPr>
          <w:rFonts w:ascii="Georgia" w:hAnsi="Georgia"/>
          <w:b w:val="0"/>
          <w:i/>
          <w:color w:val="000000"/>
          <w:sz w:val="24"/>
        </w:rPr>
        <w:t>хенек</w:t>
      </w:r>
      <w:r>
        <w:rPr>
          <w:rFonts w:ascii="Georgia" w:hAnsi="Georgia"/>
          <w:b w:val="0"/>
          <w:i w:val="0"/>
          <w:color w:val="000000"/>
          <w:sz w:val="24"/>
        </w:rPr>
        <w:t>) — на букве далет (</w:t>
      </w:r>
      <w:r>
        <w:rPr>
          <w:rFonts w:ascii="Georgia" w:hAnsi="Georgia" w:cs="Times New Roman"/>
          <w:b/>
          <w:i w:val="0"/>
          <w:color w:val="000000"/>
          <w:sz w:val="24"/>
          <w:rtl/>
          <w:szCs w:val="32"/>
        </w:rPr>
        <w:t>ד</w:t>
      </w:r>
      <w:r>
        <w:rPr>
          <w:rFonts w:ascii="Georgia" w:hAnsi="Georgia"/>
          <w:b w:val="0"/>
          <w:i w:val="0"/>
          <w:color w:val="000000"/>
          <w:sz w:val="24"/>
        </w:rPr>
        <w:t>) слова «эхад» посредством сплетения Имен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как объяснено нами в утренней молитве [«Йоцер»]. Направь намерение на то, чтобы поднять уровень своей нешамы, включенной в нешаму того праведника силой самопожертвования ради освящения Имени, — включенной вместе с ЗОН, восходящими туда, как сказано. Ведь известно, что от Бины происходят души уровня нешама, а от Малхут — уровня нефеш. А затем направь намерение свести упомянутые 216 в Иму. И всё это — при слове «эхад».</w:t>
      </w:r>
    </w:p>
    <w:p>
      <w:pPr>
        <w:spacing w:before="40" w:after="120"/>
        <w:jc w:val="both"/>
      </w:pPr>
      <w:r>
        <w:rPr>
          <w:rFonts w:ascii="Georgia" w:hAnsi="Georgia"/>
          <w:b w:val="0"/>
          <w:i w:val="0"/>
          <w:color w:val="000000"/>
          <w:sz w:val="24"/>
        </w:rPr>
        <w:t>Затем направь намерение на второй зивуг — в ЗОН, также со свойством 216, при [произнесении стиха] «Барух шем квод малхуто леолам ваэд». И вот объяснение этого: от протяжения кли Бины протягивается сила в ЗА, чтобы создать кли также и для Малхут, как объяснено выше. Это — нижние 216, представляющие собой развертывание (рибуа) Имени БОН в простом написании и в наполнении буквами хэй, составляющее 72 (число АБ) и 144 (</w:t>
      </w:r>
      <w:r>
        <w:rPr>
          <w:rFonts w:ascii="Georgia" w:hAnsi="Georgia"/>
          <w:b w:val="0"/>
          <w:i/>
          <w:color w:val="000000"/>
          <w:sz w:val="24"/>
        </w:rPr>
        <w:t>кедем</w:t>
      </w:r>
      <w:r>
        <w:rPr>
          <w:rFonts w:ascii="Georgia" w:hAnsi="Georgia"/>
          <w:b w:val="0"/>
          <w:i w:val="0"/>
          <w:color w:val="000000"/>
          <w:sz w:val="24"/>
        </w:rPr>
        <w:t xml:space="preserve">, </w:t>
      </w:r>
      <w:r>
        <w:rPr>
          <w:rFonts w:ascii="Georgia" w:hAnsi="Georgia" w:cs="Times New Roman"/>
          <w:b/>
          <w:i w:val="0"/>
          <w:color w:val="000000"/>
          <w:sz w:val="24"/>
          <w:rtl/>
          <w:szCs w:val="32"/>
        </w:rPr>
        <w:t>קֶדֶם</w:t>
      </w:r>
      <w:r>
        <w:rPr>
          <w:rFonts w:ascii="Georgia" w:hAnsi="Georgia"/>
          <w:b w:val="0"/>
          <w:i w:val="0"/>
          <w:color w:val="000000"/>
          <w:sz w:val="24"/>
        </w:rPr>
        <w:t xml:space="preserve"> = 144: </w:t>
      </w:r>
      <w:r>
        <w:rPr>
          <w:rFonts w:ascii="Georgia" w:hAnsi="Georgia" w:cs="Times New Roman"/>
          <w:b/>
          <w:i w:val="0"/>
          <w:color w:val="000000"/>
          <w:sz w:val="24"/>
          <w:rtl/>
          <w:szCs w:val="32"/>
        </w:rPr>
        <w:t>ק</w:t>
      </w:r>
      <w:r>
        <w:rPr>
          <w:rFonts w:ascii="Georgia" w:hAnsi="Georgia"/>
          <w:b w:val="0"/>
          <w:i w:val="0"/>
          <w:color w:val="000000"/>
          <w:sz w:val="24"/>
        </w:rPr>
        <w:t xml:space="preserve"> = 100, </w:t>
      </w:r>
      <w:r>
        <w:rPr>
          <w:rFonts w:ascii="Georgia" w:hAnsi="Georgia" w:cs="Times New Roman"/>
          <w:b/>
          <w:i w:val="0"/>
          <w:color w:val="000000"/>
          <w:sz w:val="24"/>
          <w:rtl/>
          <w:szCs w:val="32"/>
        </w:rPr>
        <w:t>ד</w:t>
      </w:r>
      <w:r>
        <w:rPr>
          <w:rFonts w:ascii="Georgia" w:hAnsi="Georgia"/>
          <w:b w:val="0"/>
          <w:i w:val="0"/>
          <w:color w:val="000000"/>
          <w:sz w:val="24"/>
        </w:rPr>
        <w:t xml:space="preserve"> = 4, </w:t>
      </w:r>
      <w:r>
        <w:rPr>
          <w:rFonts w:ascii="Georgia" w:hAnsi="Georgia" w:cs="Times New Roman"/>
          <w:b/>
          <w:i w:val="0"/>
          <w:color w:val="000000"/>
          <w:sz w:val="24"/>
          <w:rtl/>
          <w:szCs w:val="32"/>
        </w:rPr>
        <w:t>מ</w:t>
      </w:r>
      <w:r>
        <w:rPr>
          <w:rFonts w:ascii="Georgia" w:hAnsi="Georgia"/>
          <w:b w:val="0"/>
          <w:i w:val="0"/>
          <w:color w:val="000000"/>
          <w:sz w:val="24"/>
        </w:rPr>
        <w:t xml:space="preserve"> = 40), что в сумме дает 216 (</w:t>
      </w:r>
      <w:r>
        <w:rPr>
          <w:rFonts w:ascii="Georgia" w:hAnsi="Georgia" w:cs="Times New Roman"/>
          <w:b/>
          <w:i w:val="0"/>
          <w:color w:val="000000"/>
          <w:sz w:val="24"/>
          <w:rtl/>
          <w:szCs w:val="32"/>
        </w:rPr>
        <w:t>רי״ו</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наподобие того, как было объяснено относительно слов «АВАЯ, ЭЛОКЕЙНУ, АВАЯ», здесь берутся три первых слова: «Барух», «шем», «квод», соответствующие ХАБАД де-ЗА, и мы притягиваем свечение трех упомянутых мохин в ее Гальгальту, называемую словом «малхуто».</w:t>
      </w:r>
    </w:p>
    <w:p>
      <w:pPr>
        <w:spacing w:before="40" w:after="120"/>
        <w:jc w:val="both"/>
      </w:pPr>
      <w:r>
        <w:rPr>
          <w:rFonts w:ascii="Georgia" w:hAnsi="Georgia"/>
          <w:b w:val="0"/>
          <w:i w:val="0"/>
          <w:color w:val="000000"/>
          <w:sz w:val="24"/>
        </w:rPr>
        <w:t>Тогда также направь намерение ради упомянутого единения тем же описанным образом, однако в высшем [зивуге] это происходило через уровень нешама, а теперь — только через уровень нефеш, являющийся МАН для Малхут. Смысл в том, что теперь ты направляешь намерение на подъем МАН к Малхут, дабы она приняла упомянутые 216, называемые ее кли; и направь намерение на то, чтобы вознести свою нефеш, включенную в нефеш того праведника. И это совершается силой предания своей души на смерть (но не на казнь), в тайне молитвы «Падение ниц» (</w:t>
      </w:r>
      <w:r>
        <w:rPr>
          <w:rFonts w:ascii="Georgia" w:hAnsi="Georgia"/>
          <w:b w:val="0"/>
          <w:i/>
          <w:color w:val="000000"/>
          <w:sz w:val="24"/>
        </w:rPr>
        <w:t>нефилат апаим</w:t>
      </w:r>
      <w:r>
        <w:rPr>
          <w:rFonts w:ascii="Georgia" w:hAnsi="Georgia"/>
          <w:b w:val="0"/>
          <w:i w:val="0"/>
          <w:color w:val="000000"/>
          <w:sz w:val="24"/>
        </w:rPr>
        <w:t>), как известно. В этот момент сосредоточься мыслью на том вопросе, о котором ты хочешь узнать.</w:t>
      </w:r>
    </w:p>
    <w:p>
      <w:pPr>
        <w:spacing w:before="40" w:after="120"/>
        <w:jc w:val="both"/>
      </w:pPr>
      <w:r>
        <w:rPr>
          <w:rFonts w:ascii="Georgia" w:hAnsi="Georgia"/>
          <w:b w:val="0"/>
          <w:i w:val="0"/>
          <w:color w:val="000000"/>
          <w:sz w:val="24"/>
        </w:rPr>
        <w:t>На словах же «леолам ваэд» (</w:t>
      </w:r>
      <w:r>
        <w:rPr>
          <w:rFonts w:ascii="Georgia" w:hAnsi="Georgia" w:cs="Times New Roman"/>
          <w:b/>
          <w:i w:val="0"/>
          <w:color w:val="000000"/>
          <w:sz w:val="24"/>
          <w:rtl/>
          <w:szCs w:val="32"/>
        </w:rPr>
        <w:t>לְעוֹלָם וָעֶד</w:t>
      </w:r>
      <w:r>
        <w:rPr>
          <w:rFonts w:ascii="Georgia" w:hAnsi="Georgia"/>
          <w:b w:val="0"/>
          <w:i w:val="0"/>
          <w:color w:val="000000"/>
          <w:sz w:val="24"/>
        </w:rPr>
        <w:t>) направь намерение на то, что тогда протягиваются и передаются ей нижние 216 от ЗА к его нукве, ведь именно такова гематрия слов «леолам ваэд» (</w:t>
      </w:r>
      <w:r>
        <w:rPr>
          <w:rFonts w:ascii="Georgia" w:hAnsi="Georgia" w:cs="Times New Roman"/>
          <w:b/>
          <w:i w:val="0"/>
          <w:color w:val="000000"/>
          <w:sz w:val="24"/>
          <w:rtl/>
          <w:szCs w:val="32"/>
        </w:rPr>
        <w:t>לְעוֹלָם וָעֶד</w:t>
      </w:r>
      <w:r>
        <w:rPr>
          <w:rFonts w:ascii="Georgia" w:hAnsi="Georgia"/>
          <w:b w:val="0"/>
          <w:i w:val="0"/>
          <w:color w:val="000000"/>
          <w:sz w:val="24"/>
        </w:rPr>
        <w:t xml:space="preserve"> = 256): число 216 (</w:t>
      </w:r>
      <w:r>
        <w:rPr>
          <w:rFonts w:ascii="Georgia" w:hAnsi="Georgia" w:cs="Times New Roman"/>
          <w:b/>
          <w:i w:val="0"/>
          <w:color w:val="000000"/>
          <w:sz w:val="24"/>
          <w:rtl/>
          <w:szCs w:val="32"/>
        </w:rPr>
        <w:t>רי״ו</w:t>
      </w:r>
      <w:r>
        <w:rPr>
          <w:rFonts w:ascii="Georgia" w:hAnsi="Georgia"/>
          <w:b w:val="0"/>
          <w:i w:val="0"/>
          <w:color w:val="000000"/>
          <w:sz w:val="24"/>
        </w:rPr>
        <w:t>) и буква мэм софит (</w:t>
      </w:r>
      <w:r>
        <w:rPr>
          <w:rFonts w:ascii="Georgia" w:hAnsi="Georgia" w:cs="Times New Roman"/>
          <w:b/>
          <w:i w:val="0"/>
          <w:color w:val="000000"/>
          <w:sz w:val="24"/>
          <w:rtl/>
          <w:szCs w:val="32"/>
        </w:rPr>
        <w:t>ם</w:t>
      </w:r>
      <w:r>
        <w:rPr>
          <w:rFonts w:ascii="Georgia" w:hAnsi="Georgia"/>
          <w:b w:val="0"/>
          <w:i w:val="0"/>
          <w:color w:val="000000"/>
          <w:sz w:val="24"/>
        </w:rPr>
        <w:t xml:space="preserve"> = 40).</w:t>
      </w:r>
    </w:p>
    <w:p>
      <w:pPr>
        <w:spacing w:before="40" w:after="120"/>
        <w:jc w:val="both"/>
      </w:pPr>
      <w:r>
        <w:rPr>
          <w:rFonts w:ascii="Georgia" w:hAnsi="Georgia"/>
          <w:b w:val="0"/>
          <w:i w:val="0"/>
          <w:color w:val="000000"/>
          <w:sz w:val="24"/>
        </w:rPr>
        <w:t xml:space="preserve">Смысл же в том, что когда ты вверяешь и возносишь туда свою нефеш, как сказано, в тайне МАН, направь намерение также на те капли душ, которые вышли из тебя через истечения семени, — чтобы поднять их оттуда, из клипы, и умертвить их тело, образовавшееся в клипе, посредством этих упомянутых первого и нижнего [свойств] 216, каждое из которых составляет по гематрии число слова </w:t>
      </w:r>
      <w:r>
        <w:rPr>
          <w:rFonts w:ascii="Georgia" w:hAnsi="Georgia"/>
          <w:b w:val="0"/>
          <w:i/>
          <w:color w:val="000000"/>
          <w:sz w:val="24"/>
        </w:rPr>
        <w:t>харбо</w:t>
      </w:r>
      <w:r>
        <w:rPr>
          <w:rFonts w:ascii="Georgia" w:hAnsi="Georgia"/>
          <w:b w:val="0"/>
          <w:i w:val="0"/>
          <w:color w:val="000000"/>
          <w:sz w:val="24"/>
        </w:rPr>
        <w:t xml:space="preserve"> («меч его», </w:t>
      </w:r>
      <w:r>
        <w:rPr>
          <w:rFonts w:ascii="Georgia" w:hAnsi="Georgia" w:cs="Times New Roman"/>
          <w:b/>
          <w:i w:val="0"/>
          <w:color w:val="000000"/>
          <w:sz w:val="24"/>
          <w:rtl/>
          <w:szCs w:val="32"/>
        </w:rPr>
        <w:t>חַרְבּוֹ</w:t>
      </w:r>
      <w:r>
        <w:rPr>
          <w:rFonts w:ascii="Georgia" w:hAnsi="Georgia"/>
          <w:b w:val="0"/>
          <w:i w:val="0"/>
          <w:color w:val="000000"/>
          <w:sz w:val="24"/>
        </w:rPr>
        <w:t xml:space="preserve"> = 216: </w:t>
      </w:r>
      <w:r>
        <w:rPr>
          <w:rFonts w:ascii="Georgia" w:hAnsi="Georgia" w:cs="Times New Roman"/>
          <w:b/>
          <w:i w:val="0"/>
          <w:color w:val="000000"/>
          <w:sz w:val="24"/>
          <w:rtl/>
          <w:szCs w:val="32"/>
        </w:rPr>
        <w:t>ח</w:t>
      </w:r>
      <w:r>
        <w:rPr>
          <w:rFonts w:ascii="Georgia" w:hAnsi="Georgia"/>
          <w:b w:val="0"/>
          <w:i w:val="0"/>
          <w:color w:val="000000"/>
          <w:sz w:val="24"/>
        </w:rPr>
        <w:t xml:space="preserve"> = 8, </w:t>
      </w:r>
      <w:r>
        <w:rPr>
          <w:rFonts w:ascii="Georgia" w:hAnsi="Georgia" w:cs="Times New Roman"/>
          <w:b/>
          <w:i w:val="0"/>
          <w:color w:val="000000"/>
          <w:sz w:val="24"/>
          <w:rtl/>
          <w:szCs w:val="32"/>
        </w:rPr>
        <w:t>ר</w:t>
      </w:r>
      <w:r>
        <w:rPr>
          <w:rFonts w:ascii="Georgia" w:hAnsi="Georgia"/>
          <w:b w:val="0"/>
          <w:i w:val="0"/>
          <w:color w:val="000000"/>
          <w:sz w:val="24"/>
        </w:rPr>
        <w:t xml:space="preserve"> = 200, </w:t>
      </w:r>
      <w:r>
        <w:rPr>
          <w:rFonts w:ascii="Georgia" w:hAnsi="Georgia" w:cs="Times New Roman"/>
          <w:b/>
          <w:i w:val="0"/>
          <w:color w:val="000000"/>
          <w:sz w:val="24"/>
          <w:rtl/>
          <w:szCs w:val="32"/>
        </w:rPr>
        <w:t>ב</w:t>
      </w:r>
      <w:r>
        <w:rPr>
          <w:rFonts w:ascii="Georgia" w:hAnsi="Georgia"/>
          <w:b w:val="0"/>
          <w:i w:val="0"/>
          <w:color w:val="000000"/>
          <w:sz w:val="24"/>
        </w:rPr>
        <w:t xml:space="preserve"> = 2, </w:t>
      </w:r>
      <w:r>
        <w:rPr>
          <w:rFonts w:ascii="Georgia" w:hAnsi="Georgia" w:cs="Times New Roman"/>
          <w:b/>
          <w:i w:val="0"/>
          <w:color w:val="000000"/>
          <w:sz w:val="24"/>
          <w:rtl/>
          <w:szCs w:val="32"/>
        </w:rPr>
        <w:t>ו</w:t>
      </w:r>
      <w:r>
        <w:rPr>
          <w:rFonts w:ascii="Georgia" w:hAnsi="Georgia"/>
          <w:b w:val="0"/>
          <w:i w:val="0"/>
          <w:color w:val="000000"/>
          <w:sz w:val="24"/>
        </w:rPr>
        <w:t xml:space="preserve"> = 6), и вознести их вместе со своей нефеш. Направь намерение на то, что благодаря этим нижним 216 она становится кли наподобие Бины, [где пребывает] закрытая буква мэм (</w:t>
      </w:r>
      <w:r>
        <w:rPr>
          <w:rFonts w:ascii="Georgia" w:hAnsi="Georgia" w:cs="Times New Roman"/>
          <w:b/>
          <w:i w:val="0"/>
          <w:color w:val="000000"/>
          <w:sz w:val="24"/>
          <w:rtl/>
          <w:szCs w:val="32"/>
        </w:rPr>
        <w:t>ם</w:t>
      </w:r>
      <w:r>
        <w:rPr>
          <w:rFonts w:ascii="Georgia" w:hAnsi="Georgia"/>
          <w:b w:val="0"/>
          <w:i w:val="0"/>
          <w:color w:val="000000"/>
          <w:sz w:val="24"/>
        </w:rPr>
        <w:t>), в которой зародыш формируется в тайне сорока дней образования зародыша. В этом смысл закрытой буквы мэм (</w:t>
      </w:r>
      <w:r>
        <w:rPr>
          <w:rFonts w:ascii="Georgia" w:hAnsi="Georgia" w:cs="Times New Roman"/>
          <w:b/>
          <w:i w:val="0"/>
          <w:color w:val="000000"/>
          <w:sz w:val="24"/>
          <w:rtl/>
          <w:szCs w:val="32"/>
        </w:rPr>
        <w:t>ם</w:t>
      </w:r>
      <w:r>
        <w:rPr>
          <w:rFonts w:ascii="Georgia" w:hAnsi="Georgia"/>
          <w:b w:val="0"/>
          <w:i w:val="0"/>
          <w:color w:val="000000"/>
          <w:sz w:val="24"/>
        </w:rPr>
        <w:t>) в слове «леолам» (</w:t>
      </w:r>
      <w:r>
        <w:rPr>
          <w:rFonts w:ascii="Georgia" w:hAnsi="Georgia" w:cs="Times New Roman"/>
          <w:b/>
          <w:i w:val="0"/>
          <w:color w:val="000000"/>
          <w:sz w:val="24"/>
          <w:rtl/>
          <w:szCs w:val="32"/>
        </w:rPr>
        <w:t>לְעוֹלָם</w:t>
      </w:r>
      <w:r>
        <w:rPr>
          <w:rFonts w:ascii="Georgia" w:hAnsi="Georgia"/>
          <w:b w:val="0"/>
          <w:i w:val="0"/>
          <w:color w:val="000000"/>
          <w:sz w:val="24"/>
        </w:rPr>
        <w:t>); и направь намерение привлечь туда те души от истечений семени, ибо то, что прежде изошло от мужчины без женщины, теперь обретет форму также и в тайне женского начала — в том кли, которое называется закрытой буквой мэм.</w:t>
      </w:r>
    </w:p>
    <w:p>
      <w:pPr>
        <w:spacing w:before="40" w:after="120"/>
        <w:jc w:val="both"/>
      </w:pPr>
      <w:r>
        <w:rPr>
          <w:rFonts w:ascii="Georgia" w:hAnsi="Georgia"/>
          <w:b w:val="0"/>
          <w:i w:val="0"/>
          <w:color w:val="000000"/>
          <w:sz w:val="24"/>
        </w:rPr>
        <w:t>Однако будь крайне осторожен: не направляй намерение на букву мэм слов «леолам ваэд», пока полностью не произнесешь устами оба слова «леолам ваэд», составляющие по гематрии 216 и букву мэм (</w:t>
      </w:r>
      <w:r>
        <w:rPr>
          <w:rFonts w:ascii="Georgia" w:hAnsi="Georgia" w:cs="Times New Roman"/>
          <w:b/>
          <w:i w:val="0"/>
          <w:color w:val="000000"/>
          <w:sz w:val="24"/>
          <w:rtl/>
          <w:szCs w:val="32"/>
        </w:rPr>
        <w:t>ם</w:t>
      </w:r>
      <w:r>
        <w:rPr>
          <w:rFonts w:ascii="Georgia" w:hAnsi="Georgia"/>
          <w:b w:val="0"/>
          <w:i w:val="0"/>
          <w:color w:val="000000"/>
          <w:sz w:val="24"/>
        </w:rPr>
        <w:t xml:space="preserve"> = 40), дабы сначала сформировать в ней свойство кли в тайне 216. Лишь затем направь намерение на букву мэм, чтобы запечатлелась форма закрытой мэм — кли в ней, в котором завершается формирование зародыша за сорок дней. Ведь если ты направишь намерение на букву мэм на ее обычном месте, произнося «леолам», прежде чем завершишь [намерение о] 216, которое восполняется со словом «ваэд», — те искры душ останутся висеть в воздухе и не войдут туда для исправления. И остерегайся этого... крайне!</w:t>
      </w:r>
    </w:p>
    <w:p>
      <w:pPr>
        <w:spacing w:before="40" w:after="120"/>
        <w:jc w:val="both"/>
      </w:pPr>
      <w:r>
        <w:rPr>
          <w:rFonts w:ascii="Georgia" w:hAnsi="Georgia"/>
          <w:b w:val="0"/>
          <w:i w:val="0"/>
          <w:color w:val="000000"/>
          <w:sz w:val="24"/>
        </w:rPr>
        <w:t>И вот что представляется мне верным в этом вопросе, поскольку я запамятовал подробности: сейчас, в этом единении при простирании [на могиле праведника], нет необходимости направлять намерение на эти капли душ от истечений семени, ибо это намерение представляет собой отдельное исправление вопроса истечений семени. Для простирания же достаточно лишь того, чтобы ты поднял свою нефеш, включенную в нефеш праведника, в виде молитвы «Падение ниц» — предания себя на смерть в качестве МАН; а затем направил намерение на передачу ей упомянутых 216 на словах «леолам ваэд», гематрия которых равна 216 и букве мэм (</w:t>
      </w:r>
      <w:r>
        <w:rPr>
          <w:rFonts w:ascii="Georgia" w:hAnsi="Georgia" w:cs="Times New Roman"/>
          <w:b/>
          <w:i w:val="0"/>
          <w:color w:val="000000"/>
          <w:sz w:val="24"/>
          <w:rtl/>
          <w:szCs w:val="32"/>
        </w:rPr>
        <w:t>ם</w:t>
      </w:r>
      <w:r>
        <w:rPr>
          <w:rFonts w:ascii="Georgia" w:hAnsi="Georgia"/>
          <w:b w:val="0"/>
          <w:i w:val="0"/>
          <w:color w:val="000000"/>
          <w:sz w:val="24"/>
        </w:rPr>
        <w:t xml:space="preserve"> = 40), благодаря чему она становится кли, называемым закрытой мэм, посредством этих упомянутых 216; и направь намерение на букву мэм слова «леолам» лишь после того, как завершишь намерение о 216 на слове «ваэд», как упомянуто выше. И нет необходимости дочитывать всё чтение «Шма» до конца, а только стих «Шма Исраэль» и стих «Барух шем квод малхуто леолам ваэд».</w:t>
      </w:r>
    </w:p>
    <w:p>
      <w:pPr>
        <w:keepNext/>
        <w:spacing w:before="320" w:after="120"/>
      </w:pPr>
      <w:r>
        <w:rPr>
          <w:rFonts w:ascii="Georgia" w:hAnsi="Georgia"/>
          <w:b w:val="0"/>
          <w:i w:val="0"/>
          <w:color w:val="000000"/>
          <w:sz w:val="32"/>
        </w:rPr>
        <w:t>Ихуд 20</w:t>
      </w:r>
    </w:p>
    <w:p>
      <w:pPr>
        <w:spacing w:before="40" w:after="120"/>
        <w:jc w:val="both"/>
      </w:pPr>
      <w:r>
        <w:rPr>
          <w:rFonts w:ascii="Georgia" w:hAnsi="Georgia"/>
          <w:b w:val="0"/>
          <w:i w:val="0"/>
          <w:color w:val="000000"/>
          <w:sz w:val="24"/>
        </w:rPr>
        <w:t>Он включает в себя три малых единения. Говорит пишущий: эти единения я нашел начертанными так и не помню в точности намерение (</w:t>
      </w:r>
      <w:r>
        <w:rPr>
          <w:rFonts w:ascii="Georgia" w:hAnsi="Georgia"/>
          <w:b w:val="0"/>
          <w:i/>
          <w:color w:val="000000"/>
          <w:sz w:val="24"/>
        </w:rPr>
        <w:t>кавана</w:t>
      </w:r>
      <w:r>
        <w:rPr>
          <w:rFonts w:ascii="Georgia" w:hAnsi="Georgia"/>
          <w:b w:val="0"/>
          <w:i w:val="0"/>
          <w:color w:val="000000"/>
          <w:sz w:val="24"/>
        </w:rPr>
        <w:t>) к ним, но тем не менее пожелал скопировать их. И все они построены на начертании букв: делать буквы далет и буквы хэй в форме букв вав, а также сами буквы вав изображать в форме буквы вав с буквой йод на ее вершине.</w:t>
      </w:r>
    </w:p>
    <w:p>
      <w:pPr>
        <w:spacing w:before="40" w:after="120"/>
        <w:jc w:val="both"/>
      </w:pPr>
      <w:r>
        <w:rPr>
          <w:rFonts w:ascii="Georgia" w:hAnsi="Georgia"/>
          <w:b w:val="0"/>
          <w:i w:val="0"/>
          <w:color w:val="000000"/>
          <w:sz w:val="24"/>
        </w:rPr>
        <w:t xml:space="preserve">Первое единение: </w:t>
      </w:r>
      <w:r>
        <w:rPr>
          <w:rFonts w:ascii="Georgia" w:hAnsi="Georgia" w:cs="Times New Roman"/>
          <w:b/>
          <w:i w:val="0"/>
          <w:color w:val="000000"/>
          <w:sz w:val="24"/>
          <w:rtl/>
          <w:szCs w:val="32"/>
        </w:rPr>
        <w:t>י וִוו וָוָוו</w:t>
      </w:r>
      <w:r>
        <w:rPr>
          <w:rFonts w:ascii="Georgia" w:hAnsi="Georgia"/>
          <w:b w:val="0"/>
          <w:i w:val="0"/>
          <w:color w:val="000000"/>
          <w:sz w:val="24"/>
        </w:rPr>
        <w:t xml:space="preserve"> — в гематрии 52 (</w:t>
      </w:r>
      <w:r>
        <w:rPr>
          <w:rFonts w:ascii="Georgia" w:hAnsi="Georgia" w:cs="Times New Roman"/>
          <w:b/>
          <w:i w:val="0"/>
          <w:color w:val="000000"/>
          <w:sz w:val="24"/>
          <w:rtl/>
          <w:szCs w:val="32"/>
        </w:rPr>
        <w:t>נ״ב</w:t>
      </w:r>
      <w:r>
        <w:rPr>
          <w:rFonts w:ascii="Georgia" w:hAnsi="Georgia"/>
          <w:b w:val="0"/>
          <w:i w:val="0"/>
          <w:color w:val="000000"/>
          <w:sz w:val="24"/>
        </w:rPr>
        <w:t xml:space="preserve">); </w:t>
      </w:r>
      <w:r>
        <w:rPr>
          <w:rFonts w:ascii="Georgia" w:hAnsi="Georgia" w:cs="Times New Roman"/>
          <w:b/>
          <w:i w:val="0"/>
          <w:color w:val="000000"/>
          <w:sz w:val="24"/>
          <w:rtl/>
          <w:szCs w:val="32"/>
        </w:rPr>
        <w:t>יוֳד ווו ווֳו וו וֲוו ווַו</w:t>
      </w:r>
      <w:r>
        <w:rPr>
          <w:rFonts w:ascii="Georgia" w:hAnsi="Georgia"/>
          <w:b w:val="0"/>
          <w:i w:val="0"/>
          <w:color w:val="000000"/>
          <w:sz w:val="24"/>
        </w:rPr>
        <w:t xml:space="preserve"> — 104 (</w:t>
      </w:r>
      <w:r>
        <w:rPr>
          <w:rFonts w:ascii="Georgia" w:hAnsi="Georgia" w:cs="Times New Roman"/>
          <w:b/>
          <w:i w:val="0"/>
          <w:color w:val="000000"/>
          <w:sz w:val="24"/>
          <w:rtl/>
          <w:szCs w:val="32"/>
        </w:rPr>
        <w:t>ק״ד</w:t>
      </w:r>
      <w:r>
        <w:rPr>
          <w:rFonts w:ascii="Georgia" w:hAnsi="Georgia"/>
          <w:b w:val="0"/>
          <w:i w:val="0"/>
          <w:color w:val="000000"/>
          <w:sz w:val="24"/>
        </w:rPr>
        <w:t xml:space="preserve">); </w:t>
      </w:r>
      <w:r>
        <w:rPr>
          <w:rFonts w:ascii="Georgia" w:hAnsi="Georgia" w:cs="Times New Roman"/>
          <w:b/>
          <w:i w:val="0"/>
          <w:color w:val="000000"/>
          <w:sz w:val="24"/>
          <w:rtl/>
          <w:szCs w:val="32"/>
        </w:rPr>
        <w:t>יִהִוִיהַ</w:t>
      </w:r>
      <w:r>
        <w:rPr>
          <w:rFonts w:ascii="Georgia" w:hAnsi="Georgia"/>
          <w:b w:val="0"/>
          <w:i w:val="0"/>
          <w:color w:val="000000"/>
          <w:sz w:val="24"/>
        </w:rPr>
        <w:t xml:space="preserve"> — 36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w:t>
      </w:r>
      <w:r>
        <w:rPr>
          <w:rFonts w:ascii="Georgia" w:hAnsi="Georgia" w:cs="Times New Roman"/>
          <w:b/>
          <w:i w:val="0"/>
          <w:color w:val="000000"/>
          <w:sz w:val="24"/>
          <w:rtl/>
          <w:szCs w:val="32"/>
        </w:rPr>
        <w:t>יֶויד הֶה וַי וי הָה</w:t>
      </w:r>
      <w:r>
        <w:rPr>
          <w:rFonts w:ascii="Georgia" w:hAnsi="Georgia"/>
          <w:b w:val="0"/>
          <w:i w:val="0"/>
          <w:color w:val="000000"/>
          <w:sz w:val="24"/>
        </w:rPr>
        <w:t xml:space="preserve"> — 82 (</w:t>
      </w:r>
      <w:r>
        <w:rPr>
          <w:rFonts w:ascii="Georgia" w:hAnsi="Georgia" w:cs="Times New Roman"/>
          <w:b/>
          <w:i w:val="0"/>
          <w:color w:val="000000"/>
          <w:sz w:val="24"/>
          <w:rtl/>
          <w:szCs w:val="32"/>
        </w:rPr>
        <w:t>פ״ב</w:t>
      </w:r>
      <w:r>
        <w:rPr>
          <w:rFonts w:ascii="Georgia" w:hAnsi="Georgia"/>
          <w:b w:val="0"/>
          <w:i w:val="0"/>
          <w:color w:val="000000"/>
          <w:sz w:val="24"/>
        </w:rPr>
        <w:t xml:space="preserve">); </w:t>
      </w:r>
      <w:r>
        <w:rPr>
          <w:rFonts w:ascii="Georgia" w:hAnsi="Georgia" w:cs="Times New Roman"/>
          <w:b/>
          <w:i w:val="0"/>
          <w:color w:val="000000"/>
          <w:sz w:val="24"/>
          <w:rtl/>
          <w:szCs w:val="32"/>
        </w:rPr>
        <w:t>יֱווו וֱוו ווו וַו וַוו ווו</w:t>
      </w:r>
      <w:r>
        <w:rPr>
          <w:rFonts w:ascii="Georgia" w:hAnsi="Georgia"/>
          <w:b w:val="0"/>
          <w:i w:val="0"/>
          <w:color w:val="000000"/>
          <w:sz w:val="24"/>
        </w:rPr>
        <w:t xml:space="preserve"> — 112 (</w:t>
      </w:r>
      <w:r>
        <w:rPr>
          <w:rFonts w:ascii="Georgia" w:hAnsi="Georgia"/>
          <w:b w:val="0"/>
          <w:i/>
          <w:color w:val="000000"/>
          <w:sz w:val="24"/>
        </w:rPr>
        <w:t>ябок</w:t>
      </w:r>
      <w:r>
        <w:rPr>
          <w:rFonts w:ascii="Georgia" w:hAnsi="Georgia"/>
          <w:b w:val="0"/>
          <w:i w:val="0"/>
          <w:color w:val="000000"/>
          <w:sz w:val="24"/>
        </w:rPr>
        <w:t xml:space="preserve">, </w:t>
      </w:r>
      <w:r>
        <w:rPr>
          <w:rFonts w:ascii="Georgia" w:hAnsi="Georgia" w:cs="Times New Roman"/>
          <w:b/>
          <w:i w:val="0"/>
          <w:color w:val="000000"/>
          <w:sz w:val="24"/>
          <w:rtl/>
          <w:szCs w:val="32"/>
        </w:rPr>
        <w:t>יב״ק</w:t>
      </w:r>
      <w:r>
        <w:rPr>
          <w:rFonts w:ascii="Georgia" w:hAnsi="Georgia"/>
          <w:b w:val="0"/>
          <w:i w:val="0"/>
          <w:color w:val="000000"/>
          <w:sz w:val="24"/>
        </w:rPr>
        <w:t xml:space="preserve">); </w:t>
      </w:r>
      <w:r>
        <w:rPr>
          <w:rFonts w:ascii="Georgia" w:hAnsi="Georgia" w:cs="Times New Roman"/>
          <w:b/>
          <w:i w:val="0"/>
          <w:color w:val="000000"/>
          <w:sz w:val="24"/>
          <w:rtl/>
          <w:szCs w:val="32"/>
        </w:rPr>
        <w:t>יִיִוִוִיִדִוִוִ הִ וִוִוִ הִ וַוַוַ וַוַ וַיַ וַיַ הַ ווו הווו</w:t>
      </w:r>
      <w:r>
        <w:rPr>
          <w:rFonts w:ascii="Georgia" w:hAnsi="Georgia"/>
          <w:b w:val="0"/>
          <w:i w:val="0"/>
          <w:color w:val="000000"/>
          <w:sz w:val="24"/>
        </w:rPr>
        <w:t xml:space="preserve"> — </w:t>
      </w:r>
      <w:r>
        <w:rPr>
          <w:rFonts w:ascii="Georgia" w:hAnsi="Georgia"/>
          <w:b w:val="0"/>
          <w:i/>
          <w:color w:val="000000"/>
          <w:sz w:val="24"/>
        </w:rPr>
        <w:t>цедек</w:t>
      </w:r>
      <w:r>
        <w:rPr>
          <w:rFonts w:ascii="Georgia" w:hAnsi="Georgia"/>
          <w:b w:val="0"/>
          <w:i w:val="0"/>
          <w:color w:val="000000"/>
          <w:sz w:val="24"/>
        </w:rPr>
        <w:t xml:space="preserve"> (</w:t>
      </w:r>
      <w:r>
        <w:rPr>
          <w:rFonts w:ascii="Georgia" w:hAnsi="Georgia" w:cs="Times New Roman"/>
          <w:b/>
          <w:i w:val="0"/>
          <w:color w:val="000000"/>
          <w:sz w:val="24"/>
          <w:rtl/>
          <w:szCs w:val="32"/>
        </w:rPr>
        <w:t>צֶדֶק</w:t>
      </w:r>
      <w:r>
        <w:rPr>
          <w:rFonts w:ascii="Georgia" w:hAnsi="Georgia"/>
          <w:b w:val="0"/>
          <w:i w:val="0"/>
          <w:color w:val="000000"/>
          <w:sz w:val="24"/>
        </w:rPr>
        <w:t xml:space="preserve">), </w:t>
      </w:r>
      <w:r>
        <w:rPr>
          <w:rFonts w:ascii="Georgia" w:hAnsi="Georgia"/>
          <w:b w:val="0"/>
          <w:i/>
          <w:color w:val="000000"/>
          <w:sz w:val="24"/>
        </w:rPr>
        <w:t>рахац</w:t>
      </w:r>
      <w:r>
        <w:rPr>
          <w:rFonts w:ascii="Georgia" w:hAnsi="Georgia"/>
          <w:b w:val="0"/>
          <w:i w:val="0"/>
          <w:color w:val="000000"/>
          <w:sz w:val="24"/>
        </w:rPr>
        <w:t xml:space="preserve"> (</w:t>
      </w:r>
      <w:r>
        <w:rPr>
          <w:rFonts w:ascii="Georgia" w:hAnsi="Georgia" w:cs="Times New Roman"/>
          <w:b/>
          <w:i w:val="0"/>
          <w:color w:val="000000"/>
          <w:sz w:val="24"/>
          <w:rtl/>
          <w:szCs w:val="32"/>
        </w:rPr>
        <w:t>רַחַץ</w:t>
      </w:r>
      <w:r>
        <w:rPr>
          <w:rFonts w:ascii="Georgia" w:hAnsi="Georgia"/>
          <w:b w:val="0"/>
          <w:i w:val="0"/>
          <w:color w:val="000000"/>
          <w:sz w:val="24"/>
        </w:rPr>
        <w:t>), 104 (</w:t>
      </w:r>
      <w:r>
        <w:rPr>
          <w:rFonts w:ascii="Georgia" w:hAnsi="Georgia" w:cs="Times New Roman"/>
          <w:b/>
          <w:i w:val="0"/>
          <w:color w:val="000000"/>
          <w:sz w:val="24"/>
          <w:rtl/>
          <w:szCs w:val="32"/>
        </w:rPr>
        <w:t>ק״ד</w:t>
      </w:r>
      <w:r>
        <w:rPr>
          <w:rFonts w:ascii="Georgia" w:hAnsi="Georgia"/>
          <w:b w:val="0"/>
          <w:i w:val="0"/>
          <w:color w:val="000000"/>
          <w:sz w:val="24"/>
        </w:rPr>
        <w:t xml:space="preserve">), </w:t>
      </w:r>
      <w:r>
        <w:rPr>
          <w:rFonts w:ascii="Georgia" w:hAnsi="Georgia"/>
          <w:b w:val="0"/>
          <w:i/>
          <w:color w:val="000000"/>
          <w:sz w:val="24"/>
        </w:rPr>
        <w:t>цедек</w:t>
      </w:r>
      <w:r>
        <w:rPr>
          <w:rFonts w:ascii="Georgia" w:hAnsi="Georgia"/>
          <w:b w:val="0"/>
          <w:i w:val="0"/>
          <w:color w:val="000000"/>
          <w:sz w:val="24"/>
        </w:rPr>
        <w:t xml:space="preserve"> (</w:t>
      </w:r>
      <w:r>
        <w:rPr>
          <w:rFonts w:ascii="Georgia" w:hAnsi="Georgia" w:cs="Times New Roman"/>
          <w:b/>
          <w:i w:val="0"/>
          <w:color w:val="000000"/>
          <w:sz w:val="24"/>
          <w:rtl/>
          <w:szCs w:val="32"/>
        </w:rPr>
        <w:t>צֶדֶק</w:t>
      </w:r>
      <w:r>
        <w:rPr>
          <w:rFonts w:ascii="Georgia" w:hAnsi="Georgia"/>
          <w:b w:val="0"/>
          <w:i w:val="0"/>
          <w:color w:val="000000"/>
          <w:sz w:val="24"/>
        </w:rPr>
        <w:t xml:space="preserve">), </w:t>
      </w:r>
      <w:r>
        <w:rPr>
          <w:rFonts w:ascii="Georgia" w:hAnsi="Georgia"/>
          <w:b w:val="0"/>
          <w:i/>
          <w:color w:val="000000"/>
          <w:sz w:val="24"/>
        </w:rPr>
        <w:t>хацар</w:t>
      </w:r>
      <w:r>
        <w:rPr>
          <w:rFonts w:ascii="Georgia" w:hAnsi="Georgia"/>
          <w:b w:val="0"/>
          <w:i w:val="0"/>
          <w:color w:val="000000"/>
          <w:sz w:val="24"/>
        </w:rPr>
        <w:t xml:space="preserve"> (</w:t>
      </w:r>
      <w:r>
        <w:rPr>
          <w:rFonts w:ascii="Georgia" w:hAnsi="Georgia" w:cs="Times New Roman"/>
          <w:b/>
          <w:i w:val="0"/>
          <w:color w:val="000000"/>
          <w:sz w:val="24"/>
          <w:rtl/>
          <w:szCs w:val="32"/>
        </w:rPr>
        <w:t>חָצֵר</w:t>
      </w:r>
      <w:r>
        <w:rPr>
          <w:rFonts w:ascii="Georgia" w:hAnsi="Georgia"/>
          <w:b w:val="0"/>
          <w:i w:val="0"/>
          <w:color w:val="000000"/>
          <w:sz w:val="24"/>
        </w:rPr>
        <w:t>), 104 (</w:t>
      </w:r>
      <w:r>
        <w:rPr>
          <w:rFonts w:ascii="Georgia" w:hAnsi="Georgia" w:cs="Times New Roman"/>
          <w:b/>
          <w:i w:val="0"/>
          <w:color w:val="000000"/>
          <w:sz w:val="24"/>
          <w:rtl/>
          <w:szCs w:val="32"/>
        </w:rPr>
        <w:t>ק״ד</w:t>
      </w:r>
      <w:r>
        <w:rPr>
          <w:rFonts w:ascii="Georgia" w:hAnsi="Georgia"/>
          <w:b w:val="0"/>
          <w:i w:val="0"/>
          <w:color w:val="000000"/>
          <w:sz w:val="24"/>
        </w:rPr>
        <w:t xml:space="preserve">), </w:t>
      </w:r>
      <w:r>
        <w:rPr>
          <w:rFonts w:ascii="Georgia" w:hAnsi="Georgia"/>
          <w:b w:val="0"/>
          <w:i/>
          <w:color w:val="000000"/>
          <w:sz w:val="24"/>
        </w:rPr>
        <w:t>цедек</w:t>
      </w:r>
      <w:r>
        <w:rPr>
          <w:rFonts w:ascii="Georgia" w:hAnsi="Georgia"/>
          <w:b w:val="0"/>
          <w:i w:val="0"/>
          <w:color w:val="000000"/>
          <w:sz w:val="24"/>
        </w:rPr>
        <w:t xml:space="preserve"> (</w:t>
      </w:r>
      <w:r>
        <w:rPr>
          <w:rFonts w:ascii="Georgia" w:hAnsi="Georgia" w:cs="Times New Roman"/>
          <w:b/>
          <w:i w:val="0"/>
          <w:color w:val="000000"/>
          <w:sz w:val="24"/>
          <w:rtl/>
          <w:szCs w:val="32"/>
        </w:rPr>
        <w:t>צֶדֶק</w:t>
      </w:r>
      <w:r>
        <w:rPr>
          <w:rFonts w:ascii="Georgia" w:hAnsi="Georgia"/>
          <w:b w:val="0"/>
          <w:i w:val="0"/>
          <w:color w:val="000000"/>
          <w:sz w:val="24"/>
        </w:rPr>
        <w:t xml:space="preserve">). Говорит Шмуэль: число </w:t>
      </w:r>
      <w:r>
        <w:rPr>
          <w:rFonts w:ascii="Georgia" w:hAnsi="Georgia"/>
          <w:b w:val="0"/>
          <w:i/>
          <w:color w:val="000000"/>
          <w:sz w:val="24"/>
        </w:rPr>
        <w:t>рахац</w:t>
      </w:r>
      <w:r>
        <w:rPr>
          <w:rFonts w:ascii="Georgia" w:hAnsi="Georgia"/>
          <w:b w:val="0"/>
          <w:i w:val="0"/>
          <w:color w:val="000000"/>
          <w:sz w:val="24"/>
        </w:rPr>
        <w:t xml:space="preserve"> (</w:t>
      </w:r>
      <w:r>
        <w:rPr>
          <w:rFonts w:ascii="Georgia" w:hAnsi="Georgia" w:cs="Times New Roman"/>
          <w:b/>
          <w:i w:val="0"/>
          <w:color w:val="000000"/>
          <w:sz w:val="24"/>
          <w:rtl/>
          <w:szCs w:val="32"/>
        </w:rPr>
        <w:t>רחץ</w:t>
      </w:r>
      <w:r>
        <w:rPr>
          <w:rFonts w:ascii="Georgia" w:hAnsi="Georgia"/>
          <w:b w:val="0"/>
          <w:i w:val="0"/>
          <w:color w:val="000000"/>
          <w:sz w:val="24"/>
        </w:rPr>
        <w:t>) я не понял, ведь числа 104 (</w:t>
      </w:r>
      <w:r>
        <w:rPr>
          <w:rFonts w:ascii="Georgia" w:hAnsi="Georgia" w:cs="Times New Roman"/>
          <w:b/>
          <w:i w:val="0"/>
          <w:color w:val="000000"/>
          <w:sz w:val="24"/>
          <w:rtl/>
          <w:szCs w:val="32"/>
        </w:rPr>
        <w:t>ק״ד</w:t>
      </w:r>
      <w:r>
        <w:rPr>
          <w:rFonts w:ascii="Georgia" w:hAnsi="Georgia"/>
          <w:b w:val="0"/>
          <w:i w:val="0"/>
          <w:color w:val="000000"/>
          <w:sz w:val="24"/>
        </w:rPr>
        <w:t xml:space="preserve">) и </w:t>
      </w:r>
      <w:r>
        <w:rPr>
          <w:rFonts w:ascii="Georgia" w:hAnsi="Georgia"/>
          <w:b w:val="0"/>
          <w:i/>
          <w:color w:val="000000"/>
          <w:sz w:val="24"/>
        </w:rPr>
        <w:t>цедек</w:t>
      </w:r>
      <w:r>
        <w:rPr>
          <w:rFonts w:ascii="Georgia" w:hAnsi="Georgia"/>
          <w:b w:val="0"/>
          <w:i w:val="0"/>
          <w:color w:val="000000"/>
          <w:sz w:val="24"/>
        </w:rPr>
        <w:t xml:space="preserve"> (</w:t>
      </w:r>
      <w:r>
        <w:rPr>
          <w:rFonts w:ascii="Georgia" w:hAnsi="Georgia" w:cs="Times New Roman"/>
          <w:b/>
          <w:i w:val="0"/>
          <w:color w:val="000000"/>
          <w:sz w:val="24"/>
          <w:rtl/>
          <w:szCs w:val="32"/>
        </w:rPr>
        <w:t>צד״ק</w:t>
      </w:r>
      <w:r>
        <w:rPr>
          <w:rFonts w:ascii="Georgia" w:hAnsi="Georgia"/>
          <w:b w:val="0"/>
          <w:i w:val="0"/>
          <w:color w:val="000000"/>
          <w:sz w:val="24"/>
        </w:rPr>
        <w:t>) понятны. Однако [эти] числа — а именно: 52 (</w:t>
      </w:r>
      <w:r>
        <w:rPr>
          <w:rFonts w:ascii="Georgia" w:hAnsi="Georgia" w:cs="Times New Roman"/>
          <w:b/>
          <w:i w:val="0"/>
          <w:color w:val="000000"/>
          <w:sz w:val="24"/>
          <w:rtl/>
          <w:szCs w:val="32"/>
        </w:rPr>
        <w:t>נ״ב</w:t>
      </w:r>
      <w:r>
        <w:rPr>
          <w:rFonts w:ascii="Georgia" w:hAnsi="Georgia"/>
          <w:b w:val="0"/>
          <w:i w:val="0"/>
          <w:color w:val="000000"/>
          <w:sz w:val="24"/>
        </w:rPr>
        <w:t xml:space="preserve">),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82 (</w:t>
      </w:r>
      <w:r>
        <w:rPr>
          <w:rFonts w:ascii="Georgia" w:hAnsi="Georgia" w:cs="Times New Roman"/>
          <w:b/>
          <w:i w:val="0"/>
          <w:color w:val="000000"/>
          <w:sz w:val="24"/>
          <w:rtl/>
          <w:szCs w:val="32"/>
        </w:rPr>
        <w:t>פ״ב</w:t>
      </w:r>
      <w:r>
        <w:rPr>
          <w:rFonts w:ascii="Georgia" w:hAnsi="Georgia"/>
          <w:b w:val="0"/>
          <w:i w:val="0"/>
          <w:color w:val="000000"/>
          <w:sz w:val="24"/>
        </w:rPr>
        <w:t>) и 112 (</w:t>
      </w:r>
      <w:r>
        <w:rPr>
          <w:rFonts w:ascii="Georgia" w:hAnsi="Georgia"/>
          <w:b w:val="0"/>
          <w:i/>
          <w:color w:val="000000"/>
          <w:sz w:val="24"/>
        </w:rPr>
        <w:t>ябок</w:t>
      </w:r>
      <w:r>
        <w:rPr>
          <w:rFonts w:ascii="Georgia" w:hAnsi="Georgia"/>
          <w:b w:val="0"/>
          <w:i w:val="0"/>
          <w:color w:val="000000"/>
          <w:sz w:val="24"/>
        </w:rPr>
        <w:t xml:space="preserve">, </w:t>
      </w:r>
      <w:r>
        <w:rPr>
          <w:rFonts w:ascii="Georgia" w:hAnsi="Georgia" w:cs="Times New Roman"/>
          <w:b/>
          <w:i w:val="0"/>
          <w:color w:val="000000"/>
          <w:sz w:val="24"/>
          <w:rtl/>
          <w:szCs w:val="32"/>
        </w:rPr>
        <w:t>יב״ק</w:t>
      </w:r>
      <w:r>
        <w:rPr>
          <w:rFonts w:ascii="Georgia" w:hAnsi="Georgia"/>
          <w:b w:val="0"/>
          <w:i w:val="0"/>
          <w:color w:val="000000"/>
          <w:sz w:val="24"/>
        </w:rPr>
        <w:t xml:space="preserve">) — составляют в гематрии не </w:t>
      </w:r>
      <w:r>
        <w:rPr>
          <w:rFonts w:ascii="Georgia" w:hAnsi="Georgia"/>
          <w:b w:val="0"/>
          <w:i/>
          <w:color w:val="000000"/>
          <w:sz w:val="24"/>
        </w:rPr>
        <w:t>рахац</w:t>
      </w:r>
      <w:r>
        <w:rPr>
          <w:rFonts w:ascii="Georgia" w:hAnsi="Georgia"/>
          <w:b w:val="0"/>
          <w:i w:val="0"/>
          <w:color w:val="000000"/>
          <w:sz w:val="24"/>
        </w:rPr>
        <w:t xml:space="preserve"> (298), а 282 (</w:t>
      </w:r>
      <w:r>
        <w:rPr>
          <w:rFonts w:ascii="Georgia" w:hAnsi="Georgia" w:cs="Times New Roman"/>
          <w:b/>
          <w:i w:val="0"/>
          <w:color w:val="000000"/>
          <w:sz w:val="24"/>
          <w:rtl/>
          <w:szCs w:val="32"/>
        </w:rPr>
        <w:t>רפ״ב</w:t>
      </w:r>
      <w:r>
        <w:rPr>
          <w:rFonts w:ascii="Georgia" w:hAnsi="Georgia"/>
          <w:b w:val="0"/>
          <w:i w:val="0"/>
          <w:color w:val="000000"/>
          <w:sz w:val="24"/>
        </w:rPr>
        <w:t xml:space="preserve">), и это требует дальнейшего выяснения. </w:t>
      </w:r>
      <w:r>
        <w:rPr>
          <w:rFonts w:ascii="Georgia" w:hAnsi="Georgia" w:cs="Times New Roman"/>
          <w:b/>
          <w:i w:val="0"/>
          <w:color w:val="000000"/>
          <w:sz w:val="24"/>
          <w:rtl/>
          <w:szCs w:val="32"/>
        </w:rPr>
        <w:t>יַוַוַוַ הִוִה</w:t>
      </w:r>
      <w:r>
        <w:rPr>
          <w:rFonts w:ascii="Georgia" w:hAnsi="Georgia"/>
          <w:b w:val="0"/>
          <w:i w:val="0"/>
          <w:color w:val="000000"/>
          <w:sz w:val="24"/>
        </w:rPr>
        <w:t xml:space="preserve"> — МАД; </w:t>
      </w:r>
      <w:r>
        <w:rPr>
          <w:rFonts w:ascii="Georgia" w:hAnsi="Georgia" w:cs="Times New Roman"/>
          <w:b/>
          <w:i w:val="0"/>
          <w:color w:val="000000"/>
          <w:sz w:val="24"/>
          <w:rtl/>
          <w:szCs w:val="32"/>
        </w:rPr>
        <w:t>יָוָוַוַוַדַ הַהַ וַוַ הה</w:t>
      </w:r>
      <w:r>
        <w:rPr>
          <w:rFonts w:ascii="Georgia" w:hAnsi="Georgia"/>
          <w:b w:val="0"/>
          <w:i w:val="0"/>
          <w:color w:val="000000"/>
          <w:sz w:val="24"/>
        </w:rPr>
        <w:t xml:space="preserve"> — 70 (</w:t>
      </w:r>
      <w:r>
        <w:rPr>
          <w:rFonts w:ascii="Georgia" w:hAnsi="Georgia" w:cs="Times New Roman"/>
          <w:b/>
          <w:i w:val="0"/>
          <w:color w:val="000000"/>
          <w:sz w:val="24"/>
          <w:rtl/>
          <w:szCs w:val="32"/>
        </w:rPr>
        <w:t>ע</w:t>
      </w:r>
      <w:r>
        <w:rPr>
          <w:rFonts w:ascii="Georgia" w:hAnsi="Georgia"/>
          <w:b w:val="0"/>
          <w:i w:val="0"/>
          <w:color w:val="000000"/>
          <w:sz w:val="24"/>
        </w:rPr>
        <w:t xml:space="preserve">); </w:t>
      </w:r>
      <w:r>
        <w:rPr>
          <w:rFonts w:ascii="Georgia" w:hAnsi="Georgia" w:cs="Times New Roman"/>
          <w:b/>
          <w:i w:val="0"/>
          <w:color w:val="000000"/>
          <w:sz w:val="24"/>
          <w:rtl/>
          <w:szCs w:val="32"/>
        </w:rPr>
        <w:t>אְלַףְ הַאֹ יַוְדֵ הָאְ אֲלִףְ הַֹה יַוֶדִ הָהְ אא הה יי הה יאֲאההַדויַנההָי</w:t>
      </w:r>
      <w:r>
        <w:rPr>
          <w:rFonts w:ascii="Georgia" w:hAnsi="Georgia"/>
          <w:b w:val="0"/>
          <w:i w:val="0"/>
          <w:color w:val="000000"/>
          <w:sz w:val="24"/>
        </w:rPr>
        <w:t>. Это соединение (зивуг) объятия и поцелуя в трех [Именах] БОН, присутствующих при падении ниц (</w:t>
      </w:r>
      <w:r>
        <w:rPr>
          <w:rFonts w:ascii="Georgia" w:hAnsi="Georgia"/>
          <w:b w:val="0"/>
          <w:i/>
          <w:color w:val="000000"/>
          <w:sz w:val="24"/>
        </w:rPr>
        <w:t>нефилат апаим</w:t>
      </w:r>
      <w:r>
        <w:rPr>
          <w:rFonts w:ascii="Georgia" w:hAnsi="Georgia"/>
          <w:b w:val="0"/>
          <w:i w:val="0"/>
          <w:color w:val="000000"/>
          <w:sz w:val="24"/>
        </w:rPr>
        <w:t>); направь намерение на все это.</w:t>
      </w:r>
    </w:p>
    <w:p>
      <w:pPr>
        <w:spacing w:before="40" w:after="120"/>
        <w:jc w:val="both"/>
      </w:pPr>
      <w:r>
        <w:rPr>
          <w:rFonts w:ascii="Georgia" w:hAnsi="Georgia"/>
          <w:b w:val="0"/>
          <w:i w:val="0"/>
          <w:color w:val="000000"/>
          <w:sz w:val="24"/>
        </w:rPr>
        <w:t xml:space="preserve">Второе единение: </w:t>
      </w:r>
      <w:r>
        <w:rPr>
          <w:rFonts w:ascii="Georgia" w:hAnsi="Georgia" w:cs="Times New Roman"/>
          <w:b/>
          <w:i w:val="0"/>
          <w:color w:val="000000"/>
          <w:sz w:val="24"/>
          <w:rtl/>
          <w:szCs w:val="32"/>
        </w:rPr>
        <w:t>יַהָוַהָ יַוַדַ הַהַ וַוַ הָהָ יַהַוֵהֶ יַדַיִוַדַיִ</w:t>
      </w:r>
      <w:r>
        <w:rPr>
          <w:rFonts w:ascii="Georgia" w:hAnsi="Georgia"/>
          <w:b w:val="0"/>
          <w:i w:val="0"/>
          <w:color w:val="000000"/>
          <w:sz w:val="24"/>
        </w:rPr>
        <w:t xml:space="preserve"> — МАД (44); </w:t>
      </w:r>
      <w:r>
        <w:rPr>
          <w:rFonts w:ascii="Georgia" w:hAnsi="Georgia" w:cs="Times New Roman"/>
          <w:b/>
          <w:i w:val="0"/>
          <w:color w:val="000000"/>
          <w:sz w:val="24"/>
          <w:rtl/>
          <w:szCs w:val="32"/>
        </w:rPr>
        <w:t>יַוַדַ דַיַדַיַ וַוִ דִיִדִיִ</w:t>
      </w:r>
      <w:r>
        <w:rPr>
          <w:rFonts w:ascii="Georgia" w:hAnsi="Georgia"/>
          <w:b w:val="0"/>
          <w:i w:val="0"/>
          <w:color w:val="000000"/>
          <w:sz w:val="24"/>
        </w:rPr>
        <w:t xml:space="preserve"> — 88 (</w:t>
      </w:r>
      <w:r>
        <w:rPr>
          <w:rFonts w:ascii="Georgia" w:hAnsi="Georgia" w:cs="Times New Roman"/>
          <w:b/>
          <w:i w:val="0"/>
          <w:color w:val="000000"/>
          <w:sz w:val="24"/>
          <w:rtl/>
          <w:szCs w:val="32"/>
        </w:rPr>
        <w:t>פ״ח</w:t>
      </w:r>
      <w:r>
        <w:rPr>
          <w:rFonts w:ascii="Georgia" w:hAnsi="Georgia"/>
          <w:b w:val="0"/>
          <w:i w:val="0"/>
          <w:color w:val="000000"/>
          <w:sz w:val="24"/>
        </w:rPr>
        <w:t xml:space="preserve">); </w:t>
      </w:r>
      <w:r>
        <w:rPr>
          <w:rFonts w:ascii="Georgia" w:hAnsi="Georgia" w:cs="Times New Roman"/>
          <w:b/>
          <w:i w:val="0"/>
          <w:color w:val="000000"/>
          <w:sz w:val="24"/>
          <w:rtl/>
          <w:szCs w:val="32"/>
        </w:rPr>
        <w:t>יִוִוַוַדַ יַוַדַיַ</w:t>
      </w:r>
      <w:r>
        <w:rPr>
          <w:rFonts w:ascii="Georgia" w:hAnsi="Georgia"/>
          <w:b w:val="0"/>
          <w:i w:val="0"/>
          <w:color w:val="000000"/>
          <w:sz w:val="24"/>
        </w:rPr>
        <w:t xml:space="preserve"> — САГ [Говорит Шмуэль: с колелем (</w:t>
      </w:r>
      <w:r>
        <w:rPr>
          <w:rFonts w:ascii="Georgia" w:hAnsi="Georgia"/>
          <w:b w:val="0"/>
          <w:i/>
          <w:color w:val="000000"/>
          <w:sz w:val="24"/>
        </w:rPr>
        <w:t>им а-колель</w:t>
      </w:r>
      <w:r>
        <w:rPr>
          <w:rFonts w:ascii="Georgia" w:hAnsi="Georgia"/>
          <w:b w:val="0"/>
          <w:i w:val="0"/>
          <w:color w:val="000000"/>
          <w:sz w:val="24"/>
        </w:rPr>
        <w:t xml:space="preserve">) это САГ]; </w:t>
      </w:r>
      <w:r>
        <w:rPr>
          <w:rFonts w:ascii="Georgia" w:hAnsi="Georgia" w:cs="Times New Roman"/>
          <w:b/>
          <w:i w:val="0"/>
          <w:color w:val="000000"/>
          <w:sz w:val="24"/>
          <w:rtl/>
          <w:szCs w:val="32"/>
        </w:rPr>
        <w:t>יִוִדִ הִהִ וִוֵֹ הֶהַ יַוִוִוִ וִדִ דִיִדַיַ וַוַ דַיַדי</w:t>
      </w:r>
      <w:r>
        <w:rPr>
          <w:rFonts w:ascii="Georgia" w:hAnsi="Georgia"/>
          <w:b w:val="0"/>
          <w:i w:val="0"/>
          <w:color w:val="000000"/>
          <w:sz w:val="24"/>
        </w:rPr>
        <w:t xml:space="preserve"> — 116 (</w:t>
      </w:r>
      <w:r>
        <w:rPr>
          <w:rFonts w:ascii="Georgia" w:hAnsi="Georgia" w:cs="Times New Roman"/>
          <w:b/>
          <w:i w:val="0"/>
          <w:color w:val="000000"/>
          <w:sz w:val="24"/>
          <w:rtl/>
          <w:szCs w:val="32"/>
        </w:rPr>
        <w:t>קי״ו</w:t>
      </w:r>
      <w:r>
        <w:rPr>
          <w:rFonts w:ascii="Georgia" w:hAnsi="Georgia"/>
          <w:b w:val="0"/>
          <w:i w:val="0"/>
          <w:color w:val="000000"/>
          <w:sz w:val="24"/>
        </w:rPr>
        <w:t>) [Говорит Шмуэль: это число составляет лишь 106 (</w:t>
      </w:r>
      <w:r>
        <w:rPr>
          <w:rFonts w:ascii="Georgia" w:hAnsi="Georgia" w:cs="Times New Roman"/>
          <w:b/>
          <w:i w:val="0"/>
          <w:color w:val="000000"/>
          <w:sz w:val="24"/>
          <w:rtl/>
          <w:szCs w:val="32"/>
        </w:rPr>
        <w:t>ק״ו</w:t>
      </w:r>
      <w:r>
        <w:rPr>
          <w:rFonts w:ascii="Georgia" w:hAnsi="Georgia"/>
          <w:b w:val="0"/>
          <w:i w:val="0"/>
          <w:color w:val="000000"/>
          <w:sz w:val="24"/>
        </w:rPr>
        <w:t>); возможно, пропущена одна буква йод [что дает 116], либо огласовки составляют 116].</w:t>
      </w:r>
    </w:p>
    <w:p>
      <w:pPr>
        <w:spacing w:before="40" w:after="120"/>
        <w:jc w:val="both"/>
      </w:pPr>
      <w:r>
        <w:rPr>
          <w:rFonts w:ascii="Georgia" w:hAnsi="Georgia"/>
          <w:b w:val="0"/>
          <w:i w:val="0"/>
          <w:color w:val="000000"/>
          <w:sz w:val="24"/>
        </w:rPr>
        <w:t xml:space="preserve">Третье единение: два первых Имени — это начертания [Имен] ЭЙЕ и АДОНАЙ: </w:t>
      </w:r>
      <w:r>
        <w:rPr>
          <w:rFonts w:ascii="Georgia" w:hAnsi="Georgia" w:cs="Times New Roman"/>
          <w:b/>
          <w:i w:val="0"/>
          <w:color w:val="000000"/>
          <w:sz w:val="24"/>
          <w:rtl/>
          <w:szCs w:val="32"/>
        </w:rPr>
        <w:t>יוי די ידי יוי די ני</w:t>
      </w:r>
      <w:r>
        <w:rPr>
          <w:rFonts w:ascii="Georgia" w:hAnsi="Georgia"/>
          <w:b w:val="0"/>
          <w:i w:val="0"/>
          <w:color w:val="000000"/>
          <w:sz w:val="24"/>
        </w:rPr>
        <w:t xml:space="preserve">.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и его наполнение: </w:t>
      </w:r>
      <w:r>
        <w:rPr>
          <w:rFonts w:ascii="Georgia" w:hAnsi="Georgia" w:cs="Times New Roman"/>
          <w:b/>
          <w:i w:val="0"/>
          <w:color w:val="000000"/>
          <w:sz w:val="24"/>
          <w:rtl/>
          <w:szCs w:val="32"/>
        </w:rPr>
        <w:t>ודי או״י</w:t>
      </w:r>
      <w:r>
        <w:rPr>
          <w:rFonts w:ascii="Georgia" w:hAnsi="Georgia"/>
          <w:b w:val="0"/>
          <w:i w:val="0"/>
          <w:color w:val="000000"/>
          <w:sz w:val="24"/>
        </w:rPr>
        <w:t xml:space="preserve">;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w:t>
      </w:r>
      <w:r>
        <w:rPr>
          <w:rFonts w:ascii="Georgia" w:hAnsi="Georgia" w:cs="Times New Roman"/>
          <w:b/>
          <w:i w:val="0"/>
          <w:color w:val="000000"/>
          <w:sz w:val="24"/>
          <w:rtl/>
          <w:szCs w:val="32"/>
        </w:rPr>
        <w:t>יוד הי וו הי</w:t>
      </w:r>
      <w:r>
        <w:rPr>
          <w:rFonts w:ascii="Georgia" w:hAnsi="Georgia"/>
          <w:b w:val="0"/>
          <w:i w:val="0"/>
          <w:color w:val="000000"/>
          <w:sz w:val="24"/>
        </w:rPr>
        <w:t xml:space="preserve"> — в виде квадрата: </w:t>
      </w:r>
      <w:r>
        <w:rPr>
          <w:rFonts w:ascii="Georgia" w:hAnsi="Georgia" w:cs="Times New Roman"/>
          <w:b/>
          <w:i w:val="0"/>
          <w:color w:val="000000"/>
          <w:sz w:val="24"/>
          <w:rtl/>
          <w:szCs w:val="32"/>
        </w:rPr>
        <w:t>יויא יויא דדח דיה דיה היה הי עיניע אחהע אחהע ידי יני אחהע</w:t>
      </w:r>
      <w:r>
        <w:rPr>
          <w:rFonts w:ascii="Georgia" w:hAnsi="Georgia"/>
          <w:b w:val="0"/>
          <w:i w:val="0"/>
          <w:color w:val="000000"/>
          <w:sz w:val="24"/>
        </w:rPr>
        <w:t xml:space="preserve"> — сплетения воедино: </w:t>
      </w:r>
      <w:r>
        <w:rPr>
          <w:rFonts w:ascii="Georgia" w:hAnsi="Georgia" w:cs="Times New Roman"/>
          <w:b/>
          <w:i w:val="0"/>
          <w:color w:val="000000"/>
          <w:sz w:val="24"/>
          <w:rtl/>
          <w:szCs w:val="32"/>
        </w:rPr>
        <w:t>יוד א יוד הי ח יוד הי וו ה יוד הי וו הי ע</w:t>
      </w:r>
      <w:r>
        <w:rPr>
          <w:rFonts w:ascii="Georgia" w:hAnsi="Georgia"/>
          <w:b w:val="0"/>
          <w:i w:val="0"/>
          <w:color w:val="000000"/>
          <w:sz w:val="24"/>
        </w:rPr>
        <w:t>.</w:t>
      </w:r>
    </w:p>
    <w:p>
      <w:pPr>
        <w:keepNext/>
        <w:spacing w:before="320" w:after="120"/>
      </w:pPr>
      <w:r>
        <w:rPr>
          <w:rFonts w:ascii="Georgia" w:hAnsi="Georgia"/>
          <w:b w:val="0"/>
          <w:i w:val="0"/>
          <w:color w:val="000000"/>
          <w:sz w:val="32"/>
        </w:rPr>
        <w:t>Ихуд 21</w:t>
      </w:r>
    </w:p>
    <w:p>
      <w:pPr>
        <w:spacing w:before="40" w:after="120"/>
        <w:jc w:val="both"/>
      </w:pPr>
      <w:r>
        <w:rPr>
          <w:rFonts w:ascii="Georgia" w:hAnsi="Georgia"/>
          <w:b w:val="0"/>
          <w:i w:val="0"/>
          <w:color w:val="000000"/>
          <w:sz w:val="24"/>
        </w:rPr>
        <w:t xml:space="preserve">Он включает в себя три прекрасных ихудим (единения), и с ними связаны шесть весьма действенных каванот (намерений). Говорит пишущий: вот ихудим, на которые человеку следует постоянно направлять намерение. Хорошо человеку всегда мысленно представлять буквы Имени АВАЯ перед своими глазами в их [точном] начертании; это пробуждает в сердце человека трепет пред Ним, да будет Он благословен, а также очищает душу. И об этом сказал Давид, мир ему: </w:t>
      </w:r>
      <w:r>
        <w:rPr>
          <w:rFonts w:ascii="Georgia" w:hAnsi="Georgia"/>
          <w:b w:val="0"/>
          <w:i/>
          <w:color w:val="000000"/>
          <w:sz w:val="24"/>
        </w:rPr>
        <w:t>«Всегда представляю Г-спода пред собою: так как Он по правую руку от меня, не поколеблюсь»</w:t>
      </w:r>
      <w:r>
        <w:rPr>
          <w:rFonts w:ascii="Georgia" w:hAnsi="Georgia"/>
          <w:b w:val="0"/>
          <w:i w:val="0"/>
          <w:color w:val="000000"/>
          <w:sz w:val="24"/>
        </w:rPr>
        <w:t xml:space="preserve"> (Теилим 16:8).</w:t>
      </w:r>
    </w:p>
    <w:p>
      <w:pPr>
        <w:spacing w:before="40" w:after="120"/>
        <w:jc w:val="both"/>
      </w:pPr>
      <w:r>
        <w:rPr>
          <w:rFonts w:ascii="Georgia" w:hAnsi="Georgia"/>
          <w:b w:val="0"/>
          <w:i w:val="0"/>
          <w:color w:val="000000"/>
          <w:sz w:val="24"/>
        </w:rPr>
        <w:t>Человеку следует всегда направлять намерение на то, как он сотворен и создан по образу ЭЛОКИМ. Суть здесь в том, что в нижнем человеке есть внутреннее и внешнее, и точно так же — в Человеке Высшем. Внутреннее — это свет разума (мохин), а внешнее — плоть человека. И вот в свойстве мохин, распространяющихся по всему телу, как известно, намеком содержится образ АВАЯ. Каким образом? Две буквы, йод и хэй (</w:t>
      </w:r>
      <w:r>
        <w:rPr>
          <w:rFonts w:ascii="Georgia" w:hAnsi="Georgia" w:cs="Times New Roman"/>
          <w:b/>
          <w:i w:val="0"/>
          <w:color w:val="000000"/>
          <w:sz w:val="24"/>
          <w:rtl/>
          <w:szCs w:val="32"/>
        </w:rPr>
        <w:t>יה</w:t>
      </w:r>
      <w:r>
        <w:rPr>
          <w:rFonts w:ascii="Georgia" w:hAnsi="Georgia"/>
          <w:b w:val="0"/>
          <w:i w:val="0"/>
          <w:color w:val="000000"/>
          <w:sz w:val="24"/>
        </w:rPr>
        <w:t>), — это два мохин, Хохма и Бина (ХУБ), пребывающие в голове человека; буква вав (</w:t>
      </w:r>
      <w:r>
        <w:rPr>
          <w:rFonts w:ascii="Georgia" w:hAnsi="Georgia" w:cs="Times New Roman"/>
          <w:b/>
          <w:i w:val="0"/>
          <w:color w:val="000000"/>
          <w:sz w:val="24"/>
          <w:rtl/>
          <w:szCs w:val="32"/>
        </w:rPr>
        <w:t>ו</w:t>
      </w:r>
      <w:r>
        <w:rPr>
          <w:rFonts w:ascii="Georgia" w:hAnsi="Georgia"/>
          <w:b w:val="0"/>
          <w:i w:val="0"/>
          <w:color w:val="000000"/>
          <w:sz w:val="24"/>
        </w:rPr>
        <w:t>) — это тело человека и распространение в нем мохин; последняя же буква хэй (</w:t>
      </w:r>
      <w:r>
        <w:rPr>
          <w:rFonts w:ascii="Georgia" w:hAnsi="Georgia" w:cs="Times New Roman"/>
          <w:b/>
          <w:i w:val="0"/>
          <w:color w:val="000000"/>
          <w:sz w:val="24"/>
          <w:rtl/>
          <w:szCs w:val="32"/>
        </w:rPr>
        <w:t>ה</w:t>
      </w:r>
      <w:r>
        <w:rPr>
          <w:rFonts w:ascii="Georgia" w:hAnsi="Georgia"/>
          <w:b w:val="0"/>
          <w:i w:val="0"/>
          <w:color w:val="000000"/>
          <w:sz w:val="24"/>
        </w:rPr>
        <w:t>) — это атерет в Есод, являющаяся женской парой человека. Однако во внешнем намеком содержится образ Имени ЭЛОКИМ. Я забыл, как именно это устроено, но, как мне представляется, дело обстоит так: буква алеф (</w:t>
      </w:r>
      <w:r>
        <w:rPr>
          <w:rFonts w:ascii="Georgia" w:hAnsi="Georgia" w:cs="Times New Roman"/>
          <w:b/>
          <w:i w:val="0"/>
          <w:color w:val="000000"/>
          <w:sz w:val="24"/>
          <w:rtl/>
          <w:szCs w:val="32"/>
        </w:rPr>
        <w:t>א</w:t>
      </w:r>
      <w:r>
        <w:rPr>
          <w:rFonts w:ascii="Georgia" w:hAnsi="Georgia"/>
          <w:b w:val="0"/>
          <w:i w:val="0"/>
          <w:color w:val="000000"/>
          <w:sz w:val="24"/>
        </w:rPr>
        <w:t>) — в Кетере человека, то есть в его Гальгальте; а буквы ламэд и хэй (</w:t>
      </w:r>
      <w:r>
        <w:rPr>
          <w:rFonts w:ascii="Georgia" w:hAnsi="Georgia" w:cs="Times New Roman"/>
          <w:b/>
          <w:i w:val="0"/>
          <w:color w:val="000000"/>
          <w:sz w:val="24"/>
          <w:rtl/>
          <w:szCs w:val="32"/>
        </w:rPr>
        <w:t>לה</w:t>
      </w:r>
      <w:r>
        <w:rPr>
          <w:rFonts w:ascii="Georgia" w:hAnsi="Georgia"/>
          <w:b w:val="0"/>
          <w:i w:val="0"/>
          <w:color w:val="000000"/>
          <w:sz w:val="24"/>
        </w:rPr>
        <w:t>) — это два отверстия Гальгальты, служащие вместилищами для мохин.</w:t>
      </w:r>
    </w:p>
    <w:p>
      <w:pPr>
        <w:spacing w:before="40" w:after="120"/>
        <w:jc w:val="both"/>
      </w:pPr>
      <w:r>
        <w:rPr>
          <w:rFonts w:ascii="Georgia" w:hAnsi="Georgia"/>
          <w:b w:val="0"/>
          <w:i w:val="0"/>
          <w:color w:val="000000"/>
          <w:sz w:val="24"/>
        </w:rPr>
        <w:t>Но то, что представляется мне несомненно более истинным, — следующее: буква алеф (</w:t>
      </w:r>
      <w:r>
        <w:rPr>
          <w:rFonts w:ascii="Georgia" w:hAnsi="Georgia" w:cs="Times New Roman"/>
          <w:b/>
          <w:i w:val="0"/>
          <w:color w:val="000000"/>
          <w:sz w:val="24"/>
          <w:rtl/>
          <w:szCs w:val="32"/>
        </w:rPr>
        <w:t>א</w:t>
      </w:r>
      <w:r>
        <w:rPr>
          <w:rFonts w:ascii="Georgia" w:hAnsi="Georgia"/>
          <w:b w:val="0"/>
          <w:i w:val="0"/>
          <w:color w:val="000000"/>
          <w:sz w:val="24"/>
        </w:rPr>
        <w:t>) — это Гальгальта, то есть Кетер; буква ламэд (</w:t>
      </w:r>
      <w:r>
        <w:rPr>
          <w:rFonts w:ascii="Georgia" w:hAnsi="Georgia" w:cs="Times New Roman"/>
          <w:b/>
          <w:i w:val="0"/>
          <w:color w:val="000000"/>
          <w:sz w:val="24"/>
          <w:rtl/>
          <w:szCs w:val="32"/>
        </w:rPr>
        <w:t>ל</w:t>
      </w:r>
      <w:r>
        <w:rPr>
          <w:rFonts w:ascii="Georgia" w:hAnsi="Georgia"/>
          <w:b w:val="0"/>
          <w:i w:val="0"/>
          <w:color w:val="000000"/>
          <w:sz w:val="24"/>
        </w:rPr>
        <w:t>) — это вместилище трех мохин, ХАБАД; буква хэй (</w:t>
      </w:r>
      <w:r>
        <w:rPr>
          <w:rFonts w:ascii="Georgia" w:hAnsi="Georgia" w:cs="Times New Roman"/>
          <w:b/>
          <w:i w:val="0"/>
          <w:color w:val="000000"/>
          <w:sz w:val="24"/>
          <w:rtl/>
          <w:szCs w:val="32"/>
        </w:rPr>
        <w:t>ה</w:t>
      </w:r>
      <w:r>
        <w:rPr>
          <w:rFonts w:ascii="Georgia" w:hAnsi="Georgia"/>
          <w:b w:val="0"/>
          <w:i w:val="0"/>
          <w:color w:val="000000"/>
          <w:sz w:val="24"/>
        </w:rPr>
        <w:t>) — это пять краев в нем, от Хеседа до Хода; буква йод (</w:t>
      </w:r>
      <w:r>
        <w:rPr>
          <w:rFonts w:ascii="Georgia" w:hAnsi="Georgia" w:cs="Times New Roman"/>
          <w:b/>
          <w:i w:val="0"/>
          <w:color w:val="000000"/>
          <w:sz w:val="24"/>
          <w:rtl/>
          <w:szCs w:val="32"/>
        </w:rPr>
        <w:t>י</w:t>
      </w:r>
      <w:r>
        <w:rPr>
          <w:rFonts w:ascii="Georgia" w:hAnsi="Georgia"/>
          <w:b w:val="0"/>
          <w:i w:val="0"/>
          <w:color w:val="000000"/>
          <w:sz w:val="24"/>
        </w:rPr>
        <w:t>) — это йод де-Есод; а буква мэм софит (</w:t>
      </w:r>
      <w:r>
        <w:rPr>
          <w:rFonts w:ascii="Georgia" w:hAnsi="Georgia" w:cs="Times New Roman"/>
          <w:b/>
          <w:i w:val="0"/>
          <w:color w:val="000000"/>
          <w:sz w:val="24"/>
          <w:rtl/>
          <w:szCs w:val="32"/>
        </w:rPr>
        <w:t>ם</w:t>
      </w:r>
      <w:r>
        <w:rPr>
          <w:rFonts w:ascii="Georgia" w:hAnsi="Georgia"/>
          <w:b w:val="0"/>
          <w:i w:val="0"/>
          <w:color w:val="000000"/>
          <w:sz w:val="24"/>
        </w:rPr>
        <w:t xml:space="preserve">) — это Малхут в нем, то есть атерет в Есод, или же женщина, его пара. И в этом тайна стиха: </w:t>
      </w:r>
      <w:r>
        <w:rPr>
          <w:rFonts w:ascii="Georgia" w:hAnsi="Georgia"/>
          <w:b w:val="0"/>
          <w:i/>
          <w:color w:val="000000"/>
          <w:sz w:val="24"/>
        </w:rPr>
        <w:t>«И сотворил Б-г человека по образу Своему, по образу Б-жьему [сотворил его]…»</w:t>
      </w:r>
      <w:r>
        <w:rPr>
          <w:rFonts w:ascii="Georgia" w:hAnsi="Georgia"/>
          <w:b w:val="0"/>
          <w:i w:val="0"/>
          <w:color w:val="000000"/>
          <w:sz w:val="24"/>
        </w:rPr>
        <w:t xml:space="preserve"> (Берешит 1:27). Вот два образа: один — образ АВАЯ, и это [слова] «по образу Своему» — в образе [буквы] вав (</w:t>
      </w:r>
      <w:r>
        <w:rPr>
          <w:rFonts w:ascii="Georgia" w:hAnsi="Georgia" w:cs="Times New Roman"/>
          <w:b/>
          <w:i w:val="0"/>
          <w:color w:val="000000"/>
          <w:sz w:val="24"/>
          <w:rtl/>
          <w:szCs w:val="32"/>
        </w:rPr>
        <w:t>ו</w:t>
      </w:r>
      <w:r>
        <w:rPr>
          <w:rFonts w:ascii="Georgia" w:hAnsi="Georgia"/>
          <w:b w:val="0"/>
          <w:i w:val="0"/>
          <w:color w:val="000000"/>
          <w:sz w:val="24"/>
        </w:rPr>
        <w:t>), которая есть АВАЯ де-ЗА, а второй — «по образу Б-жьему» (в образе ЭЛОКИМ).</w:t>
      </w:r>
    </w:p>
    <w:p>
      <w:pPr>
        <w:spacing w:before="40" w:after="120"/>
        <w:jc w:val="both"/>
      </w:pPr>
      <w:r>
        <w:rPr>
          <w:rFonts w:ascii="Georgia" w:hAnsi="Georgia"/>
          <w:b w:val="0"/>
          <w:i w:val="0"/>
          <w:color w:val="000000"/>
          <w:sz w:val="24"/>
        </w:rPr>
        <w:t xml:space="preserve">Человеку следует всегда направлять намерение и представлять себя так, словно он — пристанище и престол для святого [мира] Ацилут. Ведь написано: </w:t>
      </w:r>
      <w:r>
        <w:rPr>
          <w:rFonts w:ascii="Georgia" w:hAnsi="Georgia"/>
          <w:b w:val="0"/>
          <w:i/>
          <w:color w:val="000000"/>
          <w:sz w:val="24"/>
        </w:rPr>
        <w:t>«И сотворил Б-г человека по образу Своему…»</w:t>
      </w:r>
      <w:r>
        <w:rPr>
          <w:rFonts w:ascii="Georgia" w:hAnsi="Georgia"/>
          <w:b w:val="0"/>
          <w:i w:val="0"/>
          <w:color w:val="000000"/>
          <w:sz w:val="24"/>
        </w:rPr>
        <w:t xml:space="preserve"> (Берешит 1:27), и написано: </w:t>
      </w:r>
      <w:r>
        <w:rPr>
          <w:rFonts w:ascii="Georgia" w:hAnsi="Georgia"/>
          <w:b w:val="0"/>
          <w:i/>
          <w:color w:val="000000"/>
          <w:sz w:val="24"/>
        </w:rPr>
        <w:t>«Ибо по образу Б-жьему создал Он человека»</w:t>
      </w:r>
      <w:r>
        <w:rPr>
          <w:rFonts w:ascii="Georgia" w:hAnsi="Georgia"/>
          <w:b w:val="0"/>
          <w:i w:val="0"/>
          <w:color w:val="000000"/>
          <w:sz w:val="24"/>
        </w:rPr>
        <w:t xml:space="preserve"> (Берешит 9:6). И в особенности во время молитвы человеку тем более подобает и необходимо сосредоточиваться на этом: благодаря этому ему смогут ответить с Небес и молитва его будет принята, поскольку этой каваной он сможет связать все миры тем, что на него опустится и пребудет высшая святость. И вот на что следует направить намерение: человеку нужно помыслить приготовить свою голову, чтобы она стала престолом для Имени АВАЯ, полностью огласованного камацем; мозг Хохмы в нем — для Имени АВАЯ с огласовкой патах; мозг Бины в нем — для АВАЯ с огласовкой цере; правую руку — для АВАЯ с огласовкой сеголь; левую руку — для АВАЯ с огласовкой шва; а тело — для АВАЯ с огласовкой холам; правое бедро — для АВАЯ с огласовкой хирик; левое бедро — для АВАЯ с огласовкой кубуц; свой Есод — для АВАЯ с огласовкой шурук в букве вав (</w:t>
      </w:r>
      <w:r>
        <w:rPr>
          <w:rFonts w:ascii="Georgia" w:hAnsi="Georgia" w:cs="Times New Roman"/>
          <w:b/>
          <w:i w:val="0"/>
          <w:color w:val="000000"/>
          <w:sz w:val="24"/>
          <w:rtl/>
          <w:szCs w:val="32"/>
        </w:rPr>
        <w:t>ו</w:t>
      </w:r>
      <w:r>
        <w:rPr>
          <w:rFonts w:ascii="Georgia" w:hAnsi="Georgia"/>
          <w:b w:val="0"/>
          <w:i w:val="0"/>
          <w:color w:val="000000"/>
          <w:sz w:val="24"/>
        </w:rPr>
        <w:t xml:space="preserve">); а атерет в нем — для АВАЯ без огласовки, как упомянуто в Тиккуне 70. И пусть направит намерение на то, что его ухо (озэн) — это АВАЯ де-САГ без последней буквы хэй, в таком виде: </w:t>
      </w:r>
      <w:r>
        <w:rPr>
          <w:rFonts w:ascii="Georgia" w:hAnsi="Georgia" w:cs="Times New Roman"/>
          <w:b/>
          <w:i w:val="0"/>
          <w:color w:val="000000"/>
          <w:sz w:val="24"/>
          <w:rtl/>
          <w:szCs w:val="32"/>
        </w:rPr>
        <w:t>יו״ד ה״י וא״ו ה״ה</w:t>
      </w:r>
      <w:r>
        <w:rPr>
          <w:rFonts w:ascii="Georgia" w:hAnsi="Georgia"/>
          <w:b w:val="0"/>
          <w:i w:val="0"/>
          <w:color w:val="000000"/>
          <w:sz w:val="24"/>
        </w:rPr>
        <w:t xml:space="preserve">, как разъясняется у нас причина: последняя буква хэй опустилась до носа (хотэма), и это [наполнение] АВАЯ численно равно слову </w:t>
      </w:r>
      <w:r>
        <w:rPr>
          <w:rFonts w:ascii="Georgia" w:hAnsi="Georgia"/>
          <w:b w:val="0"/>
          <w:i/>
          <w:color w:val="000000"/>
          <w:sz w:val="24"/>
        </w:rPr>
        <w:t>озэн</w:t>
      </w:r>
      <w:r>
        <w:rPr>
          <w:rFonts w:ascii="Georgia" w:hAnsi="Georgia"/>
          <w:b w:val="0"/>
          <w:i w:val="0"/>
          <w:color w:val="000000"/>
          <w:sz w:val="24"/>
        </w:rPr>
        <w:t xml:space="preserve"> — «ухо» (</w:t>
      </w:r>
      <w:r>
        <w:rPr>
          <w:rFonts w:ascii="Georgia" w:hAnsi="Georgia" w:cs="Times New Roman"/>
          <w:b/>
          <w:i w:val="0"/>
          <w:color w:val="000000"/>
          <w:sz w:val="24"/>
          <w:rtl/>
          <w:szCs w:val="32"/>
        </w:rPr>
        <w:t>אֹזֶן</w:t>
      </w:r>
      <w:r>
        <w:rPr>
          <w:rFonts w:ascii="Georgia" w:hAnsi="Georgia"/>
          <w:b w:val="0"/>
          <w:i w:val="0"/>
          <w:color w:val="000000"/>
          <w:sz w:val="24"/>
        </w:rPr>
        <w:t xml:space="preserve"> = 58). Благодаря этой каване он, быть может, удостоится услышать в своей молитве некую святость свыше. В своем носу пусть сосредоточится на АВАЯ де-САГ (63), ведь такова гематрия слова </w:t>
      </w:r>
      <w:r>
        <w:rPr>
          <w:rFonts w:ascii="Georgia" w:hAnsi="Georgia"/>
          <w:b w:val="0"/>
          <w:i/>
          <w:color w:val="000000"/>
          <w:sz w:val="24"/>
        </w:rPr>
        <w:t>хотэм</w:t>
      </w:r>
      <w:r>
        <w:rPr>
          <w:rFonts w:ascii="Georgia" w:hAnsi="Georgia"/>
          <w:b w:val="0"/>
          <w:i w:val="0"/>
          <w:color w:val="000000"/>
          <w:sz w:val="24"/>
        </w:rPr>
        <w:t xml:space="preserve"> — «нос» (</w:t>
      </w:r>
      <w:r>
        <w:rPr>
          <w:rFonts w:ascii="Georgia" w:hAnsi="Georgia" w:cs="Times New Roman"/>
          <w:b/>
          <w:i w:val="0"/>
          <w:color w:val="000000"/>
          <w:sz w:val="24"/>
          <w:rtl/>
          <w:szCs w:val="32"/>
        </w:rPr>
        <w:t>חוֹטֶם</w:t>
      </w:r>
      <w:r>
        <w:rPr>
          <w:rFonts w:ascii="Georgia" w:hAnsi="Georgia"/>
          <w:b w:val="0"/>
          <w:i w:val="0"/>
          <w:color w:val="000000"/>
          <w:sz w:val="24"/>
        </w:rPr>
        <w:t xml:space="preserve"> = 63), как разъяснен его смысл у нас, и, быть может, он удостоится обонять святое благоухание. А во рту (пэ) пусть направит намерение на АВАЯ де-САГ и на двадцать две буквы (</w:t>
      </w:r>
      <w:r>
        <w:rPr>
          <w:rFonts w:ascii="Georgia" w:hAnsi="Georgia" w:cs="Times New Roman"/>
          <w:b/>
          <w:i w:val="0"/>
          <w:color w:val="000000"/>
          <w:sz w:val="24"/>
          <w:rtl/>
          <w:szCs w:val="32"/>
        </w:rPr>
        <w:t>כ״ב</w:t>
      </w:r>
      <w:r>
        <w:rPr>
          <w:rFonts w:ascii="Georgia" w:hAnsi="Georgia"/>
          <w:b w:val="0"/>
          <w:i w:val="0"/>
          <w:color w:val="000000"/>
          <w:sz w:val="24"/>
        </w:rPr>
        <w:t xml:space="preserve"> = 22), выходящие из пяти органов речи, что в сумме составляет числовое значение слова </w:t>
      </w:r>
      <w:r>
        <w:rPr>
          <w:rFonts w:ascii="Georgia" w:hAnsi="Georgia"/>
          <w:b w:val="0"/>
          <w:i/>
          <w:color w:val="000000"/>
          <w:sz w:val="24"/>
        </w:rPr>
        <w:t>пэ</w:t>
      </w:r>
      <w:r>
        <w:rPr>
          <w:rFonts w:ascii="Georgia" w:hAnsi="Georgia"/>
          <w:b w:val="0"/>
          <w:i w:val="0"/>
          <w:color w:val="000000"/>
          <w:sz w:val="24"/>
        </w:rPr>
        <w:t xml:space="preserve"> — «рот» (</w:t>
      </w:r>
      <w:r>
        <w:rPr>
          <w:rFonts w:ascii="Georgia" w:hAnsi="Georgia" w:cs="Times New Roman"/>
          <w:b/>
          <w:i w:val="0"/>
          <w:color w:val="000000"/>
          <w:sz w:val="24"/>
          <w:rtl/>
          <w:szCs w:val="32"/>
        </w:rPr>
        <w:t>פֶּה</w:t>
      </w:r>
      <w:r>
        <w:rPr>
          <w:rFonts w:ascii="Georgia" w:hAnsi="Georgia"/>
          <w:b w:val="0"/>
          <w:i w:val="0"/>
          <w:color w:val="000000"/>
          <w:sz w:val="24"/>
        </w:rPr>
        <w:t xml:space="preserve"> = 85); и, быть может, во время молитвы он удостоится сказанного Давидом, мир ему: </w:t>
      </w:r>
      <w:r>
        <w:rPr>
          <w:rFonts w:ascii="Georgia" w:hAnsi="Georgia"/>
          <w:b w:val="0"/>
          <w:i/>
          <w:color w:val="000000"/>
          <w:sz w:val="24"/>
        </w:rPr>
        <w:t>«Дух Г-спода говорит во мне, и слово Его на языке моем»</w:t>
      </w:r>
      <w:r>
        <w:rPr>
          <w:rFonts w:ascii="Georgia" w:hAnsi="Georgia"/>
          <w:b w:val="0"/>
          <w:i w:val="0"/>
          <w:color w:val="000000"/>
          <w:sz w:val="24"/>
        </w:rPr>
        <w:t xml:space="preserve"> (Шмуэль II 23:2). Что же касается его глаз (эйнаим): если он находится в мире Асия — то есть во время чтения порядка жертвоприношений, — пусть сосредоточится на пяти Именах АВАЯ, которые в простом виде составляют числовое значение слова </w:t>
      </w:r>
      <w:r>
        <w:rPr>
          <w:rFonts w:ascii="Georgia" w:hAnsi="Georgia"/>
          <w:b w:val="0"/>
          <w:i/>
          <w:color w:val="000000"/>
          <w:sz w:val="24"/>
        </w:rPr>
        <w:t>айн</w:t>
      </w:r>
      <w:r>
        <w:rPr>
          <w:rFonts w:ascii="Georgia" w:hAnsi="Georgia"/>
          <w:b w:val="0"/>
          <w:i w:val="0"/>
          <w:color w:val="000000"/>
          <w:sz w:val="24"/>
        </w:rPr>
        <w:t xml:space="preserve"> — «глаз» (</w:t>
      </w:r>
      <w:r>
        <w:rPr>
          <w:rFonts w:ascii="Georgia" w:hAnsi="Georgia" w:cs="Times New Roman"/>
          <w:b/>
          <w:i w:val="0"/>
          <w:color w:val="000000"/>
          <w:sz w:val="24"/>
          <w:rtl/>
          <w:szCs w:val="32"/>
        </w:rPr>
        <w:t>עַיִן</w:t>
      </w:r>
      <w:r>
        <w:rPr>
          <w:rFonts w:ascii="Georgia" w:hAnsi="Georgia"/>
          <w:b w:val="0"/>
          <w:i w:val="0"/>
          <w:color w:val="000000"/>
          <w:sz w:val="24"/>
        </w:rPr>
        <w:t xml:space="preserve"> = 130).</w:t>
      </w:r>
    </w:p>
    <w:p>
      <w:pPr>
        <w:spacing w:before="40" w:after="120"/>
        <w:jc w:val="both"/>
      </w:pPr>
      <w:r>
        <w:rPr>
          <w:rFonts w:ascii="Georgia" w:hAnsi="Georgia"/>
          <w:b w:val="0"/>
          <w:i w:val="0"/>
          <w:color w:val="000000"/>
          <w:sz w:val="24"/>
        </w:rPr>
        <w:t xml:space="preserve">Однако пусть имеет в виду, что они — с наполнением хэйин [БОН (52)]. Если же он находится в Ецира — то есть когда произносит порядок </w:t>
      </w:r>
      <w:r>
        <w:rPr>
          <w:rFonts w:ascii="Georgia" w:hAnsi="Georgia"/>
          <w:b w:val="0"/>
          <w:i/>
          <w:color w:val="000000"/>
          <w:sz w:val="24"/>
        </w:rPr>
        <w:t>змирот</w:t>
      </w:r>
      <w:r>
        <w:rPr>
          <w:rFonts w:ascii="Georgia" w:hAnsi="Georgia"/>
          <w:b w:val="0"/>
          <w:i w:val="0"/>
          <w:color w:val="000000"/>
          <w:sz w:val="24"/>
        </w:rPr>
        <w:t xml:space="preserve"> [начиная] с «Барух ше-амар», — пусть сосредоточится на пяти Именах АВАЯ, гематрия которых равна слову </w:t>
      </w:r>
      <w:r>
        <w:rPr>
          <w:rFonts w:ascii="Georgia" w:hAnsi="Georgia"/>
          <w:b w:val="0"/>
          <w:i/>
          <w:color w:val="000000"/>
          <w:sz w:val="24"/>
        </w:rPr>
        <w:t>айн</w:t>
      </w:r>
      <w:r>
        <w:rPr>
          <w:rFonts w:ascii="Georgia" w:hAnsi="Georgia"/>
          <w:b w:val="0"/>
          <w:i w:val="0"/>
          <w:color w:val="000000"/>
          <w:sz w:val="24"/>
        </w:rPr>
        <w:t xml:space="preserve">, и направит намерение на то, что они — с наполнением алефин Имени МА (45). В [благословении] «Йоцер» пусть сосредоточится на пяти Именах АВАЯ де-САГ, а в молитве «Амида» — на пяти Именах АВАЯ де-АБ с наполнением йодин. И точно так же, если он идет по улице, пусть помнит, что две его ноги — это Нецах и Ход; а когда смотрит глазами на какой-либо предмет, пусть направляет намерение на то, что два его глаза — это Хохма и Бина (ХУБ). Подобным же образом пусть направляет намерение во всех своих частях и подготавливает себя так, словно он — престол для высшей святости. В этом тайна стиха: </w:t>
      </w:r>
      <w:r>
        <w:rPr>
          <w:rFonts w:ascii="Georgia" w:hAnsi="Georgia"/>
          <w:b w:val="0"/>
          <w:i/>
          <w:color w:val="000000"/>
          <w:sz w:val="24"/>
        </w:rPr>
        <w:t>«Во всех путях твоих познавай Его…»</w:t>
      </w:r>
      <w:r>
        <w:rPr>
          <w:rFonts w:ascii="Georgia" w:hAnsi="Georgia"/>
          <w:b w:val="0"/>
          <w:i w:val="0"/>
          <w:color w:val="000000"/>
          <w:sz w:val="24"/>
        </w:rPr>
        <w:t xml:space="preserve"> (Мишлей 3:6). И нет сомнения: если человек будет постоянно вести себя согласно этим каванот, он уподобится одному из служебных ангелов на небесах и постигнет всё, что пожелает, в особенности если он не станет прерываться, а будет мыслить в каждое мгновение, не отвлекая мысли. Всё зависит от силы его намерения и слияния с высшим, и да не отойдет это от глаз твоих. Чтобы очистить душу, озарить ее светом, придать ей силы и сияния для связи с высшей святостью наверху: ночью после полуночи, когда ты встаешь для изучения Торы, сначала сосредоточься на тех каванот, которые мы сейчас с Б-жьей помощью изложим, а затем занимайся Торой. После этого в каждый час и каждое мгновение также держи на них намерение: насколько ты приучишь себя сосредоточиваться на них, настолько приумножится сияние в твоей душе. И как хорошо и приятно, если они будут перед твоими глазами весь день напролет, ведь эти каванот исправляют душу (нешаму) и озаряют ее великим светом. Если пожелаешь совершать их все вместе — хорошо, а если захочешь сосредоточиваться лишь на одной из них — поступай по своему желанию, поскольку они не связаны друг с другом [неразрывно].</w:t>
      </w:r>
    </w:p>
    <w:p>
      <w:pPr>
        <w:spacing w:before="40" w:after="120"/>
        <w:jc w:val="both"/>
      </w:pPr>
      <w:r>
        <w:rPr>
          <w:rFonts w:ascii="Georgia" w:hAnsi="Georgia"/>
          <w:b w:val="0"/>
          <w:i w:val="0"/>
          <w:color w:val="000000"/>
          <w:sz w:val="24"/>
        </w:rPr>
        <w:t>Первое намерение: сосредоточься на АВАЯ де-АБ (72) с наполнением йодин, а затем — на ЭЙЕ с наполнением йодин вместе с ним. Затем сосредоточься на Имени САГ (63), а затем вместе с ним — также на ЭЙЕ с наполнением йодин. После этого сосредоточься на АВАЯ де-МА (45) с наполнением алефин, а затем — на ЭЙЕ с наполнением алефин вместе с ним. А затем сосредоточься на АВАЯ де-БОН (52) с наполнением хэйин, а затем — на ЭЙЕ с наполнением хэйин вместе с ним. Суть этого — соединение четырех [Имен] АВАЯ де-Аба с четырьмя [Именами] ЭЙЕ де-Има. Однако предпочтительнее, совершеннее и важнее всего сплести их между собой следующим образом: взять первую букву от АВАЯ де-АБ, а вслед за ней — первую букву от ЭЙЕ с наполнением йодин; затем вторую букву АВАЯ де-АБ, а следом — вторую букву ЭЙЕ с наполнением йодин; и так поступать, пока не переплетешь десять букв АВАЯ де-АБ с десятью буквами ЭЙЕ с наполнением йодин.</w:t>
      </w:r>
    </w:p>
    <w:p>
      <w:pPr>
        <w:spacing w:before="40" w:after="120"/>
        <w:jc w:val="both"/>
      </w:pPr>
      <w:r>
        <w:rPr>
          <w:rFonts w:ascii="Georgia" w:hAnsi="Georgia"/>
          <w:b w:val="0"/>
          <w:i w:val="0"/>
          <w:color w:val="000000"/>
          <w:sz w:val="24"/>
        </w:rPr>
        <w:t xml:space="preserve">Затем подобным же образом переплети АВАЯ де-САГ с десятью буквами ЭЙЕ с наполнением йодин; затем таким же способом сплети десять букв АВАЯ де-МА с десятью буквами ЭЙЕ с наполнением алефин; а затем так же переплети десять букв АВАЯ де-БОН с десятью буквами ЭЙЕ с наполнением хэйин. И всегда ставь АВАЯ раньше ЭЙЕ. И если ты сосредотачиваешься на упомянутых Именах и сплетениях днем, то после сказанного выше направь намерение на следующее: сплети четыре простые буквы ЭЙЕ с четырьмя буквами АВАЯ, начиная с ЭЙЕ, вот так: </w:t>
      </w:r>
      <w:r>
        <w:rPr>
          <w:rFonts w:ascii="Georgia" w:hAnsi="Georgia" w:cs="Times New Roman"/>
          <w:b/>
          <w:i w:val="0"/>
          <w:color w:val="000000"/>
          <w:sz w:val="24"/>
          <w:rtl/>
          <w:szCs w:val="32"/>
        </w:rPr>
        <w:t>איההיוה״ה</w:t>
      </w:r>
      <w:r>
        <w:rPr>
          <w:rFonts w:ascii="Georgia" w:hAnsi="Georgia"/>
          <w:b w:val="0"/>
          <w:i w:val="0"/>
          <w:color w:val="000000"/>
          <w:sz w:val="24"/>
        </w:rPr>
        <w:t xml:space="preserve">, и имей в виду, что это — соединение Аба ве-Има. Затем сплети Имя АДОНАЙ с АВАЯ, ставя Имя АДОНАЙ впереди, вот так: </w:t>
      </w:r>
      <w:r>
        <w:rPr>
          <w:rFonts w:ascii="Georgia" w:hAnsi="Georgia" w:cs="Times New Roman"/>
          <w:b/>
          <w:i w:val="0"/>
          <w:color w:val="000000"/>
          <w:sz w:val="24"/>
          <w:rtl/>
          <w:szCs w:val="32"/>
        </w:rPr>
        <w:t>אידהנוי״ה</w:t>
      </w:r>
      <w:r>
        <w:rPr>
          <w:rFonts w:ascii="Georgia" w:hAnsi="Georgia"/>
          <w:b w:val="0"/>
          <w:i w:val="0"/>
          <w:color w:val="000000"/>
          <w:sz w:val="24"/>
        </w:rPr>
        <w:t xml:space="preserve">. Если же ты сосредотачиваешься на этих Именах и переплетениях ночью, то после упомянутого выше направь намерение противоположно дневному порядку, а именно: </w:t>
      </w:r>
      <w:r>
        <w:rPr>
          <w:rFonts w:ascii="Georgia" w:hAnsi="Georgia" w:cs="Times New Roman"/>
          <w:b/>
          <w:i w:val="0"/>
          <w:color w:val="000000"/>
          <w:sz w:val="24"/>
          <w:rtl/>
          <w:szCs w:val="32"/>
        </w:rPr>
        <w:t>יאההויה״ה</w:t>
      </w:r>
      <w:r>
        <w:rPr>
          <w:rFonts w:ascii="Georgia" w:hAnsi="Georgia"/>
          <w:b w:val="0"/>
          <w:i w:val="0"/>
          <w:color w:val="000000"/>
          <w:sz w:val="24"/>
        </w:rPr>
        <w:t xml:space="preserve">, </w:t>
      </w:r>
      <w:r>
        <w:rPr>
          <w:rFonts w:ascii="Georgia" w:hAnsi="Georgia" w:cs="Times New Roman"/>
          <w:b/>
          <w:i w:val="0"/>
          <w:color w:val="000000"/>
          <w:sz w:val="24"/>
          <w:rtl/>
          <w:szCs w:val="32"/>
        </w:rPr>
        <w:t>יאהדונה״י</w:t>
      </w:r>
      <w:r>
        <w:rPr>
          <w:rFonts w:ascii="Georgia" w:hAnsi="Georgia"/>
          <w:b w:val="0"/>
          <w:i w:val="0"/>
          <w:color w:val="000000"/>
          <w:sz w:val="24"/>
        </w:rPr>
        <w:t>.</w:t>
      </w:r>
    </w:p>
    <w:p>
      <w:pPr>
        <w:spacing w:before="40" w:after="120"/>
        <w:jc w:val="both"/>
      </w:pPr>
      <w:r>
        <w:rPr>
          <w:rFonts w:ascii="Georgia" w:hAnsi="Georgia"/>
          <w:b w:val="0"/>
          <w:i w:val="0"/>
          <w:color w:val="000000"/>
          <w:sz w:val="24"/>
        </w:rPr>
        <w:t>Причина же этого в том, что в соединении этих четырех последних простых Имен тебе необходимо иметь в виду тайну поцелуев (</w:t>
      </w:r>
      <w:r>
        <w:rPr>
          <w:rFonts w:ascii="Georgia" w:hAnsi="Georgia"/>
          <w:b w:val="0"/>
          <w:i/>
          <w:color w:val="000000"/>
          <w:sz w:val="24"/>
        </w:rPr>
        <w:t>нешикин</w:t>
      </w:r>
      <w:r>
        <w:rPr>
          <w:rFonts w:ascii="Georgia" w:hAnsi="Georgia"/>
          <w:b w:val="0"/>
          <w:i w:val="0"/>
          <w:color w:val="000000"/>
          <w:sz w:val="24"/>
        </w:rPr>
        <w:t xml:space="preserve">), и это — двойные поцелуи, как сказано в Зоаре, в недельной главе Трума. Ведь сплетение </w:t>
      </w:r>
      <w:r>
        <w:rPr>
          <w:rFonts w:ascii="Georgia" w:hAnsi="Georgia" w:cs="Times New Roman"/>
          <w:b/>
          <w:i w:val="0"/>
          <w:color w:val="000000"/>
          <w:sz w:val="24"/>
          <w:rtl/>
          <w:szCs w:val="32"/>
        </w:rPr>
        <w:t>איההיוה״ה</w:t>
      </w:r>
      <w:r>
        <w:rPr>
          <w:rFonts w:ascii="Georgia" w:hAnsi="Georgia"/>
          <w:b w:val="0"/>
          <w:i w:val="0"/>
          <w:color w:val="000000"/>
          <w:sz w:val="24"/>
        </w:rPr>
        <w:t xml:space="preserve"> после своего соединения и переплетения вновь становится полным Именем ЭЙЕ благодаря соединению двух первых букв ЭЙЕ и двух первых букв АВАЯ; точно так же образуется полное Имя АВАЯ из соединения двух последних букв ЭЙЕ и АВАЯ. Получается, что это двойные поцелуи, так как и после поцелуя и переплетения они вновь возвращаются к своему первоначальному виду. Но днем следует включить меру ночи в день, и потому ставь ЭЙЕ и АДОНАЙ раньше Имени АВАЯ; ночью же усиливай меру дня, чтобы включить день в ночь, и потому ставь АВАЯ раньше ЭЙЕ и АДОНАЙ: мужское начало во главе, а днем женское начало во главе.</w:t>
      </w:r>
    </w:p>
    <w:p>
      <w:pPr>
        <w:spacing w:before="40" w:after="120"/>
        <w:jc w:val="both"/>
      </w:pPr>
      <w:r>
        <w:rPr>
          <w:rFonts w:ascii="Georgia" w:hAnsi="Georgia"/>
          <w:b w:val="0"/>
          <w:i w:val="0"/>
          <w:color w:val="000000"/>
          <w:sz w:val="24"/>
        </w:rPr>
        <w:t>Второе намерение: я уже сообщал тебе о трех мирах БЕА, что духовная суть мира Брия — это Имя ЭЛЬ ШАДАЙ, мира Ецира — ЭЛЬ АВАЯ, а мира Асия — ЭЛЬ АДОНАЙ. И ты уже знаешь, что человек получает дополнительную душу (</w:t>
      </w:r>
      <w:r>
        <w:rPr>
          <w:rFonts w:ascii="Georgia" w:hAnsi="Georgia"/>
          <w:b w:val="0"/>
          <w:i/>
          <w:color w:val="000000"/>
          <w:sz w:val="24"/>
        </w:rPr>
        <w:t>тосефет нешама</w:t>
      </w:r>
      <w:r>
        <w:rPr>
          <w:rFonts w:ascii="Georgia" w:hAnsi="Georgia"/>
          <w:b w:val="0"/>
          <w:i w:val="0"/>
          <w:color w:val="000000"/>
          <w:sz w:val="24"/>
        </w:rPr>
        <w:t>) в каждый Шаббат из Ацилута, Брия, Ецира и Асия. В ночь на исходе Шаббата уходит уровень Ацилута, и затем в воскресенье с ним остаются три уровня БЕА; в понедельник уходит уровень Брия, и остаются уровни Ецира и Асия; во вторник уходит уровень Ецира, и остается уровень Асия. Затем в среду уходит и уровень Асия от дополнительной святости прошедшего Шаббата, ведь ты уже знаешь, что [Шаббат] — седьмой и серединный. Поэтому в среду человек вновь начинает обретать добавление святости для наступающего Шаббата от уровня Асия; в четверг — от уровня Ецира; в пятницу он обретает [добавление] от уровня Брия; а в Шаббат в нем добавляется уровень Ацилута. И потому в воскресенье человеку следует всегда направлять намерение на Имя ЭЛЬ ШАДАЙ, чтобы к нему протянулось свечение оттуда для сохранения добавочной святости прошедшего Шаббата от уровня Брия; в понедельник — от [Имени] ЭЛЬ АВАЯ; во вторник — от [Имени] ЭЛЬ АДОНАЙ.</w:t>
      </w:r>
    </w:p>
    <w:p>
      <w:pPr>
        <w:spacing w:before="40" w:after="120"/>
        <w:jc w:val="both"/>
      </w:pPr>
      <w:r>
        <w:rPr>
          <w:rFonts w:ascii="Georgia" w:hAnsi="Georgia"/>
          <w:b w:val="0"/>
          <w:i w:val="0"/>
          <w:color w:val="000000"/>
          <w:sz w:val="24"/>
        </w:rPr>
        <w:t>Затем в среду — притягивать свечение для наступающего Шаббата от ЭЛЬ АДОНАЙ; в четверг — от ЭЛЬ АВАЯ; в пятницу — от ЭЛЬ ШАДАЙ. Однако знай, что в первые три дня недели тебе следует направлять намерение на то, что ЭЛЬ ШАДАЙ и ЭЛЬ АДОНАЙ, представляющие женские свойства миров Брия и Асия, находятся на уровне Леи, а ЭЛЬ АВАЯ мира Ецира — на уровне Исраэль-ЗА. Но в последние три дня недели пусть он сосредотачивается на них как на Яакове и Рахели.</w:t>
      </w:r>
    </w:p>
    <w:p>
      <w:pPr>
        <w:spacing w:before="40" w:after="120"/>
        <w:jc w:val="both"/>
      </w:pPr>
      <w:r>
        <w:rPr>
          <w:rFonts w:ascii="Georgia" w:hAnsi="Georgia"/>
          <w:b w:val="0"/>
          <w:i w:val="0"/>
          <w:color w:val="000000"/>
          <w:sz w:val="24"/>
        </w:rPr>
        <w:t>Третье намерение: в воскресенье всегда сосредотачивайся на Имени САГ (63); в понедельник пусть сосредотачивается на Имени МА (45); во вторник пусть сосредотачивается на Имени БОН (52). Затем пусть направляет намерение снизу вверх: в среду — на Имени БОН, в четверг — на Имени МА, в пятницу — на Имени САГ.</w:t>
      </w:r>
    </w:p>
    <w:p>
      <w:pPr>
        <w:spacing w:before="40" w:after="120"/>
        <w:jc w:val="both"/>
      </w:pPr>
      <w:r>
        <w:rPr>
          <w:rFonts w:ascii="Georgia" w:hAnsi="Georgia"/>
          <w:b w:val="0"/>
          <w:i w:val="0"/>
          <w:color w:val="000000"/>
          <w:sz w:val="24"/>
        </w:rPr>
        <w:t>Четвертое намерение: в воскресенье сосредотачивайся на первой букве хэй (</w:t>
      </w:r>
      <w:r>
        <w:rPr>
          <w:rFonts w:ascii="Georgia" w:hAnsi="Georgia" w:cs="Times New Roman"/>
          <w:b/>
          <w:i w:val="0"/>
          <w:color w:val="000000"/>
          <w:sz w:val="24"/>
          <w:rtl/>
          <w:szCs w:val="32"/>
        </w:rPr>
        <w:t>ה</w:t>
      </w:r>
      <w:r>
        <w:rPr>
          <w:rFonts w:ascii="Georgia" w:hAnsi="Georgia"/>
          <w:b w:val="0"/>
          <w:i w:val="0"/>
          <w:color w:val="000000"/>
          <w:sz w:val="24"/>
        </w:rPr>
        <w:t>) Имени АВАЯ; в понедельник — на букве вав (</w:t>
      </w:r>
      <w:r>
        <w:rPr>
          <w:rFonts w:ascii="Georgia" w:hAnsi="Georgia" w:cs="Times New Roman"/>
          <w:b/>
          <w:i w:val="0"/>
          <w:color w:val="000000"/>
          <w:sz w:val="24"/>
          <w:rtl/>
          <w:szCs w:val="32"/>
        </w:rPr>
        <w:t>ו</w:t>
      </w:r>
      <w:r>
        <w:rPr>
          <w:rFonts w:ascii="Georgia" w:hAnsi="Georgia"/>
          <w:b w:val="0"/>
          <w:i w:val="0"/>
          <w:color w:val="000000"/>
          <w:sz w:val="24"/>
        </w:rPr>
        <w:t>) Имени АВАЯ; во вторник — на последней букве хэй (</w:t>
      </w:r>
      <w:r>
        <w:rPr>
          <w:rFonts w:ascii="Georgia" w:hAnsi="Georgia" w:cs="Times New Roman"/>
          <w:b/>
          <w:i w:val="0"/>
          <w:color w:val="000000"/>
          <w:sz w:val="24"/>
          <w:rtl/>
          <w:szCs w:val="32"/>
        </w:rPr>
        <w:t>ה</w:t>
      </w:r>
      <w:r>
        <w:rPr>
          <w:rFonts w:ascii="Georgia" w:hAnsi="Georgia"/>
          <w:b w:val="0"/>
          <w:i w:val="0"/>
          <w:color w:val="000000"/>
          <w:sz w:val="24"/>
        </w:rPr>
        <w:t>) Имени АВАЯ. Затем пусть направляет намерение снизу вверх в три последних дня: в среду — на последней букве хэй Имени АВАЯ; в четверг — на букве вав Имени АВАЯ; в пятницу — на высшей букве хэй Имени АВАЯ.</w:t>
      </w:r>
    </w:p>
    <w:p>
      <w:pPr>
        <w:spacing w:before="40" w:after="120"/>
        <w:jc w:val="both"/>
      </w:pPr>
      <w:r>
        <w:rPr>
          <w:rFonts w:ascii="Georgia" w:hAnsi="Georgia"/>
          <w:b w:val="0"/>
          <w:i w:val="0"/>
          <w:color w:val="000000"/>
          <w:sz w:val="24"/>
        </w:rPr>
        <w:t>Пятое намерение: мы уже объясняли, что в понедельник и в четверг тебе следует направлять намерение в Ецира на Имя ЭЛЬ АВАЯ, относящееся к Ецира. Также направь намерение на 42-буквенное Имя (</w:t>
      </w:r>
      <w:r>
        <w:rPr>
          <w:rFonts w:ascii="Georgia" w:hAnsi="Georgia" w:cs="Times New Roman"/>
          <w:b/>
          <w:i w:val="0"/>
          <w:color w:val="000000"/>
          <w:sz w:val="24"/>
          <w:rtl/>
          <w:szCs w:val="32"/>
        </w:rPr>
        <w:t>אבגית״ץ</w:t>
      </w:r>
      <w:r>
        <w:rPr>
          <w:rFonts w:ascii="Georgia" w:hAnsi="Georgia"/>
          <w:b w:val="0"/>
          <w:i w:val="0"/>
          <w:color w:val="000000"/>
          <w:sz w:val="24"/>
        </w:rPr>
        <w:t xml:space="preserve">), поскольку это 42-буквенное Имя пребывает в мире Ецира, как известно. И сосредоточься на всех семи Именах, входящих в него, чтобы поднять с их помощью уровень своей нефеш из Асии в Ецира посредством этого 42-буквенного Имени. Однако если это понедельник, направь намерение на то, чтобы Имя </w:t>
      </w:r>
      <w:r>
        <w:rPr>
          <w:rFonts w:ascii="Georgia" w:hAnsi="Georgia" w:cs="Times New Roman"/>
          <w:b/>
          <w:i w:val="0"/>
          <w:color w:val="000000"/>
          <w:sz w:val="24"/>
          <w:rtl/>
          <w:szCs w:val="32"/>
        </w:rPr>
        <w:t>קר״ע שט״ן</w:t>
      </w:r>
      <w:r>
        <w:rPr>
          <w:rFonts w:ascii="Georgia" w:hAnsi="Georgia"/>
          <w:b w:val="0"/>
          <w:i w:val="0"/>
          <w:color w:val="000000"/>
          <w:sz w:val="24"/>
        </w:rPr>
        <w:t xml:space="preserve"> преобладало над всеми остальными Именами, чтобы с его помощью совершился твой подъем; а если это четверг — пусть преобладает Имя </w:t>
      </w:r>
      <w:r>
        <w:rPr>
          <w:rFonts w:ascii="Georgia" w:hAnsi="Georgia" w:cs="Times New Roman"/>
          <w:b/>
          <w:i w:val="0"/>
          <w:color w:val="000000"/>
          <w:sz w:val="24"/>
          <w:rtl/>
          <w:szCs w:val="32"/>
        </w:rPr>
        <w:t>חק״ב טנ״ע</w:t>
      </w:r>
      <w:r>
        <w:rPr>
          <w:rFonts w:ascii="Georgia" w:hAnsi="Georgia"/>
          <w:b w:val="0"/>
          <w:i w:val="0"/>
          <w:color w:val="000000"/>
          <w:sz w:val="24"/>
        </w:rPr>
        <w:t xml:space="preserve">. Кроме того, необходимо сплести и связать это Имя с последним Именем. То есть: поскольку твое намерение направлено на обретение добавочной святости Шаббата, а ты уже знаешь, что Имя дня Шаббат — это </w:t>
      </w:r>
      <w:r>
        <w:rPr>
          <w:rFonts w:ascii="Georgia" w:hAnsi="Georgia" w:cs="Times New Roman"/>
          <w:b/>
          <w:i w:val="0"/>
          <w:color w:val="000000"/>
          <w:sz w:val="24"/>
          <w:rtl/>
          <w:szCs w:val="32"/>
        </w:rPr>
        <w:t>שקוצי״ת</w:t>
      </w:r>
      <w:r>
        <w:rPr>
          <w:rFonts w:ascii="Georgia" w:hAnsi="Georgia"/>
          <w:b w:val="0"/>
          <w:i w:val="0"/>
          <w:color w:val="000000"/>
          <w:sz w:val="24"/>
        </w:rPr>
        <w:t xml:space="preserve">, нужно, чтобы в понедельник ты переплел и связал Имя </w:t>
      </w:r>
      <w:r>
        <w:rPr>
          <w:rFonts w:ascii="Georgia" w:hAnsi="Georgia" w:cs="Times New Roman"/>
          <w:b/>
          <w:i w:val="0"/>
          <w:color w:val="000000"/>
          <w:sz w:val="24"/>
          <w:rtl/>
          <w:szCs w:val="32"/>
        </w:rPr>
        <w:t>קר״ע שט״ן</w:t>
      </w:r>
      <w:r>
        <w:rPr>
          <w:rFonts w:ascii="Georgia" w:hAnsi="Georgia"/>
          <w:b w:val="0"/>
          <w:i w:val="0"/>
          <w:color w:val="000000"/>
          <w:sz w:val="24"/>
        </w:rPr>
        <w:t xml:space="preserve">, соответствующее понедельнику, с субботним Именем </w:t>
      </w:r>
      <w:r>
        <w:rPr>
          <w:rFonts w:ascii="Georgia" w:hAnsi="Georgia" w:cs="Times New Roman"/>
          <w:b/>
          <w:i w:val="0"/>
          <w:color w:val="000000"/>
          <w:sz w:val="24"/>
          <w:rtl/>
          <w:szCs w:val="32"/>
        </w:rPr>
        <w:t>שקוצי״ת</w:t>
      </w:r>
      <w:r>
        <w:rPr>
          <w:rFonts w:ascii="Georgia" w:hAnsi="Georgia"/>
          <w:b w:val="0"/>
          <w:i w:val="0"/>
          <w:color w:val="000000"/>
          <w:sz w:val="24"/>
        </w:rPr>
        <w:t xml:space="preserve">, вот так: </w:t>
      </w:r>
      <w:r>
        <w:rPr>
          <w:rFonts w:ascii="Georgia" w:hAnsi="Georgia" w:cs="Times New Roman"/>
          <w:b/>
          <w:i w:val="0"/>
          <w:color w:val="000000"/>
          <w:sz w:val="24"/>
          <w:rtl/>
          <w:szCs w:val="32"/>
        </w:rPr>
        <w:t>קשרקע״ו שצטינ״ת</w:t>
      </w:r>
      <w:r>
        <w:rPr>
          <w:rFonts w:ascii="Georgia" w:hAnsi="Georgia"/>
          <w:b w:val="0"/>
          <w:i w:val="0"/>
          <w:color w:val="000000"/>
          <w:sz w:val="24"/>
        </w:rPr>
        <w:t xml:space="preserve">; а если это четверг — сплети Имя </w:t>
      </w:r>
      <w:r>
        <w:rPr>
          <w:rFonts w:ascii="Georgia" w:hAnsi="Georgia" w:cs="Times New Roman"/>
          <w:b/>
          <w:i w:val="0"/>
          <w:color w:val="000000"/>
          <w:sz w:val="24"/>
          <w:rtl/>
          <w:szCs w:val="32"/>
        </w:rPr>
        <w:t>חק״ב טנ״ע</w:t>
      </w:r>
      <w:r>
        <w:rPr>
          <w:rFonts w:ascii="Georgia" w:hAnsi="Georgia"/>
          <w:b w:val="0"/>
          <w:i w:val="0"/>
          <w:color w:val="000000"/>
          <w:sz w:val="24"/>
        </w:rPr>
        <w:t xml:space="preserve"> с Именем </w:t>
      </w:r>
      <w:r>
        <w:rPr>
          <w:rFonts w:ascii="Georgia" w:hAnsi="Georgia" w:cs="Times New Roman"/>
          <w:b/>
          <w:i w:val="0"/>
          <w:color w:val="000000"/>
          <w:sz w:val="24"/>
          <w:rtl/>
          <w:szCs w:val="32"/>
        </w:rPr>
        <w:t>שקוצי״ת</w:t>
      </w:r>
      <w:r>
        <w:rPr>
          <w:rFonts w:ascii="Georgia" w:hAnsi="Georgia"/>
          <w:b w:val="0"/>
          <w:i w:val="0"/>
          <w:color w:val="000000"/>
          <w:sz w:val="24"/>
        </w:rPr>
        <w:t xml:space="preserve">, вот так: </w:t>
      </w:r>
      <w:r>
        <w:rPr>
          <w:rFonts w:ascii="Georgia" w:hAnsi="Georgia" w:cs="Times New Roman"/>
          <w:b/>
          <w:i w:val="0"/>
          <w:color w:val="000000"/>
          <w:sz w:val="24"/>
          <w:rtl/>
          <w:szCs w:val="32"/>
        </w:rPr>
        <w:t>חשק״ק בוטצניע״ת</w:t>
      </w:r>
      <w:r>
        <w:rPr>
          <w:rFonts w:ascii="Georgia" w:hAnsi="Georgia"/>
          <w:b w:val="0"/>
          <w:i w:val="0"/>
          <w:color w:val="000000"/>
          <w:sz w:val="24"/>
        </w:rPr>
        <w:t>, чтобы Имя этого дня получило свечение от Имени Шаббата.</w:t>
      </w:r>
    </w:p>
    <w:p>
      <w:pPr>
        <w:spacing w:before="40" w:after="120"/>
        <w:jc w:val="both"/>
      </w:pPr>
      <w:r>
        <w:rPr>
          <w:rFonts w:ascii="Georgia" w:hAnsi="Georgia"/>
          <w:b w:val="0"/>
          <w:i w:val="0"/>
          <w:color w:val="000000"/>
          <w:sz w:val="24"/>
        </w:rPr>
        <w:t>Шестое намерение: направь намерение на то, чтобы поднять свою нефеш из Асии до уровня Ецира следующим образом. Знай, что тайна крыльев заключается в том, что они взмывают ввысь и поднимают человека наверх, как известно: птица летает не иначе как с помощью своих крыльев. Крылья у птицы соответствуют рукам у человека. Ты уже знаешь, что пять хасадим распространяются в шести краях тела. Среди них есть скрытые хасадим, пребывающие в обеих руках и в верхней трети тела, а оттуда и ниже они открыты. И в этом причина того, почему парение человека происходит посредством крыльев, то есть рук, а не посредством ног или иных органов. Причина же состоит в том, что хасадим, пребывающие в обеих руках, сокрыты и не могут светить и распространяться; всякая же вещь, находящаяся в великой тесноте и в узком месте, устремляет свою силу внутрь, а затем мечется туда и сюда, чтобы вырваться наружу, и от этого движения начинает колебаться. Корень этих хасадим находится наверху, в Даат, поскольку именно там пребывают их корень и место; те же хасадим, которые распространяются [в теле], — это света, обновляющиеся от них. И потому они стремятся подняться наверх к своему корню в Даат, чтобы получить оттуда свечение, и устремляются ввысь в подъеме. А поскольку место узко и стеснено, и они желают подняться, они поднимают вместе с собой наверх и человека. В этом причина того, почему свойство крыльев относится к рукам более, чем к остальным частям тела.</w:t>
      </w:r>
    </w:p>
    <w:p>
      <w:pPr>
        <w:spacing w:before="40" w:after="120"/>
        <w:jc w:val="both"/>
      </w:pPr>
      <w:r>
        <w:rPr>
          <w:rFonts w:ascii="Georgia" w:hAnsi="Georgia"/>
          <w:b w:val="0"/>
          <w:i w:val="0"/>
          <w:color w:val="000000"/>
          <w:sz w:val="24"/>
        </w:rPr>
        <w:t xml:space="preserve">И вот кавана, на которую тебе следует сосредоточиться: ведь все подъемы происходят посредством 42-буквенного Имени, как известно. Поэтому направь намерение на то, что Имя </w:t>
      </w:r>
      <w:r>
        <w:rPr>
          <w:rFonts w:ascii="Georgia" w:hAnsi="Georgia" w:cs="Times New Roman"/>
          <w:b/>
          <w:i w:val="0"/>
          <w:color w:val="000000"/>
          <w:sz w:val="24"/>
          <w:rtl/>
          <w:szCs w:val="32"/>
        </w:rPr>
        <w:t>אבגית״ץ</w:t>
      </w:r>
      <w:r>
        <w:rPr>
          <w:rFonts w:ascii="Georgia" w:hAnsi="Georgia"/>
          <w:b w:val="0"/>
          <w:i w:val="0"/>
          <w:color w:val="000000"/>
          <w:sz w:val="24"/>
        </w:rPr>
        <w:t xml:space="preserve"> пребывает в твоей правой руке, Имя </w:t>
      </w:r>
      <w:r>
        <w:rPr>
          <w:rFonts w:ascii="Georgia" w:hAnsi="Georgia" w:cs="Times New Roman"/>
          <w:b/>
          <w:i w:val="0"/>
          <w:color w:val="000000"/>
          <w:sz w:val="24"/>
          <w:rtl/>
          <w:szCs w:val="32"/>
        </w:rPr>
        <w:t>קר״ע שט״ן</w:t>
      </w:r>
      <w:r>
        <w:rPr>
          <w:rFonts w:ascii="Georgia" w:hAnsi="Georgia"/>
          <w:b w:val="0"/>
          <w:i w:val="0"/>
          <w:color w:val="000000"/>
          <w:sz w:val="24"/>
        </w:rPr>
        <w:t xml:space="preserve"> — в твоей левой руке, а Имя </w:t>
      </w:r>
      <w:r>
        <w:rPr>
          <w:rFonts w:ascii="Georgia" w:hAnsi="Georgia" w:cs="Times New Roman"/>
          <w:b/>
          <w:i w:val="0"/>
          <w:color w:val="000000"/>
          <w:sz w:val="24"/>
          <w:rtl/>
          <w:szCs w:val="32"/>
        </w:rPr>
        <w:t>נגדיכ״ש</w:t>
      </w:r>
      <w:r>
        <w:rPr>
          <w:rFonts w:ascii="Georgia" w:hAnsi="Georgia"/>
          <w:b w:val="0"/>
          <w:i w:val="0"/>
          <w:color w:val="000000"/>
          <w:sz w:val="24"/>
        </w:rPr>
        <w:t xml:space="preserve"> — в скрытой верхней трети Тиферет. И посредством этих трех Имен взмывают те хасадим, которые пребывают там, чтобы подняться наверх к своему корню в Даат, и по пути своего подъема поднимают человека вместе с собой до Ецира — подобно тем птицам, которые своим полетом подняли Александра к небесам. Чтобы еще более укрепить и усилить эту подъемную силу, направь намерение на то, чтобы низвести новые хасадим в Даат де-Зеир Анпин для зивуга (соударения); благодаря этому прибавится сила в хасадим, они взмоют с еще большей мощью, и ты поднимешься из Асии в Ецира.</w:t>
      </w:r>
    </w:p>
    <w:p>
      <w:pPr>
        <w:keepNext/>
        <w:spacing w:before="320" w:after="120"/>
      </w:pPr>
      <w:r>
        <w:rPr>
          <w:rFonts w:ascii="Georgia" w:hAnsi="Georgia"/>
          <w:b w:val="0"/>
          <w:i w:val="0"/>
          <w:color w:val="000000"/>
          <w:sz w:val="32"/>
        </w:rPr>
        <w:t>Ихуд 22</w:t>
      </w:r>
    </w:p>
    <w:p>
      <w:pPr>
        <w:spacing w:before="40" w:after="120"/>
        <w:jc w:val="both"/>
      </w:pPr>
      <w:r>
        <w:rPr>
          <w:rFonts w:ascii="Georgia" w:hAnsi="Georgia"/>
          <w:b w:val="0"/>
          <w:i w:val="0"/>
          <w:color w:val="000000"/>
          <w:sz w:val="24"/>
        </w:rPr>
        <w:t xml:space="preserve">Оно основано на стихе </w:t>
      </w:r>
      <w:r>
        <w:rPr>
          <w:rFonts w:ascii="Georgia" w:hAnsi="Georgia"/>
          <w:b w:val="0"/>
          <w:i/>
          <w:color w:val="000000"/>
          <w:sz w:val="24"/>
        </w:rPr>
        <w:t>«Тогда воспел Моше…»</w:t>
      </w:r>
      <w:r>
        <w:rPr>
          <w:rFonts w:ascii="Georgia" w:hAnsi="Georgia"/>
          <w:b w:val="0"/>
          <w:i w:val="0"/>
          <w:color w:val="000000"/>
          <w:sz w:val="24"/>
        </w:rPr>
        <w:t xml:space="preserve"> (Шмот 15:1). Из каждых трех его слов образуется несколько Имен — по начальным буквам (рашей тевот), по конечным буквам (софей тевот) и по срединным буквам. И необходимо направлять намерение (</w:t>
      </w:r>
      <w:r>
        <w:rPr>
          <w:rFonts w:ascii="Georgia" w:hAnsi="Georgia"/>
          <w:b w:val="0"/>
          <w:i/>
          <w:color w:val="000000"/>
          <w:sz w:val="24"/>
        </w:rPr>
        <w:t>кавана</w:t>
      </w:r>
      <w:r>
        <w:rPr>
          <w:rFonts w:ascii="Georgia" w:hAnsi="Georgia"/>
          <w:b w:val="0"/>
          <w:i w:val="0"/>
          <w:color w:val="000000"/>
          <w:sz w:val="24"/>
        </w:rPr>
        <w:t>) на упомянутые Имена. Точно так же для каждого из этих Имен нужно направлять намерение на его гематрию, сумма которой равна общему числовому значению других Имен. Огласовки этих Имен происходят из самого стиха, а некоторые — из огласовок других стихов. Для совершения этого единения установлены различные часы: каждая его часть выполняется в подобающее ей время, как я кратко изложу перед тобой. И направляй намерение на все, что я изложил тебе выше. Вкратце я поясню тебе первые три слова, а по ним ты поймешь и все остальные: «Аз яшир Моше» (</w:t>
      </w:r>
      <w:r>
        <w:rPr>
          <w:rFonts w:ascii="Georgia" w:hAnsi="Georgia" w:cs="Times New Roman"/>
          <w:b/>
          <w:i w:val="0"/>
          <w:color w:val="000000"/>
          <w:sz w:val="24"/>
          <w:rtl/>
          <w:szCs w:val="32"/>
        </w:rPr>
        <w:t>אָז יָשִׁיר מֹשֶׁה</w:t>
      </w:r>
      <w:r>
        <w:rPr>
          <w:rFonts w:ascii="Georgia" w:hAnsi="Georgia"/>
          <w:b w:val="0"/>
          <w:i w:val="0"/>
          <w:color w:val="000000"/>
          <w:sz w:val="24"/>
        </w:rPr>
        <w:t>) — начальные буквы образуют алеф, йод, мэм (</w:t>
      </w:r>
      <w:r>
        <w:rPr>
          <w:rFonts w:ascii="Georgia" w:hAnsi="Georgia" w:cs="Times New Roman"/>
          <w:b/>
          <w:i w:val="0"/>
          <w:color w:val="000000"/>
          <w:sz w:val="24"/>
          <w:rtl/>
          <w:szCs w:val="32"/>
        </w:rPr>
        <w:t>אי״ם</w:t>
      </w:r>
      <w:r>
        <w:rPr>
          <w:rFonts w:ascii="Georgia" w:hAnsi="Georgia"/>
          <w:b w:val="0"/>
          <w:i w:val="0"/>
          <w:color w:val="000000"/>
          <w:sz w:val="24"/>
        </w:rPr>
        <w:t>), конечные буквы — зайн, рэйш, хэй (</w:t>
      </w:r>
      <w:r>
        <w:rPr>
          <w:rFonts w:ascii="Georgia" w:hAnsi="Georgia" w:cs="Times New Roman"/>
          <w:b/>
          <w:i w:val="0"/>
          <w:color w:val="000000"/>
          <w:sz w:val="24"/>
          <w:rtl/>
          <w:szCs w:val="32"/>
        </w:rPr>
        <w:t>זר״ה</w:t>
      </w:r>
      <w:r>
        <w:rPr>
          <w:rFonts w:ascii="Georgia" w:hAnsi="Georgia"/>
          <w:b w:val="0"/>
          <w:i w:val="0"/>
          <w:color w:val="000000"/>
          <w:sz w:val="24"/>
        </w:rPr>
        <w:t>), а срединные буквы — шин, шин, йод (</w:t>
      </w:r>
      <w:r>
        <w:rPr>
          <w:rFonts w:ascii="Georgia" w:hAnsi="Georgia" w:cs="Times New Roman"/>
          <w:b/>
          <w:i w:val="0"/>
          <w:color w:val="000000"/>
          <w:sz w:val="24"/>
          <w:rtl/>
          <w:szCs w:val="32"/>
        </w:rPr>
        <w:t>ששי</w:t>
      </w:r>
      <w:r>
        <w:rPr>
          <w:rFonts w:ascii="Georgia" w:hAnsi="Georgia"/>
          <w:b w:val="0"/>
          <w:i w:val="0"/>
          <w:color w:val="000000"/>
          <w:sz w:val="24"/>
        </w:rPr>
        <w:t>); и подобным же образом — все остальные. И вот его порядок:</w:t>
      </w:r>
    </w:p>
    <w:p>
      <w:pPr>
        <w:spacing w:before="40" w:after="120"/>
        <w:jc w:val="both"/>
      </w:pPr>
      <w:r>
        <w:rPr>
          <w:rFonts w:ascii="Georgia" w:hAnsi="Georgia" w:cs="Times New Roman"/>
          <w:b/>
          <w:i w:val="0"/>
          <w:color w:val="000000"/>
          <w:sz w:val="24"/>
          <w:rtl/>
          <w:szCs w:val="32"/>
        </w:rPr>
        <w:t>יֹאָהֵהֵוָיֹהֵהֵ יֹאָהֵדָוָנֻהֵיֹ יֹיֹאָאָהֵהֵהֵדָוָוָיֹנֻהֵהֵהֵיֹ בז״ט בזקש יָהָוָאָלָ יִוִפִיִאִלִ אָוָרָיָאָלָ אֵלֵדֵ הַלַוַמַיַאַלַ הַנַיַאַלַ הֹפֹיֹאֹלֹ דָנָיָאָלָ וֻפֻסֻיֻאֻלֻ וָגָלָיָאָלָ יְעְיְאְלְ נֵלֵיֵאֵלֵ הֹהֹפֹאֹלֹ הְסְרְיְאְלְ הְגְלְאְ יֹחֹיֹיֹאֹלֹ אַיֵםֲ אַדֵנֲיַ אֵלֲףַ דֵלֲתַ נֵוֲןַ יֵוֲדַ אֵלֲףַ לֵמֲדַ פֵאֲ דַלֵתֲ לַמֵדֲ תַיֵוֲ נַוֵןֲ וַיֵוֲ נַוֵןֲ יַוֵדֲ וַיֵוֲ דַלֵתֲ יֹוֹדֹ הֹהֹ וֹוֹ הֹהֹ זְרָהְ י יה יהו יהוה יוד יוד הא יוד הא ואו יוד הא ואו הא אל יהוה</w:t>
      </w:r>
      <w:r>
        <w:rPr>
          <w:rFonts w:ascii="Georgia" w:hAnsi="Georgia"/>
          <w:b w:val="0"/>
          <w:i w:val="0"/>
          <w:color w:val="000000"/>
          <w:sz w:val="24"/>
        </w:rPr>
        <w:t xml:space="preserve"> [Следует также читать: Имя АВАЯ из 10 букв МА, помимо числа. — Примечание ЙОСД] </w:t>
      </w:r>
      <w:r>
        <w:rPr>
          <w:rFonts w:ascii="Georgia" w:hAnsi="Georgia" w:cs="Times New Roman"/>
          <w:b/>
          <w:i w:val="0"/>
          <w:color w:val="000000"/>
          <w:sz w:val="24"/>
          <w:rtl/>
          <w:szCs w:val="32"/>
        </w:rPr>
        <w:t>שָשָ מָצָפָץָ מָצָפָץָ אָלָ אָדָנָיָ</w:t>
      </w:r>
      <w:r>
        <w:rPr>
          <w:rFonts w:ascii="Georgia" w:hAnsi="Georgia"/>
          <w:b w:val="0"/>
          <w:i w:val="0"/>
          <w:color w:val="000000"/>
          <w:sz w:val="24"/>
        </w:rPr>
        <w:t xml:space="preserve"> [Примечание издателя (ЙОСД, благословенной памяти): в книгах вообще не написано АДОНАЙ, а только ЭЛЬ, и главное — как написано [здесь], ведь так же в словах Учителя в десятой главе в конце, когда он упорядочил их на своем месте. До сих пор.] </w:t>
      </w:r>
      <w:r>
        <w:rPr>
          <w:rFonts w:ascii="Georgia" w:hAnsi="Georgia" w:cs="Times New Roman"/>
          <w:b/>
          <w:i w:val="0"/>
          <w:color w:val="000000"/>
          <w:sz w:val="24"/>
          <w:rtl/>
          <w:szCs w:val="32"/>
        </w:rPr>
        <w:t>יָוִדָ וָדִ אָ אָוִ אָ יָוִדָ וָאִוָ דָלִתָ הָאִֵ אָלָףִ וָאָוִ אָלָףִ וָאָוִ הָאָ אִלָףָ יִוָדָ הִאָ וָאִוָ הָאִ יָהָוִהָ</w:t>
      </w:r>
      <w:r>
        <w:rPr>
          <w:rFonts w:ascii="Georgia" w:hAnsi="Georgia"/>
          <w:b w:val="0"/>
          <w:i w:val="0"/>
          <w:color w:val="000000"/>
          <w:sz w:val="24"/>
        </w:rPr>
        <w:t xml:space="preserve"> [Примечание издателя (ЙОСД): огласовка букв мэм и ламэд в слове </w:t>
      </w:r>
      <w:r>
        <w:rPr>
          <w:rFonts w:ascii="Georgia" w:hAnsi="Georgia"/>
          <w:b w:val="0"/>
          <w:i/>
          <w:color w:val="000000"/>
          <w:sz w:val="24"/>
        </w:rPr>
        <w:t>мавлигити</w:t>
      </w:r>
      <w:r>
        <w:rPr>
          <w:rFonts w:ascii="Georgia" w:hAnsi="Georgia"/>
          <w:b w:val="0"/>
          <w:i w:val="0"/>
          <w:color w:val="000000"/>
          <w:sz w:val="24"/>
        </w:rPr>
        <w:t xml:space="preserve"> (</w:t>
      </w:r>
      <w:r>
        <w:rPr>
          <w:rFonts w:ascii="Georgia" w:hAnsi="Georgia" w:cs="Times New Roman"/>
          <w:b/>
          <w:i w:val="0"/>
          <w:color w:val="000000"/>
          <w:sz w:val="24"/>
          <w:rtl/>
          <w:szCs w:val="32"/>
        </w:rPr>
        <w:t>מַבְלִיגִיתִי</w:t>
      </w:r>
      <w:r>
        <w:rPr>
          <w:rFonts w:ascii="Georgia" w:hAnsi="Georgia"/>
          <w:b w:val="0"/>
          <w:i w:val="0"/>
          <w:color w:val="000000"/>
          <w:sz w:val="24"/>
        </w:rPr>
        <w:t xml:space="preserve">), как сказано ниже; и буква далет вернется, чтобы огласовать ее огласовкой буквы мэм; числовое значение этого Имени — 20, что соответствует гематрии наполнения МА со словом в целом, а огласовка взята из слова </w:t>
      </w:r>
      <w:r>
        <w:rPr>
          <w:rFonts w:ascii="Georgia" w:hAnsi="Georgia"/>
          <w:b w:val="0"/>
          <w:i/>
          <w:color w:val="000000"/>
          <w:sz w:val="24"/>
        </w:rPr>
        <w:t>мавлигити</w:t>
      </w:r>
      <w:r>
        <w:rPr>
          <w:rFonts w:ascii="Georgia" w:hAnsi="Georgia"/>
          <w:b w:val="0"/>
          <w:i w:val="0"/>
          <w:color w:val="000000"/>
          <w:sz w:val="24"/>
        </w:rPr>
        <w:t xml:space="preserve"> (</w:t>
      </w:r>
      <w:r>
        <w:rPr>
          <w:rFonts w:ascii="Georgia" w:hAnsi="Georgia" w:cs="Times New Roman"/>
          <w:b/>
          <w:i w:val="0"/>
          <w:color w:val="000000"/>
          <w:sz w:val="24"/>
          <w:rtl/>
          <w:szCs w:val="32"/>
        </w:rPr>
        <w:t>מַבְלִיגִיתִי</w:t>
      </w:r>
      <w:r>
        <w:rPr>
          <w:rFonts w:ascii="Georgia" w:hAnsi="Georgia"/>
          <w:b w:val="0"/>
          <w:i w:val="0"/>
          <w:color w:val="000000"/>
          <w:sz w:val="24"/>
        </w:rPr>
        <w:t>), аббревиатура которого дает 42 (</w:t>
      </w:r>
      <w:r>
        <w:rPr>
          <w:rFonts w:ascii="Georgia" w:hAnsi="Georgia" w:cs="Times New Roman"/>
          <w:b/>
          <w:i w:val="0"/>
          <w:color w:val="000000"/>
          <w:sz w:val="24"/>
          <w:rtl/>
          <w:szCs w:val="32"/>
        </w:rPr>
        <w:t>מ״ב</w:t>
      </w:r>
      <w:r>
        <w:rPr>
          <w:rFonts w:ascii="Georgia" w:hAnsi="Georgia"/>
          <w:b w:val="0"/>
          <w:i w:val="0"/>
          <w:color w:val="000000"/>
          <w:sz w:val="24"/>
        </w:rPr>
        <w:t xml:space="preserve">), поскольку все огласовки точно выверены по значению начальных букв слова, как разъяснено. До сих пор.] </w:t>
      </w:r>
      <w:r>
        <w:rPr>
          <w:rFonts w:ascii="Georgia" w:hAnsi="Georgia" w:cs="Times New Roman"/>
          <w:b/>
          <w:i w:val="0"/>
          <w:color w:val="000000"/>
          <w:sz w:val="24"/>
          <w:rtl/>
          <w:szCs w:val="32"/>
        </w:rPr>
        <w:t>וְיָאֶ אְהָוֶהְ אְדָנֶיְ יַלְתָ יַ יְהָ יַהְוָ יַהְוָהַ יְוָדַ יְוָדַ הְאָ יַוְדָ הַאְ וָאַוְ יָוַדְ הָאַ וְאָוַ הְאָ יַיְהָ יַהְוָ יַהְוָהַ יְוָדַ יְוָדַ הְיָ יַוְדָ הַיְ וָאַוְ יָוַדְ הָיַ וְאָוַ הְיָ יַוְדָ וַאְוָ דַלְתָ הַאְ אָלַףְ וָאַוְ אָלַףְ וָאַוְ הָאַ אְלָףַ יְוָדַ הְאָ וַאְוָ הַאְ יָהַוְהָ</w:t>
      </w:r>
    </w:p>
    <w:p>
      <w:pPr>
        <w:spacing w:before="40" w:after="120"/>
        <w:jc w:val="center"/>
      </w:pPr>
      <w:r>
        <w:rPr>
          <w:rFonts w:ascii="Georgia" w:hAnsi="Georgia" w:cs="Times New Roman"/>
          <w:b/>
          <w:i w:val="0"/>
          <w:color w:val="000000"/>
          <w:sz w:val="32"/>
          <w:rtl/>
          <w:szCs w:val="44"/>
        </w:rPr>
        <w:t>בַשֹ אַלֹףַ הֹהַ יֹוַדֹ הַהֹ אַדֹנַיֹ אַלֹהַיֹםַ</w:t>
      </w:r>
    </w:p>
    <w:p>
      <w:pPr>
        <w:spacing w:before="40" w:after="120"/>
        <w:jc w:val="both"/>
      </w:pPr>
      <w:r>
        <w:rPr>
          <w:rFonts w:ascii="Georgia" w:hAnsi="Georgia" w:cs="Times New Roman"/>
          <w:b/>
          <w:i w:val="0"/>
          <w:color w:val="000000"/>
          <w:sz w:val="24"/>
          <w:rtl/>
          <w:szCs w:val="32"/>
        </w:rPr>
        <w:t>נֵרְ אֵלְףֵ לְמֵדְ דֵלְתֵ אְדֵנְיֵ יהו</w:t>
      </w:r>
      <w:r>
        <w:rPr>
          <w:rFonts w:ascii="Georgia" w:hAnsi="Georgia"/>
          <w:b w:val="0"/>
          <w:i w:val="0"/>
          <w:color w:val="000000"/>
          <w:sz w:val="24"/>
        </w:rPr>
        <w:t xml:space="preserve"> [Примечание издателя (ЙОСД): в книгах я нашел перед «нер» (</w:t>
      </w:r>
      <w:r>
        <w:rPr>
          <w:rFonts w:ascii="Georgia" w:hAnsi="Georgia" w:cs="Times New Roman"/>
          <w:b/>
          <w:i w:val="0"/>
          <w:color w:val="000000"/>
          <w:sz w:val="24"/>
          <w:rtl/>
          <w:szCs w:val="32"/>
        </w:rPr>
        <w:t>נֵרְ</w:t>
      </w:r>
      <w:r>
        <w:rPr>
          <w:rFonts w:ascii="Georgia" w:hAnsi="Georgia"/>
          <w:b w:val="0"/>
          <w:i w:val="0"/>
          <w:color w:val="000000"/>
          <w:sz w:val="24"/>
        </w:rPr>
        <w:t>) буквы алеф, йод, хэй (</w:t>
      </w:r>
      <w:r>
        <w:rPr>
          <w:rFonts w:ascii="Georgia" w:hAnsi="Georgia" w:cs="Times New Roman"/>
          <w:b/>
          <w:i w:val="0"/>
          <w:color w:val="000000"/>
          <w:sz w:val="24"/>
          <w:rtl/>
          <w:szCs w:val="32"/>
        </w:rPr>
        <w:t>אי״ה</w:t>
      </w:r>
      <w:r>
        <w:rPr>
          <w:rFonts w:ascii="Georgia" w:hAnsi="Georgia"/>
          <w:b w:val="0"/>
          <w:i w:val="0"/>
          <w:color w:val="000000"/>
          <w:sz w:val="24"/>
        </w:rPr>
        <w:t>), и это ошибка, возникшая из-за неверного понимания толкования Учителя в конце; и также огласовка слова «алеф» — ошибка, и огласовка имени АДОНАЙ (</w:t>
      </w:r>
      <w:r>
        <w:rPr>
          <w:rFonts w:ascii="Georgia" w:hAnsi="Georgia" w:cs="Times New Roman"/>
          <w:b/>
          <w:i w:val="0"/>
          <w:color w:val="000000"/>
          <w:sz w:val="24"/>
          <w:rtl/>
          <w:szCs w:val="32"/>
        </w:rPr>
        <w:t>אֵדְניֱ</w:t>
      </w:r>
      <w:r>
        <w:rPr>
          <w:rFonts w:ascii="Georgia" w:hAnsi="Georgia"/>
          <w:b w:val="0"/>
          <w:i w:val="0"/>
          <w:color w:val="000000"/>
          <w:sz w:val="24"/>
        </w:rPr>
        <w:t>) — ошибка, и кроме того, после букв йод-хэй-вав (</w:t>
      </w:r>
      <w:r>
        <w:rPr>
          <w:rFonts w:ascii="Georgia" w:hAnsi="Georgia" w:cs="Times New Roman"/>
          <w:b/>
          <w:i w:val="0"/>
          <w:color w:val="000000"/>
          <w:sz w:val="24"/>
          <w:rtl/>
          <w:szCs w:val="32"/>
        </w:rPr>
        <w:t>יה״ו</w:t>
      </w:r>
      <w:r>
        <w:rPr>
          <w:rFonts w:ascii="Georgia" w:hAnsi="Georgia"/>
          <w:b w:val="0"/>
          <w:i w:val="0"/>
          <w:color w:val="000000"/>
          <w:sz w:val="24"/>
        </w:rPr>
        <w:t>) написано 39 (</w:t>
      </w:r>
      <w:r>
        <w:rPr>
          <w:rFonts w:ascii="Georgia" w:hAnsi="Georgia" w:cs="Times New Roman"/>
          <w:b/>
          <w:i w:val="0"/>
          <w:color w:val="000000"/>
          <w:sz w:val="24"/>
          <w:rtl/>
          <w:szCs w:val="32"/>
        </w:rPr>
        <w:t>ט״ל</w:t>
      </w:r>
      <w:r>
        <w:rPr>
          <w:rFonts w:ascii="Georgia" w:hAnsi="Georgia"/>
          <w:b w:val="0"/>
          <w:i w:val="0"/>
          <w:color w:val="000000"/>
          <w:sz w:val="24"/>
        </w:rPr>
        <w:t>), чего на самом деле нет. До сих пор.]</w:t>
      </w:r>
    </w:p>
    <w:p>
      <w:pPr>
        <w:spacing w:before="40" w:after="120"/>
        <w:jc w:val="both"/>
      </w:pPr>
      <w:r>
        <w:rPr>
          <w:rFonts w:ascii="Georgia" w:hAnsi="Georgia" w:cs="Times New Roman"/>
          <w:b/>
          <w:i w:val="0"/>
          <w:color w:val="000000"/>
          <w:sz w:val="24"/>
          <w:rtl/>
          <w:szCs w:val="32"/>
        </w:rPr>
        <w:t>אְלֶףָ יְהֶוָהְ אֶלָהְיֶםָ אְדֶנָיְ</w:t>
      </w:r>
      <w:r>
        <w:rPr>
          <w:rFonts w:ascii="Georgia" w:hAnsi="Georgia"/>
          <w:b w:val="0"/>
          <w:i w:val="0"/>
          <w:color w:val="000000"/>
          <w:sz w:val="24"/>
        </w:rPr>
        <w:t xml:space="preserve"> [Примечание издателя (ЙОСД, благословенной памяти): держи в руках правило: огласовка Имен следует огласовке имени, выходящего из стиха, и продвигайся в этом по порядку, и незачем удлинять [объяснение]. До сих пор.]</w:t>
      </w:r>
    </w:p>
    <w:p>
      <w:pPr>
        <w:spacing w:before="40" w:after="120"/>
        <w:jc w:val="center"/>
      </w:pPr>
      <w:r>
        <w:rPr>
          <w:rFonts w:ascii="Georgia" w:hAnsi="Georgia" w:cs="Times New Roman"/>
          <w:b/>
          <w:i w:val="0"/>
          <w:color w:val="000000"/>
          <w:sz w:val="32"/>
          <w:rtl/>
          <w:szCs w:val="44"/>
        </w:rPr>
        <w:t>הַהִלֹ יַוִדֹ הַיִ וֹיַוִ הֹיַ יִהֹוַהִ</w:t>
      </w:r>
    </w:p>
    <w:p>
      <w:pPr>
        <w:spacing w:before="40" w:after="120"/>
        <w:jc w:val="both"/>
      </w:pPr>
      <w:r>
        <w:rPr>
          <w:rFonts w:ascii="Georgia" w:hAnsi="Georgia" w:cs="Times New Roman"/>
          <w:b/>
          <w:i w:val="0"/>
          <w:color w:val="000000"/>
          <w:sz w:val="24"/>
          <w:rtl/>
          <w:szCs w:val="32"/>
        </w:rPr>
        <w:t>הְתָהְ יְוָדְ הְיָ וְיְוָ הְיְ אָלְ יְהָוְהְ</w:t>
      </w:r>
      <w:r>
        <w:rPr>
          <w:rFonts w:ascii="Georgia" w:hAnsi="Georgia"/>
          <w:b w:val="0"/>
          <w:i w:val="0"/>
          <w:color w:val="000000"/>
          <w:sz w:val="24"/>
        </w:rPr>
        <w:t xml:space="preserve"> [Примечание издателя (ЙОСД, благословенной памяти): в книгах огласовано имя ЭЛЬ АВАЯ (</w:t>
      </w:r>
      <w:r>
        <w:rPr>
          <w:rFonts w:ascii="Georgia" w:hAnsi="Georgia" w:cs="Times New Roman"/>
          <w:b/>
          <w:i w:val="0"/>
          <w:color w:val="000000"/>
          <w:sz w:val="24"/>
          <w:rtl/>
          <w:szCs w:val="32"/>
        </w:rPr>
        <w:t>א״ל יהוה</w:t>
      </w:r>
      <w:r>
        <w:rPr>
          <w:rFonts w:ascii="Georgia" w:hAnsi="Georgia"/>
          <w:b w:val="0"/>
          <w:i w:val="0"/>
          <w:color w:val="000000"/>
          <w:sz w:val="24"/>
        </w:rPr>
        <w:t>), но этого нет. До сих пор.]</w:t>
      </w:r>
    </w:p>
    <w:p>
      <w:pPr>
        <w:spacing w:before="40" w:after="120"/>
        <w:jc w:val="center"/>
      </w:pPr>
      <w:r>
        <w:rPr>
          <w:rFonts w:ascii="Georgia" w:hAnsi="Georgia" w:cs="Times New Roman"/>
          <w:b/>
          <w:i w:val="0"/>
          <w:color w:val="000000"/>
          <w:sz w:val="32"/>
          <w:rtl/>
          <w:szCs w:val="44"/>
        </w:rPr>
        <w:t>שִזָיְ אִלָףְ לִמָדְ הִיָ יְוִדָ מְםִ אָלְהִיָםְ וִדָ יְ יִוָ יְ</w:t>
      </w:r>
    </w:p>
    <w:p>
      <w:pPr>
        <w:spacing w:before="40" w:after="120"/>
        <w:jc w:val="both"/>
      </w:pPr>
      <w:r>
        <w:rPr>
          <w:rFonts w:ascii="Georgia" w:hAnsi="Georgia" w:cs="Times New Roman"/>
          <w:b/>
          <w:i w:val="0"/>
          <w:color w:val="000000"/>
          <w:sz w:val="24"/>
          <w:rtl/>
          <w:szCs w:val="32"/>
        </w:rPr>
        <w:t>יִאֻהְ</w:t>
      </w:r>
      <w:r>
        <w:rPr>
          <w:rFonts w:ascii="Georgia" w:hAnsi="Georgia"/>
          <w:b w:val="0"/>
          <w:i w:val="0"/>
          <w:color w:val="000000"/>
          <w:sz w:val="24"/>
        </w:rPr>
        <w:t xml:space="preserve"> [Начальные буквы слов «йодин» (</w:t>
      </w:r>
      <w:r>
        <w:rPr>
          <w:rFonts w:ascii="Georgia" w:hAnsi="Georgia" w:cs="Times New Roman"/>
          <w:b/>
          <w:i w:val="0"/>
          <w:color w:val="000000"/>
          <w:sz w:val="24"/>
          <w:rtl/>
          <w:szCs w:val="32"/>
        </w:rPr>
        <w:t>יוֹדִי״ן</w:t>
      </w:r>
      <w:r>
        <w:rPr>
          <w:rFonts w:ascii="Georgia" w:hAnsi="Georgia"/>
          <w:b w:val="0"/>
          <w:i w:val="0"/>
          <w:color w:val="000000"/>
          <w:sz w:val="24"/>
        </w:rPr>
        <w:t>), «альфин» (</w:t>
      </w:r>
      <w:r>
        <w:rPr>
          <w:rFonts w:ascii="Georgia" w:hAnsi="Georgia" w:cs="Times New Roman"/>
          <w:b/>
          <w:i w:val="0"/>
          <w:color w:val="000000"/>
          <w:sz w:val="24"/>
          <w:rtl/>
          <w:szCs w:val="32"/>
        </w:rPr>
        <w:t>אַלְפִי״ן</w:t>
      </w:r>
      <w:r>
        <w:rPr>
          <w:rFonts w:ascii="Georgia" w:hAnsi="Georgia"/>
          <w:b w:val="0"/>
          <w:i w:val="0"/>
          <w:color w:val="000000"/>
          <w:sz w:val="24"/>
        </w:rPr>
        <w:t>) и «хэйин» (</w:t>
      </w:r>
      <w:r>
        <w:rPr>
          <w:rFonts w:ascii="Georgia" w:hAnsi="Georgia" w:cs="Times New Roman"/>
          <w:b/>
          <w:i w:val="0"/>
          <w:color w:val="000000"/>
          <w:sz w:val="24"/>
          <w:rtl/>
          <w:szCs w:val="32"/>
        </w:rPr>
        <w:t>הֵהִי״ן</w:t>
      </w:r>
      <w:r>
        <w:rPr>
          <w:rFonts w:ascii="Georgia" w:hAnsi="Georgia"/>
          <w:b w:val="0"/>
          <w:i w:val="0"/>
          <w:color w:val="000000"/>
          <w:sz w:val="24"/>
        </w:rPr>
        <w:t>) (наполнений через йод, алеф и хэй) трех упомянутых Имен ЭЛОКИМ; числовое значение этого имени — 16 (</w:t>
      </w:r>
      <w:r>
        <w:rPr>
          <w:rFonts w:ascii="Georgia" w:hAnsi="Georgia" w:cs="Times New Roman"/>
          <w:b/>
          <w:i w:val="0"/>
          <w:color w:val="000000"/>
          <w:sz w:val="24"/>
          <w:rtl/>
          <w:szCs w:val="32"/>
        </w:rPr>
        <w:t>י״ו</w:t>
      </w:r>
      <w:r>
        <w:rPr>
          <w:rFonts w:ascii="Georgia" w:hAnsi="Georgia"/>
          <w:b w:val="0"/>
          <w:i w:val="0"/>
          <w:color w:val="000000"/>
          <w:sz w:val="24"/>
        </w:rPr>
        <w:t>), [что равно] квадратному развертыванию наполнения МА; огласовок 60 (</w:t>
      </w:r>
      <w:r>
        <w:rPr>
          <w:rFonts w:ascii="Georgia" w:hAnsi="Georgia" w:cs="Times New Roman"/>
          <w:b/>
          <w:i w:val="0"/>
          <w:color w:val="000000"/>
          <w:sz w:val="24"/>
          <w:rtl/>
          <w:szCs w:val="32"/>
        </w:rPr>
        <w:t>ס</w:t>
      </w:r>
      <w:r>
        <w:rPr>
          <w:rFonts w:ascii="Georgia" w:hAnsi="Georgia"/>
          <w:b w:val="0"/>
          <w:i w:val="0"/>
          <w:color w:val="000000"/>
          <w:sz w:val="24"/>
        </w:rPr>
        <w:t>), как числовое значение [букв] де-МА; а буквы йод и хэй взяты из самого этого Имени: в нем есть ЙА, помимо указания на йодин, альфин и хэйин. До сих пор.]</w:t>
      </w:r>
    </w:p>
    <w:p>
      <w:pPr>
        <w:spacing w:before="40" w:after="120"/>
        <w:jc w:val="center"/>
      </w:pPr>
      <w:r>
        <w:rPr>
          <w:rFonts w:ascii="Georgia" w:hAnsi="Georgia" w:cs="Times New Roman"/>
          <w:b/>
          <w:i w:val="0"/>
          <w:color w:val="000000"/>
          <w:sz w:val="32"/>
          <w:rtl/>
          <w:szCs w:val="44"/>
        </w:rPr>
        <w:t>אִלֻףְ לִמֻדְ הִיֻ יְוִדֻ מְםִ אֻלְףִ לֻמְדִ הֻאְ יִוֻדְ מִםֻ אְלִףֻ לְמִדֻ הְהִ יֻוְדִ מֻםְ וִדֻ וְדִאֻ וְדִאֻ אְוִ וֻדְ אִ אֻוְ אִ</w:t>
      </w:r>
      <w:r>
        <w:rPr>
          <w:rFonts w:ascii="Georgia" w:hAnsi="Georgia"/>
          <w:b w:val="0"/>
          <w:i w:val="0"/>
          <w:color w:val="000000"/>
          <w:sz w:val="32"/>
        </w:rPr>
        <w:t xml:space="preserve"> </w:t>
      </w:r>
      <w:r>
        <w:rPr>
          <w:rFonts w:ascii="Georgia" w:hAnsi="Georgia"/>
          <w:b w:val="0"/>
          <w:i/>
          <w:color w:val="000000"/>
          <w:sz w:val="32"/>
        </w:rPr>
        <w:t xml:space="preserve"> </w:t>
      </w:r>
      <w:r>
        <w:rPr>
          <w:rFonts w:ascii="Georgia" w:hAnsi="Georgia" w:cs="Times New Roman"/>
          <w:b/>
          <w:i/>
          <w:color w:val="000000"/>
          <w:sz w:val="32"/>
          <w:rtl/>
          <w:szCs w:val="44"/>
        </w:rPr>
        <w:t>יֻוְדִ הֻאְ וְאֻוְ הִאֻ יְהִ</w:t>
      </w:r>
    </w:p>
    <w:p>
      <w:pPr>
        <w:spacing w:before="40" w:after="120"/>
        <w:jc w:val="both"/>
      </w:pPr>
      <w:r>
        <w:rPr>
          <w:rFonts w:ascii="Georgia" w:hAnsi="Georgia" w:cs="Times New Roman"/>
          <w:b/>
          <w:i w:val="0"/>
          <w:color w:val="000000"/>
          <w:sz w:val="24"/>
          <w:rtl/>
          <w:szCs w:val="32"/>
        </w:rPr>
        <w:t>רָוֹ אָלֻףָ לֻמָדֻ אָהָֻהֻ יָהֻוָהֻ</w:t>
      </w:r>
      <w:r>
        <w:rPr>
          <w:rFonts w:ascii="Georgia" w:hAnsi="Georgia"/>
          <w:b w:val="0"/>
          <w:i w:val="0"/>
          <w:color w:val="000000"/>
          <w:sz w:val="24"/>
        </w:rPr>
        <w:t xml:space="preserve"> [Примечание издателя (ЙОСД, благословенной памяти): не следует затрудняться вопросом об огласовке кубуц, поскольку шурук и кубуц — это одно и то же название. До сих пор.]</w:t>
      </w:r>
    </w:p>
    <w:p>
      <w:pPr>
        <w:spacing w:before="40" w:after="120"/>
        <w:jc w:val="both"/>
      </w:pPr>
      <w:r>
        <w:rPr>
          <w:rFonts w:ascii="Georgia" w:hAnsi="Georgia" w:cs="Times New Roman"/>
          <w:b/>
          <w:i w:val="0"/>
          <w:color w:val="000000"/>
          <w:sz w:val="24"/>
          <w:rtl/>
          <w:szCs w:val="32"/>
        </w:rPr>
        <w:t>וְלָאַ וְדָ יַ אְוָ יַ יְוָדַ וְיָוַ דְלָתַ הְיָ יַוְדָ וַאְוָ אַלְףָ וַאְוָ</w:t>
      </w:r>
      <w:r>
        <w:rPr>
          <w:rFonts w:ascii="Georgia" w:hAnsi="Georgia"/>
          <w:b w:val="0"/>
          <w:i w:val="0"/>
          <w:color w:val="000000"/>
          <w:sz w:val="24"/>
        </w:rPr>
        <w:t xml:space="preserve"> [в других книгах: </w:t>
      </w:r>
      <w:r>
        <w:rPr>
          <w:rFonts w:ascii="Georgia" w:hAnsi="Georgia" w:cs="Times New Roman"/>
          <w:b/>
          <w:i w:val="0"/>
          <w:color w:val="000000"/>
          <w:sz w:val="24"/>
          <w:rtl/>
          <w:szCs w:val="32"/>
        </w:rPr>
        <w:t>וַיְוָ אַלְףָ וָיְוָ</w:t>
      </w:r>
      <w:r>
        <w:rPr>
          <w:rFonts w:ascii="Georgia" w:hAnsi="Georgia"/>
          <w:b w:val="0"/>
          <w:i w:val="0"/>
          <w:color w:val="000000"/>
          <w:sz w:val="24"/>
        </w:rPr>
        <w:t xml:space="preserve">] </w:t>
      </w:r>
      <w:r>
        <w:rPr>
          <w:rFonts w:ascii="Georgia" w:hAnsi="Georgia" w:cs="Times New Roman"/>
          <w:b/>
          <w:i w:val="0"/>
          <w:color w:val="000000"/>
          <w:sz w:val="24"/>
          <w:rtl/>
          <w:szCs w:val="32"/>
        </w:rPr>
        <w:t>הַיְ יָוַדְ יָוַדְ הָיַ וְאָוַ הְיָ יַהְוָהַ וַרַהְ אַלַףְ לַמַדְ יַהַוְהַ ל״ב אַלַהְיַםַ</w:t>
      </w:r>
      <w:r>
        <w:rPr>
          <w:rFonts w:ascii="Georgia" w:hAnsi="Georgia"/>
          <w:b w:val="0"/>
          <w:i w:val="0"/>
          <w:color w:val="000000"/>
          <w:sz w:val="24"/>
        </w:rPr>
        <w:t xml:space="preserve"> [Примечание издателя (ЙОСД, благословенной памяти): пусть не покажется тебе затруднительной огласовка буквы ламэд в имени ЭЛОКИМ, которая огласована патахом, потому что это начало других имен. Поначалу я отказался от этого [объяснения], ведь выше и далее огласовано по порядку, и истина в том, что здесь опечатка, и должно быть шва, повторяющееся по кругу. До сих пор.] </w:t>
      </w:r>
      <w:r>
        <w:rPr>
          <w:rFonts w:ascii="Georgia" w:hAnsi="Georgia" w:cs="Times New Roman"/>
          <w:b/>
          <w:i w:val="0"/>
          <w:color w:val="000000"/>
          <w:sz w:val="24"/>
          <w:rtl/>
          <w:szCs w:val="32"/>
        </w:rPr>
        <w:t>יִאְשָ יִוְדָ</w:t>
      </w:r>
      <w:r>
        <w:rPr>
          <w:rFonts w:ascii="Georgia" w:hAnsi="Georgia"/>
          <w:b w:val="0"/>
          <w:i w:val="0"/>
          <w:color w:val="000000"/>
          <w:sz w:val="24"/>
        </w:rPr>
        <w:t xml:space="preserve"> десять раз </w:t>
      </w:r>
      <w:r>
        <w:rPr>
          <w:rFonts w:ascii="Georgia" w:hAnsi="Georgia" w:cs="Times New Roman"/>
          <w:b/>
          <w:i w:val="0"/>
          <w:color w:val="000000"/>
          <w:sz w:val="24"/>
          <w:rtl/>
          <w:szCs w:val="32"/>
        </w:rPr>
        <w:t>הִיְ יָ וִדְ יָ יִוְ יָ</w:t>
      </w:r>
      <w:r>
        <w:rPr>
          <w:rFonts w:ascii="Georgia" w:hAnsi="Georgia"/>
          <w:b w:val="0"/>
          <w:i w:val="0"/>
          <w:color w:val="000000"/>
          <w:sz w:val="24"/>
        </w:rPr>
        <w:t xml:space="preserve"> [Упомянутое наполнение АБ равно по гематрии числу огласовок; и представляется автору [благословенной памяти], что буква йод, предшествующая буквам вав-далет, — лишняя. До сих пор.]</w:t>
      </w:r>
    </w:p>
    <w:p>
      <w:pPr>
        <w:spacing w:before="40" w:after="120"/>
        <w:jc w:val="center"/>
      </w:pPr>
      <w:r>
        <w:rPr>
          <w:rFonts w:ascii="Georgia" w:hAnsi="Georgia" w:cs="Times New Roman"/>
          <w:b/>
          <w:i w:val="0"/>
          <w:color w:val="000000"/>
          <w:sz w:val="32"/>
          <w:rtl/>
          <w:szCs w:val="44"/>
        </w:rPr>
        <w:t>אִמְיֶ אִלְ אֶהִיְהֶ אִלְףֶ לִמְדֶ פִאְ הֶהִ הְהֶ יִוְדֶ וִיְוֶ דִלְתֶ הִהְ הֶהִ אְלֶףִ דְלֶהִ נְוֶןִ יְוֶדִ אְלֶףִ לְמֶדִ הְיֶ יִוְדֶ מִםְ</w:t>
      </w:r>
    </w:p>
    <w:p>
      <w:pPr>
        <w:spacing w:before="40" w:after="120"/>
        <w:jc w:val="center"/>
      </w:pPr>
      <w:r>
        <w:rPr>
          <w:rFonts w:ascii="Georgia" w:hAnsi="Georgia" w:cs="Times New Roman"/>
          <w:b/>
          <w:i w:val="0"/>
          <w:color w:val="000000"/>
          <w:sz w:val="32"/>
          <w:rtl/>
          <w:szCs w:val="44"/>
        </w:rPr>
        <w:t>מַרִ יַהִ רַיִוַ דִוַ דִיַ וִדַ וִדַיִ וַדִיַאִוַ וִדַיִאַוִיַ</w:t>
      </w:r>
    </w:p>
    <w:p>
      <w:pPr>
        <w:spacing w:before="40" w:after="120"/>
        <w:jc w:val="center"/>
      </w:pPr>
      <w:r>
        <w:rPr>
          <w:rFonts w:ascii="Georgia" w:hAnsi="Georgia" w:cs="Times New Roman"/>
          <w:b/>
          <w:i w:val="0"/>
          <w:color w:val="000000"/>
          <w:sz w:val="32"/>
          <w:rtl/>
          <w:szCs w:val="44"/>
        </w:rPr>
        <w:t>רֵיָשַ אֵלָףַ לֵמָדַ הֵיָ יַוֵדָ מַםֵ אָ אַלֵ אָלַהֵ אָלַהֵיָ אַלֵהָיַםֵ יָוַדֵ וָיַוֵ דָלַתֵ הָיַ יֵוָדַ וֵיָוַ יֵוָדַ וֵיָוַ הֵיָ יַוֵדָ יַוֵדָ הַיֵ וָיַוֵ הָיַ יֵהָוַהֵ</w:t>
      </w:r>
    </w:p>
    <w:p>
      <w:pPr>
        <w:spacing w:before="40" w:after="120"/>
        <w:jc w:val="both"/>
      </w:pPr>
      <w:r>
        <w:rPr>
          <w:rFonts w:ascii="Georgia" w:hAnsi="Georgia" w:cs="Times New Roman"/>
          <w:b/>
          <w:i w:val="0"/>
          <w:color w:val="000000"/>
          <w:sz w:val="24"/>
          <w:rtl/>
          <w:szCs w:val="32"/>
        </w:rPr>
        <w:t>לְכֹגֵ</w:t>
      </w:r>
      <w:r>
        <w:rPr>
          <w:rFonts w:ascii="Georgia" w:hAnsi="Georgia"/>
          <w:b w:val="0"/>
          <w:i w:val="0"/>
          <w:color w:val="000000"/>
          <w:sz w:val="24"/>
        </w:rPr>
        <w:t xml:space="preserve"> — со словом в целом [число] БОН: </w:t>
      </w:r>
      <w:r>
        <w:rPr>
          <w:rFonts w:ascii="Georgia" w:hAnsi="Georgia" w:cs="Times New Roman"/>
          <w:b/>
          <w:i w:val="0"/>
          <w:color w:val="000000"/>
          <w:sz w:val="24"/>
          <w:rtl/>
          <w:szCs w:val="32"/>
        </w:rPr>
        <w:t>יְוֹדֵ הְהֹ וֵוְ הֹהֵ</w:t>
      </w:r>
      <w:r>
        <w:rPr>
          <w:rFonts w:ascii="Georgia" w:hAnsi="Georgia"/>
          <w:b w:val="0"/>
          <w:i w:val="0"/>
          <w:color w:val="000000"/>
          <w:sz w:val="24"/>
        </w:rPr>
        <w:t xml:space="preserve">; </w:t>
      </w:r>
      <w:r>
        <w:rPr>
          <w:rFonts w:ascii="Georgia" w:hAnsi="Georgia" w:cs="Times New Roman"/>
          <w:b/>
          <w:i w:val="0"/>
          <w:color w:val="000000"/>
          <w:sz w:val="24"/>
          <w:rtl/>
          <w:szCs w:val="32"/>
        </w:rPr>
        <w:t>יְלֹיֵ</w:t>
      </w:r>
      <w:r>
        <w:rPr>
          <w:rFonts w:ascii="Georgia" w:hAnsi="Georgia"/>
          <w:b w:val="0"/>
          <w:i w:val="0"/>
          <w:color w:val="000000"/>
          <w:sz w:val="24"/>
        </w:rPr>
        <w:t xml:space="preserve"> — со словом в целом 51 (</w:t>
      </w:r>
      <w:r>
        <w:rPr>
          <w:rFonts w:ascii="Georgia" w:hAnsi="Georgia" w:cs="Times New Roman"/>
          <w:b/>
          <w:i w:val="0"/>
          <w:color w:val="000000"/>
          <w:sz w:val="24"/>
          <w:rtl/>
          <w:szCs w:val="32"/>
        </w:rPr>
        <w:t>נ״א</w:t>
      </w:r>
      <w:r>
        <w:rPr>
          <w:rFonts w:ascii="Georgia" w:hAnsi="Georgia"/>
          <w:b w:val="0"/>
          <w:i w:val="0"/>
          <w:color w:val="000000"/>
          <w:sz w:val="24"/>
        </w:rPr>
        <w:t xml:space="preserve">): </w:t>
      </w:r>
      <w:r>
        <w:rPr>
          <w:rFonts w:ascii="Georgia" w:hAnsi="Georgia" w:cs="Times New Roman"/>
          <w:b/>
          <w:i w:val="0"/>
          <w:color w:val="000000"/>
          <w:sz w:val="24"/>
          <w:rtl/>
          <w:szCs w:val="32"/>
        </w:rPr>
        <w:t>הָיָהְ אָהָיְהָ יָוְדָ הָהְ וָוָ הְהָ</w:t>
      </w:r>
    </w:p>
    <w:p>
      <w:pPr>
        <w:spacing w:before="40" w:after="120"/>
        <w:jc w:val="both"/>
      </w:pPr>
      <w:r>
        <w:rPr>
          <w:rFonts w:ascii="Georgia" w:hAnsi="Georgia" w:cs="Times New Roman"/>
          <w:b/>
          <w:i w:val="0"/>
          <w:color w:val="000000"/>
          <w:sz w:val="24"/>
          <w:rtl/>
          <w:szCs w:val="32"/>
        </w:rPr>
        <w:t>יְאֱ</w:t>
      </w:r>
      <w:r>
        <w:rPr>
          <w:rFonts w:ascii="Georgia" w:hAnsi="Georgia"/>
          <w:b w:val="0"/>
          <w:i w:val="0"/>
          <w:color w:val="000000"/>
          <w:sz w:val="24"/>
        </w:rPr>
        <w:t xml:space="preserve"> — начальные буквы слов АВАЯ ЭЛОКЕЙНУ (</w:t>
      </w:r>
      <w:r>
        <w:rPr>
          <w:rFonts w:ascii="Georgia" w:hAnsi="Georgia" w:cs="Times New Roman"/>
          <w:b/>
          <w:i w:val="0"/>
          <w:color w:val="000000"/>
          <w:sz w:val="24"/>
          <w:rtl/>
          <w:szCs w:val="32"/>
        </w:rPr>
        <w:t>יהוה אֱלֹהֵינוּ</w:t>
      </w:r>
      <w:r>
        <w:rPr>
          <w:rFonts w:ascii="Georgia" w:hAnsi="Georgia"/>
          <w:b w:val="0"/>
          <w:i w:val="0"/>
          <w:color w:val="000000"/>
          <w:sz w:val="24"/>
        </w:rPr>
        <w:t xml:space="preserve"> — </w:t>
      </w:r>
      <w:r>
        <w:rPr>
          <w:rFonts w:ascii="Georgia" w:hAnsi="Georgia"/>
          <w:b w:val="0"/>
          <w:i/>
          <w:color w:val="000000"/>
          <w:sz w:val="24"/>
        </w:rPr>
        <w:t>«Г-сподь, Б-г наш»</w:t>
      </w:r>
      <w:r>
        <w:rPr>
          <w:rFonts w:ascii="Georgia" w:hAnsi="Georgia"/>
          <w:b w:val="0"/>
          <w:i w:val="0"/>
          <w:color w:val="000000"/>
          <w:sz w:val="24"/>
        </w:rPr>
        <w:t>), а также начальные буквы слов ЭЛЬ ЭЛОКИМ (</w:t>
      </w:r>
      <w:r>
        <w:rPr>
          <w:rFonts w:ascii="Georgia" w:hAnsi="Georgia" w:cs="Times New Roman"/>
          <w:b/>
          <w:i w:val="0"/>
          <w:color w:val="000000"/>
          <w:sz w:val="24"/>
          <w:rtl/>
          <w:szCs w:val="32"/>
        </w:rPr>
        <w:t>אֵל אֱלֹהִים</w:t>
      </w:r>
      <w:r>
        <w:rPr>
          <w:rFonts w:ascii="Georgia" w:hAnsi="Georgia"/>
          <w:b w:val="0"/>
          <w:i w:val="0"/>
          <w:color w:val="000000"/>
          <w:sz w:val="24"/>
        </w:rPr>
        <w:t>); огласовка равна 71 (</w:t>
      </w:r>
      <w:r>
        <w:rPr>
          <w:rFonts w:ascii="Georgia" w:hAnsi="Georgia" w:cs="Times New Roman"/>
          <w:b/>
          <w:i w:val="0"/>
          <w:color w:val="000000"/>
          <w:sz w:val="24"/>
          <w:rtl/>
          <w:szCs w:val="32"/>
        </w:rPr>
        <w:t>ע״א</w:t>
      </w:r>
      <w:r>
        <w:rPr>
          <w:rFonts w:ascii="Georgia" w:hAnsi="Georgia"/>
          <w:b w:val="0"/>
          <w:i w:val="0"/>
          <w:color w:val="000000"/>
          <w:sz w:val="24"/>
        </w:rPr>
        <w:t>) от [Имени] МА, и это семь огласовок, соответствующих семи буквам [Имен] ЭЛЬ ЭЛОКИМ (</w:t>
      </w:r>
      <w:r>
        <w:rPr>
          <w:rFonts w:ascii="Georgia" w:hAnsi="Georgia" w:cs="Times New Roman"/>
          <w:b/>
          <w:i w:val="0"/>
          <w:color w:val="000000"/>
          <w:sz w:val="24"/>
          <w:rtl/>
          <w:szCs w:val="32"/>
        </w:rPr>
        <w:t>אֵל אֱלֹהִים</w:t>
      </w:r>
      <w:r>
        <w:rPr>
          <w:rFonts w:ascii="Georgia" w:hAnsi="Georgia"/>
          <w:b w:val="0"/>
          <w:i w:val="0"/>
          <w:color w:val="000000"/>
          <w:sz w:val="24"/>
        </w:rPr>
        <w:t xml:space="preserve">): </w:t>
      </w:r>
      <w:r>
        <w:rPr>
          <w:rFonts w:ascii="Georgia" w:hAnsi="Georgia" w:cs="Times New Roman"/>
          <w:b/>
          <w:i w:val="0"/>
          <w:color w:val="000000"/>
          <w:sz w:val="24"/>
          <w:rtl/>
          <w:szCs w:val="32"/>
        </w:rPr>
        <w:t>יְהֱוְהֱ אְלֱהְיֱנְוֱ אְלֱ אְלֱהְיֱםְ יֱהְוֱהְ יֱוְדֱ הְאֱֲ וְאֱוְ הֲאְ יֱהְוֱהְ</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הַוֶ צַבֶאַותַ מֶצַמֶצַיֶתַ יֶוַדֶ וַיֶוַ דֶלַתֶ הַהֶ הַהֶ וַוֶ וַוֶ הַהֶ הַהֶ</w:t>
      </w:r>
      <w:r>
        <w:rPr>
          <w:rFonts w:ascii="Georgia" w:hAnsi="Georgia"/>
          <w:b w:val="0"/>
          <w:i w:val="0"/>
          <w:color w:val="000000"/>
          <w:sz w:val="24"/>
        </w:rPr>
        <w:t xml:space="preserve"> [Примечание издателя (ЙОСД, благословенной памяти): я нашел написанным в книгах в завершение этих Имен имя БОН и АВАЯ в таком виде: </w:t>
      </w:r>
      <w:r>
        <w:rPr>
          <w:rFonts w:ascii="Georgia" w:hAnsi="Georgia" w:cs="Times New Roman"/>
          <w:b/>
          <w:i w:val="0"/>
          <w:color w:val="000000"/>
          <w:sz w:val="24"/>
          <w:rtl/>
          <w:szCs w:val="32"/>
        </w:rPr>
        <w:t>יַוֶדַ הֶהַ וֶוַ הֶהַ יֶהַוֶהַ</w:t>
      </w:r>
      <w:r>
        <w:rPr>
          <w:rFonts w:ascii="Georgia" w:hAnsi="Georgia"/>
          <w:b w:val="0"/>
          <w:i w:val="0"/>
          <w:color w:val="000000"/>
          <w:sz w:val="24"/>
        </w:rPr>
        <w:t>; а в объяснении Учителя, благословенной памяти, в конце названы только ЦВАОТ, «мацмацит» (</w:t>
      </w:r>
      <w:r>
        <w:rPr>
          <w:rFonts w:ascii="Georgia" w:hAnsi="Georgia" w:cs="Times New Roman"/>
          <w:b/>
          <w:i w:val="0"/>
          <w:color w:val="000000"/>
          <w:sz w:val="24"/>
          <w:rtl/>
          <w:szCs w:val="32"/>
        </w:rPr>
        <w:t>מֶצַמֶצַיֶתַ</w:t>
      </w:r>
      <w:r>
        <w:rPr>
          <w:rFonts w:ascii="Georgia" w:hAnsi="Georgia"/>
          <w:b w:val="0"/>
          <w:i w:val="0"/>
          <w:color w:val="000000"/>
          <w:sz w:val="24"/>
        </w:rPr>
        <w:t>) и наполнение БОН, и возможно, это выпало из его объяснения, но должно быть [здесь]. До сих пор его слова. И так же написано в другой рукописи, и вот ее слова: «Примечание издателя: должно быть простое, наполнение и наполнение наполнения (мале де-мале), а буквы вав наполнены через алеф, как написано в каванот на Рош а-Шана, и тогда гематрия составит 36 (</w:t>
      </w:r>
      <w:r>
        <w:rPr>
          <w:rFonts w:ascii="Georgia" w:hAnsi="Georgia" w:cs="Times New Roman"/>
          <w:b/>
          <w:i w:val="0"/>
          <w:color w:val="000000"/>
          <w:sz w:val="24"/>
          <w:rtl/>
          <w:szCs w:val="32"/>
        </w:rPr>
        <w:t>ל״ו</w:t>
      </w:r>
      <w:r>
        <w:rPr>
          <w:rFonts w:ascii="Georgia" w:hAnsi="Georgia"/>
          <w:b w:val="0"/>
          <w:i w:val="0"/>
          <w:color w:val="000000"/>
          <w:sz w:val="24"/>
        </w:rPr>
        <w:t xml:space="preserve">), как число огласовок. И теперь то, чего здесь недостает, написано в книгах. До сих пор».] </w:t>
      </w:r>
      <w:r>
        <w:rPr>
          <w:rFonts w:ascii="Georgia" w:hAnsi="Georgia" w:cs="Times New Roman"/>
          <w:b/>
          <w:i w:val="0"/>
          <w:color w:val="000000"/>
          <w:sz w:val="24"/>
          <w:rtl/>
          <w:szCs w:val="32"/>
        </w:rPr>
        <w:t>גָסָוֶ אָהָיֶהָ יָהֶוָהָ אֶהָיָהֶ יָוָדֶ הָיָ וֶיָוָ הֶיָ יָוֶדָ הָיֶ וָאָוֶ הָיָ יֶוָדָ הַאָ וָאֶוָ הָאֶ יָוָדֶ הָהָ וֶוָ הָהֶ אָלָףֶ הָיָ יֶוָדָ הֶיָ אָלֶףָ הָאֶ יָוָדֶ הָאָ אֶלָףָ הֶהָ יָוֶדָ הָהֶ אָדָנֶיָ יָוֶדָ הָיֶ וָוָ הֶיָ</w:t>
      </w:r>
      <w:r>
        <w:rPr>
          <w:rFonts w:ascii="Georgia" w:hAnsi="Georgia"/>
          <w:b w:val="0"/>
          <w:i w:val="0"/>
          <w:color w:val="000000"/>
          <w:sz w:val="24"/>
        </w:rPr>
        <w:t xml:space="preserve"> [Примечание издателя: написано ниже «АДОНАЙ и буквы вав-далет его [наполнения]», и оказывается, что это числовое значение Имени, помимо 69 (</w:t>
      </w:r>
      <w:r>
        <w:rPr>
          <w:rFonts w:ascii="Georgia" w:hAnsi="Georgia" w:cs="Times New Roman"/>
          <w:b/>
          <w:i w:val="0"/>
          <w:color w:val="000000"/>
          <w:sz w:val="24"/>
          <w:rtl/>
          <w:szCs w:val="32"/>
        </w:rPr>
        <w:t>ס״ט</w:t>
      </w:r>
      <w:r>
        <w:rPr>
          <w:rFonts w:ascii="Georgia" w:hAnsi="Georgia"/>
          <w:b w:val="0"/>
          <w:i w:val="0"/>
          <w:color w:val="000000"/>
          <w:sz w:val="24"/>
        </w:rPr>
        <w:t>) от 687 (</w:t>
      </w:r>
      <w:r>
        <w:rPr>
          <w:rFonts w:ascii="Georgia" w:hAnsi="Georgia" w:cs="Times New Roman"/>
          <w:b/>
          <w:i w:val="0"/>
          <w:color w:val="000000"/>
          <w:sz w:val="24"/>
          <w:rtl/>
          <w:szCs w:val="32"/>
        </w:rPr>
        <w:t>תרפ״ז</w:t>
      </w:r>
      <w:r>
        <w:rPr>
          <w:rFonts w:ascii="Georgia" w:hAnsi="Georgia"/>
          <w:b w:val="0"/>
          <w:i w:val="0"/>
          <w:color w:val="000000"/>
          <w:sz w:val="24"/>
        </w:rPr>
        <w:t xml:space="preserve">), и получаются три аспекта в [слове] «жизнь».] </w:t>
      </w:r>
      <w:r>
        <w:rPr>
          <w:rFonts w:ascii="Georgia" w:hAnsi="Georgia" w:cs="Times New Roman"/>
          <w:b/>
          <w:i w:val="0"/>
          <w:color w:val="000000"/>
          <w:sz w:val="24"/>
          <w:rtl/>
          <w:szCs w:val="32"/>
        </w:rPr>
        <w:t>הַסָוָ יַוָדָ הַאָ וָאַוָ הָאַ יָהָוַהָ יָהַוָהָ אַהָיָהַ</w:t>
      </w:r>
      <w:r>
        <w:rPr>
          <w:rFonts w:ascii="Georgia" w:hAnsi="Georgia"/>
          <w:b w:val="0"/>
          <w:i w:val="0"/>
          <w:color w:val="000000"/>
          <w:sz w:val="24"/>
        </w:rPr>
        <w:t xml:space="preserve"> [Примечание издателя: поскольку последние буквы хэй удвоены, они не вошли в подсчет, и представляется мне, писцу Ицхаку, что имеются в виду две буквы хэй Имен АВАЯ и ЭЙЕ, и остается 37 (</w:t>
      </w:r>
      <w:r>
        <w:rPr>
          <w:rFonts w:ascii="Georgia" w:hAnsi="Georgia" w:cs="Times New Roman"/>
          <w:b/>
          <w:i w:val="0"/>
          <w:color w:val="000000"/>
          <w:sz w:val="24"/>
          <w:rtl/>
          <w:szCs w:val="32"/>
        </w:rPr>
        <w:t>ל״ז</w:t>
      </w:r>
      <w:r>
        <w:rPr>
          <w:rFonts w:ascii="Georgia" w:hAnsi="Georgia"/>
          <w:b w:val="0"/>
          <w:i w:val="0"/>
          <w:color w:val="000000"/>
          <w:sz w:val="24"/>
        </w:rPr>
        <w:t>), как число огласовок этого Имени. [Примечание издателя (ЙОСД, благословенной памяти): я нашел 22 огласовки, и все они — камац, но это опечатка; и также в Именах после «ор» (</w:t>
      </w:r>
      <w:r>
        <w:rPr>
          <w:rFonts w:ascii="Georgia" w:hAnsi="Georgia" w:cs="Times New Roman"/>
          <w:b/>
          <w:i w:val="0"/>
          <w:color w:val="000000"/>
          <w:sz w:val="24"/>
          <w:rtl/>
          <w:szCs w:val="32"/>
        </w:rPr>
        <w:t>אוֹר</w:t>
      </w:r>
      <w:r>
        <w:rPr>
          <w:rFonts w:ascii="Georgia" w:hAnsi="Georgia"/>
          <w:b w:val="0"/>
          <w:i w:val="0"/>
          <w:color w:val="000000"/>
          <w:sz w:val="24"/>
        </w:rPr>
        <w:t xml:space="preserve">) в конце написаны простые [Имена] ЭЙЕ [В конце концов, знай, брат мой, углубляющийся [в эти строки], что над этими единениями я потрудился со всем усердием и истинной глубиной, и незачем объяснять тебе дважды, ведь все они верны — как в Именах, выходящих из стиха </w:t>
      </w:r>
      <w:r>
        <w:rPr>
          <w:rFonts w:ascii="Georgia" w:hAnsi="Georgia"/>
          <w:b w:val="0"/>
          <w:i/>
          <w:color w:val="000000"/>
          <w:sz w:val="24"/>
        </w:rPr>
        <w:t>«Тогда воспел Моше…»</w:t>
      </w:r>
      <w:r>
        <w:rPr>
          <w:rFonts w:ascii="Georgia" w:hAnsi="Georgia"/>
          <w:b w:val="0"/>
          <w:i w:val="0"/>
          <w:color w:val="000000"/>
          <w:sz w:val="24"/>
        </w:rPr>
        <w:t xml:space="preserve"> (Шмот 15:1), если у тебя есть разум, так и в огласовках. До сих пор.] </w:t>
      </w:r>
      <w:r>
        <w:rPr>
          <w:rFonts w:ascii="Georgia" w:hAnsi="Georgia" w:cs="Times New Roman"/>
          <w:b/>
          <w:i w:val="0"/>
          <w:color w:val="000000"/>
          <w:sz w:val="24"/>
          <w:rtl/>
          <w:szCs w:val="32"/>
        </w:rPr>
        <w:t>אֹוָדָ אֹלָףָ לֹמָדָ אֹהָיָהֹ אָהָיֹהָ אָלֹהָיָםֹ יָוָדֹ הָיָ וֹאָוָ הֹיָ וֹדָ יָ אָוֹ יָ אָלֹףָ הָיֹ יָוָדֹ הָיָ אֹלָףָ הֹאָ יָוֹדָ הָאֹ</w:t>
      </w:r>
      <w:r>
        <w:rPr>
          <w:rFonts w:ascii="Georgia" w:hAnsi="Georgia"/>
          <w:b w:val="0"/>
          <w:i w:val="0"/>
          <w:color w:val="000000"/>
          <w:sz w:val="24"/>
        </w:rPr>
        <w:t xml:space="preserve"> [Огласовка вместе со всеми тремя [Именами] составляет 45 (</w:t>
      </w:r>
      <w:r>
        <w:rPr>
          <w:rFonts w:ascii="Georgia" w:hAnsi="Georgia" w:cs="Times New Roman"/>
          <w:b/>
          <w:i w:val="0"/>
          <w:color w:val="000000"/>
          <w:sz w:val="24"/>
          <w:rtl/>
          <w:szCs w:val="32"/>
        </w:rPr>
        <w:t>מ״ה</w:t>
      </w:r>
      <w:r>
        <w:rPr>
          <w:rFonts w:ascii="Georgia" w:hAnsi="Georgia"/>
          <w:b w:val="0"/>
          <w:i w:val="0"/>
          <w:color w:val="000000"/>
          <w:sz w:val="24"/>
        </w:rPr>
        <w:t>), как число букв ЭЙЕ, ЭЛОКИМ и так далее; однако вернее, что огласовка равна по гематрии 42 (</w:t>
      </w:r>
      <w:r>
        <w:rPr>
          <w:rFonts w:ascii="Georgia" w:hAnsi="Georgia" w:cs="Times New Roman"/>
          <w:b/>
          <w:i w:val="0"/>
          <w:color w:val="000000"/>
          <w:sz w:val="24"/>
          <w:rtl/>
          <w:szCs w:val="32"/>
        </w:rPr>
        <w:t>מ״ב</w:t>
      </w:r>
      <w:r>
        <w:rPr>
          <w:rFonts w:ascii="Georgia" w:hAnsi="Georgia"/>
          <w:b w:val="0"/>
          <w:i w:val="0"/>
          <w:color w:val="000000"/>
          <w:sz w:val="24"/>
        </w:rPr>
        <w:t>), числу двух простых [наполнений] ЭЙЕ — 161 (</w:t>
      </w:r>
      <w:r>
        <w:rPr>
          <w:rFonts w:ascii="Georgia" w:hAnsi="Georgia" w:cs="Times New Roman"/>
          <w:b/>
          <w:i w:val="0"/>
          <w:color w:val="000000"/>
          <w:sz w:val="24"/>
          <w:rtl/>
          <w:szCs w:val="32"/>
        </w:rPr>
        <w:t>קס״א</w:t>
      </w:r>
      <w:r>
        <w:rPr>
          <w:rFonts w:ascii="Georgia" w:hAnsi="Georgia"/>
          <w:b w:val="0"/>
          <w:i w:val="0"/>
          <w:color w:val="000000"/>
          <w:sz w:val="24"/>
        </w:rPr>
        <w:t>) и 144 (</w:t>
      </w:r>
      <w:r>
        <w:rPr>
          <w:rFonts w:ascii="Georgia" w:hAnsi="Georgia" w:cs="Times New Roman"/>
          <w:b/>
          <w:i w:val="0"/>
          <w:color w:val="000000"/>
          <w:sz w:val="24"/>
          <w:rtl/>
          <w:szCs w:val="32"/>
        </w:rPr>
        <w:t>קמ״ד</w:t>
      </w:r>
      <w:r>
        <w:rPr>
          <w:rFonts w:ascii="Georgia" w:hAnsi="Georgia"/>
          <w:b w:val="0"/>
          <w:i w:val="0"/>
          <w:color w:val="000000"/>
          <w:sz w:val="24"/>
        </w:rPr>
        <w:t xml:space="preserve">). — ЙОСД] </w:t>
      </w:r>
      <w:r>
        <w:rPr>
          <w:rFonts w:ascii="Georgia" w:hAnsi="Georgia" w:cs="Times New Roman"/>
          <w:b/>
          <w:i w:val="0"/>
          <w:color w:val="000000"/>
          <w:sz w:val="24"/>
          <w:rtl/>
          <w:szCs w:val="32"/>
        </w:rPr>
        <w:t>כְבָ יְוָדְ הָאְ וָאְוָ הְאָ אְלָףְ לָמְדָ נְוָןְ יָוְדָ אְלָףְ דָלְתָ הְיָ יְוָדְ מָםְ אָלְףָ לְמָדְ הָיְ יָוְדָ מְםָ אְלָהְיָםְ אָלְהָיְםָ</w:t>
      </w:r>
      <w:r>
        <w:rPr>
          <w:rFonts w:ascii="Georgia" w:hAnsi="Georgia"/>
          <w:b w:val="0"/>
          <w:i w:val="0"/>
          <w:color w:val="000000"/>
          <w:sz w:val="24"/>
        </w:rPr>
        <w:t xml:space="preserve"> [Примечание издателя (ЙОСД): в объяснении слов Учителя в конце написано «Имя из 22 букв», то есть АВАЯ и АДОНАЙ в их наполнениях составляют 22 буквы; и точно так же следующее за ним «рав» (</w:t>
      </w:r>
      <w:r>
        <w:rPr>
          <w:rFonts w:ascii="Georgia" w:hAnsi="Georgia" w:cs="Times New Roman"/>
          <w:b/>
          <w:i w:val="0"/>
          <w:color w:val="000000"/>
          <w:sz w:val="24"/>
          <w:rtl/>
          <w:szCs w:val="32"/>
        </w:rPr>
        <w:t>רַבָ</w:t>
      </w:r>
      <w:r>
        <w:rPr>
          <w:rFonts w:ascii="Georgia" w:hAnsi="Georgia"/>
          <w:b w:val="0"/>
          <w:i w:val="0"/>
          <w:color w:val="000000"/>
          <w:sz w:val="24"/>
        </w:rPr>
        <w:t xml:space="preserve">) — ЭЛОКИМ и БОН [составляют] 22 буквы, и следовало [написать так]. До сих пор.] </w:t>
      </w:r>
      <w:r>
        <w:rPr>
          <w:rFonts w:ascii="Georgia" w:hAnsi="Georgia" w:cs="Times New Roman"/>
          <w:b/>
          <w:i w:val="0"/>
          <w:color w:val="000000"/>
          <w:sz w:val="24"/>
          <w:rtl/>
          <w:szCs w:val="32"/>
        </w:rPr>
        <w:t>רַבָ יַ יָהַ יָהַוָ יַהָוַהָ יַוָדַ יָוַדָ הַאָ יַוָדַ הָאַ וָאַוָ יַוָדַ הָאַ וָאַוָ הַאָ אַלַףַ לַמַדָ הַיָ יַוָדַ מָםַ יָוַדָ הַהַָ וַוָ הַהָ</w:t>
      </w:r>
    </w:p>
    <w:p>
      <w:pPr>
        <w:spacing w:before="40" w:after="120"/>
        <w:jc w:val="both"/>
      </w:pPr>
      <w:r>
        <w:rPr>
          <w:rFonts w:ascii="Georgia" w:hAnsi="Georgia" w:cs="Times New Roman"/>
          <w:b/>
          <w:i w:val="0"/>
          <w:color w:val="000000"/>
          <w:sz w:val="24"/>
          <w:rtl/>
          <w:szCs w:val="32"/>
        </w:rPr>
        <w:t>הֵמָ יֵוָדֵ הָאֵ וָאֵוָ הֵאָ יֵהָוֵהָ</w:t>
      </w:r>
      <w:r>
        <w:rPr>
          <w:rFonts w:ascii="Georgia" w:hAnsi="Georgia"/>
          <w:b w:val="0"/>
          <w:i w:val="0"/>
          <w:color w:val="000000"/>
          <w:sz w:val="24"/>
        </w:rPr>
        <w:t xml:space="preserve"> — 10 букв [Имени] МА, наполненного через алеф.</w:t>
      </w:r>
    </w:p>
    <w:p>
      <w:pPr>
        <w:spacing w:before="40" w:after="120"/>
        <w:jc w:val="center"/>
      </w:pPr>
      <w:r>
        <w:rPr>
          <w:rFonts w:ascii="Georgia" w:hAnsi="Georgia" w:cs="Times New Roman"/>
          <w:b/>
          <w:i w:val="0"/>
          <w:color w:val="000000"/>
          <w:sz w:val="32"/>
          <w:rtl/>
          <w:szCs w:val="44"/>
        </w:rPr>
        <w:t>מִיָ יִהָדִיָ וִהָדִוָ יִהָוִהָ</w:t>
      </w:r>
    </w:p>
    <w:p>
      <w:pPr>
        <w:spacing w:before="40" w:after="120"/>
        <w:jc w:val="center"/>
      </w:pPr>
      <w:r>
        <w:rPr>
          <w:rFonts w:ascii="Georgia" w:hAnsi="Georgia" w:cs="Times New Roman"/>
          <w:b/>
          <w:i w:val="0"/>
          <w:color w:val="000000"/>
          <w:sz w:val="32"/>
          <w:rtl/>
          <w:szCs w:val="44"/>
        </w:rPr>
        <w:t>רְהָמָבַמֶיֶ נְוָרָיַאֶלֶ בְמָוָכַןְ</w:t>
      </w:r>
    </w:p>
    <w:p>
      <w:pPr>
        <w:spacing w:before="40" w:after="120"/>
        <w:jc w:val="both"/>
      </w:pPr>
      <w:r>
        <w:rPr>
          <w:rFonts w:ascii="Georgia" w:hAnsi="Georgia"/>
          <w:b w:val="0"/>
          <w:i w:val="0"/>
          <w:color w:val="000000"/>
          <w:sz w:val="24"/>
        </w:rPr>
        <w:t xml:space="preserve">И вот его краткое разъяснение: </w:t>
      </w:r>
      <w:r>
        <w:rPr>
          <w:rFonts w:ascii="Georgia" w:hAnsi="Georgia"/>
          <w:b w:val="0"/>
          <w:i/>
          <w:color w:val="000000"/>
          <w:sz w:val="24"/>
        </w:rPr>
        <w:t>«Тогда воспел Моше и сыны Исраэля эту песнь Г-споду, и сказали так: воспою Г-споду, ибо высоко превознесся Он; коня и всадника его вверг в море»</w:t>
      </w:r>
      <w:r>
        <w:rPr>
          <w:rFonts w:ascii="Georgia" w:hAnsi="Georgia"/>
          <w:b w:val="0"/>
          <w:i w:val="0"/>
          <w:color w:val="000000"/>
          <w:sz w:val="24"/>
        </w:rPr>
        <w:t xml:space="preserve"> (Шмот 15:1). «Аз» (</w:t>
      </w:r>
      <w:r>
        <w:rPr>
          <w:rFonts w:ascii="Georgia" w:hAnsi="Georgia" w:cs="Times New Roman"/>
          <w:b/>
          <w:i w:val="0"/>
          <w:color w:val="000000"/>
          <w:sz w:val="24"/>
          <w:rtl/>
          <w:szCs w:val="32"/>
        </w:rPr>
        <w:t>אָז</w:t>
      </w:r>
      <w:r>
        <w:rPr>
          <w:rFonts w:ascii="Georgia" w:hAnsi="Georgia"/>
          <w:b w:val="0"/>
          <w:i w:val="0"/>
          <w:color w:val="000000"/>
          <w:sz w:val="24"/>
        </w:rPr>
        <w:t>) — АВАЯ, ЭЙЕ, АВАЯ, АДОНАЙ; поле (</w:t>
      </w:r>
      <w:r>
        <w:rPr>
          <w:rFonts w:ascii="Georgia" w:hAnsi="Georgia"/>
          <w:b w:val="0"/>
          <w:i/>
          <w:color w:val="000000"/>
          <w:sz w:val="24"/>
        </w:rPr>
        <w:t>хакаль</w:t>
      </w:r>
      <w:r>
        <w:rPr>
          <w:rFonts w:ascii="Georgia" w:hAnsi="Georgia"/>
          <w:b w:val="0"/>
          <w:i w:val="0"/>
          <w:color w:val="000000"/>
          <w:sz w:val="24"/>
        </w:rPr>
        <w:t xml:space="preserve">, </w:t>
      </w:r>
      <w:r>
        <w:rPr>
          <w:rFonts w:ascii="Georgia" w:hAnsi="Georgia" w:cs="Times New Roman"/>
          <w:b/>
          <w:i w:val="0"/>
          <w:color w:val="000000"/>
          <w:sz w:val="24"/>
          <w:rtl/>
          <w:szCs w:val="32"/>
        </w:rPr>
        <w:t>חֲקַל</w:t>
      </w:r>
      <w:r>
        <w:rPr>
          <w:rFonts w:ascii="Georgia" w:hAnsi="Georgia"/>
          <w:b w:val="0"/>
          <w:i w:val="0"/>
          <w:color w:val="000000"/>
          <w:sz w:val="24"/>
        </w:rPr>
        <w:t xml:space="preserve">), восток, запад, север, юг; </w:t>
      </w:r>
      <w:r>
        <w:rPr>
          <w:rFonts w:ascii="Georgia" w:hAnsi="Georgia" w:cs="Times New Roman"/>
          <w:b/>
          <w:i w:val="0"/>
          <w:color w:val="000000"/>
          <w:sz w:val="24"/>
          <w:rtl/>
          <w:szCs w:val="32"/>
        </w:rPr>
        <w:t>יֹאָהֵהֵוָיֹהֵהֵ</w:t>
      </w:r>
      <w:r>
        <w:rPr>
          <w:rFonts w:ascii="Georgia" w:hAnsi="Georgia"/>
          <w:b w:val="0"/>
          <w:i w:val="0"/>
          <w:color w:val="000000"/>
          <w:sz w:val="24"/>
        </w:rPr>
        <w:t xml:space="preserve">, наполнения: </w:t>
      </w:r>
      <w:r>
        <w:rPr>
          <w:rFonts w:ascii="Georgia" w:hAnsi="Georgia" w:cs="Times New Roman"/>
          <w:b/>
          <w:i w:val="0"/>
          <w:color w:val="000000"/>
          <w:sz w:val="24"/>
          <w:rtl/>
          <w:szCs w:val="32"/>
        </w:rPr>
        <w:t>יֹאָהֵדָוָנֻהֵיֹ יָיִאָאֵהַהַהֹדָוּוָיְנֵהֹהְהְיֹ</w:t>
      </w:r>
      <w:r>
        <w:rPr>
          <w:rFonts w:ascii="Georgia" w:hAnsi="Georgia"/>
          <w:b w:val="0"/>
          <w:i w:val="0"/>
          <w:color w:val="000000"/>
          <w:sz w:val="24"/>
        </w:rPr>
        <w:t xml:space="preserve">. [Имена ангелов:] </w:t>
      </w:r>
      <w:r>
        <w:rPr>
          <w:rFonts w:ascii="Georgia" w:hAnsi="Georgia" w:cs="Times New Roman"/>
          <w:b/>
          <w:i w:val="0"/>
          <w:color w:val="000000"/>
          <w:sz w:val="24"/>
          <w:rtl/>
          <w:szCs w:val="32"/>
        </w:rPr>
        <w:t>יָהואל יִופיאל אָוריאל אֵלד הַלומיאל הַניאל הֹפיאל דָנִיאל וּפסיאל וָגליאל יְעיאל נֵליאל הֹתפאל הְסדיאל הְגלא יֹחייאל</w:t>
      </w:r>
    </w:p>
    <w:p>
      <w:pPr>
        <w:spacing w:before="40" w:after="120"/>
        <w:jc w:val="both"/>
      </w:pPr>
      <w:r>
        <w:rPr>
          <w:rFonts w:ascii="Georgia" w:hAnsi="Georgia"/>
          <w:b w:val="0"/>
          <w:i w:val="0"/>
          <w:color w:val="000000"/>
          <w:sz w:val="24"/>
        </w:rPr>
        <w:t xml:space="preserve">В ночь на пятницу, в молитве арвит: </w:t>
      </w:r>
      <w:r>
        <w:rPr>
          <w:rFonts w:ascii="Georgia" w:hAnsi="Georgia" w:cs="Times New Roman"/>
          <w:b/>
          <w:i w:val="0"/>
          <w:color w:val="000000"/>
          <w:sz w:val="24"/>
          <w:rtl/>
          <w:szCs w:val="32"/>
        </w:rPr>
        <w:t>אַיֵםֲ</w:t>
      </w:r>
      <w:r>
        <w:rPr>
          <w:rFonts w:ascii="Georgia" w:hAnsi="Georgia"/>
          <w:b w:val="0"/>
          <w:i w:val="0"/>
          <w:color w:val="000000"/>
          <w:sz w:val="24"/>
        </w:rPr>
        <w:t xml:space="preserve"> — 51 (</w:t>
      </w:r>
      <w:r>
        <w:rPr>
          <w:rFonts w:ascii="Georgia" w:hAnsi="Georgia" w:cs="Times New Roman"/>
          <w:b/>
          <w:i w:val="0"/>
          <w:color w:val="000000"/>
          <w:sz w:val="24"/>
          <w:rtl/>
          <w:szCs w:val="32"/>
        </w:rPr>
        <w:t>נ״א</w:t>
      </w:r>
      <w:r>
        <w:rPr>
          <w:rFonts w:ascii="Georgia" w:hAnsi="Georgia"/>
          <w:b w:val="0"/>
          <w:i w:val="0"/>
          <w:color w:val="000000"/>
          <w:sz w:val="24"/>
        </w:rPr>
        <w:t xml:space="preserve">) буква [Имени] АДОНАЙ: простое, наполнение и наполнение наполнения (мале де-мале); и БОН из 9 букв. В шахарит: </w:t>
      </w:r>
      <w:r>
        <w:rPr>
          <w:rFonts w:ascii="Georgia" w:hAnsi="Georgia" w:cs="Times New Roman"/>
          <w:b/>
          <w:i w:val="0"/>
          <w:color w:val="000000"/>
          <w:sz w:val="24"/>
          <w:rtl/>
          <w:szCs w:val="32"/>
        </w:rPr>
        <w:t>זְרָהְ</w:t>
      </w:r>
      <w:r>
        <w:rPr>
          <w:rFonts w:ascii="Georgia" w:hAnsi="Georgia"/>
          <w:b w:val="0"/>
          <w:i w:val="0"/>
          <w:color w:val="000000"/>
          <w:sz w:val="24"/>
        </w:rPr>
        <w:t xml:space="preserve"> — АБ, 130 (</w:t>
      </w:r>
      <w:r>
        <w:rPr>
          <w:rFonts w:ascii="Georgia" w:hAnsi="Georgia" w:cs="Times New Roman"/>
          <w:b/>
          <w:i w:val="0"/>
          <w:color w:val="000000"/>
          <w:sz w:val="24"/>
          <w:rtl/>
          <w:szCs w:val="32"/>
        </w:rPr>
        <w:t>ק״ל</w:t>
      </w:r>
      <w:r>
        <w:rPr>
          <w:rFonts w:ascii="Georgia" w:hAnsi="Georgia"/>
          <w:b w:val="0"/>
          <w:i w:val="0"/>
          <w:color w:val="000000"/>
          <w:sz w:val="24"/>
        </w:rPr>
        <w:t xml:space="preserve">), 10 букв [Имен] ЭЛЬ АВАЯ. В минху пятницы: </w:t>
      </w:r>
      <w:r>
        <w:rPr>
          <w:rFonts w:ascii="Georgia" w:hAnsi="Georgia" w:cs="Times New Roman"/>
          <w:b/>
          <w:i w:val="0"/>
          <w:color w:val="000000"/>
          <w:sz w:val="24"/>
          <w:rtl/>
          <w:szCs w:val="32"/>
        </w:rPr>
        <w:t>שָשָ</w:t>
      </w:r>
      <w:r>
        <w:rPr>
          <w:rFonts w:ascii="Georgia" w:hAnsi="Georgia"/>
          <w:b w:val="0"/>
          <w:i w:val="0"/>
          <w:color w:val="000000"/>
          <w:sz w:val="24"/>
        </w:rPr>
        <w:t xml:space="preserve"> — </w:t>
      </w:r>
      <w:r>
        <w:rPr>
          <w:rFonts w:ascii="Georgia" w:hAnsi="Georgia" w:cs="Times New Roman"/>
          <w:b/>
          <w:i w:val="0"/>
          <w:color w:val="000000"/>
          <w:sz w:val="24"/>
          <w:rtl/>
          <w:szCs w:val="32"/>
        </w:rPr>
        <w:t>מצפ״ץ מצפ״ץ</w:t>
      </w:r>
      <w:r>
        <w:rPr>
          <w:rFonts w:ascii="Georgia" w:hAnsi="Georgia"/>
          <w:b w:val="0"/>
          <w:i w:val="0"/>
          <w:color w:val="000000"/>
          <w:sz w:val="24"/>
        </w:rPr>
        <w:t xml:space="preserve"> ЭЛЬ АДОНАЙ. При встрече Шаббата: </w:t>
      </w:r>
      <w:r>
        <w:rPr>
          <w:rFonts w:ascii="Georgia" w:hAnsi="Georgia" w:cs="Times New Roman"/>
          <w:b/>
          <w:i w:val="0"/>
          <w:color w:val="000000"/>
          <w:sz w:val="24"/>
          <w:rtl/>
          <w:szCs w:val="32"/>
        </w:rPr>
        <w:t>יָוְדָ</w:t>
      </w:r>
      <w:r>
        <w:rPr>
          <w:rFonts w:ascii="Georgia" w:hAnsi="Georgia"/>
          <w:b w:val="0"/>
          <w:i w:val="0"/>
          <w:color w:val="000000"/>
          <w:sz w:val="24"/>
        </w:rPr>
        <w:t xml:space="preserve"> наполнения МА и 42 [буквы] от МА. В мусаф: </w:t>
      </w:r>
      <w:r>
        <w:rPr>
          <w:rFonts w:ascii="Georgia" w:hAnsi="Georgia" w:cs="Times New Roman"/>
          <w:b/>
          <w:i w:val="0"/>
          <w:color w:val="000000"/>
          <w:sz w:val="24"/>
          <w:rtl/>
          <w:szCs w:val="32"/>
        </w:rPr>
        <w:t>וְיָאֶ</w:t>
      </w:r>
      <w:r>
        <w:rPr>
          <w:rFonts w:ascii="Georgia" w:hAnsi="Georgia"/>
          <w:b w:val="0"/>
          <w:i w:val="0"/>
          <w:color w:val="000000"/>
          <w:sz w:val="24"/>
        </w:rPr>
        <w:t xml:space="preserve"> — сочетание букв алеф, хэй, вав, хэй (</w:t>
      </w:r>
      <w:r>
        <w:rPr>
          <w:rFonts w:ascii="Georgia" w:hAnsi="Georgia" w:cs="Times New Roman"/>
          <w:b/>
          <w:i w:val="0"/>
          <w:color w:val="000000"/>
          <w:sz w:val="24"/>
          <w:rtl/>
          <w:szCs w:val="32"/>
        </w:rPr>
        <w:t>אהוה</w:t>
      </w:r>
      <w:r>
        <w:rPr>
          <w:rFonts w:ascii="Georgia" w:hAnsi="Georgia"/>
          <w:b w:val="0"/>
          <w:i w:val="0"/>
          <w:color w:val="000000"/>
          <w:sz w:val="24"/>
        </w:rPr>
        <w:t xml:space="preserve">) и АДОНАЙ. В шахарит [Шаббата]: </w:t>
      </w:r>
      <w:r>
        <w:rPr>
          <w:rFonts w:ascii="Georgia" w:hAnsi="Georgia" w:cs="Times New Roman"/>
          <w:b/>
          <w:i w:val="0"/>
          <w:color w:val="000000"/>
          <w:sz w:val="24"/>
          <w:rtl/>
          <w:szCs w:val="32"/>
        </w:rPr>
        <w:t>יַלְתָ</w:t>
      </w:r>
      <w:r>
        <w:rPr>
          <w:rFonts w:ascii="Georgia" w:hAnsi="Georgia"/>
          <w:b w:val="0"/>
          <w:i w:val="0"/>
          <w:color w:val="000000"/>
          <w:sz w:val="24"/>
        </w:rPr>
        <w:t xml:space="preserve"> — АБ, 130 (</w:t>
      </w:r>
      <w:r>
        <w:rPr>
          <w:rFonts w:ascii="Georgia" w:hAnsi="Georgia" w:cs="Times New Roman"/>
          <w:b/>
          <w:i w:val="0"/>
          <w:color w:val="000000"/>
          <w:sz w:val="24"/>
          <w:rtl/>
          <w:szCs w:val="32"/>
        </w:rPr>
        <w:t>ק״ל</w:t>
      </w:r>
      <w:r>
        <w:rPr>
          <w:rFonts w:ascii="Georgia" w:hAnsi="Georgia"/>
          <w:b w:val="0"/>
          <w:i w:val="0"/>
          <w:color w:val="000000"/>
          <w:sz w:val="24"/>
        </w:rPr>
        <w:t>), АБ, 166 (</w:t>
      </w:r>
      <w:r>
        <w:rPr>
          <w:rFonts w:ascii="Georgia" w:hAnsi="Georgia" w:cs="Times New Roman"/>
          <w:b/>
          <w:i w:val="0"/>
          <w:color w:val="000000"/>
          <w:sz w:val="24"/>
          <w:rtl/>
          <w:szCs w:val="32"/>
        </w:rPr>
        <w:t>קס״ו</w:t>
      </w:r>
      <w:r>
        <w:rPr>
          <w:rFonts w:ascii="Georgia" w:hAnsi="Georgia"/>
          <w:b w:val="0"/>
          <w:i w:val="0"/>
          <w:color w:val="000000"/>
          <w:sz w:val="24"/>
        </w:rPr>
        <w:t xml:space="preserve">) и 42 [буквы] от МА. В арвит [на исходе Шаббата]: </w:t>
      </w:r>
      <w:r>
        <w:rPr>
          <w:rFonts w:ascii="Georgia" w:hAnsi="Georgia" w:cs="Times New Roman"/>
          <w:b/>
          <w:i w:val="0"/>
          <w:color w:val="000000"/>
          <w:sz w:val="24"/>
          <w:rtl/>
          <w:szCs w:val="32"/>
        </w:rPr>
        <w:t>בַשׁ</w:t>
      </w:r>
      <w:r>
        <w:rPr>
          <w:rFonts w:ascii="Georgia" w:hAnsi="Georgia"/>
          <w:b w:val="0"/>
          <w:i w:val="0"/>
          <w:color w:val="000000"/>
          <w:sz w:val="24"/>
        </w:rPr>
        <w:t xml:space="preserve"> — 151 (</w:t>
      </w:r>
      <w:r>
        <w:rPr>
          <w:rFonts w:ascii="Georgia" w:hAnsi="Georgia" w:cs="Times New Roman"/>
          <w:b/>
          <w:i w:val="0"/>
          <w:color w:val="000000"/>
          <w:sz w:val="24"/>
          <w:rtl/>
          <w:szCs w:val="32"/>
        </w:rPr>
        <w:t>קנ״א</w:t>
      </w:r>
      <w:r>
        <w:rPr>
          <w:rFonts w:ascii="Georgia" w:hAnsi="Georgia"/>
          <w:b w:val="0"/>
          <w:i w:val="0"/>
          <w:color w:val="000000"/>
          <w:sz w:val="24"/>
        </w:rPr>
        <w:t xml:space="preserve">) от ЭЙЕ с наполнением через хэй и 151 от АДОНАЙ ЭЛОКИМ. Перед кидушем: </w:t>
      </w:r>
      <w:r>
        <w:rPr>
          <w:rFonts w:ascii="Georgia" w:hAnsi="Georgia" w:cs="Times New Roman"/>
          <w:b/>
          <w:i w:val="0"/>
          <w:color w:val="000000"/>
          <w:sz w:val="24"/>
          <w:rtl/>
          <w:szCs w:val="32"/>
        </w:rPr>
        <w:t>אי״ה נֵרְ</w:t>
      </w:r>
      <w:r>
        <w:rPr>
          <w:rFonts w:ascii="Georgia" w:hAnsi="Georgia"/>
          <w:b w:val="0"/>
          <w:i w:val="0"/>
          <w:color w:val="000000"/>
          <w:sz w:val="24"/>
        </w:rPr>
        <w:t xml:space="preserve"> — ЭЛЬ, АДОНАЙ, буквы йод, хэй, вав (</w:t>
      </w:r>
      <w:r>
        <w:rPr>
          <w:rFonts w:ascii="Georgia" w:hAnsi="Georgia" w:cs="Times New Roman"/>
          <w:b/>
          <w:i w:val="0"/>
          <w:color w:val="000000"/>
          <w:sz w:val="24"/>
          <w:rtl/>
          <w:szCs w:val="32"/>
        </w:rPr>
        <w:t>יה״ו</w:t>
      </w:r>
      <w:r>
        <w:rPr>
          <w:rFonts w:ascii="Georgia" w:hAnsi="Georgia"/>
          <w:b w:val="0"/>
          <w:i w:val="0"/>
          <w:color w:val="000000"/>
          <w:sz w:val="24"/>
        </w:rPr>
        <w:t xml:space="preserve">). В минху: </w:t>
      </w:r>
      <w:r>
        <w:rPr>
          <w:rFonts w:ascii="Georgia" w:hAnsi="Georgia" w:cs="Times New Roman"/>
          <w:b/>
          <w:i w:val="0"/>
          <w:color w:val="000000"/>
          <w:sz w:val="24"/>
          <w:rtl/>
          <w:szCs w:val="32"/>
        </w:rPr>
        <w:t>אְלֶףָ</w:t>
      </w:r>
      <w:r>
        <w:rPr>
          <w:rFonts w:ascii="Georgia" w:hAnsi="Georgia"/>
          <w:b w:val="0"/>
          <w:i w:val="0"/>
          <w:color w:val="000000"/>
          <w:sz w:val="24"/>
        </w:rPr>
        <w:t xml:space="preserve"> — АВАЯ, ЭЛОКИМ, АДОНАЙ. В шахарит: </w:t>
      </w:r>
      <w:r>
        <w:rPr>
          <w:rFonts w:ascii="Georgia" w:hAnsi="Georgia" w:cs="Times New Roman"/>
          <w:b/>
          <w:i w:val="0"/>
          <w:color w:val="000000"/>
          <w:sz w:val="24"/>
          <w:rtl/>
          <w:szCs w:val="32"/>
        </w:rPr>
        <w:t>הַהִלֹ</w:t>
      </w:r>
      <w:r>
        <w:rPr>
          <w:rFonts w:ascii="Georgia" w:hAnsi="Georgia"/>
          <w:b w:val="0"/>
          <w:i w:val="0"/>
          <w:color w:val="000000"/>
          <w:sz w:val="24"/>
        </w:rPr>
        <w:t xml:space="preserve"> — четыре буквы йод, 26 (</w:t>
      </w:r>
      <w:r>
        <w:rPr>
          <w:rFonts w:ascii="Georgia" w:hAnsi="Georgia" w:cs="Times New Roman"/>
          <w:b/>
          <w:i w:val="0"/>
          <w:color w:val="000000"/>
          <w:sz w:val="24"/>
          <w:rtl/>
          <w:szCs w:val="32"/>
        </w:rPr>
        <w:t>כ״ו</w:t>
      </w:r>
      <w:r>
        <w:rPr>
          <w:rFonts w:ascii="Georgia" w:hAnsi="Georgia"/>
          <w:b w:val="0"/>
          <w:i w:val="0"/>
          <w:color w:val="000000"/>
          <w:sz w:val="24"/>
        </w:rPr>
        <w:t xml:space="preserve">). В минху: </w:t>
      </w:r>
      <w:r>
        <w:rPr>
          <w:rFonts w:ascii="Georgia" w:hAnsi="Georgia" w:cs="Times New Roman"/>
          <w:b/>
          <w:i w:val="0"/>
          <w:color w:val="000000"/>
          <w:sz w:val="24"/>
          <w:rtl/>
          <w:szCs w:val="32"/>
        </w:rPr>
        <w:t>הְתָּהְ</w:t>
      </w:r>
      <w:r>
        <w:rPr>
          <w:rFonts w:ascii="Georgia" w:hAnsi="Georgia"/>
          <w:b w:val="0"/>
          <w:i w:val="0"/>
          <w:color w:val="000000"/>
          <w:sz w:val="24"/>
        </w:rPr>
        <w:t xml:space="preserve"> — 410 (</w:t>
      </w:r>
      <w:r>
        <w:rPr>
          <w:rFonts w:ascii="Georgia" w:hAnsi="Georgia" w:cs="Times New Roman"/>
          <w:b/>
          <w:i w:val="0"/>
          <w:color w:val="000000"/>
          <w:sz w:val="24"/>
          <w:rtl/>
          <w:szCs w:val="32"/>
        </w:rPr>
        <w:t>ת״י</w:t>
      </w:r>
      <w:r>
        <w:rPr>
          <w:rFonts w:ascii="Georgia" w:hAnsi="Georgia"/>
          <w:b w:val="0"/>
          <w:i w:val="0"/>
          <w:color w:val="000000"/>
          <w:sz w:val="24"/>
        </w:rPr>
        <w:t>), «свят» (</w:t>
      </w:r>
      <w:r>
        <w:rPr>
          <w:rFonts w:ascii="Georgia" w:hAnsi="Georgia"/>
          <w:b w:val="0"/>
          <w:i/>
          <w:color w:val="000000"/>
          <w:sz w:val="24"/>
        </w:rPr>
        <w:t>кадош</w:t>
      </w:r>
      <w:r>
        <w:rPr>
          <w:rFonts w:ascii="Georgia" w:hAnsi="Georgia"/>
          <w:b w:val="0"/>
          <w:i w:val="0"/>
          <w:color w:val="000000"/>
          <w:sz w:val="24"/>
        </w:rPr>
        <w:t xml:space="preserve">), ЭЛЬ АВАЯ. В арвит в ночь на понедельник: </w:t>
      </w:r>
      <w:r>
        <w:rPr>
          <w:rFonts w:ascii="Georgia" w:hAnsi="Georgia" w:cs="Times New Roman"/>
          <w:b/>
          <w:i w:val="0"/>
          <w:color w:val="000000"/>
          <w:sz w:val="24"/>
          <w:rtl/>
          <w:szCs w:val="32"/>
        </w:rPr>
        <w:t>שִזָיְ</w:t>
      </w:r>
      <w:r>
        <w:rPr>
          <w:rFonts w:ascii="Georgia" w:hAnsi="Georgia"/>
          <w:b w:val="0"/>
          <w:i w:val="0"/>
          <w:color w:val="000000"/>
          <w:sz w:val="24"/>
        </w:rPr>
        <w:t xml:space="preserve"> — ЭЛОКИМ, 18 букв наполнения АБ. В трапезу в ночь на воскресенье: </w:t>
      </w:r>
      <w:r>
        <w:rPr>
          <w:rFonts w:ascii="Georgia" w:hAnsi="Georgia" w:cs="Times New Roman"/>
          <w:b/>
          <w:i w:val="0"/>
          <w:color w:val="000000"/>
          <w:sz w:val="24"/>
          <w:rtl/>
          <w:szCs w:val="32"/>
        </w:rPr>
        <w:t>יִאֻהְ</w:t>
      </w:r>
      <w:r>
        <w:rPr>
          <w:rFonts w:ascii="Georgia" w:hAnsi="Georgia"/>
          <w:b w:val="0"/>
          <w:i w:val="0"/>
          <w:color w:val="000000"/>
          <w:sz w:val="24"/>
        </w:rPr>
        <w:t xml:space="preserve"> — три [Имени] ЭЛОКИМ, квадратное развертывание задней стороны (рибуа де-ахораим), 130 (</w:t>
      </w:r>
      <w:r>
        <w:rPr>
          <w:rFonts w:ascii="Georgia" w:hAnsi="Georgia" w:cs="Times New Roman"/>
          <w:b/>
          <w:i w:val="0"/>
          <w:color w:val="000000"/>
          <w:sz w:val="24"/>
          <w:rtl/>
          <w:szCs w:val="32"/>
        </w:rPr>
        <w:t>ק״ל</w:t>
      </w:r>
      <w:r>
        <w:rPr>
          <w:rFonts w:ascii="Georgia" w:hAnsi="Georgia"/>
          <w:b w:val="0"/>
          <w:i w:val="0"/>
          <w:color w:val="000000"/>
          <w:sz w:val="24"/>
        </w:rPr>
        <w:t xml:space="preserve">), МА, ЙА. В трапезу в ночь на понедельник: </w:t>
      </w:r>
      <w:r>
        <w:rPr>
          <w:rFonts w:ascii="Georgia" w:hAnsi="Georgia" w:cs="Times New Roman"/>
          <w:b/>
          <w:i w:val="0"/>
          <w:color w:val="000000"/>
          <w:sz w:val="24"/>
          <w:rtl/>
          <w:szCs w:val="32"/>
        </w:rPr>
        <w:t>רָוּ</w:t>
      </w:r>
      <w:r>
        <w:rPr>
          <w:rFonts w:ascii="Georgia" w:hAnsi="Georgia"/>
          <w:b w:val="0"/>
          <w:i w:val="0"/>
          <w:color w:val="000000"/>
          <w:sz w:val="24"/>
        </w:rPr>
        <w:t xml:space="preserve"> — ЭЛЬ, ЭЙЕ, 26 (</w:t>
      </w:r>
      <w:r>
        <w:rPr>
          <w:rFonts w:ascii="Georgia" w:hAnsi="Georgia" w:cs="Times New Roman"/>
          <w:b/>
          <w:i w:val="0"/>
          <w:color w:val="000000"/>
          <w:sz w:val="24"/>
          <w:rtl/>
          <w:szCs w:val="32"/>
        </w:rPr>
        <w:t>כ״ו</w:t>
      </w:r>
      <w:r>
        <w:rPr>
          <w:rFonts w:ascii="Georgia" w:hAnsi="Georgia"/>
          <w:b w:val="0"/>
          <w:i w:val="0"/>
          <w:color w:val="000000"/>
          <w:sz w:val="24"/>
        </w:rPr>
        <w:t xml:space="preserve">). </w:t>
      </w:r>
      <w:r>
        <w:rPr>
          <w:rFonts w:ascii="Georgia" w:hAnsi="Georgia" w:cs="Times New Roman"/>
          <w:b/>
          <w:i w:val="0"/>
          <w:color w:val="000000"/>
          <w:sz w:val="24"/>
          <w:rtl/>
          <w:szCs w:val="32"/>
        </w:rPr>
        <w:t>וְלָאַ</w:t>
      </w:r>
      <w:r>
        <w:rPr>
          <w:rFonts w:ascii="Georgia" w:hAnsi="Georgia"/>
          <w:b w:val="0"/>
          <w:i w:val="0"/>
          <w:color w:val="000000"/>
          <w:sz w:val="24"/>
        </w:rPr>
        <w:t xml:space="preserve"> — наполнение САГ, 42 [буквы] от САГ. </w:t>
      </w:r>
      <w:r>
        <w:rPr>
          <w:rFonts w:ascii="Georgia" w:hAnsi="Georgia" w:cs="Times New Roman"/>
          <w:b/>
          <w:i w:val="0"/>
          <w:color w:val="000000"/>
          <w:sz w:val="24"/>
          <w:rtl/>
          <w:szCs w:val="32"/>
        </w:rPr>
        <w:t>וַרַהְ</w:t>
      </w:r>
      <w:r>
        <w:rPr>
          <w:rFonts w:ascii="Georgia" w:hAnsi="Georgia"/>
          <w:b w:val="0"/>
          <w:i w:val="0"/>
          <w:color w:val="000000"/>
          <w:sz w:val="24"/>
        </w:rPr>
        <w:t xml:space="preserve"> — ЭЛЬ АВАЯ, 32 ЭЛОКИМ. </w:t>
      </w:r>
      <w:r>
        <w:rPr>
          <w:rFonts w:ascii="Georgia" w:hAnsi="Georgia" w:cs="Times New Roman"/>
          <w:b/>
          <w:i w:val="0"/>
          <w:color w:val="000000"/>
          <w:sz w:val="24"/>
          <w:rtl/>
          <w:szCs w:val="32"/>
        </w:rPr>
        <w:t>יִאְשָ</w:t>
      </w:r>
      <w:r>
        <w:rPr>
          <w:rFonts w:ascii="Georgia" w:hAnsi="Georgia"/>
          <w:b w:val="0"/>
          <w:i w:val="0"/>
          <w:color w:val="000000"/>
          <w:sz w:val="24"/>
        </w:rPr>
        <w:t xml:space="preserve"> — [буква] йод десять раз, [буквы] хэй и йод наполнения АБ. При изучении Алахи: </w:t>
      </w:r>
      <w:r>
        <w:rPr>
          <w:rFonts w:ascii="Georgia" w:hAnsi="Georgia" w:cs="Times New Roman"/>
          <w:b/>
          <w:i w:val="0"/>
          <w:color w:val="000000"/>
          <w:sz w:val="24"/>
          <w:rtl/>
          <w:szCs w:val="32"/>
        </w:rPr>
        <w:t>אִמְיֶ</w:t>
      </w:r>
      <w:r>
        <w:rPr>
          <w:rFonts w:ascii="Georgia" w:hAnsi="Georgia"/>
          <w:b w:val="0"/>
          <w:i w:val="0"/>
          <w:color w:val="000000"/>
          <w:sz w:val="24"/>
        </w:rPr>
        <w:t xml:space="preserve"> — ЭЛЬ, ЭЙЕ, 25 букв ЭЙЕ с наполнением через хэй и 25 букв АДОНАЙ ЭЛОКИМ в их наполнениях в книге «Зоар». При изучении Каббалы: </w:t>
      </w:r>
      <w:r>
        <w:rPr>
          <w:rFonts w:ascii="Georgia" w:hAnsi="Georgia" w:cs="Times New Roman"/>
          <w:b/>
          <w:i w:val="0"/>
          <w:color w:val="000000"/>
          <w:sz w:val="24"/>
          <w:rtl/>
          <w:szCs w:val="32"/>
        </w:rPr>
        <w:t>מַרִ</w:t>
      </w:r>
      <w:r>
        <w:rPr>
          <w:rFonts w:ascii="Georgia" w:hAnsi="Georgia"/>
          <w:b w:val="0"/>
          <w:i w:val="0"/>
          <w:color w:val="000000"/>
          <w:sz w:val="24"/>
        </w:rPr>
        <w:t xml:space="preserve"> — ЙА, мысленное представление 216 (</w:t>
      </w:r>
      <w:r>
        <w:rPr>
          <w:rFonts w:ascii="Georgia" w:hAnsi="Georgia" w:cs="Times New Roman"/>
          <w:b/>
          <w:i w:val="0"/>
          <w:color w:val="000000"/>
          <w:sz w:val="24"/>
          <w:rtl/>
          <w:szCs w:val="32"/>
        </w:rPr>
        <w:t>רי״ו</w:t>
      </w:r>
      <w:r>
        <w:rPr>
          <w:rFonts w:ascii="Georgia" w:hAnsi="Georgia"/>
          <w:b w:val="0"/>
          <w:i w:val="0"/>
          <w:color w:val="000000"/>
          <w:sz w:val="24"/>
        </w:rPr>
        <w:t>), «возлюбленные» (</w:t>
      </w:r>
      <w:r>
        <w:rPr>
          <w:rFonts w:ascii="Georgia" w:hAnsi="Georgia"/>
          <w:b w:val="0"/>
          <w:i/>
          <w:color w:val="000000"/>
          <w:sz w:val="24"/>
        </w:rPr>
        <w:t>додим</w:t>
      </w:r>
      <w:r>
        <w:rPr>
          <w:rFonts w:ascii="Georgia" w:hAnsi="Georgia"/>
          <w:b w:val="0"/>
          <w:i w:val="0"/>
          <w:color w:val="000000"/>
          <w:sz w:val="24"/>
        </w:rPr>
        <w:t xml:space="preserve">), задняя сторона (ахораим) САГ и его наполнение. При изучении Мишны: </w:t>
      </w:r>
      <w:r>
        <w:rPr>
          <w:rFonts w:ascii="Georgia" w:hAnsi="Georgia" w:cs="Times New Roman"/>
          <w:b/>
          <w:i w:val="0"/>
          <w:color w:val="000000"/>
          <w:sz w:val="24"/>
          <w:rtl/>
          <w:szCs w:val="32"/>
        </w:rPr>
        <w:t>רֵיָשַ</w:t>
      </w:r>
      <w:r>
        <w:rPr>
          <w:rFonts w:ascii="Georgia" w:hAnsi="Georgia"/>
          <w:b w:val="0"/>
          <w:i w:val="0"/>
          <w:color w:val="000000"/>
          <w:sz w:val="24"/>
        </w:rPr>
        <w:t xml:space="preserve"> — два [Имени] ЭЛОКИМ, лицевая и задняя стороны, 42 [буквы] от АБ.</w:t>
      </w:r>
    </w:p>
    <w:p>
      <w:pPr>
        <w:spacing w:before="40" w:after="120"/>
        <w:jc w:val="both"/>
      </w:pPr>
      <w:r>
        <w:rPr>
          <w:rFonts w:ascii="Georgia" w:hAnsi="Georgia"/>
          <w:b w:val="0"/>
          <w:i w:val="0"/>
          <w:color w:val="000000"/>
          <w:sz w:val="24"/>
        </w:rPr>
        <w:t xml:space="preserve">И вот стихи, по которым были огласованы упомянутые Имена, по порядку: </w:t>
      </w:r>
      <w:r>
        <w:rPr>
          <w:rFonts w:ascii="Georgia" w:hAnsi="Georgia"/>
          <w:b w:val="0"/>
          <w:i/>
          <w:color w:val="000000"/>
          <w:sz w:val="24"/>
        </w:rPr>
        <w:t>Айем</w:t>
      </w:r>
      <w:r>
        <w:rPr>
          <w:rFonts w:ascii="Georgia" w:hAnsi="Georgia"/>
          <w:b w:val="0"/>
          <w:i w:val="0"/>
          <w:color w:val="000000"/>
          <w:sz w:val="24"/>
        </w:rPr>
        <w:t xml:space="preserve"> (</w:t>
      </w:r>
      <w:r>
        <w:rPr>
          <w:rFonts w:ascii="Georgia" w:hAnsi="Georgia" w:cs="Times New Roman"/>
          <w:b/>
          <w:i w:val="0"/>
          <w:color w:val="000000"/>
          <w:sz w:val="24"/>
          <w:rtl/>
          <w:szCs w:val="32"/>
        </w:rPr>
        <w:t>אַים</w:t>
      </w:r>
      <w:r>
        <w:rPr>
          <w:rFonts w:ascii="Georgia" w:hAnsi="Georgia"/>
          <w:b w:val="0"/>
          <w:i w:val="0"/>
          <w:color w:val="000000"/>
          <w:sz w:val="24"/>
        </w:rPr>
        <w:t xml:space="preserve">): </w:t>
      </w:r>
      <w:r>
        <w:rPr>
          <w:rFonts w:ascii="Georgia" w:hAnsi="Georgia"/>
          <w:b w:val="0"/>
          <w:i/>
          <w:color w:val="000000"/>
          <w:sz w:val="24"/>
        </w:rPr>
        <w:t>«Где же твои мудрецы?..»</w:t>
      </w:r>
      <w:r>
        <w:rPr>
          <w:rFonts w:ascii="Georgia" w:hAnsi="Georgia"/>
          <w:b w:val="0"/>
          <w:i w:val="0"/>
          <w:color w:val="000000"/>
          <w:sz w:val="24"/>
        </w:rPr>
        <w:t xml:space="preserve"> (Йешаяу 19:12); </w:t>
      </w:r>
      <w:r>
        <w:rPr>
          <w:rFonts w:ascii="Georgia" w:hAnsi="Georgia"/>
          <w:b w:val="0"/>
          <w:i/>
          <w:color w:val="000000"/>
          <w:sz w:val="24"/>
        </w:rPr>
        <w:t>Ве-эт</w:t>
      </w:r>
      <w:r>
        <w:rPr>
          <w:rFonts w:ascii="Georgia" w:hAnsi="Georgia"/>
          <w:b w:val="0"/>
          <w:i w:val="0"/>
          <w:color w:val="000000"/>
          <w:sz w:val="24"/>
        </w:rPr>
        <w:t xml:space="preserve"> (</w:t>
      </w:r>
      <w:r>
        <w:rPr>
          <w:rFonts w:ascii="Georgia" w:hAnsi="Georgia" w:cs="Times New Roman"/>
          <w:b/>
          <w:i w:val="0"/>
          <w:color w:val="000000"/>
          <w:sz w:val="24"/>
          <w:rtl/>
          <w:szCs w:val="32"/>
        </w:rPr>
        <w:t>וְאת</w:t>
      </w:r>
      <w:r>
        <w:rPr>
          <w:rFonts w:ascii="Georgia" w:hAnsi="Georgia"/>
          <w:b w:val="0"/>
          <w:i w:val="0"/>
          <w:color w:val="000000"/>
          <w:sz w:val="24"/>
        </w:rPr>
        <w:t xml:space="preserve">): </w:t>
      </w:r>
      <w:r>
        <w:rPr>
          <w:rFonts w:ascii="Georgia" w:hAnsi="Georgia"/>
          <w:b w:val="0"/>
          <w:i/>
          <w:color w:val="000000"/>
          <w:sz w:val="24"/>
        </w:rPr>
        <w:t>«...и огонь развей...»</w:t>
      </w:r>
      <w:r>
        <w:rPr>
          <w:rFonts w:ascii="Georgia" w:hAnsi="Georgia"/>
          <w:b w:val="0"/>
          <w:i w:val="0"/>
          <w:color w:val="000000"/>
          <w:sz w:val="24"/>
        </w:rPr>
        <w:t xml:space="preserve"> (Бемидбар 17:2); </w:t>
      </w:r>
      <w:r>
        <w:rPr>
          <w:rFonts w:ascii="Georgia" w:hAnsi="Georgia"/>
          <w:b w:val="0"/>
          <w:i/>
          <w:color w:val="000000"/>
          <w:sz w:val="24"/>
        </w:rPr>
        <w:t>Сас</w:t>
      </w:r>
      <w:r>
        <w:rPr>
          <w:rFonts w:ascii="Georgia" w:hAnsi="Georgia"/>
          <w:b w:val="0"/>
          <w:i w:val="0"/>
          <w:color w:val="000000"/>
          <w:sz w:val="24"/>
        </w:rPr>
        <w:t xml:space="preserve"> (</w:t>
      </w:r>
      <w:r>
        <w:rPr>
          <w:rFonts w:ascii="Georgia" w:hAnsi="Georgia" w:cs="Times New Roman"/>
          <w:b/>
          <w:i w:val="0"/>
          <w:color w:val="000000"/>
          <w:sz w:val="24"/>
          <w:rtl/>
          <w:szCs w:val="32"/>
        </w:rPr>
        <w:t>שָש</w:t>
      </w:r>
      <w:r>
        <w:rPr>
          <w:rFonts w:ascii="Georgia" w:hAnsi="Georgia"/>
          <w:b w:val="0"/>
          <w:i w:val="0"/>
          <w:color w:val="000000"/>
          <w:sz w:val="24"/>
        </w:rPr>
        <w:t xml:space="preserve">): </w:t>
      </w:r>
      <w:r>
        <w:rPr>
          <w:rFonts w:ascii="Georgia" w:hAnsi="Georgia"/>
          <w:b w:val="0"/>
          <w:i/>
          <w:color w:val="000000"/>
          <w:sz w:val="24"/>
        </w:rPr>
        <w:t>«Радуюсь я слову Твоему...»</w:t>
      </w:r>
      <w:r>
        <w:rPr>
          <w:rFonts w:ascii="Georgia" w:hAnsi="Georgia"/>
          <w:b w:val="0"/>
          <w:i w:val="0"/>
          <w:color w:val="000000"/>
          <w:sz w:val="24"/>
        </w:rPr>
        <w:t xml:space="preserve"> (Теилим 119:162); </w:t>
      </w:r>
      <w:r>
        <w:rPr>
          <w:rFonts w:ascii="Georgia" w:hAnsi="Georgia"/>
          <w:b w:val="0"/>
          <w:i/>
          <w:color w:val="000000"/>
          <w:sz w:val="24"/>
        </w:rPr>
        <w:t>Мавлигити</w:t>
      </w:r>
      <w:r>
        <w:rPr>
          <w:rFonts w:ascii="Georgia" w:hAnsi="Georgia"/>
          <w:b w:val="0"/>
          <w:i w:val="0"/>
          <w:color w:val="000000"/>
          <w:sz w:val="24"/>
        </w:rPr>
        <w:t xml:space="preserve"> (</w:t>
      </w:r>
      <w:r>
        <w:rPr>
          <w:rFonts w:ascii="Georgia" w:hAnsi="Georgia" w:cs="Times New Roman"/>
          <w:b/>
          <w:i w:val="0"/>
          <w:color w:val="000000"/>
          <w:sz w:val="24"/>
          <w:rtl/>
          <w:szCs w:val="32"/>
        </w:rPr>
        <w:t>מָבלִיגיתי</w:t>
      </w:r>
      <w:r>
        <w:rPr>
          <w:rFonts w:ascii="Georgia" w:hAnsi="Georgia"/>
          <w:b w:val="0"/>
          <w:i w:val="0"/>
          <w:color w:val="000000"/>
          <w:sz w:val="24"/>
        </w:rPr>
        <w:t xml:space="preserve">): </w:t>
      </w:r>
      <w:r>
        <w:rPr>
          <w:rFonts w:ascii="Georgia" w:hAnsi="Georgia"/>
          <w:b w:val="0"/>
          <w:i/>
          <w:color w:val="000000"/>
          <w:sz w:val="24"/>
        </w:rPr>
        <w:t>«Когда бы мог я утешиться в горести моей...»</w:t>
      </w:r>
      <w:r>
        <w:rPr>
          <w:rFonts w:ascii="Georgia" w:hAnsi="Georgia"/>
          <w:b w:val="0"/>
          <w:i w:val="0"/>
          <w:color w:val="000000"/>
          <w:sz w:val="24"/>
        </w:rPr>
        <w:t xml:space="preserve"> (Ирмеяу 8:18); </w:t>
      </w:r>
      <w:r>
        <w:rPr>
          <w:rFonts w:ascii="Georgia" w:hAnsi="Georgia"/>
          <w:b w:val="0"/>
          <w:i/>
          <w:color w:val="000000"/>
          <w:sz w:val="24"/>
        </w:rPr>
        <w:t>Ве-айо</w:t>
      </w:r>
      <w:r>
        <w:rPr>
          <w:rFonts w:ascii="Georgia" w:hAnsi="Georgia"/>
          <w:b w:val="0"/>
          <w:i w:val="0"/>
          <w:color w:val="000000"/>
          <w:sz w:val="24"/>
        </w:rPr>
        <w:t xml:space="preserve"> (</w:t>
      </w:r>
      <w:r>
        <w:rPr>
          <w:rFonts w:ascii="Georgia" w:hAnsi="Georgia" w:cs="Times New Roman"/>
          <w:b/>
          <w:i w:val="0"/>
          <w:color w:val="000000"/>
          <w:sz w:val="24"/>
          <w:rtl/>
          <w:szCs w:val="32"/>
        </w:rPr>
        <w:t>וְאיו</w:t>
      </w:r>
      <w:r>
        <w:rPr>
          <w:rFonts w:ascii="Georgia" w:hAnsi="Georgia"/>
          <w:b w:val="0"/>
          <w:i w:val="0"/>
          <w:color w:val="000000"/>
          <w:sz w:val="24"/>
        </w:rPr>
        <w:t xml:space="preserve">): </w:t>
      </w:r>
      <w:r>
        <w:rPr>
          <w:rFonts w:ascii="Georgia" w:hAnsi="Georgia"/>
          <w:b w:val="0"/>
          <w:i/>
          <w:color w:val="000000"/>
          <w:sz w:val="24"/>
        </w:rPr>
        <w:t>«...где же он? Зачем же вы оставили этого человека?..»</w:t>
      </w:r>
      <w:r>
        <w:rPr>
          <w:rFonts w:ascii="Georgia" w:hAnsi="Georgia"/>
          <w:b w:val="0"/>
          <w:i w:val="0"/>
          <w:color w:val="000000"/>
          <w:sz w:val="24"/>
        </w:rPr>
        <w:t xml:space="preserve"> (Шмот 2:20); </w:t>
      </w:r>
      <w:r>
        <w:rPr>
          <w:rFonts w:ascii="Georgia" w:hAnsi="Georgia"/>
          <w:b w:val="0"/>
          <w:i/>
          <w:color w:val="000000"/>
          <w:sz w:val="24"/>
        </w:rPr>
        <w:t>Талталим</w:t>
      </w:r>
      <w:r>
        <w:rPr>
          <w:rFonts w:ascii="Georgia" w:hAnsi="Georgia"/>
          <w:b w:val="0"/>
          <w:i w:val="0"/>
          <w:color w:val="000000"/>
          <w:sz w:val="24"/>
        </w:rPr>
        <w:t xml:space="preserve"> (</w:t>
      </w:r>
      <w:r>
        <w:rPr>
          <w:rFonts w:ascii="Georgia" w:hAnsi="Georgia" w:cs="Times New Roman"/>
          <w:b/>
          <w:i w:val="0"/>
          <w:color w:val="000000"/>
          <w:sz w:val="24"/>
          <w:rtl/>
          <w:szCs w:val="32"/>
        </w:rPr>
        <w:t>תַלתלים</w:t>
      </w:r>
      <w:r>
        <w:rPr>
          <w:rFonts w:ascii="Georgia" w:hAnsi="Georgia"/>
          <w:b w:val="0"/>
          <w:i w:val="0"/>
          <w:color w:val="000000"/>
          <w:sz w:val="24"/>
        </w:rPr>
        <w:t xml:space="preserve">): </w:t>
      </w:r>
      <w:r>
        <w:rPr>
          <w:rFonts w:ascii="Georgia" w:hAnsi="Georgia"/>
          <w:b w:val="0"/>
          <w:i/>
          <w:color w:val="000000"/>
          <w:sz w:val="24"/>
        </w:rPr>
        <w:t>«...кудри его волнистые, черные, как ворон»</w:t>
      </w:r>
      <w:r>
        <w:rPr>
          <w:rFonts w:ascii="Georgia" w:hAnsi="Georgia"/>
          <w:b w:val="0"/>
          <w:i w:val="0"/>
          <w:color w:val="000000"/>
          <w:sz w:val="24"/>
        </w:rPr>
        <w:t xml:space="preserve"> (Шир а-Ширим 5:11); </w:t>
      </w:r>
      <w:r>
        <w:rPr>
          <w:rFonts w:ascii="Georgia" w:hAnsi="Georgia"/>
          <w:b w:val="0"/>
          <w:i/>
          <w:color w:val="000000"/>
          <w:sz w:val="24"/>
        </w:rPr>
        <w:t>Ад бош</w:t>
      </w:r>
      <w:r>
        <w:rPr>
          <w:rFonts w:ascii="Georgia" w:hAnsi="Georgia"/>
          <w:b w:val="0"/>
          <w:i w:val="0"/>
          <w:color w:val="000000"/>
          <w:sz w:val="24"/>
        </w:rPr>
        <w:t xml:space="preserve"> (</w:t>
      </w:r>
      <w:r>
        <w:rPr>
          <w:rFonts w:ascii="Georgia" w:hAnsi="Georgia" w:cs="Times New Roman"/>
          <w:b/>
          <w:i w:val="0"/>
          <w:color w:val="000000"/>
          <w:sz w:val="24"/>
          <w:rtl/>
          <w:szCs w:val="32"/>
        </w:rPr>
        <w:t>עַד בוֹש</w:t>
      </w:r>
      <w:r>
        <w:rPr>
          <w:rFonts w:ascii="Georgia" w:hAnsi="Georgia"/>
          <w:b w:val="0"/>
          <w:i w:val="0"/>
          <w:color w:val="000000"/>
          <w:sz w:val="24"/>
        </w:rPr>
        <w:t xml:space="preserve">): </w:t>
      </w:r>
      <w:r>
        <w:rPr>
          <w:rFonts w:ascii="Georgia" w:hAnsi="Georgia"/>
          <w:b w:val="0"/>
          <w:i/>
          <w:color w:val="000000"/>
          <w:sz w:val="24"/>
        </w:rPr>
        <w:t>«...до замешательства...»</w:t>
      </w:r>
      <w:r>
        <w:rPr>
          <w:rFonts w:ascii="Georgia" w:hAnsi="Georgia"/>
          <w:b w:val="0"/>
          <w:i w:val="0"/>
          <w:color w:val="000000"/>
          <w:sz w:val="24"/>
        </w:rPr>
        <w:t xml:space="preserve"> (Шофтим 3:25); </w:t>
      </w:r>
      <w:r>
        <w:rPr>
          <w:rFonts w:ascii="Georgia" w:hAnsi="Georgia"/>
          <w:b w:val="0"/>
          <w:i/>
          <w:color w:val="000000"/>
          <w:sz w:val="24"/>
        </w:rPr>
        <w:t>Нер</w:t>
      </w:r>
      <w:r>
        <w:rPr>
          <w:rFonts w:ascii="Georgia" w:hAnsi="Georgia"/>
          <w:b w:val="0"/>
          <w:i w:val="0"/>
          <w:color w:val="000000"/>
          <w:sz w:val="24"/>
        </w:rPr>
        <w:t xml:space="preserve"> (</w:t>
      </w:r>
      <w:r>
        <w:rPr>
          <w:rFonts w:ascii="Georgia" w:hAnsi="Georgia" w:cs="Times New Roman"/>
          <w:b/>
          <w:i w:val="0"/>
          <w:color w:val="000000"/>
          <w:sz w:val="24"/>
          <w:rtl/>
          <w:szCs w:val="32"/>
        </w:rPr>
        <w:t>נֵר</w:t>
      </w:r>
      <w:r>
        <w:rPr>
          <w:rFonts w:ascii="Georgia" w:hAnsi="Georgia"/>
          <w:b w:val="0"/>
          <w:i w:val="0"/>
          <w:color w:val="000000"/>
          <w:sz w:val="24"/>
        </w:rPr>
        <w:t xml:space="preserve">): </w:t>
      </w:r>
      <w:r>
        <w:rPr>
          <w:rFonts w:ascii="Georgia" w:hAnsi="Georgia"/>
          <w:b w:val="0"/>
          <w:i/>
          <w:color w:val="000000"/>
          <w:sz w:val="24"/>
        </w:rPr>
        <w:t>«Светильник Г-сподень — душа человека...»</w:t>
      </w:r>
      <w:r>
        <w:rPr>
          <w:rFonts w:ascii="Georgia" w:hAnsi="Georgia"/>
          <w:b w:val="0"/>
          <w:i w:val="0"/>
          <w:color w:val="000000"/>
          <w:sz w:val="24"/>
        </w:rPr>
        <w:t xml:space="preserve"> (Мишлей 20:27); </w:t>
      </w:r>
      <w:r>
        <w:rPr>
          <w:rFonts w:ascii="Georgia" w:hAnsi="Georgia"/>
          <w:b w:val="0"/>
          <w:i/>
          <w:color w:val="000000"/>
          <w:sz w:val="24"/>
        </w:rPr>
        <w:t>Бе-фирйо</w:t>
      </w:r>
      <w:r>
        <w:rPr>
          <w:rFonts w:ascii="Georgia" w:hAnsi="Georgia"/>
          <w:b w:val="0"/>
          <w:i w:val="0"/>
          <w:color w:val="000000"/>
          <w:sz w:val="24"/>
        </w:rPr>
        <w:t xml:space="preserve"> (</w:t>
      </w:r>
      <w:r>
        <w:rPr>
          <w:rFonts w:ascii="Georgia" w:hAnsi="Georgia" w:cs="Times New Roman"/>
          <w:b/>
          <w:i w:val="0"/>
          <w:color w:val="000000"/>
          <w:sz w:val="24"/>
          <w:rtl/>
          <w:szCs w:val="32"/>
        </w:rPr>
        <w:t>בְפריו</w:t>
      </w:r>
      <w:r>
        <w:rPr>
          <w:rFonts w:ascii="Georgia" w:hAnsi="Georgia"/>
          <w:b w:val="0"/>
          <w:i w:val="0"/>
          <w:color w:val="000000"/>
          <w:sz w:val="24"/>
        </w:rPr>
        <w:t xml:space="preserve">): </w:t>
      </w:r>
      <w:r>
        <w:rPr>
          <w:rFonts w:ascii="Georgia" w:hAnsi="Georgia"/>
          <w:b w:val="0"/>
          <w:i/>
          <w:color w:val="000000"/>
          <w:sz w:val="24"/>
        </w:rPr>
        <w:t>«...за плоды его — тысячу серебреников»</w:t>
      </w:r>
      <w:r>
        <w:rPr>
          <w:rFonts w:ascii="Georgia" w:hAnsi="Georgia"/>
          <w:b w:val="0"/>
          <w:i w:val="0"/>
          <w:color w:val="000000"/>
          <w:sz w:val="24"/>
        </w:rPr>
        <w:t xml:space="preserve"> (Шир а-Ширим 8:11); </w:t>
      </w:r>
      <w:r>
        <w:rPr>
          <w:rFonts w:ascii="Georgia" w:hAnsi="Georgia"/>
          <w:b w:val="0"/>
          <w:i/>
          <w:color w:val="000000"/>
          <w:sz w:val="24"/>
        </w:rPr>
        <w:t>А-ле-АВАЯ</w:t>
      </w:r>
      <w:r>
        <w:rPr>
          <w:rFonts w:ascii="Georgia" w:hAnsi="Georgia"/>
          <w:b w:val="0"/>
          <w:i w:val="0"/>
          <w:color w:val="000000"/>
          <w:sz w:val="24"/>
        </w:rPr>
        <w:t xml:space="preserve"> (</w:t>
      </w:r>
      <w:r>
        <w:rPr>
          <w:rFonts w:ascii="Georgia" w:hAnsi="Georgia" w:cs="Times New Roman"/>
          <w:b/>
          <w:i w:val="0"/>
          <w:color w:val="000000"/>
          <w:sz w:val="24"/>
          <w:rtl/>
          <w:szCs w:val="32"/>
        </w:rPr>
        <w:t>הַליהוה</w:t>
      </w:r>
      <w:r>
        <w:rPr>
          <w:rFonts w:ascii="Georgia" w:hAnsi="Georgia"/>
          <w:b w:val="0"/>
          <w:i w:val="0"/>
          <w:color w:val="000000"/>
          <w:sz w:val="24"/>
        </w:rPr>
        <w:t xml:space="preserve">): </w:t>
      </w:r>
      <w:r>
        <w:rPr>
          <w:rFonts w:ascii="Georgia" w:hAnsi="Georgia"/>
          <w:b w:val="0"/>
          <w:i/>
          <w:color w:val="000000"/>
          <w:sz w:val="24"/>
        </w:rPr>
        <w:t>«Г-споду ли воздаете это...»</w:t>
      </w:r>
      <w:r>
        <w:rPr>
          <w:rFonts w:ascii="Georgia" w:hAnsi="Georgia"/>
          <w:b w:val="0"/>
          <w:i w:val="0"/>
          <w:color w:val="000000"/>
          <w:sz w:val="24"/>
        </w:rPr>
        <w:t xml:space="preserve"> (Дварим 32:6); </w:t>
      </w:r>
      <w:r>
        <w:rPr>
          <w:rFonts w:ascii="Georgia" w:hAnsi="Georgia"/>
          <w:b w:val="0"/>
          <w:i/>
          <w:color w:val="000000"/>
          <w:sz w:val="24"/>
        </w:rPr>
        <w:t>Техи</w:t>
      </w:r>
      <w:r>
        <w:rPr>
          <w:rFonts w:ascii="Georgia" w:hAnsi="Georgia"/>
          <w:b w:val="0"/>
          <w:i w:val="0"/>
          <w:color w:val="000000"/>
          <w:sz w:val="24"/>
        </w:rPr>
        <w:t xml:space="preserve"> (</w:t>
      </w:r>
      <w:r>
        <w:rPr>
          <w:rFonts w:ascii="Georgia" w:hAnsi="Georgia" w:cs="Times New Roman"/>
          <w:b/>
          <w:i w:val="0"/>
          <w:color w:val="000000"/>
          <w:sz w:val="24"/>
          <w:rtl/>
          <w:szCs w:val="32"/>
        </w:rPr>
        <w:t>תְהי</w:t>
      </w:r>
      <w:r>
        <w:rPr>
          <w:rFonts w:ascii="Georgia" w:hAnsi="Georgia"/>
          <w:b w:val="0"/>
          <w:i w:val="0"/>
          <w:color w:val="000000"/>
          <w:sz w:val="24"/>
        </w:rPr>
        <w:t xml:space="preserve">): </w:t>
      </w:r>
      <w:r>
        <w:rPr>
          <w:rFonts w:ascii="Georgia" w:hAnsi="Georgia"/>
          <w:b w:val="0"/>
          <w:i/>
          <w:color w:val="000000"/>
          <w:sz w:val="24"/>
        </w:rPr>
        <w:t>«Да будет рука Твоя мне в помощь...»</w:t>
      </w:r>
      <w:r>
        <w:rPr>
          <w:rFonts w:ascii="Georgia" w:hAnsi="Georgia"/>
          <w:b w:val="0"/>
          <w:i w:val="0"/>
          <w:color w:val="000000"/>
          <w:sz w:val="24"/>
        </w:rPr>
        <w:t xml:space="preserve"> (Теилим 119:173); </w:t>
      </w:r>
      <w:r>
        <w:rPr>
          <w:rFonts w:ascii="Georgia" w:hAnsi="Georgia"/>
          <w:b w:val="0"/>
          <w:i/>
          <w:color w:val="000000"/>
          <w:sz w:val="24"/>
        </w:rPr>
        <w:t>Сиах</w:t>
      </w:r>
      <w:r>
        <w:rPr>
          <w:rFonts w:ascii="Georgia" w:hAnsi="Georgia"/>
          <w:b w:val="0"/>
          <w:i w:val="0"/>
          <w:color w:val="000000"/>
          <w:sz w:val="24"/>
        </w:rPr>
        <w:t xml:space="preserve"> (</w:t>
      </w:r>
      <w:r>
        <w:rPr>
          <w:rFonts w:ascii="Georgia" w:hAnsi="Georgia" w:cs="Times New Roman"/>
          <w:b/>
          <w:i w:val="0"/>
          <w:color w:val="000000"/>
          <w:sz w:val="24"/>
          <w:rtl/>
          <w:szCs w:val="32"/>
        </w:rPr>
        <w:t>שִיח</w:t>
      </w:r>
      <w:r>
        <w:rPr>
          <w:rFonts w:ascii="Georgia" w:hAnsi="Georgia"/>
          <w:b w:val="0"/>
          <w:i w:val="0"/>
          <w:color w:val="000000"/>
          <w:sz w:val="24"/>
        </w:rPr>
        <w:t xml:space="preserve">): </w:t>
      </w:r>
      <w:r>
        <w:rPr>
          <w:rFonts w:ascii="Georgia" w:hAnsi="Georgia"/>
          <w:b w:val="0"/>
          <w:i/>
          <w:color w:val="000000"/>
          <w:sz w:val="24"/>
        </w:rPr>
        <w:t>«Или побеседуй с землей, и она наставит тебя...»</w:t>
      </w:r>
      <w:r>
        <w:rPr>
          <w:rFonts w:ascii="Georgia" w:hAnsi="Georgia"/>
          <w:b w:val="0"/>
          <w:i w:val="0"/>
          <w:color w:val="000000"/>
          <w:sz w:val="24"/>
        </w:rPr>
        <w:t xml:space="preserve"> (Иов 12:8); </w:t>
      </w:r>
      <w:r>
        <w:rPr>
          <w:rFonts w:ascii="Georgia" w:hAnsi="Georgia"/>
          <w:b w:val="0"/>
          <w:i/>
          <w:color w:val="000000"/>
          <w:sz w:val="24"/>
        </w:rPr>
        <w:t>Хи</w:t>
      </w:r>
      <w:r>
        <w:rPr>
          <w:rFonts w:ascii="Georgia" w:hAnsi="Georgia"/>
          <w:b w:val="0"/>
          <w:i w:val="0"/>
          <w:color w:val="000000"/>
          <w:sz w:val="24"/>
        </w:rPr>
        <w:t xml:space="preserve"> (</w:t>
      </w:r>
      <w:r>
        <w:rPr>
          <w:rFonts w:ascii="Georgia" w:hAnsi="Georgia" w:cs="Times New Roman"/>
          <w:b/>
          <w:i w:val="0"/>
          <w:color w:val="000000"/>
          <w:sz w:val="24"/>
          <w:rtl/>
          <w:szCs w:val="32"/>
        </w:rPr>
        <w:t>הִיא</w:t>
      </w:r>
      <w:r>
        <w:rPr>
          <w:rFonts w:ascii="Georgia" w:hAnsi="Georgia"/>
          <w:b w:val="0"/>
          <w:i w:val="0"/>
          <w:color w:val="000000"/>
          <w:sz w:val="24"/>
        </w:rPr>
        <w:t xml:space="preserve">): </w:t>
      </w:r>
      <w:r>
        <w:rPr>
          <w:rFonts w:ascii="Georgia" w:hAnsi="Georgia"/>
          <w:b w:val="0"/>
          <w:i/>
          <w:color w:val="000000"/>
          <w:sz w:val="24"/>
        </w:rPr>
        <w:t>«Когда ее выводили, она послала...»</w:t>
      </w:r>
      <w:r>
        <w:rPr>
          <w:rFonts w:ascii="Georgia" w:hAnsi="Georgia"/>
          <w:b w:val="0"/>
          <w:i w:val="0"/>
          <w:color w:val="000000"/>
          <w:sz w:val="24"/>
        </w:rPr>
        <w:t xml:space="preserve"> (Берешит 38:25); </w:t>
      </w:r>
      <w:r>
        <w:rPr>
          <w:rFonts w:ascii="Georgia" w:hAnsi="Georgia"/>
          <w:b w:val="0"/>
          <w:i/>
          <w:color w:val="000000"/>
          <w:sz w:val="24"/>
        </w:rPr>
        <w:t>Рава</w:t>
      </w:r>
      <w:r>
        <w:rPr>
          <w:rFonts w:ascii="Georgia" w:hAnsi="Georgia"/>
          <w:b w:val="0"/>
          <w:i w:val="0"/>
          <w:color w:val="000000"/>
          <w:sz w:val="24"/>
        </w:rPr>
        <w:t xml:space="preserve"> (</w:t>
      </w:r>
      <w:r>
        <w:rPr>
          <w:rFonts w:ascii="Georgia" w:hAnsi="Georgia" w:cs="Times New Roman"/>
          <w:b/>
          <w:i w:val="0"/>
          <w:color w:val="000000"/>
          <w:sz w:val="24"/>
          <w:rtl/>
          <w:szCs w:val="32"/>
        </w:rPr>
        <w:t>רָוה</w:t>
      </w:r>
      <w:r>
        <w:rPr>
          <w:rFonts w:ascii="Georgia" w:hAnsi="Georgia"/>
          <w:b w:val="0"/>
          <w:i w:val="0"/>
          <w:color w:val="000000"/>
          <w:sz w:val="24"/>
        </w:rPr>
        <w:t xml:space="preserve">): </w:t>
      </w:r>
      <w:r>
        <w:rPr>
          <w:rFonts w:ascii="Georgia" w:hAnsi="Georgia"/>
          <w:b w:val="0"/>
          <w:i/>
          <w:color w:val="000000"/>
          <w:sz w:val="24"/>
        </w:rPr>
        <w:t>«...напоенный водою [сад] и как источник...»</w:t>
      </w:r>
      <w:r>
        <w:rPr>
          <w:rFonts w:ascii="Georgia" w:hAnsi="Georgia"/>
          <w:b w:val="0"/>
          <w:i w:val="0"/>
          <w:color w:val="000000"/>
          <w:sz w:val="24"/>
        </w:rPr>
        <w:t xml:space="preserve"> (Йешаяу 58:11); </w:t>
      </w:r>
      <w:r>
        <w:rPr>
          <w:rFonts w:ascii="Georgia" w:hAnsi="Georgia"/>
          <w:b w:val="0"/>
          <w:i/>
          <w:color w:val="000000"/>
          <w:sz w:val="24"/>
        </w:rPr>
        <w:t>Ве-ло</w:t>
      </w:r>
      <w:r>
        <w:rPr>
          <w:rFonts w:ascii="Georgia" w:hAnsi="Georgia"/>
          <w:b w:val="0"/>
          <w:i w:val="0"/>
          <w:color w:val="000000"/>
          <w:sz w:val="24"/>
        </w:rPr>
        <w:t xml:space="preserve"> (</w:t>
      </w:r>
      <w:r>
        <w:rPr>
          <w:rFonts w:ascii="Georgia" w:hAnsi="Georgia" w:cs="Times New Roman"/>
          <w:b/>
          <w:i w:val="0"/>
          <w:color w:val="000000"/>
          <w:sz w:val="24"/>
          <w:rtl/>
          <w:szCs w:val="32"/>
        </w:rPr>
        <w:t>וְלא</w:t>
      </w:r>
      <w:r>
        <w:rPr>
          <w:rFonts w:ascii="Georgia" w:hAnsi="Georgia"/>
          <w:b w:val="0"/>
          <w:i w:val="0"/>
          <w:color w:val="000000"/>
          <w:sz w:val="24"/>
        </w:rPr>
        <w:t xml:space="preserve">): </w:t>
      </w:r>
      <w:r>
        <w:rPr>
          <w:rFonts w:ascii="Georgia" w:hAnsi="Georgia"/>
          <w:b w:val="0"/>
          <w:i/>
          <w:color w:val="000000"/>
          <w:sz w:val="24"/>
        </w:rPr>
        <w:t>«Но не слушал народ Мой голоса Моего...»</w:t>
      </w:r>
      <w:r>
        <w:rPr>
          <w:rFonts w:ascii="Georgia" w:hAnsi="Georgia"/>
          <w:b w:val="0"/>
          <w:i w:val="0"/>
          <w:color w:val="000000"/>
          <w:sz w:val="24"/>
        </w:rPr>
        <w:t xml:space="preserve"> (Теилим 81:12); </w:t>
      </w:r>
      <w:r>
        <w:rPr>
          <w:rFonts w:ascii="Georgia" w:hAnsi="Georgia"/>
          <w:b w:val="0"/>
          <w:i/>
          <w:color w:val="000000"/>
          <w:sz w:val="24"/>
        </w:rPr>
        <w:t>Рава</w:t>
      </w:r>
      <w:r>
        <w:rPr>
          <w:rFonts w:ascii="Georgia" w:hAnsi="Georgia"/>
          <w:b w:val="0"/>
          <w:i w:val="0"/>
          <w:color w:val="000000"/>
          <w:sz w:val="24"/>
        </w:rPr>
        <w:t xml:space="preserve"> (</w:t>
      </w:r>
      <w:r>
        <w:rPr>
          <w:rFonts w:ascii="Georgia" w:hAnsi="Georgia" w:cs="Times New Roman"/>
          <w:b/>
          <w:i w:val="0"/>
          <w:color w:val="000000"/>
          <w:sz w:val="24"/>
          <w:rtl/>
          <w:szCs w:val="32"/>
        </w:rPr>
        <w:t>רַוה</w:t>
      </w:r>
      <w:r>
        <w:rPr>
          <w:rFonts w:ascii="Georgia" w:hAnsi="Georgia"/>
          <w:b w:val="0"/>
          <w:i w:val="0"/>
          <w:color w:val="000000"/>
          <w:sz w:val="24"/>
        </w:rPr>
        <w:t xml:space="preserve">): </w:t>
      </w:r>
      <w:r>
        <w:rPr>
          <w:rFonts w:ascii="Georgia" w:hAnsi="Georgia"/>
          <w:b w:val="0"/>
          <w:i/>
          <w:color w:val="000000"/>
          <w:sz w:val="24"/>
        </w:rPr>
        <w:t>«Увлажняя борозды ее, уравнивая комья ее...»</w:t>
      </w:r>
      <w:r>
        <w:rPr>
          <w:rFonts w:ascii="Georgia" w:hAnsi="Georgia"/>
          <w:b w:val="0"/>
          <w:i w:val="0"/>
          <w:color w:val="000000"/>
          <w:sz w:val="24"/>
        </w:rPr>
        <w:t xml:space="preserve"> (Теилим 65:11); </w:t>
      </w:r>
      <w:r>
        <w:rPr>
          <w:rFonts w:ascii="Georgia" w:hAnsi="Georgia"/>
          <w:b w:val="0"/>
          <w:i/>
          <w:color w:val="000000"/>
          <w:sz w:val="24"/>
        </w:rPr>
        <w:t>Йиса</w:t>
      </w:r>
      <w:r>
        <w:rPr>
          <w:rFonts w:ascii="Georgia" w:hAnsi="Georgia"/>
          <w:b w:val="0"/>
          <w:i w:val="0"/>
          <w:color w:val="000000"/>
          <w:sz w:val="24"/>
        </w:rPr>
        <w:t xml:space="preserve"> (</w:t>
      </w:r>
      <w:r>
        <w:rPr>
          <w:rFonts w:ascii="Georgia" w:hAnsi="Georgia" w:cs="Times New Roman"/>
          <w:b/>
          <w:i w:val="0"/>
          <w:color w:val="000000"/>
          <w:sz w:val="24"/>
          <w:rtl/>
          <w:szCs w:val="32"/>
        </w:rPr>
        <w:t>יִשא</w:t>
      </w:r>
      <w:r>
        <w:rPr>
          <w:rFonts w:ascii="Georgia" w:hAnsi="Georgia"/>
          <w:b w:val="0"/>
          <w:i w:val="0"/>
          <w:color w:val="000000"/>
          <w:sz w:val="24"/>
        </w:rPr>
        <w:t xml:space="preserve">): </w:t>
      </w:r>
      <w:r>
        <w:rPr>
          <w:rFonts w:ascii="Georgia" w:hAnsi="Georgia"/>
          <w:b w:val="0"/>
          <w:i/>
          <w:color w:val="000000"/>
          <w:sz w:val="24"/>
        </w:rPr>
        <w:t>«Да обратит Г-сподь лицо Свое к тебе...»</w:t>
      </w:r>
      <w:r>
        <w:rPr>
          <w:rFonts w:ascii="Georgia" w:hAnsi="Georgia"/>
          <w:b w:val="0"/>
          <w:i w:val="0"/>
          <w:color w:val="000000"/>
          <w:sz w:val="24"/>
        </w:rPr>
        <w:t xml:space="preserve"> (Бемидбар 6:26); </w:t>
      </w:r>
      <w:r>
        <w:rPr>
          <w:rFonts w:ascii="Georgia" w:hAnsi="Georgia"/>
          <w:b w:val="0"/>
          <w:i/>
          <w:color w:val="000000"/>
          <w:sz w:val="24"/>
        </w:rPr>
        <w:t>Ими</w:t>
      </w:r>
      <w:r>
        <w:rPr>
          <w:rFonts w:ascii="Georgia" w:hAnsi="Georgia"/>
          <w:b w:val="0"/>
          <w:i w:val="0"/>
          <w:color w:val="000000"/>
          <w:sz w:val="24"/>
        </w:rPr>
        <w:t xml:space="preserve"> (</w:t>
      </w:r>
      <w:r>
        <w:rPr>
          <w:rFonts w:ascii="Georgia" w:hAnsi="Georgia" w:cs="Times New Roman"/>
          <w:b/>
          <w:i w:val="0"/>
          <w:color w:val="000000"/>
          <w:sz w:val="24"/>
          <w:rtl/>
          <w:szCs w:val="32"/>
        </w:rPr>
        <w:t>אִמי</w:t>
      </w:r>
      <w:r>
        <w:rPr>
          <w:rFonts w:ascii="Georgia" w:hAnsi="Georgia"/>
          <w:b w:val="0"/>
          <w:i w:val="0"/>
          <w:color w:val="000000"/>
          <w:sz w:val="24"/>
        </w:rPr>
        <w:t xml:space="preserve">): </w:t>
      </w:r>
      <w:r>
        <w:rPr>
          <w:rFonts w:ascii="Georgia" w:hAnsi="Georgia"/>
          <w:b w:val="0"/>
          <w:i/>
          <w:color w:val="000000"/>
          <w:sz w:val="24"/>
        </w:rPr>
        <w:t>«...в дом матери моей и в покои...»</w:t>
      </w:r>
      <w:r>
        <w:rPr>
          <w:rFonts w:ascii="Georgia" w:hAnsi="Georgia"/>
          <w:b w:val="0"/>
          <w:i w:val="0"/>
          <w:color w:val="000000"/>
          <w:sz w:val="24"/>
        </w:rPr>
        <w:t xml:space="preserve"> (Шир а-Ширим 3:4); </w:t>
      </w:r>
      <w:r>
        <w:rPr>
          <w:rFonts w:ascii="Georgia" w:hAnsi="Georgia"/>
          <w:b w:val="0"/>
          <w:i/>
          <w:color w:val="000000"/>
          <w:sz w:val="24"/>
        </w:rPr>
        <w:t>Мар ли</w:t>
      </w:r>
      <w:r>
        <w:rPr>
          <w:rFonts w:ascii="Georgia" w:hAnsi="Georgia"/>
          <w:b w:val="0"/>
          <w:i w:val="0"/>
          <w:color w:val="000000"/>
          <w:sz w:val="24"/>
        </w:rPr>
        <w:t xml:space="preserve"> (</w:t>
      </w:r>
      <w:r>
        <w:rPr>
          <w:rFonts w:ascii="Georgia" w:hAnsi="Georgia" w:cs="Times New Roman"/>
          <w:b/>
          <w:i w:val="0"/>
          <w:color w:val="000000"/>
          <w:sz w:val="24"/>
          <w:rtl/>
          <w:szCs w:val="32"/>
        </w:rPr>
        <w:t>מַר לִי</w:t>
      </w:r>
      <w:r>
        <w:rPr>
          <w:rFonts w:ascii="Georgia" w:hAnsi="Georgia"/>
          <w:b w:val="0"/>
          <w:i w:val="0"/>
          <w:color w:val="000000"/>
          <w:sz w:val="24"/>
        </w:rPr>
        <w:t xml:space="preserve">): </w:t>
      </w:r>
      <w:r>
        <w:rPr>
          <w:rFonts w:ascii="Georgia" w:hAnsi="Georgia"/>
          <w:b w:val="0"/>
          <w:i/>
          <w:color w:val="000000"/>
          <w:sz w:val="24"/>
        </w:rPr>
        <w:t>«...горько мне весьма...»</w:t>
      </w:r>
      <w:r>
        <w:rPr>
          <w:rFonts w:ascii="Georgia" w:hAnsi="Georgia"/>
          <w:b w:val="0"/>
          <w:i w:val="0"/>
          <w:color w:val="000000"/>
          <w:sz w:val="24"/>
        </w:rPr>
        <w:t xml:space="preserve"> (Рут 1:13); </w:t>
      </w:r>
      <w:r>
        <w:rPr>
          <w:rFonts w:ascii="Georgia" w:hAnsi="Georgia"/>
          <w:b w:val="0"/>
          <w:i/>
          <w:color w:val="000000"/>
          <w:sz w:val="24"/>
        </w:rPr>
        <w:t>Рэйш</w:t>
      </w:r>
      <w:r>
        <w:rPr>
          <w:rFonts w:ascii="Georgia" w:hAnsi="Georgia"/>
          <w:b w:val="0"/>
          <w:i w:val="0"/>
          <w:color w:val="000000"/>
          <w:sz w:val="24"/>
        </w:rPr>
        <w:t xml:space="preserve"> (</w:t>
      </w:r>
      <w:r>
        <w:rPr>
          <w:rFonts w:ascii="Georgia" w:hAnsi="Georgia" w:cs="Times New Roman"/>
          <w:b/>
          <w:i w:val="0"/>
          <w:color w:val="000000"/>
          <w:sz w:val="24"/>
          <w:rtl/>
          <w:szCs w:val="32"/>
        </w:rPr>
        <w:t>רֵיש</w:t>
      </w:r>
      <w:r>
        <w:rPr>
          <w:rFonts w:ascii="Georgia" w:hAnsi="Georgia"/>
          <w:b w:val="0"/>
          <w:i w:val="0"/>
          <w:color w:val="000000"/>
          <w:sz w:val="24"/>
        </w:rPr>
        <w:t xml:space="preserve">): </w:t>
      </w:r>
      <w:r>
        <w:rPr>
          <w:rFonts w:ascii="Georgia" w:hAnsi="Georgia"/>
          <w:b w:val="0"/>
          <w:i/>
          <w:color w:val="000000"/>
          <w:sz w:val="24"/>
        </w:rPr>
        <w:t>«Нищеты и богатства не давай мне...»</w:t>
      </w:r>
      <w:r>
        <w:rPr>
          <w:rFonts w:ascii="Georgia" w:hAnsi="Georgia"/>
          <w:b w:val="0"/>
          <w:i w:val="0"/>
          <w:color w:val="000000"/>
          <w:sz w:val="24"/>
        </w:rPr>
        <w:t xml:space="preserve"> (Мишлей 30:8); </w:t>
      </w:r>
      <w:r>
        <w:rPr>
          <w:rFonts w:ascii="Georgia" w:hAnsi="Georgia" w:cs="Times New Roman"/>
          <w:b/>
          <w:i w:val="0"/>
          <w:color w:val="000000"/>
          <w:sz w:val="24"/>
          <w:rtl/>
          <w:szCs w:val="32"/>
        </w:rPr>
        <w:t>לְכֹגֵ</w:t>
      </w:r>
      <w:r>
        <w:rPr>
          <w:rFonts w:ascii="Georgia" w:hAnsi="Georgia"/>
          <w:b w:val="0"/>
          <w:i w:val="0"/>
          <w:color w:val="000000"/>
          <w:sz w:val="24"/>
        </w:rPr>
        <w:t>: БОН, буквы йод, ламэд, йод (</w:t>
      </w:r>
      <w:r>
        <w:rPr>
          <w:rFonts w:ascii="Georgia" w:hAnsi="Georgia" w:cs="Times New Roman"/>
          <w:b/>
          <w:i w:val="0"/>
          <w:color w:val="000000"/>
          <w:sz w:val="24"/>
          <w:rtl/>
          <w:szCs w:val="32"/>
        </w:rPr>
        <w:t>ילי</w:t>
      </w:r>
      <w:r>
        <w:rPr>
          <w:rFonts w:ascii="Georgia" w:hAnsi="Georgia"/>
          <w:b w:val="0"/>
          <w:i w:val="0"/>
          <w:color w:val="000000"/>
          <w:sz w:val="24"/>
        </w:rPr>
        <w:t xml:space="preserve">); </w:t>
      </w:r>
      <w:r>
        <w:rPr>
          <w:rFonts w:ascii="Georgia" w:hAnsi="Georgia" w:cs="Times New Roman"/>
          <w:b/>
          <w:i w:val="0"/>
          <w:color w:val="000000"/>
          <w:sz w:val="24"/>
          <w:rtl/>
          <w:szCs w:val="32"/>
        </w:rPr>
        <w:t>הָיָהְ</w:t>
      </w:r>
      <w:r>
        <w:rPr>
          <w:rFonts w:ascii="Georgia" w:hAnsi="Georgia"/>
          <w:b w:val="0"/>
          <w:i w:val="0"/>
          <w:color w:val="000000"/>
          <w:sz w:val="24"/>
        </w:rPr>
        <w:t xml:space="preserve">: ЭЙЕ, БОН; </w:t>
      </w:r>
      <w:r>
        <w:rPr>
          <w:rFonts w:ascii="Georgia" w:hAnsi="Georgia" w:cs="Times New Roman"/>
          <w:b/>
          <w:i w:val="0"/>
          <w:color w:val="000000"/>
          <w:sz w:val="24"/>
          <w:rtl/>
          <w:szCs w:val="32"/>
        </w:rPr>
        <w:t>יְאֱ</w:t>
      </w:r>
      <w:r>
        <w:rPr>
          <w:rFonts w:ascii="Georgia" w:hAnsi="Georgia"/>
          <w:b w:val="0"/>
          <w:i w:val="0"/>
          <w:color w:val="000000"/>
          <w:sz w:val="24"/>
        </w:rPr>
        <w:t>: АВАЯ ЭЛОКЕЙНУ, ЭЛЬ ЭЛОКИМ, АВАЯ, МА и так далее.</w:t>
      </w:r>
    </w:p>
    <w:p>
      <w:pPr>
        <w:spacing w:before="40" w:after="120"/>
        <w:jc w:val="both"/>
      </w:pPr>
      <w:r>
        <w:rPr>
          <w:rFonts w:ascii="Georgia" w:hAnsi="Georgia" w:cs="Times New Roman"/>
          <w:b/>
          <w:i w:val="0"/>
          <w:color w:val="000000"/>
          <w:sz w:val="24"/>
          <w:rtl/>
          <w:szCs w:val="32"/>
        </w:rPr>
        <w:t>הַוֶ</w:t>
      </w:r>
      <w:r>
        <w:rPr>
          <w:rFonts w:ascii="Georgia" w:hAnsi="Georgia"/>
          <w:b w:val="0"/>
          <w:i w:val="0"/>
          <w:color w:val="000000"/>
          <w:sz w:val="24"/>
        </w:rPr>
        <w:t xml:space="preserve"> — ЦВАОТ, «мацмацит» (</w:t>
      </w:r>
      <w:r>
        <w:rPr>
          <w:rFonts w:ascii="Georgia" w:hAnsi="Georgia" w:cs="Times New Roman"/>
          <w:b/>
          <w:i w:val="0"/>
          <w:color w:val="000000"/>
          <w:sz w:val="24"/>
          <w:rtl/>
          <w:szCs w:val="32"/>
        </w:rPr>
        <w:t>מֶצַמֶצַיֶתַ</w:t>
      </w:r>
      <w:r>
        <w:rPr>
          <w:rFonts w:ascii="Georgia" w:hAnsi="Georgia"/>
          <w:b w:val="0"/>
          <w:i w:val="0"/>
          <w:color w:val="000000"/>
          <w:sz w:val="24"/>
        </w:rPr>
        <w:t xml:space="preserve">), наполнение БОН. </w:t>
      </w:r>
      <w:r>
        <w:rPr>
          <w:rFonts w:ascii="Georgia" w:hAnsi="Georgia" w:cs="Times New Roman"/>
          <w:b/>
          <w:i w:val="0"/>
          <w:color w:val="000000"/>
          <w:sz w:val="24"/>
          <w:rtl/>
          <w:szCs w:val="32"/>
        </w:rPr>
        <w:t>גָסָוֶ</w:t>
      </w:r>
      <w:r>
        <w:rPr>
          <w:rFonts w:ascii="Georgia" w:hAnsi="Georgia"/>
          <w:b w:val="0"/>
          <w:i w:val="0"/>
          <w:color w:val="000000"/>
          <w:sz w:val="24"/>
        </w:rPr>
        <w:t xml:space="preserve"> — ЭЙЕ, АВАЯ, ЭЙЕ; 687 (</w:t>
      </w:r>
      <w:r>
        <w:rPr>
          <w:rFonts w:ascii="Georgia" w:hAnsi="Georgia" w:cs="Times New Roman"/>
          <w:b/>
          <w:i w:val="0"/>
          <w:color w:val="000000"/>
          <w:sz w:val="24"/>
          <w:rtl/>
          <w:szCs w:val="32"/>
        </w:rPr>
        <w:t>תרפ״ז</w:t>
      </w:r>
      <w:r>
        <w:rPr>
          <w:rFonts w:ascii="Georgia" w:hAnsi="Georgia"/>
          <w:b w:val="0"/>
          <w:i w:val="0"/>
          <w:color w:val="000000"/>
          <w:sz w:val="24"/>
        </w:rPr>
        <w:t>) — их буквы; АДОНАЙ и 4 его буквы; 63 (</w:t>
      </w:r>
      <w:r>
        <w:rPr>
          <w:rFonts w:ascii="Georgia" w:hAnsi="Georgia" w:cs="Times New Roman"/>
          <w:b/>
          <w:i w:val="0"/>
          <w:color w:val="000000"/>
          <w:sz w:val="24"/>
          <w:rtl/>
          <w:szCs w:val="32"/>
        </w:rPr>
        <w:t>ס״ג</w:t>
      </w:r>
      <w:r>
        <w:rPr>
          <w:rFonts w:ascii="Georgia" w:hAnsi="Georgia"/>
          <w:b w:val="0"/>
          <w:i w:val="0"/>
          <w:color w:val="000000"/>
          <w:sz w:val="24"/>
        </w:rPr>
        <w:t>), составляющие 62 (</w:t>
      </w:r>
      <w:r>
        <w:rPr>
          <w:rFonts w:ascii="Georgia" w:hAnsi="Georgia" w:cs="Times New Roman"/>
          <w:b/>
          <w:i w:val="0"/>
          <w:color w:val="000000"/>
          <w:sz w:val="24"/>
          <w:rtl/>
          <w:szCs w:val="32"/>
        </w:rPr>
        <w:t>ס״ב</w:t>
      </w:r>
      <w:r>
        <w:rPr>
          <w:rFonts w:ascii="Georgia" w:hAnsi="Georgia"/>
          <w:b w:val="0"/>
          <w:i w:val="0"/>
          <w:color w:val="000000"/>
          <w:sz w:val="24"/>
        </w:rPr>
        <w:t xml:space="preserve">). </w:t>
      </w:r>
      <w:r>
        <w:rPr>
          <w:rFonts w:ascii="Georgia" w:hAnsi="Georgia" w:cs="Times New Roman"/>
          <w:b/>
          <w:i w:val="0"/>
          <w:color w:val="000000"/>
          <w:sz w:val="24"/>
          <w:rtl/>
          <w:szCs w:val="32"/>
        </w:rPr>
        <w:t>הַסָוָ</w:t>
      </w:r>
      <w:r>
        <w:rPr>
          <w:rFonts w:ascii="Georgia" w:hAnsi="Georgia"/>
          <w:b w:val="0"/>
          <w:i w:val="0"/>
          <w:color w:val="000000"/>
          <w:sz w:val="24"/>
        </w:rPr>
        <w:t xml:space="preserve"> — МА, 26 (</w:t>
      </w:r>
      <w:r>
        <w:rPr>
          <w:rFonts w:ascii="Georgia" w:hAnsi="Georgia" w:cs="Times New Roman"/>
          <w:b/>
          <w:i w:val="0"/>
          <w:color w:val="000000"/>
          <w:sz w:val="24"/>
          <w:rtl/>
          <w:szCs w:val="32"/>
        </w:rPr>
        <w:t>כ״ו</w:t>
      </w:r>
      <w:r>
        <w:rPr>
          <w:rFonts w:ascii="Georgia" w:hAnsi="Georgia"/>
          <w:b w:val="0"/>
          <w:i w:val="0"/>
          <w:color w:val="000000"/>
          <w:sz w:val="24"/>
        </w:rPr>
        <w:t xml:space="preserve">), АВАЯ, ЭЙЕ. </w:t>
      </w:r>
      <w:r>
        <w:rPr>
          <w:rFonts w:ascii="Georgia" w:hAnsi="Georgia" w:cs="Times New Roman"/>
          <w:b/>
          <w:i w:val="0"/>
          <w:color w:val="000000"/>
          <w:sz w:val="24"/>
          <w:rtl/>
          <w:szCs w:val="32"/>
        </w:rPr>
        <w:t>אֹוָרָ</w:t>
      </w:r>
      <w:r>
        <w:rPr>
          <w:rFonts w:ascii="Georgia" w:hAnsi="Georgia"/>
          <w:b w:val="0"/>
          <w:i w:val="0"/>
          <w:color w:val="000000"/>
          <w:sz w:val="24"/>
        </w:rPr>
        <w:t xml:space="preserve"> — ЭЛЬ, ЭЙЕ, ЭЙЕ, ЭЛОКИМ; САГ и наполнение 37 (</w:t>
      </w:r>
      <w:r>
        <w:rPr>
          <w:rFonts w:ascii="Georgia" w:hAnsi="Georgia" w:cs="Times New Roman"/>
          <w:b/>
          <w:i w:val="0"/>
          <w:color w:val="000000"/>
          <w:sz w:val="24"/>
          <w:rtl/>
          <w:szCs w:val="32"/>
        </w:rPr>
        <w:t>ל״ז</w:t>
      </w:r>
      <w:r>
        <w:rPr>
          <w:rFonts w:ascii="Georgia" w:hAnsi="Georgia"/>
          <w:b w:val="0"/>
          <w:i w:val="0"/>
          <w:color w:val="000000"/>
          <w:sz w:val="24"/>
        </w:rPr>
        <w:t xml:space="preserve">), два [Имени] ЭЙЕ с наполнением через йод и алеф. </w:t>
      </w:r>
      <w:r>
        <w:rPr>
          <w:rFonts w:ascii="Georgia" w:hAnsi="Georgia" w:cs="Times New Roman"/>
          <w:b/>
          <w:i w:val="0"/>
          <w:color w:val="000000"/>
          <w:sz w:val="24"/>
          <w:rtl/>
          <w:szCs w:val="32"/>
        </w:rPr>
        <w:t>כְבָ</w:t>
      </w:r>
      <w:r>
        <w:rPr>
          <w:rFonts w:ascii="Georgia" w:hAnsi="Georgia"/>
          <w:b w:val="0"/>
          <w:i w:val="0"/>
          <w:color w:val="000000"/>
          <w:sz w:val="24"/>
        </w:rPr>
        <w:t xml:space="preserve"> — 22 буквы АВАЯ и АДОНАЙ в их наполнениях; 18 (</w:t>
      </w:r>
      <w:r>
        <w:rPr>
          <w:rFonts w:ascii="Georgia" w:hAnsi="Georgia" w:cs="Times New Roman"/>
          <w:b/>
          <w:i w:val="0"/>
          <w:color w:val="000000"/>
          <w:sz w:val="24"/>
          <w:rtl/>
          <w:szCs w:val="32"/>
        </w:rPr>
        <w:t>ח״י</w:t>
      </w:r>
      <w:r>
        <w:rPr>
          <w:rFonts w:ascii="Georgia" w:hAnsi="Georgia"/>
          <w:b w:val="0"/>
          <w:i w:val="0"/>
          <w:color w:val="000000"/>
          <w:sz w:val="24"/>
        </w:rPr>
        <w:t xml:space="preserve">) и 18 букв двух [Имен] ЭЛОКИМ с наполнением через йод. </w:t>
      </w:r>
      <w:r>
        <w:rPr>
          <w:rFonts w:ascii="Georgia" w:hAnsi="Georgia" w:cs="Times New Roman"/>
          <w:b/>
          <w:i w:val="0"/>
          <w:color w:val="000000"/>
          <w:sz w:val="24"/>
          <w:rtl/>
          <w:szCs w:val="32"/>
        </w:rPr>
        <w:t>רַבָ</w:t>
      </w:r>
      <w:r>
        <w:rPr>
          <w:rFonts w:ascii="Georgia" w:hAnsi="Georgia"/>
          <w:b w:val="0"/>
          <w:i w:val="0"/>
          <w:color w:val="000000"/>
          <w:sz w:val="24"/>
        </w:rPr>
        <w:t xml:space="preserve"> — АБ, 130 (</w:t>
      </w:r>
      <w:r>
        <w:rPr>
          <w:rFonts w:ascii="Georgia" w:hAnsi="Georgia" w:cs="Times New Roman"/>
          <w:b/>
          <w:i w:val="0"/>
          <w:color w:val="000000"/>
          <w:sz w:val="24"/>
          <w:rtl/>
          <w:szCs w:val="32"/>
        </w:rPr>
        <w:t>ק״ל</w:t>
      </w:r>
      <w:r>
        <w:rPr>
          <w:rFonts w:ascii="Georgia" w:hAnsi="Georgia"/>
          <w:b w:val="0"/>
          <w:i w:val="0"/>
          <w:color w:val="000000"/>
          <w:sz w:val="24"/>
        </w:rPr>
        <w:t xml:space="preserve">), ЭЛОКИМ и БОН — 22 буквы. </w:t>
      </w:r>
      <w:r>
        <w:rPr>
          <w:rFonts w:ascii="Georgia" w:hAnsi="Georgia" w:cs="Times New Roman"/>
          <w:b/>
          <w:i w:val="0"/>
          <w:color w:val="000000"/>
          <w:sz w:val="24"/>
          <w:rtl/>
          <w:szCs w:val="32"/>
        </w:rPr>
        <w:t>הֵמָ</w:t>
      </w:r>
      <w:r>
        <w:rPr>
          <w:rFonts w:ascii="Georgia" w:hAnsi="Georgia"/>
          <w:b w:val="0"/>
          <w:i w:val="0"/>
          <w:color w:val="000000"/>
          <w:sz w:val="24"/>
        </w:rPr>
        <w:t xml:space="preserve"> — МА, 26 (</w:t>
      </w:r>
      <w:r>
        <w:rPr>
          <w:rFonts w:ascii="Georgia" w:hAnsi="Georgia" w:cs="Times New Roman"/>
          <w:b/>
          <w:i w:val="0"/>
          <w:color w:val="000000"/>
          <w:sz w:val="24"/>
          <w:rtl/>
          <w:szCs w:val="32"/>
        </w:rPr>
        <w:t>כ״ו</w:t>
      </w:r>
      <w:r>
        <w:rPr>
          <w:rFonts w:ascii="Georgia" w:hAnsi="Georgia"/>
          <w:b w:val="0"/>
          <w:i w:val="0"/>
          <w:color w:val="000000"/>
          <w:sz w:val="24"/>
        </w:rPr>
        <w:t xml:space="preserve">) и 10 букв МА. </w:t>
      </w:r>
      <w:r>
        <w:rPr>
          <w:rFonts w:ascii="Georgia" w:hAnsi="Georgia" w:cs="Times New Roman"/>
          <w:b/>
          <w:i w:val="0"/>
          <w:color w:val="000000"/>
          <w:sz w:val="24"/>
          <w:rtl/>
          <w:szCs w:val="32"/>
        </w:rPr>
        <w:t>מִיָ</w:t>
      </w:r>
      <w:r>
        <w:rPr>
          <w:rFonts w:ascii="Georgia" w:hAnsi="Georgia"/>
          <w:b w:val="0"/>
          <w:i w:val="0"/>
          <w:color w:val="000000"/>
          <w:sz w:val="24"/>
        </w:rPr>
        <w:t xml:space="preserve"> — сплетение Имен (</w:t>
      </w:r>
      <w:r>
        <w:rPr>
          <w:rFonts w:ascii="Georgia" w:hAnsi="Georgia" w:cs="Times New Roman"/>
          <w:b/>
          <w:i w:val="0"/>
          <w:color w:val="000000"/>
          <w:sz w:val="24"/>
          <w:rtl/>
          <w:szCs w:val="32"/>
        </w:rPr>
        <w:t>יהדיוהדו</w:t>
      </w:r>
      <w:r>
        <w:rPr>
          <w:rFonts w:ascii="Georgia" w:hAnsi="Georgia"/>
          <w:b w:val="0"/>
          <w:i w:val="0"/>
          <w:color w:val="000000"/>
          <w:sz w:val="24"/>
        </w:rPr>
        <w:t>), 26 (</w:t>
      </w:r>
      <w:r>
        <w:rPr>
          <w:rFonts w:ascii="Georgia" w:hAnsi="Georgia" w:cs="Times New Roman"/>
          <w:b/>
          <w:i w:val="0"/>
          <w:color w:val="000000"/>
          <w:sz w:val="24"/>
          <w:rtl/>
          <w:szCs w:val="32"/>
        </w:rPr>
        <w:t>כ״ו</w:t>
      </w:r>
      <w:r>
        <w:rPr>
          <w:rFonts w:ascii="Georgia" w:hAnsi="Georgia"/>
          <w:b w:val="0"/>
          <w:i w:val="0"/>
          <w:color w:val="000000"/>
          <w:sz w:val="24"/>
        </w:rPr>
        <w:t xml:space="preserve">). </w:t>
      </w:r>
      <w:r>
        <w:rPr>
          <w:rFonts w:ascii="Georgia" w:hAnsi="Georgia" w:cs="Times New Roman"/>
          <w:b/>
          <w:i w:val="0"/>
          <w:color w:val="000000"/>
          <w:sz w:val="24"/>
          <w:rtl/>
          <w:szCs w:val="32"/>
        </w:rPr>
        <w:t>רְהָמָבַמֶיֶ</w:t>
      </w:r>
      <w:r>
        <w:rPr>
          <w:rFonts w:ascii="Georgia" w:hAnsi="Georgia"/>
          <w:b w:val="0"/>
          <w:i w:val="0"/>
          <w:color w:val="000000"/>
          <w:sz w:val="24"/>
        </w:rPr>
        <w:t xml:space="preserve"> — Нуриэль, в приготовленном состоянии (</w:t>
      </w:r>
      <w:r>
        <w:rPr>
          <w:rFonts w:ascii="Georgia" w:hAnsi="Georgia"/>
          <w:b w:val="0"/>
          <w:i/>
          <w:color w:val="000000"/>
          <w:sz w:val="24"/>
        </w:rPr>
        <w:t>бе-мухан</w:t>
      </w:r>
      <w:r>
        <w:rPr>
          <w:rFonts w:ascii="Georgia" w:hAnsi="Georgia"/>
          <w:b w:val="0"/>
          <w:i w:val="0"/>
          <w:color w:val="000000"/>
          <w:sz w:val="24"/>
        </w:rPr>
        <w:t xml:space="preserve">), замена (хилуф) ЭЛОКИМ. И вот стихи, из которых происходят их огласовки: </w:t>
      </w:r>
      <w:r>
        <w:rPr>
          <w:rFonts w:ascii="Georgia" w:hAnsi="Georgia"/>
          <w:b w:val="0"/>
          <w:i/>
          <w:color w:val="000000"/>
          <w:sz w:val="24"/>
        </w:rPr>
        <w:t>Леха</w:t>
      </w:r>
      <w:r>
        <w:rPr>
          <w:rFonts w:ascii="Georgia" w:hAnsi="Georgia"/>
          <w:b w:val="0"/>
          <w:i w:val="0"/>
          <w:color w:val="000000"/>
          <w:sz w:val="24"/>
        </w:rPr>
        <w:t xml:space="preserve"> (</w:t>
      </w:r>
      <w:r>
        <w:rPr>
          <w:rFonts w:ascii="Georgia" w:hAnsi="Georgia" w:cs="Times New Roman"/>
          <w:b/>
          <w:i w:val="0"/>
          <w:color w:val="000000"/>
          <w:sz w:val="24"/>
          <w:rtl/>
          <w:szCs w:val="32"/>
        </w:rPr>
        <w:t>לְכה</w:t>
      </w:r>
      <w:r>
        <w:rPr>
          <w:rFonts w:ascii="Georgia" w:hAnsi="Georgia"/>
          <w:b w:val="0"/>
          <w:i w:val="0"/>
          <w:color w:val="000000"/>
          <w:sz w:val="24"/>
        </w:rPr>
        <w:t xml:space="preserve">): </w:t>
      </w:r>
      <w:r>
        <w:rPr>
          <w:rFonts w:ascii="Georgia" w:hAnsi="Georgia"/>
          <w:b w:val="0"/>
          <w:i/>
          <w:color w:val="000000"/>
          <w:sz w:val="24"/>
        </w:rPr>
        <w:t>«Пойдем, возлюбленный мой, выйдем [в поле]...»</w:t>
      </w:r>
      <w:r>
        <w:rPr>
          <w:rFonts w:ascii="Georgia" w:hAnsi="Georgia"/>
          <w:b w:val="0"/>
          <w:i w:val="0"/>
          <w:color w:val="000000"/>
          <w:sz w:val="24"/>
        </w:rPr>
        <w:t xml:space="preserve"> (Шир а-Ширим 7:12); </w:t>
      </w:r>
      <w:r>
        <w:rPr>
          <w:rFonts w:ascii="Georgia" w:hAnsi="Georgia"/>
          <w:b w:val="0"/>
          <w:i/>
          <w:color w:val="000000"/>
          <w:sz w:val="24"/>
        </w:rPr>
        <w:t>Ая</w:t>
      </w:r>
      <w:r>
        <w:rPr>
          <w:rFonts w:ascii="Georgia" w:hAnsi="Georgia"/>
          <w:b w:val="0"/>
          <w:i w:val="0"/>
          <w:color w:val="000000"/>
          <w:sz w:val="24"/>
        </w:rPr>
        <w:t xml:space="preserve"> (</w:t>
      </w:r>
      <w:r>
        <w:rPr>
          <w:rFonts w:ascii="Georgia" w:hAnsi="Georgia" w:cs="Times New Roman"/>
          <w:b/>
          <w:i w:val="0"/>
          <w:color w:val="000000"/>
          <w:sz w:val="24"/>
          <w:rtl/>
          <w:szCs w:val="32"/>
        </w:rPr>
        <w:t>הָיה</w:t>
      </w:r>
      <w:r>
        <w:rPr>
          <w:rFonts w:ascii="Georgia" w:hAnsi="Georgia"/>
          <w:b w:val="0"/>
          <w:i w:val="0"/>
          <w:color w:val="000000"/>
          <w:sz w:val="24"/>
        </w:rPr>
        <w:t xml:space="preserve">): </w:t>
      </w:r>
      <w:r>
        <w:rPr>
          <w:rFonts w:ascii="Georgia" w:hAnsi="Georgia"/>
          <w:b w:val="0"/>
          <w:i/>
          <w:color w:val="000000"/>
          <w:sz w:val="24"/>
        </w:rPr>
        <w:t>«Было слово [Г-сподне]...»</w:t>
      </w:r>
      <w:r>
        <w:rPr>
          <w:rFonts w:ascii="Georgia" w:hAnsi="Georgia"/>
          <w:b w:val="0"/>
          <w:i w:val="0"/>
          <w:color w:val="000000"/>
          <w:sz w:val="24"/>
        </w:rPr>
        <w:t xml:space="preserve"> (Йехезкель 1:3); </w:t>
      </w:r>
      <w:r>
        <w:rPr>
          <w:rFonts w:ascii="Georgia" w:hAnsi="Georgia"/>
          <w:b w:val="0"/>
          <w:i/>
          <w:color w:val="000000"/>
          <w:sz w:val="24"/>
        </w:rPr>
        <w:t>АВАЯ ЭЛОКЕЙНУ</w:t>
      </w:r>
      <w:r>
        <w:rPr>
          <w:rFonts w:ascii="Georgia" w:hAnsi="Georgia"/>
          <w:b w:val="0"/>
          <w:i w:val="0"/>
          <w:color w:val="000000"/>
          <w:sz w:val="24"/>
        </w:rPr>
        <w:t xml:space="preserve"> (</w:t>
      </w:r>
      <w:r>
        <w:rPr>
          <w:rFonts w:ascii="Georgia" w:hAnsi="Georgia" w:cs="Times New Roman"/>
          <w:b/>
          <w:i w:val="0"/>
          <w:color w:val="000000"/>
          <w:sz w:val="24"/>
          <w:rtl/>
          <w:szCs w:val="32"/>
        </w:rPr>
        <w:t>יְהוה אֱלהינו</w:t>
      </w:r>
      <w:r>
        <w:rPr>
          <w:rFonts w:ascii="Georgia" w:hAnsi="Georgia"/>
          <w:b w:val="0"/>
          <w:i w:val="0"/>
          <w:color w:val="000000"/>
          <w:sz w:val="24"/>
        </w:rPr>
        <w:t xml:space="preserve">): </w:t>
      </w:r>
      <w:r>
        <w:rPr>
          <w:rFonts w:ascii="Georgia" w:hAnsi="Georgia"/>
          <w:b w:val="0"/>
          <w:i/>
          <w:color w:val="000000"/>
          <w:sz w:val="24"/>
        </w:rPr>
        <w:t>«Г-сподь, Б-г наш...»</w:t>
      </w:r>
      <w:r>
        <w:rPr>
          <w:rFonts w:ascii="Georgia" w:hAnsi="Georgia"/>
          <w:b w:val="0"/>
          <w:i w:val="0"/>
          <w:color w:val="000000"/>
          <w:sz w:val="24"/>
        </w:rPr>
        <w:t xml:space="preserve"> (Дварим 6:4); </w:t>
      </w:r>
      <w:r>
        <w:rPr>
          <w:rFonts w:ascii="Georgia" w:hAnsi="Georgia"/>
          <w:b w:val="0"/>
          <w:i/>
          <w:color w:val="000000"/>
          <w:sz w:val="24"/>
        </w:rPr>
        <w:t>Аштей</w:t>
      </w:r>
      <w:r>
        <w:rPr>
          <w:rFonts w:ascii="Georgia" w:hAnsi="Georgia"/>
          <w:b w:val="0"/>
          <w:i w:val="0"/>
          <w:color w:val="000000"/>
          <w:sz w:val="24"/>
        </w:rPr>
        <w:t xml:space="preserve"> (</w:t>
      </w:r>
      <w:r>
        <w:rPr>
          <w:rFonts w:ascii="Georgia" w:hAnsi="Georgia" w:cs="Times New Roman"/>
          <w:b/>
          <w:i w:val="0"/>
          <w:color w:val="000000"/>
          <w:sz w:val="24"/>
          <w:rtl/>
          <w:szCs w:val="32"/>
        </w:rPr>
        <w:t>עַשתי</w:t>
      </w:r>
      <w:r>
        <w:rPr>
          <w:rFonts w:ascii="Georgia" w:hAnsi="Georgia"/>
          <w:b w:val="0"/>
          <w:i w:val="0"/>
          <w:color w:val="000000"/>
          <w:sz w:val="24"/>
        </w:rPr>
        <w:t xml:space="preserve">): </w:t>
      </w:r>
      <w:r>
        <w:rPr>
          <w:rFonts w:ascii="Georgia" w:hAnsi="Georgia"/>
          <w:b w:val="0"/>
          <w:i/>
          <w:color w:val="000000"/>
          <w:sz w:val="24"/>
        </w:rPr>
        <w:t>«Одиннадцать [покрывал]...»</w:t>
      </w:r>
      <w:r>
        <w:rPr>
          <w:rFonts w:ascii="Georgia" w:hAnsi="Georgia"/>
          <w:b w:val="0"/>
          <w:i w:val="0"/>
          <w:color w:val="000000"/>
          <w:sz w:val="24"/>
        </w:rPr>
        <w:t xml:space="preserve"> (Шмот 26:7); </w:t>
      </w:r>
      <w:r>
        <w:rPr>
          <w:rFonts w:ascii="Georgia" w:hAnsi="Georgia"/>
          <w:b w:val="0"/>
          <w:i/>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xml:space="preserve">): </w:t>
      </w:r>
      <w:r>
        <w:rPr>
          <w:rFonts w:ascii="Georgia" w:hAnsi="Georgia"/>
          <w:b w:val="0"/>
          <w:i/>
          <w:color w:val="000000"/>
          <w:sz w:val="24"/>
        </w:rPr>
        <w:t>«Все отступили, все растлились...»</w:t>
      </w:r>
      <w:r>
        <w:rPr>
          <w:rFonts w:ascii="Georgia" w:hAnsi="Georgia"/>
          <w:b w:val="0"/>
          <w:i w:val="0"/>
          <w:color w:val="000000"/>
          <w:sz w:val="24"/>
        </w:rPr>
        <w:t xml:space="preserve"> (Теилим 14:3); </w:t>
      </w:r>
      <w:r>
        <w:rPr>
          <w:rFonts w:ascii="Georgia" w:hAnsi="Georgia"/>
          <w:b w:val="0"/>
          <w:i/>
          <w:color w:val="000000"/>
          <w:sz w:val="24"/>
        </w:rPr>
        <w:t>Хас</w:t>
      </w:r>
      <w:r>
        <w:rPr>
          <w:rFonts w:ascii="Georgia" w:hAnsi="Georgia"/>
          <w:b w:val="0"/>
          <w:i w:val="0"/>
          <w:color w:val="000000"/>
          <w:sz w:val="24"/>
        </w:rPr>
        <w:t xml:space="preserve"> (</w:t>
      </w:r>
      <w:r>
        <w:rPr>
          <w:rFonts w:ascii="Georgia" w:hAnsi="Georgia" w:cs="Times New Roman"/>
          <w:b/>
          <w:i w:val="0"/>
          <w:color w:val="000000"/>
          <w:sz w:val="24"/>
          <w:rtl/>
          <w:szCs w:val="32"/>
        </w:rPr>
        <w:t>הַס</w:t>
      </w:r>
      <w:r>
        <w:rPr>
          <w:rFonts w:ascii="Georgia" w:hAnsi="Georgia"/>
          <w:b w:val="0"/>
          <w:i w:val="0"/>
          <w:color w:val="000000"/>
          <w:sz w:val="24"/>
        </w:rPr>
        <w:t xml:space="preserve">): </w:t>
      </w:r>
      <w:r>
        <w:rPr>
          <w:rFonts w:ascii="Georgia" w:hAnsi="Georgia"/>
          <w:b w:val="0"/>
          <w:i/>
          <w:color w:val="000000"/>
          <w:sz w:val="24"/>
        </w:rPr>
        <w:t>«Да молчит всякая плоть [пред Г-сподом]...»</w:t>
      </w:r>
      <w:r>
        <w:rPr>
          <w:rFonts w:ascii="Georgia" w:hAnsi="Georgia"/>
          <w:b w:val="0"/>
          <w:i w:val="0"/>
          <w:color w:val="000000"/>
          <w:sz w:val="24"/>
        </w:rPr>
        <w:t xml:space="preserve"> (Зхарья 2:17);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xml:space="preserve">): </w:t>
      </w:r>
      <w:r>
        <w:rPr>
          <w:rFonts w:ascii="Georgia" w:hAnsi="Georgia"/>
          <w:b w:val="0"/>
          <w:i/>
          <w:color w:val="000000"/>
          <w:sz w:val="24"/>
        </w:rPr>
        <w:t>«Свет посеян для праведника...»</w:t>
      </w:r>
      <w:r>
        <w:rPr>
          <w:rFonts w:ascii="Georgia" w:hAnsi="Georgia"/>
          <w:b w:val="0"/>
          <w:i w:val="0"/>
          <w:color w:val="000000"/>
          <w:sz w:val="24"/>
        </w:rPr>
        <w:t xml:space="preserve"> (Теилим 97:11); </w:t>
      </w:r>
      <w:r>
        <w:rPr>
          <w:rFonts w:ascii="Georgia" w:hAnsi="Georgia"/>
          <w:b w:val="0"/>
          <w:i/>
          <w:color w:val="000000"/>
          <w:sz w:val="24"/>
        </w:rPr>
        <w:t>Беха</w:t>
      </w:r>
      <w:r>
        <w:rPr>
          <w:rFonts w:ascii="Georgia" w:hAnsi="Georgia"/>
          <w:b w:val="0"/>
          <w:i w:val="0"/>
          <w:color w:val="000000"/>
          <w:sz w:val="24"/>
        </w:rPr>
        <w:t xml:space="preserve"> (</w:t>
      </w:r>
      <w:r>
        <w:rPr>
          <w:rFonts w:ascii="Georgia" w:hAnsi="Georgia" w:cs="Times New Roman"/>
          <w:b/>
          <w:i w:val="0"/>
          <w:color w:val="000000"/>
          <w:sz w:val="24"/>
          <w:rtl/>
          <w:szCs w:val="32"/>
        </w:rPr>
        <w:t>בְךָ</w:t>
      </w:r>
      <w:r>
        <w:rPr>
          <w:rFonts w:ascii="Georgia" w:hAnsi="Georgia"/>
          <w:b w:val="0"/>
          <w:i w:val="0"/>
          <w:color w:val="000000"/>
          <w:sz w:val="24"/>
        </w:rPr>
        <w:t xml:space="preserve">): </w:t>
      </w:r>
      <w:r>
        <w:rPr>
          <w:rFonts w:ascii="Georgia" w:hAnsi="Georgia"/>
          <w:b w:val="0"/>
          <w:i/>
          <w:color w:val="000000"/>
          <w:sz w:val="24"/>
        </w:rPr>
        <w:t>«С Тобою [избодаем рогами] врагов наших...»</w:t>
      </w:r>
      <w:r>
        <w:rPr>
          <w:rFonts w:ascii="Georgia" w:hAnsi="Georgia"/>
          <w:b w:val="0"/>
          <w:i w:val="0"/>
          <w:color w:val="000000"/>
          <w:sz w:val="24"/>
        </w:rPr>
        <w:t xml:space="preserve"> (Теилим 44:6); </w:t>
      </w:r>
      <w:r>
        <w:rPr>
          <w:rFonts w:ascii="Georgia" w:hAnsi="Georgia"/>
          <w:b w:val="0"/>
          <w:i/>
          <w:color w:val="000000"/>
          <w:sz w:val="24"/>
        </w:rPr>
        <w:t>Рав</w:t>
      </w:r>
      <w:r>
        <w:rPr>
          <w:rFonts w:ascii="Georgia" w:hAnsi="Georgia"/>
          <w:b w:val="0"/>
          <w:i w:val="0"/>
          <w:color w:val="000000"/>
          <w:sz w:val="24"/>
        </w:rPr>
        <w:t xml:space="preserve"> (</w:t>
      </w:r>
      <w:r>
        <w:rPr>
          <w:rFonts w:ascii="Georgia" w:hAnsi="Georgia" w:cs="Times New Roman"/>
          <w:b/>
          <w:i w:val="0"/>
          <w:color w:val="000000"/>
          <w:sz w:val="24"/>
          <w:rtl/>
          <w:szCs w:val="32"/>
        </w:rPr>
        <w:t>רַב</w:t>
      </w:r>
      <w:r>
        <w:rPr>
          <w:rFonts w:ascii="Georgia" w:hAnsi="Georgia"/>
          <w:b w:val="0"/>
          <w:i w:val="0"/>
          <w:color w:val="000000"/>
          <w:sz w:val="24"/>
        </w:rPr>
        <w:t xml:space="preserve">): </w:t>
      </w:r>
      <w:r>
        <w:rPr>
          <w:rFonts w:ascii="Georgia" w:hAnsi="Georgia"/>
          <w:b w:val="0"/>
          <w:i/>
          <w:color w:val="000000"/>
          <w:sz w:val="24"/>
        </w:rPr>
        <w:t>«Полно вам жить [на этой горе]...»</w:t>
      </w:r>
      <w:r>
        <w:rPr>
          <w:rFonts w:ascii="Georgia" w:hAnsi="Georgia"/>
          <w:b w:val="0"/>
          <w:i w:val="0"/>
          <w:color w:val="000000"/>
          <w:sz w:val="24"/>
        </w:rPr>
        <w:t xml:space="preserve"> (Дварим 1:6); </w:t>
      </w:r>
      <w:r>
        <w:rPr>
          <w:rFonts w:ascii="Georgia" w:hAnsi="Georgia"/>
          <w:b w:val="0"/>
          <w:i/>
          <w:color w:val="000000"/>
          <w:sz w:val="24"/>
        </w:rPr>
        <w:t>Хем</w:t>
      </w:r>
      <w:r>
        <w:rPr>
          <w:rFonts w:ascii="Georgia" w:hAnsi="Georgia"/>
          <w:b w:val="0"/>
          <w:i w:val="0"/>
          <w:color w:val="000000"/>
          <w:sz w:val="24"/>
        </w:rPr>
        <w:t xml:space="preserve"> (</w:t>
      </w:r>
      <w:r>
        <w:rPr>
          <w:rFonts w:ascii="Georgia" w:hAnsi="Georgia" w:cs="Times New Roman"/>
          <w:b/>
          <w:i w:val="0"/>
          <w:color w:val="000000"/>
          <w:sz w:val="24"/>
          <w:rtl/>
          <w:szCs w:val="32"/>
        </w:rPr>
        <w:t>הֵם</w:t>
      </w:r>
      <w:r>
        <w:rPr>
          <w:rFonts w:ascii="Georgia" w:hAnsi="Georgia"/>
          <w:b w:val="0"/>
          <w:i w:val="0"/>
          <w:color w:val="000000"/>
          <w:sz w:val="24"/>
        </w:rPr>
        <w:t xml:space="preserve">): </w:t>
      </w:r>
      <w:r>
        <w:rPr>
          <w:rFonts w:ascii="Georgia" w:hAnsi="Georgia"/>
          <w:b w:val="0"/>
          <w:i/>
          <w:color w:val="000000"/>
          <w:sz w:val="24"/>
        </w:rPr>
        <w:t>«...они стояли над исчисленными»</w:t>
      </w:r>
      <w:r>
        <w:rPr>
          <w:rFonts w:ascii="Georgia" w:hAnsi="Georgia"/>
          <w:b w:val="0"/>
          <w:i w:val="0"/>
          <w:color w:val="000000"/>
          <w:sz w:val="24"/>
        </w:rPr>
        <w:t xml:space="preserve"> (Бемидбар 7:2). </w:t>
      </w:r>
      <w:r>
        <w:rPr>
          <w:rFonts w:ascii="Georgia" w:hAnsi="Georgia"/>
          <w:b w:val="0"/>
          <w:i/>
          <w:color w:val="000000"/>
          <w:sz w:val="24"/>
        </w:rPr>
        <w:t>«Кто за Г-спода — ко мне!..»</w:t>
      </w:r>
      <w:r>
        <w:rPr>
          <w:rFonts w:ascii="Georgia" w:hAnsi="Georgia"/>
          <w:b w:val="0"/>
          <w:i w:val="0"/>
          <w:color w:val="000000"/>
          <w:sz w:val="24"/>
        </w:rPr>
        <w:t xml:space="preserve"> (Шмот 32:26); </w:t>
      </w:r>
      <w:r>
        <w:rPr>
          <w:rFonts w:ascii="Georgia" w:hAnsi="Georgia"/>
          <w:b w:val="0"/>
          <w:i/>
          <w:color w:val="000000"/>
          <w:sz w:val="24"/>
        </w:rPr>
        <w:t>«Г-споди! Рука Твоя вознесена, но они не видят...»</w:t>
      </w:r>
      <w:r>
        <w:rPr>
          <w:rFonts w:ascii="Georgia" w:hAnsi="Georgia"/>
          <w:b w:val="0"/>
          <w:i w:val="0"/>
          <w:color w:val="000000"/>
          <w:sz w:val="24"/>
        </w:rPr>
        <w:t xml:space="preserve"> (Йешаяу 26:11) и так далее. В шахарит, минху и арвит вторника (третьего дня) — занятие книгой [«Сефер а-Баир»]; в среду — в шахарит, минху и арвит занятие книгой «Зоар»; в четверг — в шахарит, минху и арвит занятие книгой [«Сефер а-Баир»]. А вот остальные [намерения]: в пятницу в шахарит — </w:t>
      </w:r>
      <w:r>
        <w:rPr>
          <w:rFonts w:ascii="Georgia" w:hAnsi="Georgia" w:cs="Times New Roman"/>
          <w:b/>
          <w:i w:val="0"/>
          <w:color w:val="000000"/>
          <w:sz w:val="24"/>
          <w:rtl/>
          <w:szCs w:val="32"/>
        </w:rPr>
        <w:t>הֹהְהֹתֵלֹהְ</w:t>
      </w:r>
      <w:r>
        <w:rPr>
          <w:rFonts w:ascii="Georgia" w:hAnsi="Georgia"/>
          <w:b w:val="0"/>
          <w:i w:val="0"/>
          <w:color w:val="000000"/>
          <w:sz w:val="24"/>
        </w:rPr>
        <w:t xml:space="preserve">, десять [Имен] АВАЯ от МА, АВАЯ, АДОНАЙ; два [Имени] АВАЯ от МА, и его огласовка — из стиха: </w:t>
      </w:r>
      <w:r>
        <w:rPr>
          <w:rFonts w:ascii="Georgia" w:hAnsi="Georgia"/>
          <w:b w:val="0"/>
          <w:i/>
          <w:color w:val="000000"/>
          <w:sz w:val="24"/>
        </w:rPr>
        <w:t>«...грозный в славословиях, творящий чудеса»</w:t>
      </w:r>
      <w:r>
        <w:rPr>
          <w:rFonts w:ascii="Georgia" w:hAnsi="Georgia"/>
          <w:b w:val="0"/>
          <w:i w:val="0"/>
          <w:color w:val="000000"/>
          <w:sz w:val="24"/>
        </w:rPr>
        <w:t xml:space="preserve"> (Шмот 15:11).</w:t>
      </w:r>
    </w:p>
    <w:p>
      <w:pPr>
        <w:spacing w:before="40" w:after="120"/>
        <w:jc w:val="both"/>
      </w:pPr>
      <w:r>
        <w:rPr>
          <w:rFonts w:ascii="Georgia" w:hAnsi="Georgia"/>
          <w:b w:val="0"/>
          <w:i w:val="0"/>
          <w:color w:val="000000"/>
          <w:sz w:val="24"/>
        </w:rPr>
        <w:t xml:space="preserve">И вот их разъяснение: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w:t>
      </w:r>
      <w:r>
        <w:rPr>
          <w:rFonts w:ascii="Georgia" w:hAnsi="Georgia" w:cs="Times New Roman"/>
          <w:b/>
          <w:i w:val="0"/>
          <w:color w:val="000000"/>
          <w:sz w:val="24"/>
          <w:rtl/>
          <w:szCs w:val="32"/>
        </w:rPr>
        <w:t>יֹוְדֹ הֵאֹ וְ אֹוֵ הֹאְ</w:t>
      </w:r>
      <w:r>
        <w:rPr>
          <w:rFonts w:ascii="Georgia" w:hAnsi="Georgia"/>
          <w:b w:val="0"/>
          <w:i w:val="0"/>
          <w:color w:val="000000"/>
          <w:sz w:val="24"/>
        </w:rPr>
        <w:t xml:space="preserve">: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w:t>
      </w:r>
      <w:r>
        <w:rPr>
          <w:rFonts w:ascii="Georgia" w:hAnsi="Georgia" w:cs="Times New Roman"/>
          <w:b/>
          <w:i w:val="0"/>
          <w:color w:val="000000"/>
          <w:sz w:val="24"/>
          <w:rtl/>
          <w:szCs w:val="32"/>
        </w:rPr>
        <w:t>יֹהֵוֹהֵ אֹדְנֹיֵ</w:t>
      </w:r>
      <w:r>
        <w:rPr>
          <w:rFonts w:ascii="Georgia" w:hAnsi="Georgia"/>
          <w:b w:val="0"/>
          <w:i w:val="0"/>
          <w:color w:val="000000"/>
          <w:sz w:val="24"/>
        </w:rPr>
        <w:t xml:space="preserve">, дважды МА. В минху: </w:t>
      </w:r>
      <w:r>
        <w:rPr>
          <w:rFonts w:ascii="Georgia" w:hAnsi="Georgia" w:cs="Times New Roman"/>
          <w:b/>
          <w:i w:val="0"/>
          <w:color w:val="000000"/>
          <w:sz w:val="24"/>
          <w:rtl/>
          <w:szCs w:val="32"/>
        </w:rPr>
        <w:t>שֻיַרַזְאְוִיֳהָ יֹֻוַדַ</w:t>
      </w:r>
      <w:r>
        <w:rPr>
          <w:rFonts w:ascii="Georgia" w:hAnsi="Georgia"/>
          <w:b w:val="0"/>
          <w:i w:val="0"/>
          <w:color w:val="000000"/>
          <w:sz w:val="24"/>
        </w:rPr>
        <w:t xml:space="preserve"> дважды </w:t>
      </w:r>
      <w:r>
        <w:rPr>
          <w:rFonts w:ascii="Georgia" w:hAnsi="Georgia" w:cs="Times New Roman"/>
          <w:b/>
          <w:i w:val="0"/>
          <w:color w:val="000000"/>
          <w:sz w:val="24"/>
          <w:rtl/>
          <w:szCs w:val="32"/>
        </w:rPr>
        <w:t>הְיְ</w:t>
      </w:r>
      <w:r>
        <w:rPr>
          <w:rFonts w:ascii="Georgia" w:hAnsi="Georgia"/>
          <w:b w:val="0"/>
          <w:i w:val="0"/>
          <w:color w:val="000000"/>
          <w:sz w:val="24"/>
        </w:rPr>
        <w:t xml:space="preserve">: </w:t>
      </w:r>
      <w:r>
        <w:rPr>
          <w:rFonts w:ascii="Georgia" w:hAnsi="Georgia" w:cs="Times New Roman"/>
          <w:b/>
          <w:i w:val="0"/>
          <w:color w:val="000000"/>
          <w:sz w:val="24"/>
          <w:rtl/>
          <w:szCs w:val="32"/>
        </w:rPr>
        <w:t>יִוֳדָ</w:t>
      </w:r>
      <w:r>
        <w:rPr>
          <w:rFonts w:ascii="Georgia" w:hAnsi="Georgia"/>
          <w:b w:val="0"/>
          <w:i w:val="0"/>
          <w:color w:val="000000"/>
          <w:sz w:val="24"/>
        </w:rPr>
        <w:t xml:space="preserve"> дважды </w:t>
      </w:r>
      <w:r>
        <w:rPr>
          <w:rFonts w:ascii="Georgia" w:hAnsi="Georgia" w:cs="Times New Roman"/>
          <w:b/>
          <w:i w:val="0"/>
          <w:color w:val="000000"/>
          <w:sz w:val="24"/>
          <w:rtl/>
          <w:szCs w:val="32"/>
        </w:rPr>
        <w:t>הֻהַיַהְ יִהֳ</w:t>
      </w:r>
      <w:r>
        <w:rPr>
          <w:rFonts w:ascii="Georgia" w:hAnsi="Georgia"/>
          <w:b w:val="0"/>
          <w:i w:val="0"/>
          <w:color w:val="000000"/>
          <w:sz w:val="24"/>
        </w:rPr>
        <w:t xml:space="preserve"> и десять букв: </w:t>
      </w:r>
      <w:r>
        <w:rPr>
          <w:rFonts w:ascii="Georgia" w:hAnsi="Georgia" w:cs="Times New Roman"/>
          <w:b/>
          <w:i w:val="0"/>
          <w:color w:val="000000"/>
          <w:sz w:val="24"/>
          <w:rtl/>
          <w:szCs w:val="32"/>
        </w:rPr>
        <w:t>אֻלַףַ הְאְ יִוֳדָ הֻאַ</w:t>
      </w:r>
      <w:r>
        <w:rPr>
          <w:rFonts w:ascii="Georgia" w:hAnsi="Georgia"/>
          <w:b w:val="0"/>
          <w:i w:val="0"/>
          <w:color w:val="000000"/>
          <w:sz w:val="24"/>
        </w:rPr>
        <w:t xml:space="preserve">, и огласовка его — из стиха: </w:t>
      </w:r>
      <w:r>
        <w:rPr>
          <w:rFonts w:ascii="Georgia" w:hAnsi="Georgia"/>
          <w:b w:val="0"/>
          <w:i/>
          <w:color w:val="000000"/>
          <w:sz w:val="24"/>
        </w:rPr>
        <w:t>«...будет воспета эта песнь в земле Йегуды: город крепкий у нас...»</w:t>
      </w:r>
      <w:r>
        <w:rPr>
          <w:rFonts w:ascii="Georgia" w:hAnsi="Georgia"/>
          <w:b w:val="0"/>
          <w:i w:val="0"/>
          <w:color w:val="000000"/>
          <w:sz w:val="24"/>
        </w:rPr>
        <w:t xml:space="preserve"> (Йешаяу 26:1). И знай, что в дни, когда совершаешь это единение, необходимо остерегаться смотреть на человека, распятого на дереве, ни о чем не проявлять раздражения, беречься насмешек и неверия, не дай Б-г, и быть внимательным к намерению единения при чтении «Шма». До сих пор.</w:t>
      </w:r>
    </w:p>
    <w:p>
      <w:pPr>
        <w:keepNext/>
        <w:spacing w:before="320" w:after="120"/>
      </w:pPr>
      <w:r>
        <w:rPr>
          <w:rFonts w:ascii="Georgia" w:hAnsi="Georgia"/>
          <w:b w:val="0"/>
          <w:i w:val="0"/>
          <w:color w:val="000000"/>
          <w:sz w:val="32"/>
        </w:rPr>
        <w:t>Ихуд 23</w:t>
      </w:r>
    </w:p>
    <w:p>
      <w:pPr>
        <w:spacing w:before="40" w:after="120"/>
        <w:jc w:val="both"/>
      </w:pPr>
      <w:r>
        <w:rPr>
          <w:rFonts w:ascii="Georgia" w:hAnsi="Georgia"/>
          <w:b w:val="0"/>
          <w:i w:val="0"/>
          <w:color w:val="000000"/>
          <w:sz w:val="24"/>
        </w:rPr>
        <w:t xml:space="preserve">Он основан на [молитве] «Алейну ле-шабеах». Следует направить намерение на три вида САГ: АВАЯ де-САГ и три Имени ЭЙЕ, которые намеком содержатся и включены в АВАЯ де-МА с наполнением алеф, а также на наполнение БОН и наполнение САГ. И следует направить намерение на рава Амнуна Саба, рава Неорай Саба и рава Йейва Саба — ведь [слово] </w:t>
      </w:r>
      <w:r>
        <w:rPr>
          <w:rFonts w:ascii="Georgia" w:hAnsi="Georgia"/>
          <w:b w:val="0"/>
          <w:i/>
          <w:color w:val="000000"/>
          <w:sz w:val="24"/>
        </w:rPr>
        <w:t>саба</w:t>
      </w:r>
      <w:r>
        <w:rPr>
          <w:rFonts w:ascii="Georgia" w:hAnsi="Georgia"/>
          <w:b w:val="0"/>
          <w:i w:val="0"/>
          <w:color w:val="000000"/>
          <w:sz w:val="24"/>
        </w:rPr>
        <w:t xml:space="preserve"> (</w:t>
      </w:r>
      <w:r>
        <w:rPr>
          <w:rFonts w:ascii="Georgia" w:hAnsi="Georgia" w:cs="Times New Roman"/>
          <w:b/>
          <w:i w:val="0"/>
          <w:color w:val="000000"/>
          <w:sz w:val="24"/>
          <w:rtl/>
          <w:szCs w:val="32"/>
        </w:rPr>
        <w:t>סב״א</w:t>
      </w:r>
      <w:r>
        <w:rPr>
          <w:rFonts w:ascii="Georgia" w:hAnsi="Georgia"/>
          <w:b w:val="0"/>
          <w:i w:val="0"/>
          <w:color w:val="000000"/>
          <w:sz w:val="24"/>
        </w:rPr>
        <w:t>) по гематрии равно 63 (САГ) — в [молитвах] Шахарит, Минха и Арвит на словах «Алейну ле-шабеах», и на начальных буквах (</w:t>
      </w:r>
      <w:r>
        <w:rPr>
          <w:rFonts w:ascii="Georgia" w:hAnsi="Georgia"/>
          <w:b w:val="0"/>
          <w:i/>
          <w:color w:val="000000"/>
          <w:sz w:val="24"/>
        </w:rPr>
        <w:t>рашей тевот</w:t>
      </w:r>
      <w:r>
        <w:rPr>
          <w:rFonts w:ascii="Georgia" w:hAnsi="Georgia"/>
          <w:b w:val="0"/>
          <w:i w:val="0"/>
          <w:color w:val="000000"/>
          <w:sz w:val="24"/>
        </w:rPr>
        <w:t xml:space="preserve">) слов </w:t>
      </w:r>
      <w:r>
        <w:rPr>
          <w:rFonts w:ascii="Georgia" w:hAnsi="Georgia"/>
          <w:b w:val="0"/>
          <w:i/>
          <w:color w:val="000000"/>
          <w:sz w:val="24"/>
        </w:rPr>
        <w:t>латет гдула ле-йоцер берешит</w:t>
      </w:r>
      <w:r>
        <w:rPr>
          <w:rFonts w:ascii="Georgia" w:hAnsi="Georgia"/>
          <w:b w:val="0"/>
          <w:i w:val="0"/>
          <w:color w:val="000000"/>
          <w:sz w:val="24"/>
        </w:rPr>
        <w:t xml:space="preserve"> — «воздать величие Создателю мироздания» (</w:t>
      </w:r>
      <w:r>
        <w:rPr>
          <w:rFonts w:ascii="Georgia" w:hAnsi="Georgia" w:cs="Times New Roman"/>
          <w:b/>
          <w:i w:val="0"/>
          <w:color w:val="000000"/>
          <w:sz w:val="24"/>
          <w:rtl/>
          <w:szCs w:val="32"/>
        </w:rPr>
        <w:t>לָתֵת גְדוּלָה לְיוֹצֵר בְּרֵאשִׁית</w:t>
      </w:r>
      <w:r>
        <w:rPr>
          <w:rFonts w:ascii="Georgia" w:hAnsi="Georgia"/>
          <w:b w:val="0"/>
          <w:i w:val="0"/>
          <w:color w:val="000000"/>
          <w:sz w:val="24"/>
        </w:rPr>
        <w:t xml:space="preserve">), и затем — на стихе: </w:t>
      </w:r>
      <w:r>
        <w:rPr>
          <w:rFonts w:ascii="Georgia" w:hAnsi="Georgia"/>
          <w:b w:val="0"/>
          <w:i/>
          <w:color w:val="000000"/>
          <w:sz w:val="24"/>
        </w:rPr>
        <w:t>«Вспомни слово к рабу Твоему, на которое Ты повелел мне уповать»</w:t>
      </w:r>
      <w:r>
        <w:rPr>
          <w:rFonts w:ascii="Georgia" w:hAnsi="Georgia"/>
          <w:b w:val="0"/>
          <w:i w:val="0"/>
          <w:color w:val="000000"/>
          <w:sz w:val="24"/>
        </w:rPr>
        <w:t xml:space="preserve"> (Теилим 119:49). Разъяснение этого следующее: на [словах] «Наш долг — восхвалять Владыку...» (</w:t>
      </w:r>
      <w:r>
        <w:rPr>
          <w:rFonts w:ascii="Georgia" w:hAnsi="Georgia" w:cs="Times New Roman"/>
          <w:b/>
          <w:i w:val="0"/>
          <w:color w:val="000000"/>
          <w:sz w:val="24"/>
          <w:rtl/>
          <w:szCs w:val="32"/>
        </w:rPr>
        <w:t>עַלֵינוּ לְשָבֵחָ לָאֳדוֹן</w:t>
      </w:r>
      <w:r>
        <w:rPr>
          <w:rFonts w:ascii="Georgia" w:hAnsi="Georgia"/>
          <w:b w:val="0"/>
          <w:i w:val="0"/>
          <w:color w:val="000000"/>
          <w:sz w:val="24"/>
        </w:rPr>
        <w:t>) конечные буквы (</w:t>
      </w:r>
      <w:r>
        <w:rPr>
          <w:rFonts w:ascii="Georgia" w:hAnsi="Georgia"/>
          <w:b w:val="0"/>
          <w:i/>
          <w:color w:val="000000"/>
          <w:sz w:val="24"/>
        </w:rPr>
        <w:t>софей тевот</w:t>
      </w:r>
      <w:r>
        <w:rPr>
          <w:rFonts w:ascii="Georgia" w:hAnsi="Georgia"/>
          <w:b w:val="0"/>
          <w:i w:val="0"/>
          <w:color w:val="000000"/>
          <w:sz w:val="24"/>
        </w:rPr>
        <w:t xml:space="preserve">) по гематрии равны 63 с коллелем — [здесь намерение направляют на] рава Амнуна Саба [и на огласованное Имя]: </w:t>
      </w:r>
      <w:r>
        <w:rPr>
          <w:rFonts w:ascii="Georgia" w:hAnsi="Georgia" w:cs="Times New Roman"/>
          <w:b/>
          <w:i w:val="0"/>
          <w:color w:val="000000"/>
          <w:sz w:val="24"/>
          <w:rtl/>
          <w:szCs w:val="32"/>
        </w:rPr>
        <w:t>יָוֵדֻ הְיָ וֵאָוָ הְיָ</w:t>
      </w:r>
      <w:r>
        <w:rPr>
          <w:rFonts w:ascii="Georgia" w:hAnsi="Georgia"/>
          <w:b w:val="0"/>
          <w:i w:val="0"/>
          <w:color w:val="000000"/>
          <w:sz w:val="24"/>
        </w:rPr>
        <w:t>; на [словах] «Воздать величие Создателю мироздания, Который не сделал нас подобными народам [земель]...» (</w:t>
      </w:r>
      <w:r>
        <w:rPr>
          <w:rFonts w:ascii="Georgia" w:hAnsi="Georgia" w:cs="Times New Roman"/>
          <w:b/>
          <w:i w:val="0"/>
          <w:color w:val="000000"/>
          <w:sz w:val="24"/>
          <w:rtl/>
          <w:szCs w:val="32"/>
        </w:rPr>
        <w:t>לָתֵת גְדוּלָה לְיוֹצֵר בְּרֵאשִית שֶלֹא עַשָׂנוּ כגויי</w:t>
      </w:r>
      <w:r>
        <w:rPr>
          <w:rFonts w:ascii="Georgia" w:hAnsi="Georgia"/>
          <w:b w:val="0"/>
          <w:i w:val="0"/>
          <w:color w:val="000000"/>
          <w:sz w:val="24"/>
        </w:rPr>
        <w:t xml:space="preserve">) — </w:t>
      </w:r>
      <w:r>
        <w:rPr>
          <w:rFonts w:ascii="Georgia" w:hAnsi="Georgia" w:cs="Times New Roman"/>
          <w:b/>
          <w:i w:val="0"/>
          <w:color w:val="000000"/>
          <w:sz w:val="24"/>
          <w:rtl/>
          <w:szCs w:val="32"/>
        </w:rPr>
        <w:t>יָוֵדְ הֻאָהְיֹהֵ וְאֵהִיֶהוָֹ הָאֻהְיֹהֵ</w:t>
      </w:r>
      <w:r>
        <w:rPr>
          <w:rFonts w:ascii="Georgia" w:hAnsi="Georgia"/>
          <w:b w:val="0"/>
          <w:i w:val="0"/>
          <w:color w:val="000000"/>
          <w:sz w:val="24"/>
        </w:rPr>
        <w:t xml:space="preserve">, [и здесь намерение на] рава Неорай Саба; </w:t>
      </w:r>
      <w:r>
        <w:rPr>
          <w:rFonts w:ascii="Georgia" w:hAnsi="Georgia" w:cs="Times New Roman"/>
          <w:b/>
          <w:i w:val="0"/>
          <w:color w:val="000000"/>
          <w:sz w:val="24"/>
          <w:rtl/>
          <w:szCs w:val="32"/>
        </w:rPr>
        <w:t>ודי אוי וד הוה</w:t>
      </w:r>
      <w:r>
        <w:rPr>
          <w:rFonts w:ascii="Georgia" w:hAnsi="Georgia"/>
          <w:b w:val="0"/>
          <w:i w:val="0"/>
          <w:color w:val="000000"/>
          <w:sz w:val="24"/>
        </w:rPr>
        <w:t xml:space="preserve"> — [намерение на] рава Йейва Саба; </w:t>
      </w:r>
      <w:r>
        <w:rPr>
          <w:rFonts w:ascii="Georgia" w:hAnsi="Georgia" w:cs="Times New Roman"/>
          <w:b/>
          <w:i w:val="0"/>
          <w:color w:val="000000"/>
          <w:sz w:val="24"/>
          <w:rtl/>
          <w:szCs w:val="32"/>
        </w:rPr>
        <w:t>זְדָלְ</w:t>
      </w:r>
      <w:r>
        <w:rPr>
          <w:rFonts w:ascii="Georgia" w:hAnsi="Georgia"/>
          <w:b w:val="0"/>
          <w:i w:val="0"/>
          <w:color w:val="000000"/>
          <w:sz w:val="24"/>
        </w:rPr>
        <w:t xml:space="preserve"> (по гематрии равно: [слово] «эм», буквы 161 и их огласовки к [Имени] АВАЯ) — </w:t>
      </w:r>
      <w:r>
        <w:rPr>
          <w:rFonts w:ascii="Georgia" w:hAnsi="Georgia" w:cs="Times New Roman"/>
          <w:b/>
          <w:i w:val="0"/>
          <w:color w:val="000000"/>
          <w:sz w:val="24"/>
          <w:rtl/>
          <w:szCs w:val="32"/>
        </w:rPr>
        <w:t>אְלָףְ לְמָדְ פְאָ הְיְ יָוְדְ יָוְדְ וָיְוְ דָלְתְ הָיְ יְוָדְ אְלָףְ הְיָ יְוְדָ הְיְ אָהְיְהָ אֹלַ יהוה</w:t>
      </w:r>
      <w:r>
        <w:rPr>
          <w:rFonts w:ascii="Georgia" w:hAnsi="Georgia"/>
          <w:b w:val="0"/>
          <w:i w:val="0"/>
          <w:color w:val="000000"/>
          <w:sz w:val="24"/>
        </w:rPr>
        <w:t xml:space="preserve">. Посредством десятикратного [намерения на Имя из] 42 [букв] де-МА (причем огласовка упомянутого [Имени] с коллелем — [по гематрии] Есод): </w:t>
      </w:r>
      <w:r>
        <w:rPr>
          <w:rFonts w:ascii="Georgia" w:hAnsi="Georgia" w:cs="Times New Roman"/>
          <w:b/>
          <w:i w:val="0"/>
          <w:color w:val="000000"/>
          <w:sz w:val="24"/>
          <w:rtl/>
          <w:szCs w:val="32"/>
        </w:rPr>
        <w:t>יֵוֵדָ וֵאֵוָ דֵלֵתָ הֵאֵ אָלֵףֵ וָאֵוֵ אָלֵףֵ וָאֵוֵ הָאֵ אֵלָףֵ יֵוָדֵ הֵאָ וֵאֵוָ הֵאֵ יָהֵוֵהָ אַלַ יַהַוַהַ זְרֵדָרֵלְךָ</w:t>
      </w:r>
      <w:r>
        <w:rPr>
          <w:rFonts w:ascii="Georgia" w:hAnsi="Georgia"/>
          <w:b w:val="0"/>
          <w:i w:val="0"/>
          <w:color w:val="000000"/>
          <w:sz w:val="24"/>
        </w:rPr>
        <w:t xml:space="preserve">; десять раз наполнение АБ: </w:t>
      </w:r>
      <w:r>
        <w:rPr>
          <w:rFonts w:ascii="Georgia" w:hAnsi="Georgia" w:cs="Times New Roman"/>
          <w:b/>
          <w:i w:val="0"/>
          <w:color w:val="000000"/>
          <w:sz w:val="24"/>
          <w:rtl/>
          <w:szCs w:val="32"/>
        </w:rPr>
        <w:t>וַדַיִ יִוָיִ</w:t>
      </w:r>
      <w:r>
        <w:rPr>
          <w:rFonts w:ascii="Georgia" w:hAnsi="Georgia"/>
          <w:b w:val="0"/>
          <w:i w:val="0"/>
          <w:color w:val="000000"/>
          <w:sz w:val="24"/>
        </w:rPr>
        <w:t xml:space="preserve">; </w:t>
      </w:r>
      <w:r>
        <w:rPr>
          <w:rFonts w:ascii="Georgia" w:hAnsi="Georgia" w:cs="Times New Roman"/>
          <w:b/>
          <w:i w:val="0"/>
          <w:color w:val="000000"/>
          <w:sz w:val="24"/>
          <w:rtl/>
          <w:szCs w:val="32"/>
        </w:rPr>
        <w:t>זְרֻוּבָבֶל יְהוָֹה אֶלְהֻיָםֶ</w:t>
      </w:r>
      <w:r>
        <w:rPr>
          <w:rFonts w:ascii="Georgia" w:hAnsi="Georgia"/>
          <w:b w:val="0"/>
          <w:i w:val="0"/>
          <w:color w:val="000000"/>
          <w:sz w:val="24"/>
        </w:rPr>
        <w:t xml:space="preserve">; </w:t>
      </w:r>
      <w:r>
        <w:rPr>
          <w:rFonts w:ascii="Georgia" w:hAnsi="Georgia" w:cs="Times New Roman"/>
          <w:b/>
          <w:i w:val="0"/>
          <w:color w:val="000000"/>
          <w:sz w:val="24"/>
          <w:rtl/>
          <w:szCs w:val="32"/>
        </w:rPr>
        <w:t>עַאֲיִ אִדַנְיַ אִלַףְ דַלְתַ נְוַןִ יַוְדַ אדִנַיְ הַהִ וַוְ הַהִ</w:t>
      </w:r>
      <w:r>
        <w:rPr>
          <w:rFonts w:ascii="Georgia" w:hAnsi="Georgia"/>
          <w:b w:val="0"/>
          <w:i w:val="0"/>
          <w:color w:val="000000"/>
          <w:sz w:val="24"/>
        </w:rPr>
        <w:t xml:space="preserve">; </w:t>
      </w:r>
      <w:r>
        <w:rPr>
          <w:rFonts w:ascii="Georgia" w:hAnsi="Georgia" w:cs="Times New Roman"/>
          <w:b/>
          <w:i w:val="0"/>
          <w:color w:val="000000"/>
          <w:sz w:val="24"/>
          <w:rtl/>
          <w:szCs w:val="32"/>
        </w:rPr>
        <w:t>לָרְיַ אִלַ אְלַףִ לַמְדַ דִוַדְיַ וִדַיְ יַוַיַ עָלָאֲרֵיִיֹ</w:t>
      </w:r>
      <w:r>
        <w:rPr>
          <w:rFonts w:ascii="Georgia" w:hAnsi="Georgia"/>
          <w:b w:val="0"/>
          <w:i w:val="0"/>
          <w:color w:val="000000"/>
          <w:sz w:val="24"/>
        </w:rPr>
        <w:t xml:space="preserve">; пять раз [Имя] АДОНАЙ: </w:t>
      </w:r>
      <w:r>
        <w:rPr>
          <w:rFonts w:ascii="Georgia" w:hAnsi="Georgia" w:cs="Times New Roman"/>
          <w:b/>
          <w:i w:val="0"/>
          <w:color w:val="000000"/>
          <w:sz w:val="24"/>
          <w:rtl/>
          <w:szCs w:val="32"/>
        </w:rPr>
        <w:t>אָדָנֲיֵ אֵדִנֹיָ אָדֳנֵיֵ אֹדָנָיֲ אֶדִנֹיָ</w:t>
      </w:r>
      <w:r>
        <w:rPr>
          <w:rFonts w:ascii="Georgia" w:hAnsi="Georgia"/>
          <w:b w:val="0"/>
          <w:i w:val="0"/>
          <w:color w:val="000000"/>
          <w:sz w:val="24"/>
        </w:rPr>
        <w:t xml:space="preserve">; </w:t>
      </w:r>
      <w:r>
        <w:rPr>
          <w:rFonts w:ascii="Georgia" w:hAnsi="Georgia" w:cs="Times New Roman"/>
          <w:b/>
          <w:i w:val="0"/>
          <w:color w:val="000000"/>
          <w:sz w:val="24"/>
          <w:rtl/>
          <w:szCs w:val="32"/>
        </w:rPr>
        <w:t>יָוָדֳ הֵאִ וֹאָוָ הֲאֵ יִוֹדָ הָהֲ וֵוֳ הֹהָ זְעָרֵלָדָאֲרֵדֵלְיִכָיֹ אֳלֹףֵ לָמְדֲ אֵלֵףְ לִמָדֹ אְהָיֵהָ אלף למד אלף למד אהיה</w:t>
      </w:r>
      <w:r>
        <w:rPr>
          <w:rFonts w:ascii="Georgia" w:hAnsi="Georgia"/>
          <w:b w:val="0"/>
          <w:i w:val="0"/>
          <w:color w:val="000000"/>
          <w:sz w:val="24"/>
        </w:rPr>
        <w:t xml:space="preserve"> — [намерение на] рава Зейру и рава Зейри — </w:t>
      </w:r>
      <w:r>
        <w:rPr>
          <w:rFonts w:ascii="Georgia" w:hAnsi="Georgia" w:cs="Times New Roman"/>
          <w:b/>
          <w:i w:val="0"/>
          <w:color w:val="000000"/>
          <w:sz w:val="24"/>
          <w:rtl/>
          <w:szCs w:val="32"/>
        </w:rPr>
        <w:t>אָהָיֵהָ אָהָיֵהֵ אָֹהיָֹה אָהָיֵה אָהָיֵהֵ אָֹהיָֹה אָהָיֵהָ אָהָיֵהֵ אָֹהיָֹה אָהָיֵהָ</w:t>
      </w:r>
      <w:r>
        <w:rPr>
          <w:rFonts w:ascii="Georgia" w:hAnsi="Georgia"/>
          <w:b w:val="0"/>
          <w:i w:val="0"/>
          <w:color w:val="000000"/>
          <w:sz w:val="24"/>
        </w:rPr>
        <w:t xml:space="preserve">. А в благословении «Модим» — [на словах]: </w:t>
      </w:r>
      <w:r>
        <w:rPr>
          <w:rFonts w:ascii="Georgia" w:hAnsi="Georgia"/>
          <w:b w:val="0"/>
          <w:i/>
          <w:color w:val="000000"/>
          <w:sz w:val="24"/>
        </w:rPr>
        <w:t>«И всё живое возблагодарит Тебя вовек...»</w:t>
      </w:r>
      <w:r>
        <w:rPr>
          <w:rFonts w:ascii="Georgia" w:hAnsi="Georgia"/>
          <w:b w:val="0"/>
          <w:i w:val="0"/>
          <w:color w:val="000000"/>
          <w:sz w:val="24"/>
        </w:rPr>
        <w:t xml:space="preserve">. И трижды [произнести] стих: </w:t>
      </w:r>
      <w:r>
        <w:rPr>
          <w:rFonts w:ascii="Georgia" w:hAnsi="Georgia"/>
          <w:b w:val="0"/>
          <w:i/>
          <w:color w:val="000000"/>
          <w:sz w:val="24"/>
        </w:rPr>
        <w:t>«Вспомни слово к рабу Твоему, на которое Ты повелел мне уповать»</w:t>
      </w:r>
      <w:r>
        <w:rPr>
          <w:rFonts w:ascii="Georgia" w:hAnsi="Georgia"/>
          <w:b w:val="0"/>
          <w:i w:val="0"/>
          <w:color w:val="000000"/>
          <w:sz w:val="24"/>
        </w:rPr>
        <w:t xml:space="preserve"> (Теилим 119:49).</w:t>
      </w:r>
    </w:p>
    <w:p>
      <w:pPr>
        <w:keepNext/>
        <w:spacing w:before="320" w:after="120"/>
      </w:pPr>
      <w:r>
        <w:rPr>
          <w:rFonts w:ascii="Georgia" w:hAnsi="Georgia"/>
          <w:b w:val="0"/>
          <w:i w:val="0"/>
          <w:color w:val="000000"/>
          <w:sz w:val="32"/>
        </w:rPr>
        <w:t>Ихуд 24</w:t>
      </w:r>
    </w:p>
    <w:p>
      <w:pPr>
        <w:spacing w:before="40" w:after="120"/>
        <w:jc w:val="both"/>
      </w:pPr>
      <w:r>
        <w:rPr>
          <w:rFonts w:ascii="Georgia" w:hAnsi="Georgia"/>
          <w:b w:val="0"/>
          <w:i w:val="0"/>
          <w:color w:val="000000"/>
          <w:sz w:val="24"/>
        </w:rPr>
        <w:t xml:space="preserve">[Это единение] основано на стихе: </w:t>
      </w:r>
      <w:r>
        <w:rPr>
          <w:rFonts w:ascii="Georgia" w:hAnsi="Georgia"/>
          <w:b w:val="0"/>
          <w:i/>
          <w:color w:val="000000"/>
          <w:sz w:val="24"/>
        </w:rPr>
        <w:t>«И воззвал к Моше…»</w:t>
      </w:r>
      <w:r>
        <w:rPr>
          <w:rFonts w:ascii="Georgia" w:hAnsi="Georgia"/>
          <w:b w:val="0"/>
          <w:i w:val="0"/>
          <w:color w:val="000000"/>
          <w:sz w:val="24"/>
        </w:rPr>
        <w:t xml:space="preserve"> (Ваикра 1:1). Порядок его таков: </w:t>
      </w:r>
      <w:r>
        <w:rPr>
          <w:rFonts w:ascii="Georgia" w:hAnsi="Georgia"/>
          <w:b w:val="0"/>
          <w:i/>
          <w:color w:val="000000"/>
          <w:sz w:val="24"/>
        </w:rPr>
        <w:t>«И воззвал к Моше»</w:t>
      </w:r>
      <w:r>
        <w:rPr>
          <w:rFonts w:ascii="Georgia" w:hAnsi="Georgia"/>
          <w:b w:val="0"/>
          <w:i w:val="0"/>
          <w:color w:val="000000"/>
          <w:sz w:val="24"/>
        </w:rPr>
        <w:t xml:space="preserve"> — в Минху; </w:t>
      </w:r>
      <w:r>
        <w:rPr>
          <w:rFonts w:ascii="Georgia" w:hAnsi="Georgia"/>
          <w:b w:val="0"/>
          <w:i/>
          <w:color w:val="000000"/>
          <w:sz w:val="24"/>
        </w:rPr>
        <w:t>«И сказал Г-сподь ему»</w:t>
      </w:r>
      <w:r>
        <w:rPr>
          <w:rFonts w:ascii="Georgia" w:hAnsi="Georgia"/>
          <w:b w:val="0"/>
          <w:i w:val="0"/>
          <w:color w:val="000000"/>
          <w:sz w:val="24"/>
        </w:rPr>
        <w:t xml:space="preserve"> — в Арвит; </w:t>
      </w:r>
      <w:r>
        <w:rPr>
          <w:rFonts w:ascii="Georgia" w:hAnsi="Georgia"/>
          <w:b w:val="0"/>
          <w:i/>
          <w:color w:val="000000"/>
          <w:sz w:val="24"/>
        </w:rPr>
        <w:t>«Из шатра откровения, говоря»</w:t>
      </w:r>
      <w:r>
        <w:rPr>
          <w:rFonts w:ascii="Georgia" w:hAnsi="Georgia"/>
          <w:b w:val="0"/>
          <w:i w:val="0"/>
          <w:color w:val="000000"/>
          <w:sz w:val="24"/>
        </w:rPr>
        <w:t xml:space="preserve"> — в Шахарит. Имена АВАЯ и ЭЙЕ: 36 (</w:t>
      </w:r>
      <w:r>
        <w:rPr>
          <w:rFonts w:ascii="Georgia" w:hAnsi="Georgia" w:cs="Times New Roman"/>
          <w:b/>
          <w:i w:val="0"/>
          <w:color w:val="000000"/>
          <w:sz w:val="24"/>
          <w:rtl/>
          <w:szCs w:val="32"/>
        </w:rPr>
        <w:t>ל״ו</w:t>
      </w:r>
      <w:r>
        <w:rPr>
          <w:rFonts w:ascii="Georgia" w:hAnsi="Georgia"/>
          <w:b w:val="0"/>
          <w:i w:val="0"/>
          <w:color w:val="000000"/>
          <w:sz w:val="24"/>
        </w:rPr>
        <w:t>) букв йод в [четырех] АВАЯ, наполнения которых составляют в сумме 687 (</w:t>
      </w:r>
      <w:r>
        <w:rPr>
          <w:rFonts w:ascii="Georgia" w:hAnsi="Georgia" w:cs="Times New Roman"/>
          <w:b/>
          <w:i w:val="0"/>
          <w:color w:val="000000"/>
          <w:sz w:val="24"/>
          <w:rtl/>
          <w:szCs w:val="32"/>
        </w:rPr>
        <w:t>תרפ״ז</w:t>
      </w:r>
      <w:r>
        <w:rPr>
          <w:rFonts w:ascii="Georgia" w:hAnsi="Georgia"/>
          <w:b w:val="0"/>
          <w:i w:val="0"/>
          <w:color w:val="000000"/>
          <w:sz w:val="24"/>
        </w:rPr>
        <w:t>), и в именах ЭЙЕ, которые в наполнениях составляют 455 (</w:t>
      </w:r>
      <w:r>
        <w:rPr>
          <w:rFonts w:ascii="Georgia" w:hAnsi="Georgia" w:cs="Times New Roman"/>
          <w:b/>
          <w:i w:val="0"/>
          <w:color w:val="000000"/>
          <w:sz w:val="24"/>
          <w:rtl/>
          <w:szCs w:val="32"/>
        </w:rPr>
        <w:t>תנ״ה</w:t>
      </w:r>
      <w:r>
        <w:rPr>
          <w:rFonts w:ascii="Georgia" w:hAnsi="Georgia"/>
          <w:b w:val="0"/>
          <w:i w:val="0"/>
          <w:color w:val="000000"/>
          <w:sz w:val="24"/>
        </w:rPr>
        <w:t>). Следует направить [намерение] на это в начальных и конечных буквах (</w:t>
      </w:r>
      <w:r>
        <w:rPr>
          <w:rFonts w:ascii="Georgia" w:hAnsi="Georgia"/>
          <w:b w:val="0"/>
          <w:i/>
          <w:color w:val="000000"/>
          <w:sz w:val="24"/>
        </w:rPr>
        <w:t>рашей тевот</w:t>
      </w:r>
      <w:r>
        <w:rPr>
          <w:rFonts w:ascii="Georgia" w:hAnsi="Georgia"/>
          <w:b w:val="0"/>
          <w:i w:val="0"/>
          <w:color w:val="000000"/>
          <w:sz w:val="24"/>
        </w:rPr>
        <w:t xml:space="preserve"> и </w:t>
      </w:r>
      <w:r>
        <w:rPr>
          <w:rFonts w:ascii="Georgia" w:hAnsi="Georgia"/>
          <w:b w:val="0"/>
          <w:i/>
          <w:color w:val="000000"/>
          <w:sz w:val="24"/>
        </w:rPr>
        <w:t>софей тевот</w:t>
      </w:r>
      <w:r>
        <w:rPr>
          <w:rFonts w:ascii="Georgia" w:hAnsi="Georgia"/>
          <w:b w:val="0"/>
          <w:i w:val="0"/>
          <w:color w:val="000000"/>
          <w:sz w:val="24"/>
        </w:rPr>
        <w:t xml:space="preserve">) [слов] </w:t>
      </w:r>
      <w:r>
        <w:rPr>
          <w:rFonts w:ascii="Georgia" w:hAnsi="Georgia"/>
          <w:b w:val="0"/>
          <w:i/>
          <w:color w:val="000000"/>
          <w:sz w:val="24"/>
        </w:rPr>
        <w:t>«Ва-йикра эль Моше»</w:t>
      </w:r>
      <w:r>
        <w:rPr>
          <w:rFonts w:ascii="Georgia" w:hAnsi="Georgia"/>
          <w:b w:val="0"/>
          <w:i w:val="0"/>
          <w:color w:val="000000"/>
          <w:sz w:val="24"/>
        </w:rPr>
        <w:t xml:space="preserve"> (</w:t>
      </w:r>
      <w:r>
        <w:rPr>
          <w:rFonts w:ascii="Georgia" w:hAnsi="Georgia"/>
          <w:b w:val="0"/>
          <w:i/>
          <w:color w:val="000000"/>
          <w:sz w:val="24"/>
        </w:rPr>
        <w:t>«И воззвал к Моше»</w:t>
      </w:r>
      <w:r>
        <w:rPr>
          <w:rFonts w:ascii="Georgia" w:hAnsi="Georgia"/>
          <w:b w:val="0"/>
          <w:i w:val="0"/>
          <w:color w:val="000000"/>
          <w:sz w:val="24"/>
        </w:rPr>
        <w:t xml:space="preserve">), образующих [сочетания] </w:t>
      </w:r>
      <w:r>
        <w:rPr>
          <w:rFonts w:ascii="Georgia" w:hAnsi="Georgia"/>
          <w:b w:val="0"/>
          <w:i/>
          <w:color w:val="000000"/>
          <w:sz w:val="24"/>
        </w:rPr>
        <w:t>ва-эм</w:t>
      </w:r>
      <w:r>
        <w:rPr>
          <w:rFonts w:ascii="Georgia" w:hAnsi="Georgia"/>
          <w:b w:val="0"/>
          <w:i w:val="0"/>
          <w:color w:val="000000"/>
          <w:sz w:val="24"/>
        </w:rPr>
        <w:t xml:space="preserve"> (</w:t>
      </w:r>
      <w:r>
        <w:rPr>
          <w:rFonts w:ascii="Georgia" w:hAnsi="Georgia" w:cs="Times New Roman"/>
          <w:b/>
          <w:i w:val="0"/>
          <w:color w:val="000000"/>
          <w:sz w:val="24"/>
          <w:rtl/>
          <w:szCs w:val="32"/>
        </w:rPr>
        <w:t>ואם</w:t>
      </w:r>
      <w:r>
        <w:rPr>
          <w:rFonts w:ascii="Georgia" w:hAnsi="Georgia"/>
          <w:b w:val="0"/>
          <w:i w:val="0"/>
          <w:color w:val="000000"/>
          <w:sz w:val="24"/>
        </w:rPr>
        <w:t xml:space="preserve">) и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Начальные буквы [слов] </w:t>
      </w:r>
      <w:r>
        <w:rPr>
          <w:rFonts w:ascii="Georgia" w:hAnsi="Georgia"/>
          <w:b w:val="0"/>
          <w:i/>
          <w:color w:val="000000"/>
          <w:sz w:val="24"/>
        </w:rPr>
        <w:t>«Ва-йдабер АВАЯ элав»</w:t>
      </w:r>
      <w:r>
        <w:rPr>
          <w:rFonts w:ascii="Georgia" w:hAnsi="Georgia"/>
          <w:b w:val="0"/>
          <w:i w:val="0"/>
          <w:color w:val="000000"/>
          <w:sz w:val="24"/>
        </w:rPr>
        <w:t xml:space="preserve"> (</w:t>
      </w:r>
      <w:r>
        <w:rPr>
          <w:rFonts w:ascii="Georgia" w:hAnsi="Georgia"/>
          <w:b w:val="0"/>
          <w:i/>
          <w:color w:val="000000"/>
          <w:sz w:val="24"/>
        </w:rPr>
        <w:t>«И сказал Г-сподь ему»</w:t>
      </w:r>
      <w:r>
        <w:rPr>
          <w:rFonts w:ascii="Georgia" w:hAnsi="Georgia"/>
          <w:b w:val="0"/>
          <w:i w:val="0"/>
          <w:color w:val="000000"/>
          <w:sz w:val="24"/>
        </w:rPr>
        <w:t xml:space="preserve">) — это </w:t>
      </w:r>
      <w:r>
        <w:rPr>
          <w:rFonts w:ascii="Georgia" w:hAnsi="Georgia"/>
          <w:b w:val="0"/>
          <w:i/>
          <w:color w:val="000000"/>
          <w:sz w:val="24"/>
        </w:rPr>
        <w:t>вайя</w:t>
      </w:r>
      <w:r>
        <w:rPr>
          <w:rFonts w:ascii="Georgia" w:hAnsi="Georgia"/>
          <w:b w:val="0"/>
          <w:i w:val="0"/>
          <w:color w:val="000000"/>
          <w:sz w:val="24"/>
        </w:rPr>
        <w:t xml:space="preserve"> (</w:t>
      </w:r>
      <w:r>
        <w:rPr>
          <w:rFonts w:ascii="Georgia" w:hAnsi="Georgia" w:cs="Times New Roman"/>
          <w:b/>
          <w:i w:val="0"/>
          <w:color w:val="000000"/>
          <w:sz w:val="24"/>
          <w:rtl/>
          <w:szCs w:val="32"/>
        </w:rPr>
        <w:t>ויא</w:t>
      </w:r>
      <w:r>
        <w:rPr>
          <w:rFonts w:ascii="Georgia" w:hAnsi="Georgia"/>
          <w:b w:val="0"/>
          <w:i w:val="0"/>
          <w:color w:val="000000"/>
          <w:sz w:val="24"/>
        </w:rPr>
        <w:t>), что по гематрии равно имени АХВА (</w:t>
      </w:r>
      <w:r>
        <w:rPr>
          <w:rFonts w:ascii="Georgia" w:hAnsi="Georgia" w:cs="Times New Roman"/>
          <w:b/>
          <w:i w:val="0"/>
          <w:color w:val="000000"/>
          <w:sz w:val="24"/>
          <w:rtl/>
          <w:szCs w:val="32"/>
        </w:rPr>
        <w:t>אהוה</w:t>
      </w:r>
      <w:r>
        <w:rPr>
          <w:rFonts w:ascii="Georgia" w:hAnsi="Georgia"/>
          <w:b w:val="0"/>
          <w:i w:val="0"/>
          <w:color w:val="000000"/>
          <w:sz w:val="24"/>
        </w:rPr>
        <w:t xml:space="preserve"> = 17); а конечные буквы — </w:t>
      </w:r>
      <w:r>
        <w:rPr>
          <w:rFonts w:ascii="Georgia" w:hAnsi="Georgia"/>
          <w:b w:val="0"/>
          <w:i/>
          <w:color w:val="000000"/>
          <w:sz w:val="24"/>
        </w:rPr>
        <w:t>рахо</w:t>
      </w:r>
      <w:r>
        <w:rPr>
          <w:rFonts w:ascii="Georgia" w:hAnsi="Georgia"/>
          <w:b w:val="0"/>
          <w:i w:val="0"/>
          <w:color w:val="000000"/>
          <w:sz w:val="24"/>
        </w:rPr>
        <w:t xml:space="preserve"> (</w:t>
      </w:r>
      <w:r>
        <w:rPr>
          <w:rFonts w:ascii="Georgia" w:hAnsi="Georgia" w:cs="Times New Roman"/>
          <w:b/>
          <w:i w:val="0"/>
          <w:color w:val="000000"/>
          <w:sz w:val="24"/>
          <w:rtl/>
          <w:szCs w:val="32"/>
        </w:rPr>
        <w:t>רהו</w:t>
      </w:r>
      <w:r>
        <w:rPr>
          <w:rFonts w:ascii="Georgia" w:hAnsi="Georgia"/>
          <w:b w:val="0"/>
          <w:i w:val="0"/>
          <w:color w:val="000000"/>
          <w:sz w:val="24"/>
        </w:rPr>
        <w:t xml:space="preserve">), что по гематрии равно [наполнению] </w:t>
      </w:r>
      <w:r>
        <w:rPr>
          <w:rFonts w:ascii="Georgia" w:hAnsi="Georgia"/>
          <w:b w:val="0"/>
          <w:i/>
          <w:color w:val="000000"/>
          <w:sz w:val="24"/>
        </w:rPr>
        <w:t>Алеф-Ламэд</w:t>
      </w:r>
      <w:r>
        <w:rPr>
          <w:rFonts w:ascii="Georgia" w:hAnsi="Georgia"/>
          <w:b w:val="0"/>
          <w:i w:val="0"/>
          <w:color w:val="000000"/>
          <w:sz w:val="24"/>
        </w:rPr>
        <w:t xml:space="preserve"> (</w:t>
      </w:r>
      <w:r>
        <w:rPr>
          <w:rFonts w:ascii="Georgia" w:hAnsi="Georgia" w:cs="Times New Roman"/>
          <w:b/>
          <w:i w:val="0"/>
          <w:color w:val="000000"/>
          <w:sz w:val="24"/>
          <w:rtl/>
          <w:szCs w:val="32"/>
        </w:rPr>
        <w:t>אלף למ״ד</w:t>
      </w:r>
      <w:r>
        <w:rPr>
          <w:rFonts w:ascii="Georgia" w:hAnsi="Georgia"/>
          <w:b w:val="0"/>
          <w:i w:val="0"/>
          <w:color w:val="000000"/>
          <w:sz w:val="24"/>
        </w:rPr>
        <w:t>) и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 211). [Имя Моше по гематрии равно] ЭЛЬ ШАДАЙ; а [слово] </w:t>
      </w:r>
      <w:r>
        <w:rPr>
          <w:rFonts w:ascii="Georgia" w:hAnsi="Georgia"/>
          <w:b w:val="0"/>
          <w:i/>
          <w:color w:val="000000"/>
          <w:sz w:val="24"/>
        </w:rPr>
        <w:t>Эль</w:t>
      </w:r>
      <w:r>
        <w:rPr>
          <w:rFonts w:ascii="Georgia" w:hAnsi="Georgia"/>
          <w:b w:val="0"/>
          <w:i w:val="0"/>
          <w:color w:val="000000"/>
          <w:sz w:val="24"/>
        </w:rPr>
        <w:t xml:space="preserve">, [наполненное как] </w:t>
      </w:r>
      <w:r>
        <w:rPr>
          <w:rFonts w:ascii="Georgia" w:hAnsi="Georgia"/>
          <w:b w:val="0"/>
          <w:i/>
          <w:color w:val="000000"/>
          <w:sz w:val="24"/>
        </w:rPr>
        <w:t>Алеф-Ламэд</w:t>
      </w:r>
      <w:r>
        <w:rPr>
          <w:rFonts w:ascii="Georgia" w:hAnsi="Georgia"/>
          <w:b w:val="0"/>
          <w:i w:val="0"/>
          <w:color w:val="000000"/>
          <w:sz w:val="24"/>
        </w:rPr>
        <w:t xml:space="preserve">, вместе с [именем] ШАДАЙ дает по гематрии ЦВАОТ. [Начальные буквы слов «Из шатра откровения, говоря» —] </w:t>
      </w:r>
      <w:r>
        <w:rPr>
          <w:rFonts w:ascii="Georgia" w:hAnsi="Georgia"/>
          <w:b w:val="0"/>
          <w:i/>
          <w:color w:val="000000"/>
          <w:sz w:val="24"/>
        </w:rPr>
        <w:t>мамаль</w:t>
      </w:r>
      <w:r>
        <w:rPr>
          <w:rFonts w:ascii="Georgia" w:hAnsi="Georgia"/>
          <w:b w:val="0"/>
          <w:i w:val="0"/>
          <w:color w:val="000000"/>
          <w:sz w:val="24"/>
        </w:rPr>
        <w:t xml:space="preserve"> (</w:t>
      </w:r>
      <w:r>
        <w:rPr>
          <w:rFonts w:ascii="Georgia" w:hAnsi="Georgia" w:cs="Times New Roman"/>
          <w:b/>
          <w:i w:val="0"/>
          <w:color w:val="000000"/>
          <w:sz w:val="24"/>
          <w:rtl/>
          <w:szCs w:val="32"/>
        </w:rPr>
        <w:t>ממל</w:t>
      </w:r>
      <w:r>
        <w:rPr>
          <w:rFonts w:ascii="Georgia" w:hAnsi="Georgia"/>
          <w:b w:val="0"/>
          <w:i w:val="0"/>
          <w:color w:val="000000"/>
          <w:sz w:val="24"/>
        </w:rPr>
        <w:t>); [затем сочетания] МА (</w:t>
      </w:r>
      <w:r>
        <w:rPr>
          <w:rFonts w:ascii="Georgia" w:hAnsi="Georgia" w:cs="Times New Roman"/>
          <w:b/>
          <w:i w:val="0"/>
          <w:color w:val="000000"/>
          <w:sz w:val="24"/>
          <w:rtl/>
          <w:szCs w:val="32"/>
        </w:rPr>
        <w:t>מ״ה</w:t>
      </w:r>
      <w:r>
        <w:rPr>
          <w:rFonts w:ascii="Georgia" w:hAnsi="Georgia"/>
          <w:b w:val="0"/>
          <w:i w:val="0"/>
          <w:color w:val="000000"/>
          <w:sz w:val="24"/>
        </w:rPr>
        <w:t>) и 65 (</w:t>
      </w:r>
      <w:r>
        <w:rPr>
          <w:rFonts w:ascii="Georgia" w:hAnsi="Georgia" w:cs="Times New Roman"/>
          <w:b/>
          <w:i w:val="0"/>
          <w:color w:val="000000"/>
          <w:sz w:val="24"/>
          <w:rtl/>
          <w:szCs w:val="32"/>
        </w:rPr>
        <w:t>ס״ה</w:t>
      </w:r>
      <w:r>
        <w:rPr>
          <w:rFonts w:ascii="Georgia" w:hAnsi="Georgia"/>
          <w:b w:val="0"/>
          <w:i w:val="0"/>
          <w:color w:val="000000"/>
          <w:sz w:val="24"/>
        </w:rPr>
        <w:t xml:space="preserve">); конечные буквы — </w:t>
      </w:r>
      <w:r>
        <w:rPr>
          <w:rFonts w:ascii="Georgia" w:hAnsi="Georgia"/>
          <w:b w:val="0"/>
          <w:i/>
          <w:color w:val="000000"/>
          <w:sz w:val="24"/>
        </w:rPr>
        <w:t>ладар</w:t>
      </w:r>
      <w:r>
        <w:rPr>
          <w:rFonts w:ascii="Georgia" w:hAnsi="Georgia"/>
          <w:b w:val="0"/>
          <w:i w:val="0"/>
          <w:color w:val="000000"/>
          <w:sz w:val="24"/>
        </w:rPr>
        <w:t xml:space="preserve"> (</w:t>
      </w:r>
      <w:r>
        <w:rPr>
          <w:rFonts w:ascii="Georgia" w:hAnsi="Georgia" w:cs="Times New Roman"/>
          <w:b/>
          <w:i w:val="0"/>
          <w:color w:val="000000"/>
          <w:sz w:val="24"/>
          <w:rtl/>
          <w:szCs w:val="32"/>
        </w:rPr>
        <w:t>לדר</w:t>
      </w:r>
      <w:r>
        <w:rPr>
          <w:rFonts w:ascii="Georgia" w:hAnsi="Georgia"/>
          <w:b w:val="0"/>
          <w:i w:val="0"/>
          <w:color w:val="000000"/>
          <w:sz w:val="24"/>
        </w:rPr>
        <w:t xml:space="preserve">); [а также имена] АВАЯ и ЭЙЕ с наполнением буквами йод. Слово </w:t>
      </w:r>
      <w:r>
        <w:rPr>
          <w:rFonts w:ascii="Georgia" w:hAnsi="Georgia"/>
          <w:b w:val="0"/>
          <w:i/>
          <w:color w:val="000000"/>
          <w:sz w:val="24"/>
        </w:rPr>
        <w:t>«Ва-йдабер»</w:t>
      </w:r>
      <w:r>
        <w:rPr>
          <w:rFonts w:ascii="Georgia" w:hAnsi="Georgia"/>
          <w:b w:val="0"/>
          <w:i w:val="0"/>
          <w:color w:val="000000"/>
          <w:sz w:val="24"/>
        </w:rPr>
        <w:t xml:space="preserve"> (</w:t>
      </w:r>
      <w:r>
        <w:rPr>
          <w:rFonts w:ascii="Georgia" w:hAnsi="Georgia"/>
          <w:b w:val="0"/>
          <w:i/>
          <w:color w:val="000000"/>
          <w:sz w:val="24"/>
        </w:rPr>
        <w:t>«И сказал»</w:t>
      </w:r>
      <w:r>
        <w:rPr>
          <w:rFonts w:ascii="Georgia" w:hAnsi="Georgia"/>
          <w:b w:val="0"/>
          <w:i w:val="0"/>
          <w:color w:val="000000"/>
          <w:sz w:val="24"/>
        </w:rPr>
        <w:t>) [по гематрии равно 222, что составляет] две буквы алеф (</w:t>
      </w:r>
      <w:r>
        <w:rPr>
          <w:rFonts w:ascii="Georgia" w:hAnsi="Georgia" w:cs="Times New Roman"/>
          <w:b/>
          <w:i w:val="0"/>
          <w:color w:val="000000"/>
          <w:sz w:val="24"/>
          <w:rtl/>
          <w:szCs w:val="32"/>
        </w:rPr>
        <w:t>ב׳ אלפי״ן</w:t>
      </w:r>
      <w:r>
        <w:rPr>
          <w:rFonts w:ascii="Georgia" w:hAnsi="Georgia"/>
          <w:b w:val="0"/>
          <w:i w:val="0"/>
          <w:color w:val="000000"/>
          <w:sz w:val="24"/>
        </w:rPr>
        <w:t>) из АВАЯ де-МА [111 + 111 = 222]. «Ва-йдабер АВАЯ» — это 248 (</w:t>
      </w:r>
      <w:r>
        <w:rPr>
          <w:rFonts w:ascii="Georgia" w:hAnsi="Georgia" w:cs="Times New Roman"/>
          <w:b/>
          <w:i w:val="0"/>
          <w:color w:val="000000"/>
          <w:sz w:val="24"/>
          <w:rtl/>
          <w:szCs w:val="32"/>
        </w:rPr>
        <w:t>רמ״ח</w:t>
      </w:r>
      <w:r>
        <w:rPr>
          <w:rFonts w:ascii="Georgia" w:hAnsi="Georgia"/>
          <w:b w:val="0"/>
          <w:i w:val="0"/>
          <w:color w:val="000000"/>
          <w:sz w:val="24"/>
        </w:rPr>
        <w:t>), [что складывается из] 232 (</w:t>
      </w:r>
      <w:r>
        <w:rPr>
          <w:rFonts w:ascii="Georgia" w:hAnsi="Georgia" w:cs="Times New Roman"/>
          <w:b/>
          <w:i w:val="0"/>
          <w:color w:val="000000"/>
          <w:sz w:val="24"/>
          <w:rtl/>
          <w:szCs w:val="32"/>
        </w:rPr>
        <w:t>רל״ב</w:t>
      </w:r>
      <w:r>
        <w:rPr>
          <w:rFonts w:ascii="Georgia" w:hAnsi="Georgia"/>
          <w:b w:val="0"/>
          <w:i w:val="0"/>
          <w:color w:val="000000"/>
          <w:sz w:val="24"/>
        </w:rPr>
        <w:t xml:space="preserve"> — суммы четырех АВАЯ) и 16 букв (отиет) в четырех АВАЯ. Слово </w:t>
      </w:r>
      <w:r>
        <w:rPr>
          <w:rFonts w:ascii="Georgia" w:hAnsi="Georgia"/>
          <w:b w:val="0"/>
          <w:i/>
          <w:color w:val="000000"/>
          <w:sz w:val="24"/>
        </w:rPr>
        <w:t>«элав»</w:t>
      </w:r>
      <w:r>
        <w:rPr>
          <w:rFonts w:ascii="Georgia" w:hAnsi="Georgia"/>
          <w:b w:val="0"/>
          <w:i w:val="0"/>
          <w:color w:val="000000"/>
          <w:sz w:val="24"/>
        </w:rPr>
        <w:t xml:space="preserve"> (</w:t>
      </w:r>
      <w:r>
        <w:rPr>
          <w:rFonts w:ascii="Georgia" w:hAnsi="Georgia"/>
          <w:b w:val="0"/>
          <w:i/>
          <w:color w:val="000000"/>
          <w:sz w:val="24"/>
        </w:rPr>
        <w:t>«к нему»</w:t>
      </w:r>
      <w:r>
        <w:rPr>
          <w:rFonts w:ascii="Georgia" w:hAnsi="Georgia"/>
          <w:b w:val="0"/>
          <w:i w:val="0"/>
          <w:color w:val="000000"/>
          <w:sz w:val="24"/>
        </w:rPr>
        <w:t xml:space="preserve">) [равно по гематрии 47 — сумме имен] АВАЯ [26] и ЭЙЕ [21]. Слова </w:t>
      </w:r>
      <w:r>
        <w:rPr>
          <w:rFonts w:ascii="Georgia" w:hAnsi="Georgia"/>
          <w:b w:val="0"/>
          <w:i/>
          <w:color w:val="000000"/>
          <w:sz w:val="24"/>
        </w:rPr>
        <w:t>«ме-Охель моэд»</w:t>
      </w:r>
      <w:r>
        <w:rPr>
          <w:rFonts w:ascii="Georgia" w:hAnsi="Georgia"/>
          <w:b w:val="0"/>
          <w:i w:val="0"/>
          <w:color w:val="000000"/>
          <w:sz w:val="24"/>
        </w:rPr>
        <w:t xml:space="preserve"> (</w:t>
      </w:r>
      <w:r>
        <w:rPr>
          <w:rFonts w:ascii="Georgia" w:hAnsi="Georgia"/>
          <w:b w:val="0"/>
          <w:i/>
          <w:color w:val="000000"/>
          <w:sz w:val="24"/>
        </w:rPr>
        <w:t>«из шатра откровения»</w:t>
      </w:r>
      <w:r>
        <w:rPr>
          <w:rFonts w:ascii="Georgia" w:hAnsi="Georgia"/>
          <w:b w:val="0"/>
          <w:i w:val="0"/>
          <w:color w:val="000000"/>
          <w:sz w:val="24"/>
        </w:rPr>
        <w:t>) [равны по гематрии 196, что составляет] пять раз по 39 (</w:t>
      </w:r>
      <w:r>
        <w:rPr>
          <w:rFonts w:ascii="Georgia" w:hAnsi="Georgia" w:cs="Times New Roman"/>
          <w:b/>
          <w:i w:val="0"/>
          <w:color w:val="000000"/>
          <w:sz w:val="24"/>
          <w:rtl/>
          <w:szCs w:val="32"/>
        </w:rPr>
        <w:t>ט״ל</w:t>
      </w:r>
      <w:r>
        <w:rPr>
          <w:rFonts w:ascii="Georgia" w:hAnsi="Georgia"/>
          <w:b w:val="0"/>
          <w:i w:val="0"/>
          <w:color w:val="000000"/>
          <w:sz w:val="24"/>
        </w:rPr>
        <w:t xml:space="preserve">), [число букв] </w:t>
      </w:r>
      <w:r>
        <w:rPr>
          <w:rFonts w:ascii="Georgia" w:hAnsi="Georgia"/>
          <w:b w:val="0"/>
          <w:i/>
          <w:color w:val="000000"/>
          <w:sz w:val="24"/>
        </w:rPr>
        <w:t>Йод-Хэй-Вав</w:t>
      </w:r>
      <w:r>
        <w:rPr>
          <w:rFonts w:ascii="Georgia" w:hAnsi="Georgia"/>
          <w:b w:val="0"/>
          <w:i w:val="0"/>
          <w:color w:val="000000"/>
          <w:sz w:val="24"/>
        </w:rPr>
        <w:t xml:space="preserve"> (</w:t>
      </w:r>
      <w:r>
        <w:rPr>
          <w:rFonts w:ascii="Georgia" w:hAnsi="Georgia" w:cs="Times New Roman"/>
          <w:b/>
          <w:i w:val="0"/>
          <w:color w:val="000000"/>
          <w:sz w:val="24"/>
          <w:rtl/>
          <w:szCs w:val="32"/>
        </w:rPr>
        <w:t>יה״ו</w:t>
      </w:r>
      <w:r>
        <w:rPr>
          <w:rFonts w:ascii="Georgia" w:hAnsi="Georgia"/>
          <w:b w:val="0"/>
          <w:i w:val="0"/>
          <w:color w:val="000000"/>
          <w:sz w:val="24"/>
        </w:rPr>
        <w:t xml:space="preserve">) с наполнением буквами алеф [вместе с колелем: 5 × 39 + 1 = 196]. Слово </w:t>
      </w:r>
      <w:r>
        <w:rPr>
          <w:rFonts w:ascii="Georgia" w:hAnsi="Georgia"/>
          <w:b w:val="0"/>
          <w:i/>
          <w:color w:val="000000"/>
          <w:sz w:val="24"/>
        </w:rPr>
        <w:t>«лемор»</w:t>
      </w:r>
      <w:r>
        <w:rPr>
          <w:rFonts w:ascii="Georgia" w:hAnsi="Georgia"/>
          <w:b w:val="0"/>
          <w:i w:val="0"/>
          <w:color w:val="000000"/>
          <w:sz w:val="24"/>
        </w:rPr>
        <w:t xml:space="preserve"> (</w:t>
      </w:r>
      <w:r>
        <w:rPr>
          <w:rFonts w:ascii="Georgia" w:hAnsi="Georgia"/>
          <w:b w:val="0"/>
          <w:i/>
          <w:color w:val="000000"/>
          <w:sz w:val="24"/>
        </w:rPr>
        <w:t>«говоря»</w:t>
      </w:r>
      <w:r>
        <w:rPr>
          <w:rFonts w:ascii="Georgia" w:hAnsi="Georgia"/>
          <w:b w:val="0"/>
          <w:i w:val="0"/>
          <w:color w:val="000000"/>
          <w:sz w:val="24"/>
        </w:rPr>
        <w:t>) — это 10 раз по 27 (</w:t>
      </w:r>
      <w:r>
        <w:rPr>
          <w:rFonts w:ascii="Georgia" w:hAnsi="Georgia" w:cs="Times New Roman"/>
          <w:b/>
          <w:i w:val="0"/>
          <w:color w:val="000000"/>
          <w:sz w:val="24"/>
          <w:rtl/>
          <w:szCs w:val="32"/>
        </w:rPr>
        <w:t>ז״ך</w:t>
      </w:r>
      <w:r>
        <w:rPr>
          <w:rFonts w:ascii="Georgia" w:hAnsi="Georgia"/>
          <w:b w:val="0"/>
          <w:i w:val="0"/>
          <w:color w:val="000000"/>
          <w:sz w:val="24"/>
        </w:rPr>
        <w:t xml:space="preserve">) букв, [включая] простое [написание], наполнение и наполнение наполнения имени ЭЙЕ с наполнением буквами йод. (Говорит Шмуэль: слово </w:t>
      </w:r>
      <w:r>
        <w:rPr>
          <w:rFonts w:ascii="Georgia" w:hAnsi="Georgia"/>
          <w:b w:val="0"/>
          <w:i/>
          <w:color w:val="000000"/>
          <w:sz w:val="24"/>
        </w:rPr>
        <w:t>«лемор»</w:t>
      </w:r>
      <w:r>
        <w:rPr>
          <w:rFonts w:ascii="Georgia" w:hAnsi="Georgia"/>
          <w:b w:val="0"/>
          <w:i w:val="0"/>
          <w:color w:val="000000"/>
          <w:sz w:val="24"/>
        </w:rPr>
        <w:t xml:space="preserve"> написано без буквы вав (</w:t>
      </w:r>
      <w:r>
        <w:rPr>
          <w:rFonts w:ascii="Georgia" w:hAnsi="Georgia" w:cs="Times New Roman"/>
          <w:b/>
          <w:i w:val="0"/>
          <w:color w:val="000000"/>
          <w:sz w:val="24"/>
          <w:rtl/>
          <w:szCs w:val="32"/>
        </w:rPr>
        <w:t>ו</w:t>
      </w:r>
      <w:r>
        <w:rPr>
          <w:rFonts w:ascii="Georgia" w:hAnsi="Georgia"/>
          <w:b w:val="0"/>
          <w:i w:val="0"/>
          <w:color w:val="000000"/>
          <w:sz w:val="24"/>
        </w:rPr>
        <w:t xml:space="preserve">), с колелем [10 × 27 + 1 = 271]). Слово </w:t>
      </w:r>
      <w:r>
        <w:rPr>
          <w:rFonts w:ascii="Georgia" w:hAnsi="Georgia"/>
          <w:b w:val="0"/>
          <w:i/>
          <w:color w:val="000000"/>
          <w:sz w:val="24"/>
        </w:rPr>
        <w:t>«Ва-йикра»</w:t>
      </w:r>
      <w:r>
        <w:rPr>
          <w:rFonts w:ascii="Georgia" w:hAnsi="Georgia"/>
          <w:b w:val="0"/>
          <w:i w:val="0"/>
          <w:color w:val="000000"/>
          <w:sz w:val="24"/>
        </w:rPr>
        <w:t xml:space="preserve"> (</w:t>
      </w:r>
      <w:r>
        <w:rPr>
          <w:rFonts w:ascii="Georgia" w:hAnsi="Georgia"/>
          <w:b w:val="0"/>
          <w:i/>
          <w:color w:val="000000"/>
          <w:sz w:val="24"/>
        </w:rPr>
        <w:t>«И воззвал»</w:t>
      </w:r>
      <w:r>
        <w:rPr>
          <w:rFonts w:ascii="Georgia" w:hAnsi="Georgia"/>
          <w:b w:val="0"/>
          <w:i w:val="0"/>
          <w:color w:val="000000"/>
          <w:sz w:val="24"/>
        </w:rPr>
        <w:t>) по гематрии [равно 317 — сумме имени] ЭЛОКИМ с [наполнением] буквами йод [300], составляющего букву шин (</w:t>
      </w:r>
      <w:r>
        <w:rPr>
          <w:rFonts w:ascii="Georgia" w:hAnsi="Georgia" w:cs="Times New Roman"/>
          <w:b/>
          <w:i w:val="0"/>
          <w:color w:val="000000"/>
          <w:sz w:val="24"/>
          <w:rtl/>
          <w:szCs w:val="32"/>
        </w:rPr>
        <w:t>ש</w:t>
      </w:r>
      <w:r>
        <w:rPr>
          <w:rFonts w:ascii="Georgia" w:hAnsi="Georgia"/>
          <w:b w:val="0"/>
          <w:i w:val="0"/>
          <w:color w:val="000000"/>
          <w:sz w:val="24"/>
        </w:rPr>
        <w:t xml:space="preserve"> = 300), и имени АХВА (</w:t>
      </w:r>
      <w:r>
        <w:rPr>
          <w:rFonts w:ascii="Georgia" w:hAnsi="Georgia" w:cs="Times New Roman"/>
          <w:b/>
          <w:i w:val="0"/>
          <w:color w:val="000000"/>
          <w:sz w:val="24"/>
          <w:rtl/>
          <w:szCs w:val="32"/>
        </w:rPr>
        <w:t>אהוה</w:t>
      </w:r>
      <w:r>
        <w:rPr>
          <w:rFonts w:ascii="Georgia" w:hAnsi="Georgia"/>
          <w:b w:val="0"/>
          <w:i w:val="0"/>
          <w:color w:val="000000"/>
          <w:sz w:val="24"/>
        </w:rPr>
        <w:t xml:space="preserve"> = 17) из стиха: </w:t>
      </w:r>
      <w:r>
        <w:rPr>
          <w:rFonts w:ascii="Georgia" w:hAnsi="Georgia"/>
          <w:b w:val="0"/>
          <w:i/>
          <w:color w:val="000000"/>
          <w:sz w:val="24"/>
        </w:rPr>
        <w:t>«В начале сотворил Б-г…»</w:t>
      </w:r>
      <w:r>
        <w:rPr>
          <w:rFonts w:ascii="Georgia" w:hAnsi="Georgia"/>
          <w:b w:val="0"/>
          <w:i w:val="0"/>
          <w:color w:val="000000"/>
          <w:sz w:val="24"/>
        </w:rPr>
        <w:t xml:space="preserve"> (Берешит 1:1) </w:t>
      </w:r>
      <w:r>
        <w:rPr>
          <w:rFonts w:ascii="Georgia" w:hAnsi="Georgia"/>
          <w:b w:val="0"/>
          <w:i/>
          <w:color w:val="000000"/>
          <w:sz w:val="24"/>
        </w:rPr>
        <w:t>«…небо и землю»</w:t>
      </w:r>
      <w:r>
        <w:rPr>
          <w:rFonts w:ascii="Georgia" w:hAnsi="Georgia"/>
          <w:b w:val="0"/>
          <w:i w:val="0"/>
          <w:color w:val="000000"/>
          <w:sz w:val="24"/>
        </w:rPr>
        <w:t xml:space="preserve"> (Берешит 1:1). ([Вариант текста:] оно основано на стихе </w:t>
      </w:r>
      <w:r>
        <w:rPr>
          <w:rFonts w:ascii="Georgia" w:hAnsi="Georgia"/>
          <w:b w:val="0"/>
          <w:i/>
          <w:color w:val="000000"/>
          <w:sz w:val="24"/>
        </w:rPr>
        <w:t>«И воззвал к Моше…»</w:t>
      </w:r>
      <w:r>
        <w:rPr>
          <w:rFonts w:ascii="Georgia" w:hAnsi="Georgia"/>
          <w:b w:val="0"/>
          <w:i w:val="0"/>
          <w:color w:val="000000"/>
          <w:sz w:val="24"/>
        </w:rPr>
        <w:t xml:space="preserve"> (Ваикра 1:1), и порядок его таков: </w:t>
      </w:r>
      <w:r>
        <w:rPr>
          <w:rFonts w:ascii="Georgia" w:hAnsi="Georgia"/>
          <w:b w:val="0"/>
          <w:i/>
          <w:color w:val="000000"/>
          <w:sz w:val="24"/>
        </w:rPr>
        <w:t>«И воззвал к Моше»</w:t>
      </w:r>
      <w:r>
        <w:rPr>
          <w:rFonts w:ascii="Georgia" w:hAnsi="Georgia"/>
          <w:b w:val="0"/>
          <w:i w:val="0"/>
          <w:color w:val="000000"/>
          <w:sz w:val="24"/>
        </w:rPr>
        <w:t xml:space="preserve"> — в Минху; </w:t>
      </w:r>
      <w:r>
        <w:rPr>
          <w:rFonts w:ascii="Georgia" w:hAnsi="Georgia"/>
          <w:b w:val="0"/>
          <w:i/>
          <w:color w:val="000000"/>
          <w:sz w:val="24"/>
        </w:rPr>
        <w:t>«И сказал Г-сподь ему»</w:t>
      </w:r>
      <w:r>
        <w:rPr>
          <w:rFonts w:ascii="Georgia" w:hAnsi="Georgia"/>
          <w:b w:val="0"/>
          <w:i w:val="0"/>
          <w:color w:val="000000"/>
          <w:sz w:val="24"/>
        </w:rPr>
        <w:t xml:space="preserve"> — в Арвит; </w:t>
      </w:r>
      <w:r>
        <w:rPr>
          <w:rFonts w:ascii="Georgia" w:hAnsi="Georgia"/>
          <w:b w:val="0"/>
          <w:i/>
          <w:color w:val="000000"/>
          <w:sz w:val="24"/>
        </w:rPr>
        <w:t>«Из шатра откровения»</w:t>
      </w:r>
      <w:r>
        <w:rPr>
          <w:rFonts w:ascii="Georgia" w:hAnsi="Georgia"/>
          <w:b w:val="0"/>
          <w:i w:val="0"/>
          <w:color w:val="000000"/>
          <w:sz w:val="24"/>
        </w:rPr>
        <w:t xml:space="preserve"> [— в] Шахарит. А затем: </w:t>
      </w:r>
      <w:r>
        <w:rPr>
          <w:rFonts w:ascii="Georgia" w:hAnsi="Georgia"/>
          <w:b w:val="0"/>
          <w:i/>
          <w:color w:val="000000"/>
          <w:sz w:val="24"/>
        </w:rPr>
        <w:t>ва-эм</w:t>
      </w:r>
      <w:r>
        <w:rPr>
          <w:rFonts w:ascii="Georgia" w:hAnsi="Georgia"/>
          <w:b w:val="0"/>
          <w:i w:val="0"/>
          <w:color w:val="000000"/>
          <w:sz w:val="24"/>
        </w:rPr>
        <w:t xml:space="preserve"> (</w:t>
      </w:r>
      <w:r>
        <w:rPr>
          <w:rFonts w:ascii="Georgia" w:hAnsi="Georgia" w:cs="Times New Roman"/>
          <w:b/>
          <w:i w:val="0"/>
          <w:color w:val="000000"/>
          <w:sz w:val="24"/>
          <w:rtl/>
          <w:szCs w:val="32"/>
        </w:rPr>
        <w:t>ואם</w:t>
      </w:r>
      <w:r>
        <w:rPr>
          <w:rFonts w:ascii="Georgia" w:hAnsi="Georgia"/>
          <w:b w:val="0"/>
          <w:i w:val="0"/>
          <w:color w:val="000000"/>
          <w:sz w:val="24"/>
        </w:rPr>
        <w:t xml:space="preserve">) по гематрии равно АВАЯ [и] ЭЙЕ [47];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 это число 36 (</w:t>
      </w:r>
      <w:r>
        <w:rPr>
          <w:rFonts w:ascii="Georgia" w:hAnsi="Georgia" w:cs="Times New Roman"/>
          <w:b/>
          <w:i w:val="0"/>
          <w:color w:val="000000"/>
          <w:sz w:val="24"/>
          <w:rtl/>
          <w:szCs w:val="32"/>
        </w:rPr>
        <w:t>ל״ו</w:t>
      </w:r>
      <w:r>
        <w:rPr>
          <w:rFonts w:ascii="Georgia" w:hAnsi="Georgia"/>
          <w:b w:val="0"/>
          <w:i w:val="0"/>
          <w:color w:val="000000"/>
          <w:sz w:val="24"/>
        </w:rPr>
        <w:t>) букв йод в квадрате (рибуа) имен АВАЯ и ЭЙЕ; [суммы же их наполнений —] 232 (</w:t>
      </w:r>
      <w:r>
        <w:rPr>
          <w:rFonts w:ascii="Georgia" w:hAnsi="Georgia" w:cs="Times New Roman"/>
          <w:b/>
          <w:i w:val="0"/>
          <w:color w:val="000000"/>
          <w:sz w:val="24"/>
          <w:rtl/>
          <w:szCs w:val="32"/>
        </w:rPr>
        <w:t>רל״ב</w:t>
      </w:r>
      <w:r>
        <w:rPr>
          <w:rFonts w:ascii="Georgia" w:hAnsi="Georgia"/>
          <w:b w:val="0"/>
          <w:i w:val="0"/>
          <w:color w:val="000000"/>
          <w:sz w:val="24"/>
        </w:rPr>
        <w:t>) и 455 (</w:t>
      </w:r>
      <w:r>
        <w:rPr>
          <w:rFonts w:ascii="Georgia" w:hAnsi="Georgia" w:cs="Times New Roman"/>
          <w:b/>
          <w:i w:val="0"/>
          <w:color w:val="000000"/>
          <w:sz w:val="24"/>
          <w:rtl/>
          <w:szCs w:val="32"/>
        </w:rPr>
        <w:t>תנ״ה</w:t>
      </w:r>
      <w:r>
        <w:rPr>
          <w:rFonts w:ascii="Georgia" w:hAnsi="Georgia"/>
          <w:b w:val="0"/>
          <w:i w:val="0"/>
          <w:color w:val="000000"/>
          <w:sz w:val="24"/>
        </w:rPr>
        <w:t xml:space="preserve">). [В словах] </w:t>
      </w:r>
      <w:r>
        <w:rPr>
          <w:rFonts w:ascii="Georgia" w:hAnsi="Georgia"/>
          <w:b w:val="0"/>
          <w:i/>
          <w:color w:val="000000"/>
          <w:sz w:val="24"/>
        </w:rPr>
        <w:t>«И сказал Г-сподь ему»</w:t>
      </w:r>
      <w:r>
        <w:rPr>
          <w:rFonts w:ascii="Georgia" w:hAnsi="Georgia"/>
          <w:b w:val="0"/>
          <w:i w:val="0"/>
          <w:color w:val="000000"/>
          <w:sz w:val="24"/>
        </w:rPr>
        <w:t xml:space="preserve"> начальные буквы — </w:t>
      </w:r>
      <w:r>
        <w:rPr>
          <w:rFonts w:ascii="Georgia" w:hAnsi="Georgia"/>
          <w:b w:val="0"/>
          <w:i/>
          <w:color w:val="000000"/>
          <w:sz w:val="24"/>
        </w:rPr>
        <w:t>вайя</w:t>
      </w:r>
      <w:r>
        <w:rPr>
          <w:rFonts w:ascii="Georgia" w:hAnsi="Georgia"/>
          <w:b w:val="0"/>
          <w:i w:val="0"/>
          <w:color w:val="000000"/>
          <w:sz w:val="24"/>
        </w:rPr>
        <w:t xml:space="preserve"> (</w:t>
      </w:r>
      <w:r>
        <w:rPr>
          <w:rFonts w:ascii="Georgia" w:hAnsi="Georgia" w:cs="Times New Roman"/>
          <w:b/>
          <w:i w:val="0"/>
          <w:color w:val="000000"/>
          <w:sz w:val="24"/>
          <w:rtl/>
          <w:szCs w:val="32"/>
        </w:rPr>
        <w:t>ויא</w:t>
      </w:r>
      <w:r>
        <w:rPr>
          <w:rFonts w:ascii="Georgia" w:hAnsi="Georgia"/>
          <w:b w:val="0"/>
          <w:i w:val="0"/>
          <w:color w:val="000000"/>
          <w:sz w:val="24"/>
        </w:rPr>
        <w:t>), что по гематрии равно имени АХВА (</w:t>
      </w:r>
      <w:r>
        <w:rPr>
          <w:rFonts w:ascii="Georgia" w:hAnsi="Georgia" w:cs="Times New Roman"/>
          <w:b/>
          <w:i w:val="0"/>
          <w:color w:val="000000"/>
          <w:sz w:val="24"/>
          <w:rtl/>
          <w:szCs w:val="32"/>
        </w:rPr>
        <w:t>אהוה</w:t>
      </w:r>
      <w:r>
        <w:rPr>
          <w:rFonts w:ascii="Georgia" w:hAnsi="Georgia"/>
          <w:b w:val="0"/>
          <w:i w:val="0"/>
          <w:color w:val="000000"/>
          <w:sz w:val="24"/>
        </w:rPr>
        <w:t xml:space="preserve"> = 17); а конечные буквы — </w:t>
      </w:r>
      <w:r>
        <w:rPr>
          <w:rFonts w:ascii="Georgia" w:hAnsi="Georgia"/>
          <w:b w:val="0"/>
          <w:i/>
          <w:color w:val="000000"/>
          <w:sz w:val="24"/>
        </w:rPr>
        <w:t>рахо</w:t>
      </w:r>
      <w:r>
        <w:rPr>
          <w:rFonts w:ascii="Georgia" w:hAnsi="Georgia"/>
          <w:b w:val="0"/>
          <w:i w:val="0"/>
          <w:color w:val="000000"/>
          <w:sz w:val="24"/>
        </w:rPr>
        <w:t xml:space="preserve"> (</w:t>
      </w:r>
      <w:r>
        <w:rPr>
          <w:rFonts w:ascii="Georgia" w:hAnsi="Georgia" w:cs="Times New Roman"/>
          <w:b/>
          <w:i w:val="0"/>
          <w:color w:val="000000"/>
          <w:sz w:val="24"/>
          <w:rtl/>
          <w:szCs w:val="32"/>
        </w:rPr>
        <w:t>רהו</w:t>
      </w:r>
      <w:r>
        <w:rPr>
          <w:rFonts w:ascii="Georgia" w:hAnsi="Georgia"/>
          <w:b w:val="0"/>
          <w:i w:val="0"/>
          <w:color w:val="000000"/>
          <w:sz w:val="24"/>
        </w:rPr>
        <w:t xml:space="preserve">), что по гематрии равно </w:t>
      </w:r>
      <w:r>
        <w:rPr>
          <w:rFonts w:ascii="Georgia" w:hAnsi="Georgia"/>
          <w:b w:val="0"/>
          <w:i/>
          <w:color w:val="000000"/>
          <w:sz w:val="24"/>
        </w:rPr>
        <w:t>Алеф-Ламэд</w:t>
      </w:r>
      <w:r>
        <w:rPr>
          <w:rFonts w:ascii="Georgia" w:hAnsi="Georgia"/>
          <w:b w:val="0"/>
          <w:i w:val="0"/>
          <w:color w:val="000000"/>
          <w:sz w:val="24"/>
        </w:rPr>
        <w:t xml:space="preserve"> [и] АВАЯ (</w:t>
      </w:r>
      <w:r>
        <w:rPr>
          <w:rFonts w:ascii="Georgia" w:hAnsi="Georgia" w:cs="Times New Roman"/>
          <w:b/>
          <w:i w:val="0"/>
          <w:color w:val="000000"/>
          <w:sz w:val="24"/>
          <w:rtl/>
          <w:szCs w:val="32"/>
        </w:rPr>
        <w:t>אלף למד יהוה</w:t>
      </w:r>
      <w:r>
        <w:rPr>
          <w:rFonts w:ascii="Georgia" w:hAnsi="Georgia"/>
          <w:b w:val="0"/>
          <w:i w:val="0"/>
          <w:color w:val="000000"/>
          <w:sz w:val="24"/>
        </w:rPr>
        <w:t xml:space="preserve"> = 211). [Затем:] </w:t>
      </w:r>
      <w:r>
        <w:rPr>
          <w:rFonts w:ascii="Georgia" w:hAnsi="Georgia"/>
          <w:b w:val="0"/>
          <w:i/>
          <w:color w:val="000000"/>
          <w:sz w:val="24"/>
        </w:rPr>
        <w:t>мамаль</w:t>
      </w:r>
      <w:r>
        <w:rPr>
          <w:rFonts w:ascii="Georgia" w:hAnsi="Georgia"/>
          <w:b w:val="0"/>
          <w:i w:val="0"/>
          <w:color w:val="000000"/>
          <w:sz w:val="24"/>
        </w:rPr>
        <w:t xml:space="preserve"> (</w:t>
      </w:r>
      <w:r>
        <w:rPr>
          <w:rFonts w:ascii="Georgia" w:hAnsi="Georgia" w:cs="Times New Roman"/>
          <w:b/>
          <w:i w:val="0"/>
          <w:color w:val="000000"/>
          <w:sz w:val="24"/>
          <w:rtl/>
          <w:szCs w:val="32"/>
        </w:rPr>
        <w:t>ממל</w:t>
      </w:r>
      <w:r>
        <w:rPr>
          <w:rFonts w:ascii="Georgia" w:hAnsi="Georgia"/>
          <w:b w:val="0"/>
          <w:i w:val="0"/>
          <w:color w:val="000000"/>
          <w:sz w:val="24"/>
        </w:rPr>
        <w:t>), МА и 65 (</w:t>
      </w:r>
      <w:r>
        <w:rPr>
          <w:rFonts w:ascii="Georgia" w:hAnsi="Georgia" w:cs="Times New Roman"/>
          <w:b/>
          <w:i w:val="0"/>
          <w:color w:val="000000"/>
          <w:sz w:val="24"/>
          <w:rtl/>
          <w:szCs w:val="32"/>
        </w:rPr>
        <w:t>מה וסה</w:t>
      </w:r>
      <w:r>
        <w:rPr>
          <w:rFonts w:ascii="Georgia" w:hAnsi="Georgia"/>
          <w:b w:val="0"/>
          <w:i w:val="0"/>
          <w:color w:val="000000"/>
          <w:sz w:val="24"/>
        </w:rPr>
        <w:t xml:space="preserve">), </w:t>
      </w:r>
      <w:r>
        <w:rPr>
          <w:rFonts w:ascii="Georgia" w:hAnsi="Georgia"/>
          <w:b w:val="0"/>
          <w:i/>
          <w:color w:val="000000"/>
          <w:sz w:val="24"/>
        </w:rPr>
        <w:t>ладар</w:t>
      </w:r>
      <w:r>
        <w:rPr>
          <w:rFonts w:ascii="Georgia" w:hAnsi="Georgia"/>
          <w:b w:val="0"/>
          <w:i w:val="0"/>
          <w:color w:val="000000"/>
          <w:sz w:val="24"/>
        </w:rPr>
        <w:t xml:space="preserve"> (</w:t>
      </w:r>
      <w:r>
        <w:rPr>
          <w:rFonts w:ascii="Georgia" w:hAnsi="Georgia" w:cs="Times New Roman"/>
          <w:b/>
          <w:i w:val="0"/>
          <w:color w:val="000000"/>
          <w:sz w:val="24"/>
          <w:rtl/>
          <w:szCs w:val="32"/>
        </w:rPr>
        <w:t>לדר</w:t>
      </w:r>
      <w:r>
        <w:rPr>
          <w:rFonts w:ascii="Georgia" w:hAnsi="Georgia"/>
          <w:b w:val="0"/>
          <w:i w:val="0"/>
          <w:color w:val="000000"/>
          <w:sz w:val="24"/>
        </w:rPr>
        <w:t>), [а также] АВАЯ и ЭЙЕ с наполнением буквами йод. «Ва-йдабер» [равно 222] — две буквы алеф из АВАЯ де-МА; «Ва-йдабер АВАЯ» — 248 (</w:t>
      </w:r>
      <w:r>
        <w:rPr>
          <w:rFonts w:ascii="Georgia" w:hAnsi="Georgia" w:cs="Times New Roman"/>
          <w:b/>
          <w:i w:val="0"/>
          <w:color w:val="000000"/>
          <w:sz w:val="24"/>
          <w:rtl/>
          <w:szCs w:val="32"/>
        </w:rPr>
        <w:t>רמ״ח</w:t>
      </w:r>
      <w:r>
        <w:rPr>
          <w:rFonts w:ascii="Georgia" w:hAnsi="Georgia"/>
          <w:b w:val="0"/>
          <w:i w:val="0"/>
          <w:color w:val="000000"/>
          <w:sz w:val="24"/>
        </w:rPr>
        <w:t>): 232 (</w:t>
      </w:r>
      <w:r>
        <w:rPr>
          <w:rFonts w:ascii="Georgia" w:hAnsi="Georgia" w:cs="Times New Roman"/>
          <w:b/>
          <w:i w:val="0"/>
          <w:color w:val="000000"/>
          <w:sz w:val="24"/>
          <w:rtl/>
          <w:szCs w:val="32"/>
        </w:rPr>
        <w:t>רל״ב</w:t>
      </w:r>
      <w:r>
        <w:rPr>
          <w:rFonts w:ascii="Georgia" w:hAnsi="Georgia"/>
          <w:b w:val="0"/>
          <w:i w:val="0"/>
          <w:color w:val="000000"/>
          <w:sz w:val="24"/>
        </w:rPr>
        <w:t>) [плюс] 16 букв в четырех АВАЯ; «элав» («к нему») — АВАЯ и ЭЙЕ [47]. «Ме-Охель моэд» («из шатра откровения») — четыре раза по 39 (</w:t>
      </w:r>
      <w:r>
        <w:rPr>
          <w:rFonts w:ascii="Georgia" w:hAnsi="Georgia" w:cs="Times New Roman"/>
          <w:b/>
          <w:i w:val="0"/>
          <w:color w:val="000000"/>
          <w:sz w:val="24"/>
          <w:rtl/>
          <w:szCs w:val="32"/>
        </w:rPr>
        <w:t>ט״ל</w:t>
      </w:r>
      <w:r>
        <w:rPr>
          <w:rFonts w:ascii="Georgia" w:hAnsi="Georgia"/>
          <w:b w:val="0"/>
          <w:i w:val="0"/>
          <w:color w:val="000000"/>
          <w:sz w:val="24"/>
        </w:rPr>
        <w:t xml:space="preserve">), [число букв] </w:t>
      </w:r>
      <w:r>
        <w:rPr>
          <w:rFonts w:ascii="Georgia" w:hAnsi="Georgia"/>
          <w:b w:val="0"/>
          <w:i/>
          <w:color w:val="000000"/>
          <w:sz w:val="24"/>
        </w:rPr>
        <w:t>Йод-Хэй-Вав</w:t>
      </w:r>
      <w:r>
        <w:rPr>
          <w:rFonts w:ascii="Georgia" w:hAnsi="Georgia"/>
          <w:b w:val="0"/>
          <w:i w:val="0"/>
          <w:color w:val="000000"/>
          <w:sz w:val="24"/>
        </w:rPr>
        <w:t xml:space="preserve"> с наполнением буквами алеф. «Лемор» («говоря») — 10 раз по 27 (</w:t>
      </w:r>
      <w:r>
        <w:rPr>
          <w:rFonts w:ascii="Georgia" w:hAnsi="Georgia" w:cs="Times New Roman"/>
          <w:b/>
          <w:i w:val="0"/>
          <w:color w:val="000000"/>
          <w:sz w:val="24"/>
          <w:rtl/>
          <w:szCs w:val="32"/>
        </w:rPr>
        <w:t>ז״ך</w:t>
      </w:r>
      <w:r>
        <w:rPr>
          <w:rFonts w:ascii="Georgia" w:hAnsi="Georgia"/>
          <w:b w:val="0"/>
          <w:i w:val="0"/>
          <w:color w:val="000000"/>
          <w:sz w:val="24"/>
        </w:rPr>
        <w:t xml:space="preserve">) букв полного наполнения (милуй де-милуй) имени ЭЙЕ с наполнением буквами йод. «Ва-йикра» («И воззвал») по гематрии равно имени ЭЛОКИМ с [наполнением] буквами йод [300] и имени ЭЙЕ [17, то есть АХВА], образующемуся из начальных букв слов </w:t>
      </w:r>
      <w:r>
        <w:rPr>
          <w:rFonts w:ascii="Georgia" w:hAnsi="Georgia"/>
          <w:b w:val="0"/>
          <w:i/>
          <w:color w:val="000000"/>
          <w:sz w:val="24"/>
        </w:rPr>
        <w:t>«эт а-шамаим ве-эт а-арец»</w:t>
      </w:r>
      <w:r>
        <w:rPr>
          <w:rFonts w:ascii="Georgia" w:hAnsi="Georgia"/>
          <w:b w:val="0"/>
          <w:i w:val="0"/>
          <w:color w:val="000000"/>
          <w:sz w:val="24"/>
        </w:rPr>
        <w:t xml:space="preserve"> (</w:t>
      </w:r>
      <w:r>
        <w:rPr>
          <w:rFonts w:ascii="Georgia" w:hAnsi="Georgia"/>
          <w:b w:val="0"/>
          <w:i/>
          <w:color w:val="000000"/>
          <w:sz w:val="24"/>
        </w:rPr>
        <w:t>«небо и землю»</w:t>
      </w:r>
      <w:r>
        <w:rPr>
          <w:rFonts w:ascii="Georgia" w:hAnsi="Georgia"/>
          <w:b w:val="0"/>
          <w:i w:val="0"/>
          <w:color w:val="000000"/>
          <w:sz w:val="24"/>
        </w:rPr>
        <w:t xml:space="preserve">). «Эль Моше» («К Моше»): вот, имя Моше по гематрии равно ЭЛЬ ШАДАЙ [345], а слово </w:t>
      </w:r>
      <w:r>
        <w:rPr>
          <w:rFonts w:ascii="Georgia" w:hAnsi="Georgia"/>
          <w:b w:val="0"/>
          <w:i/>
          <w:color w:val="000000"/>
          <w:sz w:val="24"/>
        </w:rPr>
        <w:t>Эль</w:t>
      </w:r>
      <w:r>
        <w:rPr>
          <w:rFonts w:ascii="Georgia" w:hAnsi="Georgia"/>
          <w:b w:val="0"/>
          <w:i w:val="0"/>
          <w:color w:val="000000"/>
          <w:sz w:val="24"/>
        </w:rPr>
        <w:t xml:space="preserve"> из стиха направь [в намерении] в полноте как </w:t>
      </w:r>
      <w:r>
        <w:rPr>
          <w:rFonts w:ascii="Georgia" w:hAnsi="Georgia"/>
          <w:b w:val="0"/>
          <w:i/>
          <w:color w:val="000000"/>
          <w:sz w:val="24"/>
        </w:rPr>
        <w:t>Алеф-Ламэд</w:t>
      </w:r>
      <w:r>
        <w:rPr>
          <w:rFonts w:ascii="Georgia" w:hAnsi="Georgia"/>
          <w:b w:val="0"/>
          <w:i w:val="0"/>
          <w:color w:val="000000"/>
          <w:sz w:val="24"/>
        </w:rPr>
        <w:t xml:space="preserve"> (</w:t>
      </w:r>
      <w:r>
        <w:rPr>
          <w:rFonts w:ascii="Georgia" w:hAnsi="Georgia" w:cs="Times New Roman"/>
          <w:b/>
          <w:i w:val="0"/>
          <w:color w:val="000000"/>
          <w:sz w:val="24"/>
          <w:rtl/>
          <w:szCs w:val="32"/>
        </w:rPr>
        <w:t>אל״ף למ״ד</w:t>
      </w:r>
      <w:r>
        <w:rPr>
          <w:rFonts w:ascii="Georgia" w:hAnsi="Georgia"/>
          <w:b w:val="0"/>
          <w:i w:val="0"/>
          <w:color w:val="000000"/>
          <w:sz w:val="24"/>
        </w:rPr>
        <w:t xml:space="preserve"> [= 185]), что вместе с [именем] ШАДАЙ [314] дает по гематрии ЦВАОТ [499]. А это — имена, образующиеся нотариконом из упомянутых начальных и конечных букв. Так нашел я в рукописной книге рава Давида Натофа, благословенной памяти; [пишет] переписчик Ицхак Кламаро, да сохранит его Всевышний и дарует жизнь).</w:t>
      </w:r>
    </w:p>
    <w:p>
      <w:pPr>
        <w:spacing w:before="40" w:after="120"/>
        <w:jc w:val="both"/>
      </w:pPr>
      <w:r>
        <w:rPr>
          <w:rFonts w:ascii="Georgia" w:hAnsi="Georgia"/>
          <w:b w:val="0"/>
          <w:i w:val="0"/>
          <w:color w:val="000000"/>
          <w:sz w:val="24"/>
        </w:rPr>
        <w:t xml:space="preserve">А это — имена, образующиеся нотариконом из упомянутых начальных и конечных букв: </w:t>
      </w:r>
      <w:r>
        <w:rPr>
          <w:rFonts w:ascii="Georgia" w:hAnsi="Georgia" w:cs="Times New Roman"/>
          <w:b/>
          <w:i w:val="0"/>
          <w:color w:val="000000"/>
          <w:sz w:val="24"/>
          <w:rtl/>
          <w:szCs w:val="32"/>
        </w:rPr>
        <w:t>ואם וְפְתְ אַזְוְ מְגָרֵ אלה אֶוִרְיַאְלָ לְמָאֹלִ הֶנְיאָלֵ ויאְ וְסְר יָלֵי אְגֶףָ רהו רִמִאְלֲ הָגְלָאָ וִפָיִ ממל מִלְכְיַאִלָ מִיְכָאֶלְ לְעֹןָ לדר לִמְךָ דְנַיֲאִלֵ רִפֵאֵלַ</w:t>
      </w:r>
      <w:r>
        <w:rPr>
          <w:rFonts w:ascii="Georgia" w:hAnsi="Georgia"/>
          <w:b w:val="0"/>
          <w:i w:val="0"/>
          <w:color w:val="000000"/>
          <w:sz w:val="24"/>
        </w:rPr>
        <w:t xml:space="preserve">. </w:t>
      </w:r>
      <w:r>
        <w:rPr>
          <w:rFonts w:ascii="Georgia" w:hAnsi="Georgia"/>
          <w:b w:val="0"/>
          <w:i/>
          <w:color w:val="000000"/>
          <w:sz w:val="24"/>
        </w:rPr>
        <w:t>«И вспомню Я завет Мой с Яаковом…»</w:t>
      </w:r>
      <w:r>
        <w:rPr>
          <w:rFonts w:ascii="Georgia" w:hAnsi="Georgia"/>
          <w:b w:val="0"/>
          <w:i w:val="0"/>
          <w:color w:val="000000"/>
          <w:sz w:val="24"/>
        </w:rPr>
        <w:t xml:space="preserve"> (Ваикра 26:42). </w:t>
      </w:r>
      <w:r>
        <w:rPr>
          <w:rFonts w:ascii="Georgia" w:hAnsi="Georgia"/>
          <w:b w:val="0"/>
          <w:i/>
          <w:color w:val="000000"/>
          <w:sz w:val="24"/>
        </w:rPr>
        <w:t>«…Даже эти могут забыть…»</w:t>
      </w:r>
      <w:r>
        <w:rPr>
          <w:rFonts w:ascii="Georgia" w:hAnsi="Georgia"/>
          <w:b w:val="0"/>
          <w:i w:val="0"/>
          <w:color w:val="000000"/>
          <w:sz w:val="24"/>
        </w:rPr>
        <w:t xml:space="preserve"> (Йешаяу 49:15). </w:t>
      </w:r>
      <w:r>
        <w:rPr>
          <w:rFonts w:ascii="Georgia" w:hAnsi="Georgia"/>
          <w:b w:val="0"/>
          <w:i/>
          <w:color w:val="000000"/>
          <w:sz w:val="24"/>
        </w:rPr>
        <w:t>«Удали от меня язву Твою…»</w:t>
      </w:r>
      <w:r>
        <w:rPr>
          <w:rFonts w:ascii="Georgia" w:hAnsi="Georgia"/>
          <w:b w:val="0"/>
          <w:i w:val="0"/>
          <w:color w:val="000000"/>
          <w:sz w:val="24"/>
        </w:rPr>
        <w:t xml:space="preserve"> (Теилим 39:11). </w:t>
      </w:r>
      <w:r>
        <w:rPr>
          <w:rFonts w:ascii="Georgia" w:hAnsi="Georgia"/>
          <w:b w:val="0"/>
          <w:i/>
          <w:color w:val="000000"/>
          <w:sz w:val="24"/>
        </w:rPr>
        <w:t>«Да приблизится мольба моя…»</w:t>
      </w:r>
      <w:r>
        <w:rPr>
          <w:rFonts w:ascii="Georgia" w:hAnsi="Georgia"/>
          <w:b w:val="0"/>
          <w:i w:val="0"/>
          <w:color w:val="000000"/>
          <w:sz w:val="24"/>
        </w:rPr>
        <w:t xml:space="preserve"> (Теилим 119:169). </w:t>
      </w:r>
      <w:r>
        <w:rPr>
          <w:rFonts w:ascii="Georgia" w:hAnsi="Georgia"/>
          <w:b w:val="0"/>
          <w:i/>
          <w:color w:val="000000"/>
          <w:sz w:val="24"/>
        </w:rPr>
        <w:t>«Светильник для ноги моей…»</w:t>
      </w:r>
      <w:r>
        <w:rPr>
          <w:rFonts w:ascii="Georgia" w:hAnsi="Georgia"/>
          <w:b w:val="0"/>
          <w:i w:val="0"/>
          <w:color w:val="000000"/>
          <w:sz w:val="24"/>
        </w:rPr>
        <w:t xml:space="preserve"> (Теилим 119:105).</w:t>
      </w:r>
    </w:p>
    <w:p>
      <w:pPr>
        <w:keepNext/>
        <w:spacing w:before="320" w:after="120"/>
      </w:pPr>
      <w:r>
        <w:rPr>
          <w:rFonts w:ascii="Georgia" w:hAnsi="Georgia"/>
          <w:b w:val="0"/>
          <w:i w:val="0"/>
          <w:color w:val="000000"/>
          <w:sz w:val="32"/>
        </w:rPr>
        <w:t>Ихуд 25</w:t>
      </w:r>
    </w:p>
    <w:p>
      <w:pPr>
        <w:spacing w:before="40" w:after="120"/>
        <w:jc w:val="both"/>
      </w:pPr>
      <w:r>
        <w:rPr>
          <w:rFonts w:ascii="Georgia" w:hAnsi="Georgia"/>
          <w:b w:val="0"/>
          <w:i w:val="0"/>
          <w:color w:val="000000"/>
          <w:sz w:val="24"/>
        </w:rPr>
        <w:t>[Оно] основано на имени Тафтафия (</w:t>
      </w:r>
      <w:r>
        <w:rPr>
          <w:rFonts w:ascii="Georgia" w:hAnsi="Georgia" w:cs="Times New Roman"/>
          <w:b/>
          <w:i w:val="0"/>
          <w:color w:val="000000"/>
          <w:sz w:val="24"/>
          <w:rtl/>
          <w:szCs w:val="32"/>
        </w:rPr>
        <w:t>טפטפיה</w:t>
      </w:r>
      <w:r>
        <w:rPr>
          <w:rFonts w:ascii="Georgia" w:hAnsi="Georgia"/>
          <w:b w:val="0"/>
          <w:i w:val="0"/>
          <w:color w:val="000000"/>
          <w:sz w:val="24"/>
        </w:rPr>
        <w:t>).</w:t>
      </w:r>
    </w:p>
    <w:p>
      <w:pPr>
        <w:spacing w:before="40" w:after="120"/>
        <w:jc w:val="both"/>
      </w:pPr>
      <w:r>
        <w:rPr>
          <w:rFonts w:ascii="Georgia" w:hAnsi="Georgia"/>
          <w:b w:val="0"/>
          <w:i w:val="0"/>
          <w:color w:val="000000"/>
          <w:sz w:val="24"/>
        </w:rPr>
        <w:t>[Примечание издателя: то есть 26 де-САГ вместе с [самим] САГ — вот первое [сочетание] тэт-пэй (</w:t>
      </w:r>
      <w:r>
        <w:rPr>
          <w:rFonts w:ascii="Georgia" w:hAnsi="Georgia" w:cs="Times New Roman"/>
          <w:b/>
          <w:i w:val="0"/>
          <w:color w:val="000000"/>
          <w:sz w:val="24"/>
          <w:rtl/>
          <w:szCs w:val="32"/>
        </w:rPr>
        <w:t>ט״פ</w:t>
      </w:r>
      <w:r>
        <w:rPr>
          <w:rFonts w:ascii="Georgia" w:hAnsi="Georgia"/>
          <w:b w:val="0"/>
          <w:i w:val="0"/>
          <w:color w:val="000000"/>
          <w:sz w:val="24"/>
        </w:rPr>
        <w:t xml:space="preserve"> = 89); а вслед за ним — 42 [буквы] де-МА с самим МА, что по гематрии составляет 87 (</w:t>
      </w:r>
      <w:r>
        <w:rPr>
          <w:rFonts w:ascii="Georgia" w:hAnsi="Georgia" w:cs="Times New Roman"/>
          <w:b/>
          <w:i w:val="0"/>
          <w:color w:val="000000"/>
          <w:sz w:val="24"/>
          <w:rtl/>
          <w:szCs w:val="32"/>
        </w:rPr>
        <w:t>פ״ז</w:t>
      </w:r>
      <w:r>
        <w:rPr>
          <w:rFonts w:ascii="Georgia" w:hAnsi="Georgia"/>
          <w:b w:val="0"/>
          <w:i w:val="0"/>
          <w:color w:val="000000"/>
          <w:sz w:val="24"/>
        </w:rPr>
        <w:t>), а с двумя коллелями — вот второе [сочетание] тэт-пэй (89). И направь намерение к Хохме, которая есть ЙА (</w:t>
      </w:r>
      <w:r>
        <w:rPr>
          <w:rFonts w:ascii="Georgia" w:hAnsi="Georgia" w:cs="Times New Roman"/>
          <w:b/>
          <w:i w:val="0"/>
          <w:color w:val="000000"/>
          <w:sz w:val="24"/>
          <w:rtl/>
          <w:szCs w:val="32"/>
        </w:rPr>
        <w:t>י״ה</w:t>
      </w:r>
      <w:r>
        <w:rPr>
          <w:rFonts w:ascii="Georgia" w:hAnsi="Georgia"/>
          <w:b w:val="0"/>
          <w:i w:val="0"/>
          <w:color w:val="000000"/>
          <w:sz w:val="24"/>
        </w:rPr>
        <w:t xml:space="preserve"> = 15), — и вот имя полно. Причем 42 [буквы] де-МА в Шахарит приходят снизу вверх, тогда как в Минху — сверху вниз. И об этом сказано по поводу [молитвы] Минха: «это противоположно первому». Получается, сказанное [ниже], что в Шахарит — САГ и МА, означает, как сказано выше: МА и 42, 26 и САГ. А сказанное [о наполнении] БОН с хэйин (</w:t>
      </w:r>
      <w:r>
        <w:rPr>
          <w:rFonts w:ascii="Georgia" w:hAnsi="Georgia" w:cs="Times New Roman"/>
          <w:b/>
          <w:i w:val="0"/>
          <w:color w:val="000000"/>
          <w:sz w:val="24"/>
          <w:rtl/>
          <w:szCs w:val="32"/>
        </w:rPr>
        <w:t>דההי״ן</w:t>
      </w:r>
      <w:r>
        <w:rPr>
          <w:rFonts w:ascii="Georgia" w:hAnsi="Georgia"/>
          <w:b w:val="0"/>
          <w:i w:val="0"/>
          <w:color w:val="000000"/>
          <w:sz w:val="24"/>
        </w:rPr>
        <w:t>), 36 и 26, относится к Минхе и Арвит, как я разъясню с Б-жьей помощью. Йосеф Давид (</w:t>
      </w:r>
      <w:r>
        <w:rPr>
          <w:rFonts w:ascii="Georgia" w:hAnsi="Georgia" w:cs="Times New Roman"/>
          <w:b/>
          <w:i w:val="0"/>
          <w:color w:val="000000"/>
          <w:sz w:val="24"/>
          <w:rtl/>
          <w:szCs w:val="32"/>
        </w:rPr>
        <w:t>יוס״ד</w:t>
      </w:r>
      <w:r>
        <w:rPr>
          <w:rFonts w:ascii="Georgia" w:hAnsi="Georgia"/>
          <w:b w:val="0"/>
          <w:i w:val="0"/>
          <w:color w:val="000000"/>
          <w:sz w:val="24"/>
        </w:rPr>
        <w:t>)].</w:t>
      </w:r>
    </w:p>
    <w:p>
      <w:pPr>
        <w:spacing w:before="40" w:after="120"/>
        <w:jc w:val="both"/>
      </w:pPr>
      <w:r>
        <w:rPr>
          <w:rFonts w:ascii="Georgia" w:hAnsi="Georgia"/>
          <w:b w:val="0"/>
          <w:i w:val="0"/>
          <w:color w:val="000000"/>
          <w:sz w:val="24"/>
        </w:rPr>
        <w:t>Тафтафия: АВАЯ наполнения БОН с хэйин. Буквы его простого [написания], его наполнения и наполнения его наполнения составляют 36:</w:t>
      </w:r>
    </w:p>
    <w:p>
      <w:pPr>
        <w:spacing w:before="40" w:after="120"/>
        <w:jc w:val="both"/>
      </w:pPr>
      <w:r>
        <w:rPr>
          <w:rFonts w:ascii="Georgia" w:hAnsi="Georgia"/>
          <w:b w:val="0"/>
          <w:i w:val="0"/>
          <w:color w:val="000000"/>
          <w:sz w:val="24"/>
        </w:rPr>
        <w:t>АВАЯ (</w:t>
      </w:r>
      <w:r>
        <w:rPr>
          <w:rFonts w:ascii="Georgia" w:hAnsi="Georgia" w:cs="Times New Roman"/>
          <w:b/>
          <w:i w:val="0"/>
          <w:color w:val="000000"/>
          <w:sz w:val="24"/>
          <w:rtl/>
          <w:szCs w:val="32"/>
        </w:rPr>
        <w:t>יהוה</w:t>
      </w:r>
      <w:r>
        <w:rPr>
          <w:rFonts w:ascii="Georgia" w:hAnsi="Georgia"/>
          <w:b w:val="0"/>
          <w:i w:val="0"/>
          <w:color w:val="000000"/>
          <w:sz w:val="24"/>
        </w:rPr>
        <w:t>):</w:t>
      </w:r>
    </w:p>
    <w:p>
      <w:pPr>
        <w:spacing w:before="40" w:after="120"/>
        <w:jc w:val="center"/>
      </w:pPr>
      <w:r>
        <w:rPr>
          <w:rFonts w:ascii="Georgia" w:hAnsi="Georgia" w:cs="Times New Roman"/>
          <w:b/>
          <w:i w:val="0"/>
          <w:color w:val="000000"/>
          <w:sz w:val="32"/>
          <w:rtl/>
          <w:szCs w:val="44"/>
        </w:rPr>
        <w:t>יוד הה וו הה</w:t>
      </w:r>
    </w:p>
    <w:p>
      <w:pPr>
        <w:spacing w:before="40" w:after="120"/>
        <w:jc w:val="both"/>
      </w:pPr>
      <w:r>
        <w:rPr>
          <w:rFonts w:ascii="Georgia" w:hAnsi="Georgia" w:cs="Times New Roman"/>
          <w:b/>
          <w:i w:val="0"/>
          <w:color w:val="000000"/>
          <w:sz w:val="24"/>
          <w:rtl/>
          <w:szCs w:val="32"/>
        </w:rPr>
        <w:t>יוד ואו דלת הא הא ואו ואו הא הא</w:t>
      </w:r>
      <w:r>
        <w:rPr>
          <w:rFonts w:ascii="Georgia" w:hAnsi="Georgia"/>
          <w:b w:val="0"/>
          <w:i w:val="0"/>
          <w:color w:val="000000"/>
          <w:sz w:val="24"/>
        </w:rPr>
        <w:t xml:space="preserve"> (в другом списке: </w:t>
      </w:r>
      <w:r>
        <w:rPr>
          <w:rFonts w:ascii="Georgia" w:hAnsi="Georgia" w:cs="Times New Roman"/>
          <w:b/>
          <w:i w:val="0"/>
          <w:color w:val="000000"/>
          <w:sz w:val="24"/>
          <w:rtl/>
          <w:szCs w:val="32"/>
        </w:rPr>
        <w:t>הה הה</w:t>
      </w:r>
      <w:r>
        <w:rPr>
          <w:rFonts w:ascii="Georgia" w:hAnsi="Georgia"/>
          <w:b w:val="0"/>
          <w:i w:val="0"/>
          <w:color w:val="000000"/>
          <w:sz w:val="24"/>
        </w:rPr>
        <w:t xml:space="preserve"> с хэйин).</w:t>
      </w:r>
    </w:p>
    <w:p>
      <w:pPr>
        <w:spacing w:before="40" w:after="120"/>
        <w:jc w:val="both"/>
      </w:pPr>
      <w:r>
        <w:rPr>
          <w:rFonts w:ascii="Georgia" w:hAnsi="Georgia"/>
          <w:b w:val="0"/>
          <w:i w:val="0"/>
          <w:color w:val="000000"/>
          <w:sz w:val="24"/>
        </w:rPr>
        <w:t>АВАЯ (</w:t>
      </w:r>
      <w:r>
        <w:rPr>
          <w:rFonts w:ascii="Georgia" w:hAnsi="Georgia" w:cs="Times New Roman"/>
          <w:b/>
          <w:i w:val="0"/>
          <w:color w:val="000000"/>
          <w:sz w:val="24"/>
          <w:rtl/>
          <w:szCs w:val="32"/>
        </w:rPr>
        <w:t>יהוה</w:t>
      </w:r>
      <w:r>
        <w:rPr>
          <w:rFonts w:ascii="Georgia" w:hAnsi="Georgia"/>
          <w:b w:val="0"/>
          <w:i w:val="0"/>
          <w:color w:val="000000"/>
          <w:sz w:val="24"/>
        </w:rPr>
        <w:t>):</w:t>
      </w:r>
    </w:p>
    <w:p>
      <w:pPr>
        <w:spacing w:before="40" w:after="120"/>
        <w:jc w:val="center"/>
      </w:pPr>
      <w:r>
        <w:rPr>
          <w:rFonts w:ascii="Georgia" w:hAnsi="Georgia" w:cs="Times New Roman"/>
          <w:b/>
          <w:i w:val="0"/>
          <w:color w:val="000000"/>
          <w:sz w:val="32"/>
          <w:rtl/>
          <w:szCs w:val="44"/>
        </w:rPr>
        <w:t>יוד הא ואו הא</w:t>
      </w:r>
    </w:p>
    <w:p>
      <w:pPr>
        <w:spacing w:before="40" w:after="120"/>
        <w:jc w:val="both"/>
      </w:pPr>
      <w:r>
        <w:rPr>
          <w:rFonts w:ascii="Georgia" w:hAnsi="Georgia" w:cs="Times New Roman"/>
          <w:b/>
          <w:i w:val="0"/>
          <w:color w:val="000000"/>
          <w:sz w:val="24"/>
          <w:rtl/>
          <w:szCs w:val="32"/>
        </w:rPr>
        <w:t>יוד ואו דלת הא אלף ואו אלף ואו הא אלף</w:t>
      </w:r>
      <w:r>
        <w:rPr>
          <w:rFonts w:ascii="Georgia" w:hAnsi="Georgia"/>
          <w:b w:val="0"/>
          <w:i w:val="0"/>
          <w:color w:val="000000"/>
          <w:sz w:val="24"/>
        </w:rPr>
        <w:t xml:space="preserve"> — МА и 42 [буквы] по гематрии составляют 87 (</w:t>
      </w:r>
      <w:r>
        <w:rPr>
          <w:rFonts w:ascii="Georgia" w:hAnsi="Georgia" w:cs="Times New Roman"/>
          <w:b/>
          <w:i w:val="0"/>
          <w:color w:val="000000"/>
          <w:sz w:val="24"/>
          <w:rtl/>
          <w:szCs w:val="32"/>
        </w:rPr>
        <w:t>פ״ז</w:t>
      </w:r>
      <w:r>
        <w:rPr>
          <w:rFonts w:ascii="Georgia" w:hAnsi="Georgia"/>
          <w:b w:val="0"/>
          <w:i w:val="0"/>
          <w:color w:val="000000"/>
          <w:sz w:val="24"/>
        </w:rPr>
        <w:t>).</w:t>
      </w:r>
    </w:p>
    <w:p>
      <w:pPr>
        <w:spacing w:before="40" w:after="120"/>
        <w:jc w:val="both"/>
      </w:pPr>
      <w:r>
        <w:rPr>
          <w:rFonts w:ascii="Georgia" w:hAnsi="Georgia"/>
          <w:b w:val="0"/>
          <w:i w:val="0"/>
          <w:color w:val="000000"/>
          <w:sz w:val="24"/>
        </w:rPr>
        <w:t>АВАЯ (</w:t>
      </w:r>
      <w:r>
        <w:rPr>
          <w:rFonts w:ascii="Georgia" w:hAnsi="Georgia" w:cs="Times New Roman"/>
          <w:b/>
          <w:i w:val="0"/>
          <w:color w:val="000000"/>
          <w:sz w:val="24"/>
          <w:rtl/>
          <w:szCs w:val="32"/>
        </w:rPr>
        <w:t>יהוה</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יוד הי ואו הי</w:t>
      </w:r>
      <w:r>
        <w:rPr>
          <w:rFonts w:ascii="Georgia" w:hAnsi="Georgia"/>
          <w:b w:val="0"/>
          <w:i w:val="0"/>
          <w:color w:val="000000"/>
          <w:sz w:val="24"/>
        </w:rPr>
        <w:t xml:space="preserve"> — 26 и 63.</w:t>
      </w:r>
    </w:p>
    <w:p>
      <w:pPr>
        <w:spacing w:before="40" w:after="120"/>
        <w:jc w:val="both"/>
      </w:pPr>
      <w:r>
        <w:rPr>
          <w:rFonts w:ascii="Georgia" w:hAnsi="Georgia"/>
          <w:b w:val="0"/>
          <w:i w:val="0"/>
          <w:color w:val="000000"/>
          <w:sz w:val="24"/>
        </w:rPr>
        <w:t>В Шахарит — САГ и МА, в Хохме — ЙА. В Минху — МА и БОН, в ХУБ — ЙА. В Арвит — САГ и БОН, в Хохме — ЙА. И вот его разъяснение:</w:t>
      </w:r>
    </w:p>
    <w:p>
      <w:pPr>
        <w:spacing w:before="40" w:after="120"/>
        <w:jc w:val="both"/>
      </w:pPr>
      <w:r>
        <w:rPr>
          <w:rFonts w:ascii="Georgia" w:hAnsi="Georgia"/>
          <w:b w:val="0"/>
          <w:i w:val="0"/>
          <w:color w:val="000000"/>
          <w:sz w:val="24"/>
        </w:rPr>
        <w:t>В Шахарит Тафтафия — в мысленном представлении:</w:t>
      </w:r>
    </w:p>
    <w:p>
      <w:pPr>
        <w:spacing w:before="40" w:after="120"/>
        <w:jc w:val="center"/>
      </w:pPr>
      <w:r>
        <w:rPr>
          <w:rFonts w:ascii="Georgia" w:hAnsi="Georgia" w:cs="Times New Roman"/>
          <w:b/>
          <w:i w:val="0"/>
          <w:color w:val="000000"/>
          <w:sz w:val="32"/>
          <w:rtl/>
          <w:szCs w:val="44"/>
        </w:rPr>
        <w:t>יוַֹדַ הַיַ וַאַוַ הַיֹ יֹהַוַהַ יַוַדַ וַאַוַ דֹלַתַ הַאֹ אֹלַףִ וַאַוֹ אַלַףַ וֹאֹוַ הִאַ אַלֹףַ יַוַדֹ הַאַ וַאֹוֹ הַאִ יֹהַוַהַ יֹוַדַ הַאַ וִאַוַ הֹאַ</w:t>
      </w:r>
    </w:p>
    <w:p>
      <w:pPr>
        <w:spacing w:before="40" w:after="120"/>
        <w:jc w:val="both"/>
      </w:pPr>
      <w:r>
        <w:rPr>
          <w:rFonts w:ascii="Georgia" w:hAnsi="Georgia"/>
          <w:b w:val="0"/>
          <w:i w:val="0"/>
          <w:color w:val="000000"/>
          <w:sz w:val="24"/>
        </w:rPr>
        <w:t>В Минху — чтение букв:</w:t>
      </w:r>
    </w:p>
    <w:p>
      <w:pPr>
        <w:spacing w:before="40" w:after="120"/>
        <w:jc w:val="both"/>
      </w:pPr>
      <w:r>
        <w:rPr>
          <w:rFonts w:ascii="Georgia" w:hAnsi="Georgia"/>
          <w:b w:val="0"/>
          <w:i w:val="0"/>
          <w:color w:val="000000"/>
          <w:sz w:val="24"/>
        </w:rPr>
        <w:t>[Примечание издателя: я нашел в книге покойного рава Йосефа Давида (</w:t>
      </w:r>
      <w:r>
        <w:rPr>
          <w:rFonts w:ascii="Georgia" w:hAnsi="Georgia" w:cs="Times New Roman"/>
          <w:b/>
          <w:i w:val="0"/>
          <w:color w:val="000000"/>
          <w:sz w:val="24"/>
          <w:rtl/>
          <w:szCs w:val="32"/>
        </w:rPr>
        <w:t>יוס״ד</w:t>
      </w:r>
      <w:r>
        <w:rPr>
          <w:rFonts w:ascii="Georgia" w:hAnsi="Georgia"/>
          <w:b w:val="0"/>
          <w:i w:val="0"/>
          <w:color w:val="000000"/>
          <w:sz w:val="24"/>
        </w:rPr>
        <w:t>) разъяснение: САГ и 26 — вот [первое] тэт-пэй (</w:t>
      </w:r>
      <w:r>
        <w:rPr>
          <w:rFonts w:ascii="Georgia" w:hAnsi="Georgia" w:cs="Times New Roman"/>
          <w:b/>
          <w:i w:val="0"/>
          <w:color w:val="000000"/>
          <w:sz w:val="24"/>
          <w:rtl/>
          <w:szCs w:val="32"/>
        </w:rPr>
        <w:t>ט״פ</w:t>
      </w:r>
      <w:r>
        <w:rPr>
          <w:rFonts w:ascii="Georgia" w:hAnsi="Georgia"/>
          <w:b w:val="0"/>
          <w:i w:val="0"/>
          <w:color w:val="000000"/>
          <w:sz w:val="24"/>
        </w:rPr>
        <w:t xml:space="preserve"> = 89); а затем 36 де-БОН с самим его БОН — вот второе тэт-пэй с [одним] коллелем; и в книге недостает [букв] ЙА (</w:t>
      </w:r>
      <w:r>
        <w:rPr>
          <w:rFonts w:ascii="Georgia" w:hAnsi="Georgia" w:cs="Times New Roman"/>
          <w:b/>
          <w:i w:val="0"/>
          <w:color w:val="000000"/>
          <w:sz w:val="24"/>
          <w:rtl/>
          <w:szCs w:val="32"/>
        </w:rPr>
        <w:t>י״ה</w:t>
      </w:r>
      <w:r>
        <w:rPr>
          <w:rFonts w:ascii="Georgia" w:hAnsi="Georgia"/>
          <w:b w:val="0"/>
          <w:i w:val="0"/>
          <w:color w:val="000000"/>
          <w:sz w:val="24"/>
        </w:rPr>
        <w:t>), завершающих упомянутое имя. До сих пор его слова].</w:t>
      </w:r>
    </w:p>
    <w:p>
      <w:pPr>
        <w:spacing w:before="40" w:after="120"/>
        <w:jc w:val="both"/>
      </w:pPr>
      <w:r>
        <w:rPr>
          <w:rFonts w:ascii="Georgia" w:hAnsi="Georgia"/>
          <w:b w:val="0"/>
          <w:i w:val="0"/>
          <w:color w:val="000000"/>
          <w:sz w:val="24"/>
        </w:rPr>
        <w:t>Тафтафия:</w:t>
      </w:r>
    </w:p>
    <w:p>
      <w:pPr>
        <w:spacing w:before="40" w:after="120"/>
        <w:jc w:val="both"/>
      </w:pPr>
      <w:r>
        <w:rPr>
          <w:rFonts w:ascii="Georgia" w:hAnsi="Georgia" w:cs="Times New Roman"/>
          <w:b/>
          <w:i w:val="0"/>
          <w:color w:val="000000"/>
          <w:sz w:val="24"/>
          <w:rtl/>
          <w:szCs w:val="32"/>
        </w:rPr>
        <w:t>יוֵֹדָ ואָוָ דַלֹתָ הֵאָ אָלָףֵ</w:t>
      </w:r>
      <w:r>
        <w:rPr>
          <w:rFonts w:ascii="Georgia" w:hAnsi="Georgia"/>
          <w:b w:val="0"/>
          <w:i w:val="0"/>
          <w:color w:val="000000"/>
          <w:sz w:val="24"/>
        </w:rPr>
        <w:t xml:space="preserve"> (Примечание издателя: в другом списке отсутствует: </w:t>
      </w:r>
      <w:r>
        <w:rPr>
          <w:rFonts w:ascii="Georgia" w:hAnsi="Georgia" w:cs="Times New Roman"/>
          <w:b/>
          <w:i w:val="0"/>
          <w:color w:val="000000"/>
          <w:sz w:val="24"/>
          <w:rtl/>
          <w:szCs w:val="32"/>
        </w:rPr>
        <w:t>וֵאו אָלָףָ וָאוָֹ הֵאָ אָלָףֵ</w:t>
      </w:r>
      <w:r>
        <w:rPr>
          <w:rFonts w:ascii="Georgia" w:hAnsi="Georgia"/>
          <w:b w:val="0"/>
          <w:i w:val="0"/>
          <w:color w:val="000000"/>
          <w:sz w:val="24"/>
        </w:rPr>
        <w:t>), и две буквы ЙА:</w:t>
      </w:r>
    </w:p>
    <w:p>
      <w:pPr>
        <w:spacing w:before="40" w:after="120"/>
        <w:jc w:val="center"/>
      </w:pPr>
      <w:r>
        <w:rPr>
          <w:rFonts w:ascii="Georgia" w:hAnsi="Georgia" w:cs="Times New Roman"/>
          <w:b/>
          <w:i w:val="0"/>
          <w:color w:val="000000"/>
          <w:sz w:val="32"/>
          <w:rtl/>
          <w:szCs w:val="44"/>
        </w:rPr>
        <w:t>יוָֹדָ הָֹא וָאָוָ הָאֵ</w:t>
      </w:r>
    </w:p>
    <w:p>
      <w:pPr>
        <w:spacing w:before="40" w:after="120"/>
        <w:jc w:val="center"/>
      </w:pPr>
      <w:r>
        <w:rPr>
          <w:rFonts w:ascii="Georgia" w:hAnsi="Georgia" w:cs="Times New Roman"/>
          <w:b/>
          <w:i w:val="0"/>
          <w:color w:val="000000"/>
          <w:sz w:val="32"/>
          <w:rtl/>
          <w:szCs w:val="44"/>
        </w:rPr>
        <w:t>יֹהָוָהֵ</w:t>
      </w:r>
    </w:p>
    <w:p>
      <w:pPr>
        <w:spacing w:before="40" w:after="120"/>
        <w:jc w:val="center"/>
      </w:pPr>
      <w:r>
        <w:rPr>
          <w:rFonts w:ascii="Georgia" w:hAnsi="Georgia" w:cs="Times New Roman"/>
          <w:b/>
          <w:i w:val="0"/>
          <w:color w:val="000000"/>
          <w:sz w:val="32"/>
          <w:rtl/>
          <w:szCs w:val="44"/>
        </w:rPr>
        <w:t>יֵוֵדֵ הֵא וֵאֵוֵ הֵאֵ</w:t>
      </w:r>
    </w:p>
    <w:p>
      <w:pPr>
        <w:spacing w:before="40" w:after="120"/>
        <w:jc w:val="both"/>
      </w:pPr>
      <w:r>
        <w:rPr>
          <w:rFonts w:ascii="Georgia" w:hAnsi="Georgia"/>
          <w:b w:val="0"/>
          <w:i w:val="0"/>
          <w:color w:val="000000"/>
          <w:sz w:val="24"/>
        </w:rPr>
        <w:t>Это имя противоположно первому:</w:t>
      </w:r>
    </w:p>
    <w:p>
      <w:pPr>
        <w:spacing w:before="40" w:after="120"/>
        <w:jc w:val="center"/>
      </w:pPr>
      <w:r>
        <w:rPr>
          <w:rFonts w:ascii="Georgia" w:hAnsi="Georgia" w:cs="Times New Roman"/>
          <w:b/>
          <w:i w:val="0"/>
          <w:color w:val="000000"/>
          <w:sz w:val="32"/>
          <w:rtl/>
          <w:szCs w:val="44"/>
        </w:rPr>
        <w:t>יֵוָדָ וָאֵו דֵלֵתֵ הֵאֹ הֹאָ וָאֹוָ וָאָוֹ הָאָ הָאָ יֵוָדָ הָהֵ וֵוֵ הֵהָ</w:t>
      </w:r>
    </w:p>
    <w:p>
      <w:pPr>
        <w:spacing w:before="40" w:after="120"/>
        <w:jc w:val="both"/>
      </w:pPr>
      <w:r>
        <w:rPr>
          <w:rFonts w:ascii="Georgia" w:hAnsi="Georgia"/>
          <w:b w:val="0"/>
          <w:i w:val="0"/>
          <w:color w:val="000000"/>
          <w:sz w:val="24"/>
        </w:rPr>
        <w:t>81 (</w:t>
      </w:r>
      <w:r>
        <w:rPr>
          <w:rFonts w:ascii="Georgia" w:hAnsi="Georgia" w:cs="Times New Roman"/>
          <w:b/>
          <w:i w:val="0"/>
          <w:color w:val="000000"/>
          <w:sz w:val="24"/>
          <w:rtl/>
          <w:szCs w:val="32"/>
        </w:rPr>
        <w:t>פ״א</w:t>
      </w:r>
      <w:r>
        <w:rPr>
          <w:rFonts w:ascii="Georgia" w:hAnsi="Georgia"/>
          <w:b w:val="0"/>
          <w:i w:val="0"/>
          <w:color w:val="000000"/>
          <w:sz w:val="24"/>
        </w:rPr>
        <w:t>), 85 (</w:t>
      </w:r>
      <w:r>
        <w:rPr>
          <w:rFonts w:ascii="Georgia" w:hAnsi="Georgia" w:cs="Times New Roman"/>
          <w:b/>
          <w:i w:val="0"/>
          <w:color w:val="000000"/>
          <w:sz w:val="24"/>
          <w:rtl/>
          <w:szCs w:val="32"/>
        </w:rPr>
        <w:t>פ״ה</w:t>
      </w:r>
      <w:r>
        <w:rPr>
          <w:rFonts w:ascii="Georgia" w:hAnsi="Georgia"/>
          <w:b w:val="0"/>
          <w:i w:val="0"/>
          <w:color w:val="000000"/>
          <w:sz w:val="24"/>
        </w:rPr>
        <w:t xml:space="preserve">), </w:t>
      </w:r>
      <w:r>
        <w:rPr>
          <w:rFonts w:ascii="Georgia" w:hAnsi="Georgia" w:cs="Times New Roman"/>
          <w:b/>
          <w:i w:val="0"/>
          <w:color w:val="000000"/>
          <w:sz w:val="24"/>
          <w:rtl/>
          <w:szCs w:val="32"/>
        </w:rPr>
        <w:t>יֹהָוָהֵ</w:t>
      </w:r>
      <w:r>
        <w:rPr>
          <w:rFonts w:ascii="Georgia" w:hAnsi="Georgia"/>
          <w:b w:val="0"/>
          <w:i w:val="0"/>
          <w:color w:val="000000"/>
          <w:sz w:val="24"/>
        </w:rPr>
        <w:t>, ЙА, [буква] тэт (</w:t>
      </w:r>
      <w:r>
        <w:rPr>
          <w:rFonts w:ascii="Georgia" w:hAnsi="Georgia" w:cs="Times New Roman"/>
          <w:b/>
          <w:i w:val="0"/>
          <w:color w:val="000000"/>
          <w:sz w:val="24"/>
          <w:rtl/>
          <w:szCs w:val="32"/>
        </w:rPr>
        <w:t>ט</w:t>
      </w:r>
      <w:r>
        <w:rPr>
          <w:rFonts w:ascii="Georgia" w:hAnsi="Georgia"/>
          <w:b w:val="0"/>
          <w:i w:val="0"/>
          <w:color w:val="000000"/>
          <w:sz w:val="24"/>
        </w:rPr>
        <w:t>):</w:t>
      </w:r>
    </w:p>
    <w:p>
      <w:pPr>
        <w:spacing w:before="40" w:after="120"/>
        <w:jc w:val="center"/>
      </w:pPr>
      <w:r>
        <w:rPr>
          <w:rFonts w:ascii="Georgia" w:hAnsi="Georgia" w:cs="Times New Roman"/>
          <w:b/>
          <w:i w:val="0"/>
          <w:color w:val="000000"/>
          <w:sz w:val="32"/>
          <w:rtl/>
          <w:szCs w:val="44"/>
        </w:rPr>
        <w:t>יֵוֹדָ הֹּהָ וָוָ ההָ</w:t>
      </w:r>
    </w:p>
    <w:p>
      <w:pPr>
        <w:spacing w:before="40" w:after="120"/>
        <w:jc w:val="both"/>
      </w:pPr>
      <w:r>
        <w:rPr>
          <w:rFonts w:ascii="Georgia" w:hAnsi="Georgia"/>
          <w:b w:val="0"/>
          <w:i w:val="0"/>
          <w:color w:val="000000"/>
          <w:sz w:val="24"/>
        </w:rPr>
        <w:t>В Арвит:</w:t>
      </w:r>
    </w:p>
    <w:p>
      <w:pPr>
        <w:spacing w:before="40" w:after="120"/>
        <w:jc w:val="both"/>
      </w:pPr>
      <w:r>
        <w:rPr>
          <w:rFonts w:ascii="Georgia" w:hAnsi="Georgia" w:cs="Times New Roman"/>
          <w:b/>
          <w:i w:val="0"/>
          <w:color w:val="000000"/>
          <w:sz w:val="24"/>
          <w:rtl/>
          <w:szCs w:val="32"/>
        </w:rPr>
        <w:t>יֵוֵדֵ הֵיֶ וָאָוָ הָיָ</w:t>
      </w:r>
      <w:r>
        <w:rPr>
          <w:rFonts w:ascii="Georgia" w:hAnsi="Georgia"/>
          <w:b w:val="0"/>
          <w:i w:val="0"/>
          <w:color w:val="000000"/>
          <w:sz w:val="24"/>
        </w:rPr>
        <w:t>, огласовки по гематрии составляют 190 (</w:t>
      </w:r>
      <w:r>
        <w:rPr>
          <w:rFonts w:ascii="Georgia" w:hAnsi="Georgia" w:cs="Times New Roman"/>
          <w:b/>
          <w:i w:val="0"/>
          <w:color w:val="000000"/>
          <w:sz w:val="24"/>
          <w:rtl/>
          <w:szCs w:val="32"/>
        </w:rPr>
        <w:t>ק״ץ</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יֱהֱוֱהֳ</w:t>
      </w:r>
      <w:r>
        <w:rPr>
          <w:rFonts w:ascii="Georgia" w:hAnsi="Georgia"/>
          <w:b w:val="0"/>
          <w:i w:val="0"/>
          <w:color w:val="000000"/>
          <w:sz w:val="24"/>
        </w:rPr>
        <w:t>, огласовки по гематрии составляют 186 (</w:t>
      </w:r>
      <w:r>
        <w:rPr>
          <w:rFonts w:ascii="Georgia" w:hAnsi="Georgia" w:cs="Times New Roman"/>
          <w:b/>
          <w:i w:val="0"/>
          <w:color w:val="000000"/>
          <w:sz w:val="24"/>
          <w:rtl/>
          <w:szCs w:val="32"/>
        </w:rPr>
        <w:t>קפ״ו</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יַוַדָ וַאַוָ דַלַתָ הָאַ הָאַ ואַוַָ וַאַוַָ הַאַ הַאַ</w:t>
      </w:r>
      <w:r>
        <w:rPr>
          <w:rFonts w:ascii="Georgia" w:hAnsi="Georgia"/>
          <w:b w:val="0"/>
          <w:i w:val="0"/>
          <w:color w:val="000000"/>
          <w:sz w:val="24"/>
        </w:rPr>
        <w:t xml:space="preserve"> — 192 (</w:t>
      </w:r>
      <w:r>
        <w:rPr>
          <w:rFonts w:ascii="Georgia" w:hAnsi="Georgia" w:cs="Times New Roman"/>
          <w:b/>
          <w:i w:val="0"/>
          <w:color w:val="000000"/>
          <w:sz w:val="24"/>
          <w:rtl/>
          <w:szCs w:val="32"/>
        </w:rPr>
        <w:t>קצ״ב</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יֹוֹדֹ הֹהֹ וֹוֹ הַֹ</w:t>
      </w:r>
      <w:r>
        <w:rPr>
          <w:rFonts w:ascii="Georgia" w:hAnsi="Georgia"/>
          <w:b w:val="0"/>
          <w:i w:val="0"/>
          <w:color w:val="000000"/>
          <w:sz w:val="24"/>
        </w:rPr>
        <w:t xml:space="preserve"> — 193 (</w:t>
      </w:r>
      <w:r>
        <w:rPr>
          <w:rFonts w:ascii="Georgia" w:hAnsi="Georgia" w:cs="Times New Roman"/>
          <w:b/>
          <w:i w:val="0"/>
          <w:color w:val="000000"/>
          <w:sz w:val="24"/>
          <w:rtl/>
          <w:szCs w:val="32"/>
        </w:rPr>
        <w:t>קצ״ג</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יֹהֹוֹהֹ</w:t>
      </w:r>
      <w:r>
        <w:rPr>
          <w:rFonts w:ascii="Georgia" w:hAnsi="Georgia"/>
          <w:b w:val="0"/>
          <w:i w:val="0"/>
          <w:color w:val="000000"/>
          <w:sz w:val="24"/>
        </w:rPr>
        <w:t xml:space="preserve"> — 190 (</w:t>
      </w:r>
      <w:r>
        <w:rPr>
          <w:rFonts w:ascii="Georgia" w:hAnsi="Georgia" w:cs="Times New Roman"/>
          <w:b/>
          <w:i w:val="0"/>
          <w:color w:val="000000"/>
          <w:sz w:val="24"/>
          <w:rtl/>
          <w:szCs w:val="32"/>
        </w:rPr>
        <w:t>ק״ץ</w:t>
      </w:r>
      <w:r>
        <w:rPr>
          <w:rFonts w:ascii="Georgia" w:hAnsi="Georgia"/>
          <w:b w:val="0"/>
          <w:i w:val="0"/>
          <w:color w:val="000000"/>
          <w:sz w:val="24"/>
        </w:rPr>
        <w:t xml:space="preserve">). </w:t>
      </w:r>
      <w:r>
        <w:rPr>
          <w:rFonts w:ascii="Georgia" w:hAnsi="Georgia" w:cs="Times New Roman"/>
          <w:b/>
          <w:i w:val="0"/>
          <w:color w:val="000000"/>
          <w:sz w:val="24"/>
          <w:rtl/>
          <w:szCs w:val="32"/>
        </w:rPr>
        <w:t>יֹוֹדֹ הֹהֹ וֹוֹ הֹהֹ</w:t>
      </w:r>
    </w:p>
    <w:p>
      <w:pPr>
        <w:spacing w:before="40" w:after="120"/>
        <w:jc w:val="both"/>
      </w:pPr>
      <w:r>
        <w:rPr>
          <w:rFonts w:ascii="Georgia" w:hAnsi="Georgia"/>
          <w:b w:val="0"/>
          <w:i w:val="0"/>
          <w:color w:val="000000"/>
          <w:sz w:val="24"/>
        </w:rPr>
        <w:t>(Примечание издателя: это толкование я нашел в рукописной книге, и вот ее слова: «И вот его разъяснение: ведь БОН и 36 с [одним] коллелем составляют по гематрии 89 (</w:t>
      </w:r>
      <w:r>
        <w:rPr>
          <w:rFonts w:ascii="Georgia" w:hAnsi="Georgia" w:cs="Times New Roman"/>
          <w:b/>
          <w:i w:val="0"/>
          <w:color w:val="000000"/>
          <w:sz w:val="24"/>
          <w:rtl/>
          <w:szCs w:val="32"/>
        </w:rPr>
        <w:t>ט״פ</w:t>
      </w:r>
      <w:r>
        <w:rPr>
          <w:rFonts w:ascii="Georgia" w:hAnsi="Georgia"/>
          <w:b w:val="0"/>
          <w:i w:val="0"/>
          <w:color w:val="000000"/>
          <w:sz w:val="24"/>
        </w:rPr>
        <w:t>), а МА и 42 с двумя коллелями составляют по гематрии 89, и [26 с] САГ [составляют 89] — итого трижды по 89, соответственно трем молитвам. И они соединяются друг с другом в каждой молитве. Как именно? В Шахарит — тэт-пэй де-САГ и т.д. вместе с тэт-пэй де-МА и 42, и с ЙА де-Хохма — вот [имя] Тафтафия. В Минху — тэт-пэй де-МА и 42 вместе с тэт-пэй де-БОН и 36, и с ЙА де-Хохма — вот [имя] Тафтафия. А поскольку в Минху нужно направлять намерение к ХУБ, необходимо добавить еще одно ЙА. И это то, на что он намекнул словами «85 (</w:t>
      </w:r>
      <w:r>
        <w:rPr>
          <w:rFonts w:ascii="Georgia" w:hAnsi="Georgia" w:cs="Times New Roman"/>
          <w:b/>
          <w:i w:val="0"/>
          <w:color w:val="000000"/>
          <w:sz w:val="24"/>
          <w:rtl/>
          <w:szCs w:val="32"/>
        </w:rPr>
        <w:t>פ״ה</w:t>
      </w:r>
      <w:r>
        <w:rPr>
          <w:rFonts w:ascii="Georgia" w:hAnsi="Georgia"/>
          <w:b w:val="0"/>
          <w:i w:val="0"/>
          <w:color w:val="000000"/>
          <w:sz w:val="24"/>
        </w:rPr>
        <w:t>), ЙА, тэт (</w:t>
      </w:r>
      <w:r>
        <w:rPr>
          <w:rFonts w:ascii="Georgia" w:hAnsi="Georgia" w:cs="Times New Roman"/>
          <w:b/>
          <w:i w:val="0"/>
          <w:color w:val="000000"/>
          <w:sz w:val="24"/>
          <w:rtl/>
          <w:szCs w:val="32"/>
        </w:rPr>
        <w:t>ט</w:t>
      </w:r>
      <w:r>
        <w:rPr>
          <w:rFonts w:ascii="Georgia" w:hAnsi="Georgia"/>
          <w:b w:val="0"/>
          <w:i w:val="0"/>
          <w:color w:val="000000"/>
          <w:sz w:val="24"/>
        </w:rPr>
        <w:t>)», то есть что здесь, в Минху, оба раза тэт-пэй без коллелей составляют 81 (</w:t>
      </w:r>
      <w:r>
        <w:rPr>
          <w:rFonts w:ascii="Georgia" w:hAnsi="Georgia" w:cs="Times New Roman"/>
          <w:b/>
          <w:i w:val="0"/>
          <w:color w:val="000000"/>
          <w:sz w:val="24"/>
          <w:rtl/>
          <w:szCs w:val="32"/>
        </w:rPr>
        <w:t>פ״א</w:t>
      </w:r>
      <w:r>
        <w:rPr>
          <w:rFonts w:ascii="Georgia" w:hAnsi="Georgia"/>
          <w:b w:val="0"/>
          <w:i w:val="0"/>
          <w:color w:val="000000"/>
          <w:sz w:val="24"/>
        </w:rPr>
        <w:t>) и 85, и [в них] есть избыток в 15 — по числу ЙА, а буква тэт намекает на 9 букв де-БОН; При этом буква тэт (</w:t>
      </w:r>
      <w:r>
        <w:rPr>
          <w:rFonts w:ascii="Georgia" w:hAnsi="Georgia" w:cs="Times New Roman"/>
          <w:b/>
          <w:i w:val="0"/>
          <w:color w:val="000000"/>
          <w:sz w:val="24"/>
          <w:rtl/>
          <w:szCs w:val="32"/>
        </w:rPr>
        <w:t>ט</w:t>
      </w:r>
      <w:r>
        <w:rPr>
          <w:rFonts w:ascii="Georgia" w:hAnsi="Georgia"/>
          <w:b w:val="0"/>
          <w:i w:val="0"/>
          <w:color w:val="000000"/>
          <w:sz w:val="24"/>
        </w:rPr>
        <w:t>) служит для обоих, и образуется полное имя Тафтафия (</w:t>
      </w:r>
      <w:r>
        <w:rPr>
          <w:rFonts w:ascii="Georgia" w:hAnsi="Georgia" w:cs="Times New Roman"/>
          <w:b/>
          <w:i w:val="0"/>
          <w:color w:val="000000"/>
          <w:sz w:val="24"/>
          <w:rtl/>
          <w:szCs w:val="32"/>
        </w:rPr>
        <w:t>טפטפי״ה</w:t>
      </w:r>
      <w:r>
        <w:rPr>
          <w:rFonts w:ascii="Georgia" w:hAnsi="Georgia"/>
          <w:b w:val="0"/>
          <w:i w:val="0"/>
          <w:color w:val="000000"/>
          <w:sz w:val="24"/>
        </w:rPr>
        <w:t>). Однако ЙА в Шахарит — исключительно в мысленном представлении, без произнесения вслух, в отличие от Минхи [где буквы произносятся]. А сказанное: «это имя противоположно первому», относится к 36 [буквам] де-БОН, ведь в начале единения он написал две буквы хэй в наполнении наполнения через буквы хэй (</w:t>
      </w:r>
      <w:r>
        <w:rPr>
          <w:rFonts w:ascii="Georgia" w:hAnsi="Georgia" w:cs="Times New Roman"/>
          <w:b/>
          <w:i w:val="0"/>
          <w:color w:val="000000"/>
          <w:sz w:val="24"/>
          <w:rtl/>
          <w:szCs w:val="32"/>
        </w:rPr>
        <w:t>בההי״ן</w:t>
      </w:r>
      <w:r>
        <w:rPr>
          <w:rFonts w:ascii="Georgia" w:hAnsi="Georgia"/>
          <w:b w:val="0"/>
          <w:i w:val="0"/>
          <w:color w:val="000000"/>
          <w:sz w:val="24"/>
        </w:rPr>
        <w:t>), а здесь написал их через алеф (</w:t>
      </w:r>
      <w:r>
        <w:rPr>
          <w:rFonts w:ascii="Georgia" w:hAnsi="Georgia" w:cs="Times New Roman"/>
          <w:b/>
          <w:i w:val="0"/>
          <w:color w:val="000000"/>
          <w:sz w:val="24"/>
          <w:rtl/>
          <w:szCs w:val="32"/>
        </w:rPr>
        <w:t>באלפי״ן</w:t>
      </w:r>
      <w:r>
        <w:rPr>
          <w:rFonts w:ascii="Georgia" w:hAnsi="Georgia"/>
          <w:b w:val="0"/>
          <w:i w:val="0"/>
          <w:color w:val="000000"/>
          <w:sz w:val="24"/>
        </w:rPr>
        <w:t>). В Арвит же — тэт-пэй де-САГ и т.д. вместе с тэт-пэй де-БОН и 36, и с ЙА де-Хохма — вот [имя] Тафтафия. Порядок же всех имен — снизу вверх, то есть начинают с наполнения наполнения, затем [переходят к] наполнению, а затем — к простому [написанию]. И в Минху он начал с двух букв ЙА в наполнении наполнения, а остаток имени [в рукописи] отсутствует. И это ясно мне, как представляется на мой взгляд, из рукописи мудреца Давида Натафа, благословенной памяти»).</w:t>
      </w:r>
    </w:p>
    <w:p>
      <w:r>
        <w:br w:type="page"/>
      </w:r>
    </w:p>
    <w:p>
      <w:pPr>
        <w:keepNext/>
        <w:spacing w:before="360" w:after="160"/>
        <w:jc w:val="center"/>
      </w:pPr>
      <w:r>
        <w:rPr>
          <w:rFonts w:ascii="Georgia" w:hAnsi="Georgia"/>
          <w:b w:val="0"/>
          <w:i w:val="0"/>
          <w:color w:val="000000"/>
          <w:sz w:val="40"/>
        </w:rPr>
        <w:t>Ихудим, которые Учитель передал другим</w:t>
      </w:r>
    </w:p>
    <w:p>
      <w:pPr>
        <w:spacing w:before="40" w:after="120"/>
        <w:jc w:val="both"/>
      </w:pPr>
      <w:r>
        <w:rPr>
          <w:rFonts w:ascii="Georgia" w:hAnsi="Georgia"/>
          <w:b w:val="0"/>
          <w:i w:val="0"/>
          <w:color w:val="000000"/>
          <w:sz w:val="24"/>
        </w:rPr>
        <w:t>Говорит пишущий, Хаим: а это — ихудим (единения), которые [Учитель] передал другим, помимо меня, согласно корню их душ. [Это передано] рабби Й. Арзину, благословенной памяти: отсюда и до конца книги — [ихудим] для других, как написал он сам.</w:t>
      </w:r>
    </w:p>
    <w:p>
      <w:pPr>
        <w:spacing w:before="40" w:after="120"/>
        <w:jc w:val="both"/>
      </w:pPr>
      <w:r>
        <w:rPr>
          <w:rFonts w:ascii="Georgia" w:hAnsi="Georgia"/>
          <w:b w:val="0"/>
          <w:i w:val="0"/>
          <w:color w:val="000000"/>
          <w:sz w:val="24"/>
        </w:rPr>
        <w:t>Единение (</w:t>
      </w:r>
      <w:r>
        <w:rPr>
          <w:rFonts w:ascii="Georgia" w:hAnsi="Georgia"/>
          <w:b w:val="0"/>
          <w:i/>
          <w:color w:val="000000"/>
          <w:sz w:val="24"/>
        </w:rPr>
        <w:t>ихуд</w:t>
      </w:r>
      <w:r>
        <w:rPr>
          <w:rFonts w:ascii="Georgia" w:hAnsi="Georgia"/>
          <w:b w:val="0"/>
          <w:i w:val="0"/>
          <w:color w:val="000000"/>
          <w:sz w:val="24"/>
        </w:rPr>
        <w:t xml:space="preserve">) 1: рав Ханина Саба. В [благословении] «Авот» — сочетание букв </w:t>
      </w:r>
      <w:r>
        <w:rPr>
          <w:rFonts w:ascii="Georgia" w:hAnsi="Georgia"/>
          <w:b w:val="0"/>
          <w:i/>
          <w:color w:val="000000"/>
          <w:sz w:val="24"/>
        </w:rPr>
        <w:t>ах</w:t>
      </w:r>
      <w:r>
        <w:rPr>
          <w:rFonts w:ascii="Georgia" w:hAnsi="Georgia"/>
          <w:b w:val="0"/>
          <w:i w:val="0"/>
          <w:color w:val="000000"/>
          <w:sz w:val="24"/>
        </w:rPr>
        <w:t xml:space="preserve"> (</w:t>
      </w:r>
      <w:r>
        <w:rPr>
          <w:rFonts w:ascii="Georgia" w:hAnsi="Georgia" w:cs="Times New Roman"/>
          <w:b/>
          <w:i w:val="0"/>
          <w:color w:val="000000"/>
          <w:sz w:val="24"/>
          <w:rtl/>
          <w:szCs w:val="32"/>
        </w:rPr>
        <w:t>אָךַ</w:t>
      </w:r>
      <w:r>
        <w:rPr>
          <w:rFonts w:ascii="Georgia" w:hAnsi="Georgia"/>
          <w:b w:val="0"/>
          <w:i w:val="0"/>
          <w:color w:val="000000"/>
          <w:sz w:val="24"/>
        </w:rPr>
        <w:t>), АВАЯ (</w:t>
      </w:r>
      <w:r>
        <w:rPr>
          <w:rFonts w:ascii="Georgia" w:hAnsi="Georgia" w:cs="Times New Roman"/>
          <w:b/>
          <w:i w:val="0"/>
          <w:color w:val="000000"/>
          <w:sz w:val="24"/>
          <w:rtl/>
          <w:szCs w:val="32"/>
        </w:rPr>
        <w:t>יהוה</w:t>
      </w:r>
      <w:r>
        <w:rPr>
          <w:rFonts w:ascii="Georgia" w:hAnsi="Georgia"/>
          <w:b w:val="0"/>
          <w:i w:val="0"/>
          <w:color w:val="000000"/>
          <w:sz w:val="24"/>
        </w:rPr>
        <w:t>), ЭЙЕ (</w:t>
      </w:r>
      <w:r>
        <w:rPr>
          <w:rFonts w:ascii="Georgia" w:hAnsi="Georgia" w:cs="Times New Roman"/>
          <w:b/>
          <w:i w:val="0"/>
          <w:color w:val="000000"/>
          <w:sz w:val="24"/>
          <w:rtl/>
          <w:szCs w:val="32"/>
        </w:rPr>
        <w:t>אהיה</w:t>
      </w:r>
      <w:r>
        <w:rPr>
          <w:rFonts w:ascii="Georgia" w:hAnsi="Georgia"/>
          <w:b w:val="0"/>
          <w:i w:val="0"/>
          <w:color w:val="000000"/>
          <w:sz w:val="24"/>
        </w:rPr>
        <w:t xml:space="preserve">). В [благословении] «Гвурот» — огласованное Имя </w:t>
      </w:r>
      <w:r>
        <w:rPr>
          <w:rFonts w:ascii="Georgia" w:hAnsi="Georgia"/>
          <w:b w:val="0"/>
          <w:i/>
          <w:color w:val="000000"/>
          <w:sz w:val="24"/>
        </w:rPr>
        <w:t>Эхайаха</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[а затем] ЭЙЕ, АВАЯ, ЭЙЕ. В «Кдушат а-Шем» — буквы </w:t>
      </w:r>
      <w:r>
        <w:rPr>
          <w:rFonts w:ascii="Georgia" w:hAnsi="Georgia"/>
          <w:b w:val="0"/>
          <w:i/>
          <w:color w:val="000000"/>
          <w:sz w:val="24"/>
        </w:rPr>
        <w:t>ва-ва-ва</w:t>
      </w:r>
      <w:r>
        <w:rPr>
          <w:rFonts w:ascii="Georgia" w:hAnsi="Georgia"/>
          <w:b w:val="0"/>
          <w:i w:val="0"/>
          <w:color w:val="000000"/>
          <w:sz w:val="24"/>
        </w:rPr>
        <w:t xml:space="preserve"> (</w:t>
      </w:r>
      <w:r>
        <w:rPr>
          <w:rFonts w:ascii="Georgia" w:hAnsi="Georgia" w:cs="Times New Roman"/>
          <w:b/>
          <w:i w:val="0"/>
          <w:color w:val="000000"/>
          <w:sz w:val="24"/>
          <w:rtl/>
          <w:szCs w:val="32"/>
        </w:rPr>
        <w:t>וָוָוָ</w:t>
      </w:r>
      <w:r>
        <w:rPr>
          <w:rFonts w:ascii="Georgia" w:hAnsi="Georgia"/>
          <w:b w:val="0"/>
          <w:i w:val="0"/>
          <w:color w:val="000000"/>
          <w:sz w:val="24"/>
        </w:rPr>
        <w:t xml:space="preserve">), сочетание </w:t>
      </w:r>
      <w:r>
        <w:rPr>
          <w:rFonts w:ascii="Georgia" w:hAnsi="Georgia"/>
          <w:b w:val="0"/>
          <w:i/>
          <w:color w:val="000000"/>
          <w:sz w:val="24"/>
        </w:rPr>
        <w:t>йа-на-йи</w:t>
      </w:r>
      <w:r>
        <w:rPr>
          <w:rFonts w:ascii="Georgia" w:hAnsi="Georgia"/>
          <w:b w:val="0"/>
          <w:i w:val="0"/>
          <w:color w:val="000000"/>
          <w:sz w:val="24"/>
        </w:rPr>
        <w:t xml:space="preserve"> (</w:t>
      </w:r>
      <w:r>
        <w:rPr>
          <w:rFonts w:ascii="Georgia" w:hAnsi="Georgia" w:cs="Times New Roman"/>
          <w:b/>
          <w:i w:val="0"/>
          <w:color w:val="000000"/>
          <w:sz w:val="24"/>
          <w:rtl/>
          <w:szCs w:val="32"/>
        </w:rPr>
        <w:t>יָנָיִ</w:t>
      </w:r>
      <w:r>
        <w:rPr>
          <w:rFonts w:ascii="Georgia" w:hAnsi="Georgia"/>
          <w:b w:val="0"/>
          <w:i w:val="0"/>
          <w:color w:val="000000"/>
          <w:sz w:val="24"/>
        </w:rPr>
        <w:t>), ЭЛЬ (</w:t>
      </w:r>
      <w:r>
        <w:rPr>
          <w:rFonts w:ascii="Georgia" w:hAnsi="Georgia" w:cs="Times New Roman"/>
          <w:b/>
          <w:i w:val="0"/>
          <w:color w:val="000000"/>
          <w:sz w:val="24"/>
          <w:rtl/>
          <w:szCs w:val="32"/>
        </w:rPr>
        <w:t>אל</w:t>
      </w:r>
      <w:r>
        <w:rPr>
          <w:rFonts w:ascii="Georgia" w:hAnsi="Georgia"/>
          <w:b w:val="0"/>
          <w:i w:val="0"/>
          <w:color w:val="000000"/>
          <w:sz w:val="24"/>
        </w:rPr>
        <w:t>), АДОНАЙ (</w:t>
      </w:r>
      <w:r>
        <w:rPr>
          <w:rFonts w:ascii="Georgia" w:hAnsi="Georgia" w:cs="Times New Roman"/>
          <w:b/>
          <w:i w:val="0"/>
          <w:color w:val="000000"/>
          <w:sz w:val="24"/>
          <w:rtl/>
          <w:szCs w:val="32"/>
        </w:rPr>
        <w:t>אדני</w:t>
      </w:r>
      <w:r>
        <w:rPr>
          <w:rFonts w:ascii="Georgia" w:hAnsi="Georgia"/>
          <w:b w:val="0"/>
          <w:i w:val="0"/>
          <w:color w:val="000000"/>
          <w:sz w:val="24"/>
        </w:rPr>
        <w:t xml:space="preserve">). В завершении «Кдушат а-Шем» — буквенный ряд </w:t>
      </w:r>
      <w:r>
        <w:rPr>
          <w:rFonts w:ascii="Georgia" w:hAnsi="Georgia"/>
          <w:b w:val="0"/>
          <w:i/>
          <w:color w:val="000000"/>
          <w:sz w:val="24"/>
        </w:rPr>
        <w:t>о</w:t>
      </w:r>
      <w:r>
        <w:rPr>
          <w:rFonts w:ascii="Georgia" w:hAnsi="Georgia"/>
          <w:b w:val="0"/>
          <w:i w:val="0"/>
          <w:color w:val="000000"/>
          <w:sz w:val="24"/>
        </w:rPr>
        <w:t xml:space="preserve">, </w:t>
      </w:r>
      <w:r>
        <w:rPr>
          <w:rFonts w:ascii="Georgia" w:hAnsi="Georgia"/>
          <w:b w:val="0"/>
          <w:i/>
          <w:color w:val="000000"/>
          <w:sz w:val="24"/>
        </w:rPr>
        <w:t>ахи</w:t>
      </w:r>
      <w:r>
        <w:rPr>
          <w:rFonts w:ascii="Georgia" w:hAnsi="Georgia"/>
          <w:b w:val="0"/>
          <w:i w:val="0"/>
          <w:color w:val="000000"/>
          <w:sz w:val="24"/>
        </w:rPr>
        <w:t xml:space="preserve">, </w:t>
      </w:r>
      <w:r>
        <w:rPr>
          <w:rFonts w:ascii="Georgia" w:hAnsi="Georgia"/>
          <w:b w:val="0"/>
          <w:i/>
          <w:color w:val="000000"/>
          <w:sz w:val="24"/>
        </w:rPr>
        <w:t>ахайа</w:t>
      </w:r>
      <w:r>
        <w:rPr>
          <w:rFonts w:ascii="Georgia" w:hAnsi="Georgia"/>
          <w:b w:val="0"/>
          <w:i w:val="0"/>
          <w:color w:val="000000"/>
          <w:sz w:val="24"/>
        </w:rPr>
        <w:t xml:space="preserve">, </w:t>
      </w:r>
      <w:r>
        <w:rPr>
          <w:rFonts w:ascii="Georgia" w:hAnsi="Georgia"/>
          <w:b w:val="0"/>
          <w:i/>
          <w:color w:val="000000"/>
          <w:sz w:val="24"/>
        </w:rPr>
        <w:t>охайиха</w:t>
      </w:r>
      <w:r>
        <w:rPr>
          <w:rFonts w:ascii="Georgia" w:hAnsi="Georgia"/>
          <w:b w:val="0"/>
          <w:i w:val="0"/>
          <w:color w:val="000000"/>
          <w:sz w:val="24"/>
        </w:rPr>
        <w:t xml:space="preserve"> (</w:t>
      </w:r>
      <w:r>
        <w:rPr>
          <w:rFonts w:ascii="Georgia" w:hAnsi="Georgia" w:cs="Times New Roman"/>
          <w:b/>
          <w:i w:val="0"/>
          <w:color w:val="000000"/>
          <w:sz w:val="24"/>
          <w:rtl/>
          <w:szCs w:val="32"/>
        </w:rPr>
        <w:t>אֹ אַהִ אַהַיַ אֹהַיִהַ</w:t>
      </w:r>
      <w:r>
        <w:rPr>
          <w:rFonts w:ascii="Georgia" w:hAnsi="Georgia"/>
          <w:b w:val="0"/>
          <w:i w:val="0"/>
          <w:color w:val="000000"/>
          <w:sz w:val="24"/>
        </w:rPr>
        <w:t>), наполнение АБ (72) (</w:t>
      </w:r>
      <w:r>
        <w:rPr>
          <w:rFonts w:ascii="Georgia" w:hAnsi="Georgia" w:cs="Times New Roman"/>
          <w:b/>
          <w:i w:val="0"/>
          <w:color w:val="000000"/>
          <w:sz w:val="24"/>
          <w:rtl/>
          <w:szCs w:val="32"/>
        </w:rPr>
        <w:t>יוד הי ויו הי</w:t>
      </w:r>
      <w:r>
        <w:rPr>
          <w:rFonts w:ascii="Georgia" w:hAnsi="Georgia"/>
          <w:b w:val="0"/>
          <w:i w:val="0"/>
          <w:color w:val="000000"/>
          <w:sz w:val="24"/>
        </w:rPr>
        <w:t>), АВАЯ. В молитве Арвит: в [благословении] «Авот» — число 600 (</w:t>
      </w:r>
      <w:r>
        <w:rPr>
          <w:rFonts w:ascii="Georgia" w:hAnsi="Georgia" w:cs="Times New Roman"/>
          <w:b/>
          <w:i w:val="0"/>
          <w:color w:val="000000"/>
          <w:sz w:val="24"/>
          <w:rtl/>
          <w:szCs w:val="32"/>
        </w:rPr>
        <w:t>ת״ר</w:t>
      </w:r>
      <w:r>
        <w:rPr>
          <w:rFonts w:ascii="Georgia" w:hAnsi="Georgia"/>
          <w:b w:val="0"/>
          <w:i w:val="0"/>
          <w:color w:val="000000"/>
          <w:sz w:val="24"/>
        </w:rPr>
        <w:t xml:space="preserve">): сочетания </w:t>
      </w:r>
      <w:r>
        <w:rPr>
          <w:rFonts w:ascii="Georgia" w:hAnsi="Georgia" w:cs="Times New Roman"/>
          <w:b/>
          <w:i w:val="0"/>
          <w:color w:val="000000"/>
          <w:sz w:val="24"/>
          <w:rtl/>
          <w:szCs w:val="32"/>
        </w:rPr>
        <w:t>מָצֹפָץֵ</w:t>
      </w:r>
      <w:r>
        <w:rPr>
          <w:rFonts w:ascii="Georgia" w:hAnsi="Georgia"/>
          <w:b w:val="0"/>
          <w:i w:val="0"/>
          <w:color w:val="000000"/>
          <w:sz w:val="24"/>
        </w:rPr>
        <w:t xml:space="preserve"> и </w:t>
      </w:r>
      <w:r>
        <w:rPr>
          <w:rFonts w:ascii="Georgia" w:hAnsi="Georgia" w:cs="Times New Roman"/>
          <w:b/>
          <w:i w:val="0"/>
          <w:color w:val="000000"/>
          <w:sz w:val="24"/>
          <w:rtl/>
          <w:szCs w:val="32"/>
        </w:rPr>
        <w:t>מֹצִפָץֹ</w:t>
      </w:r>
      <w:r>
        <w:rPr>
          <w:rFonts w:ascii="Georgia" w:hAnsi="Georgia"/>
          <w:b w:val="0"/>
          <w:i w:val="0"/>
          <w:color w:val="000000"/>
          <w:sz w:val="24"/>
        </w:rPr>
        <w:t>; в [благословении] «Гвурот» — буквы Имени ЭЛОКИМ: алеф, ламэд, хэй, йод, мэм (</w:t>
      </w:r>
      <w:r>
        <w:rPr>
          <w:rFonts w:ascii="Georgia" w:hAnsi="Georgia" w:cs="Times New Roman"/>
          <w:b/>
          <w:i w:val="0"/>
          <w:color w:val="000000"/>
          <w:sz w:val="24"/>
          <w:rtl/>
          <w:szCs w:val="32"/>
        </w:rPr>
        <w:t>אֹלָףָ לָמֹדָ היָ יָוִדֹ מֹםֹ</w:t>
      </w:r>
      <w:r>
        <w:rPr>
          <w:rFonts w:ascii="Georgia" w:hAnsi="Georgia"/>
          <w:b w:val="0"/>
          <w:i w:val="0"/>
          <w:color w:val="000000"/>
          <w:sz w:val="24"/>
        </w:rPr>
        <w:t>), и во второй раз: алеф, ламэд, хэй, йод, мэм (</w:t>
      </w:r>
      <w:r>
        <w:rPr>
          <w:rFonts w:ascii="Georgia" w:hAnsi="Georgia" w:cs="Times New Roman"/>
          <w:b/>
          <w:i w:val="0"/>
          <w:color w:val="000000"/>
          <w:sz w:val="24"/>
          <w:rtl/>
          <w:szCs w:val="32"/>
        </w:rPr>
        <w:t>אָלָףָ לֹמָדֹ הָיָ יוִֹד מֹםָ</w:t>
      </w:r>
      <w:r>
        <w:rPr>
          <w:rFonts w:ascii="Georgia" w:hAnsi="Georgia"/>
          <w:b w:val="0"/>
          <w:i w:val="0"/>
          <w:color w:val="000000"/>
          <w:sz w:val="24"/>
        </w:rPr>
        <w:t>); в «Кдушат а-Шем» — буквы рэйш, вав, бэт (</w:t>
      </w:r>
      <w:r>
        <w:rPr>
          <w:rFonts w:ascii="Georgia" w:hAnsi="Georgia" w:cs="Times New Roman"/>
          <w:b/>
          <w:i w:val="0"/>
          <w:color w:val="000000"/>
          <w:sz w:val="24"/>
          <w:rtl/>
          <w:szCs w:val="32"/>
        </w:rPr>
        <w:t>ררַ וֹוִ בַיַתַ</w:t>
      </w:r>
      <w:r>
        <w:rPr>
          <w:rFonts w:ascii="Georgia" w:hAnsi="Georgia"/>
          <w:b w:val="0"/>
          <w:i w:val="0"/>
          <w:color w:val="000000"/>
          <w:sz w:val="24"/>
        </w:rPr>
        <w:t>); в [благословении] «Рце» — буквы алеф, ламэд (</w:t>
      </w:r>
      <w:r>
        <w:rPr>
          <w:rFonts w:ascii="Georgia" w:hAnsi="Georgia" w:cs="Times New Roman"/>
          <w:b/>
          <w:i w:val="0"/>
          <w:color w:val="000000"/>
          <w:sz w:val="24"/>
          <w:rtl/>
          <w:szCs w:val="32"/>
        </w:rPr>
        <w:t>אַלַףַ לַמֹדַ</w:t>
      </w:r>
      <w:r>
        <w:rPr>
          <w:rFonts w:ascii="Georgia" w:hAnsi="Georgia"/>
          <w:b w:val="0"/>
          <w:i w:val="0"/>
          <w:color w:val="000000"/>
          <w:sz w:val="24"/>
        </w:rPr>
        <w:t xml:space="preserve">), [затем] </w:t>
      </w:r>
      <w:r>
        <w:rPr>
          <w:rFonts w:ascii="Georgia" w:hAnsi="Georgia"/>
          <w:b w:val="0"/>
          <w:i/>
          <w:color w:val="000000"/>
          <w:sz w:val="24"/>
        </w:rPr>
        <w:t>ахайо</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[снова буквы] алеф, ламэд (</w:t>
      </w:r>
      <w:r>
        <w:rPr>
          <w:rFonts w:ascii="Georgia" w:hAnsi="Georgia" w:cs="Times New Roman"/>
          <w:b/>
          <w:i w:val="0"/>
          <w:color w:val="000000"/>
          <w:sz w:val="24"/>
          <w:rtl/>
          <w:szCs w:val="32"/>
        </w:rPr>
        <w:t>אֹלַףַ לַמַדַ</w:t>
      </w:r>
      <w:r>
        <w:rPr>
          <w:rFonts w:ascii="Georgia" w:hAnsi="Georgia"/>
          <w:b w:val="0"/>
          <w:i w:val="0"/>
          <w:color w:val="000000"/>
          <w:sz w:val="24"/>
        </w:rPr>
        <w:t xml:space="preserve">) и </w:t>
      </w:r>
      <w:r>
        <w:rPr>
          <w:rFonts w:ascii="Georgia" w:hAnsi="Georgia"/>
          <w:b w:val="0"/>
          <w:i/>
          <w:color w:val="000000"/>
          <w:sz w:val="24"/>
        </w:rPr>
        <w:t>ахайахо</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в [благословении] «Модим» [числовое значение] восходит к 400 (буква тав, </w:t>
      </w:r>
      <w:r>
        <w:rPr>
          <w:rFonts w:ascii="Georgia" w:hAnsi="Georgia" w:cs="Times New Roman"/>
          <w:b/>
          <w:i w:val="0"/>
          <w:color w:val="000000"/>
          <w:sz w:val="24"/>
          <w:rtl/>
          <w:szCs w:val="32"/>
        </w:rPr>
        <w:t>ת</w:t>
      </w:r>
      <w:r>
        <w:rPr>
          <w:rFonts w:ascii="Georgia" w:hAnsi="Georgia"/>
          <w:b w:val="0"/>
          <w:i w:val="0"/>
          <w:color w:val="000000"/>
          <w:sz w:val="24"/>
        </w:rPr>
        <w:t xml:space="preserve"> = 400): первая огласовка — [тетрактис с цере] (</w:t>
      </w:r>
      <w:r>
        <w:rPr>
          <w:rFonts w:ascii="Georgia" w:hAnsi="Georgia" w:cs="Times New Roman"/>
          <w:b/>
          <w:i w:val="0"/>
          <w:color w:val="000000"/>
          <w:sz w:val="24"/>
          <w:rtl/>
          <w:szCs w:val="32"/>
        </w:rPr>
        <w:t>אֵ אֵלֵ אֵלֵהֵ אֵלֵהֵיֵ אֵלֵהֵיֵםֵ</w:t>
      </w:r>
      <w:r>
        <w:rPr>
          <w:rFonts w:ascii="Georgia" w:hAnsi="Georgia"/>
          <w:b w:val="0"/>
          <w:i w:val="0"/>
          <w:color w:val="000000"/>
          <w:sz w:val="24"/>
        </w:rPr>
        <w:t>), [а затем ряд с холамом] (</w:t>
      </w:r>
      <w:r>
        <w:rPr>
          <w:rFonts w:ascii="Georgia" w:hAnsi="Georgia" w:cs="Times New Roman"/>
          <w:b/>
          <w:i w:val="0"/>
          <w:color w:val="000000"/>
          <w:sz w:val="24"/>
          <w:rtl/>
          <w:szCs w:val="32"/>
        </w:rPr>
        <w:t>אֹ אֹלֹ אֹלֹהֹ אֹלֹהֹיֹ אֹלֹהֹיֹםֹ אֹלֹהֹיֹםֹ</w:t>
      </w:r>
      <w:r>
        <w:rPr>
          <w:rFonts w:ascii="Georgia" w:hAnsi="Georgia"/>
          <w:b w:val="0"/>
          <w:i w:val="0"/>
          <w:color w:val="000000"/>
          <w:sz w:val="24"/>
        </w:rPr>
        <w:t xml:space="preserve">), [где] вторая огласовка составляет 200 (буква рэйш, </w:t>
      </w:r>
      <w:r>
        <w:rPr>
          <w:rFonts w:ascii="Georgia" w:hAnsi="Georgia" w:cs="Times New Roman"/>
          <w:b/>
          <w:i w:val="0"/>
          <w:color w:val="000000"/>
          <w:sz w:val="24"/>
          <w:rtl/>
          <w:szCs w:val="32"/>
        </w:rPr>
        <w:t>ר</w:t>
      </w:r>
      <w:r>
        <w:rPr>
          <w:rFonts w:ascii="Georgia" w:hAnsi="Georgia"/>
          <w:b w:val="0"/>
          <w:i w:val="0"/>
          <w:color w:val="000000"/>
          <w:sz w:val="24"/>
        </w:rPr>
        <w:t xml:space="preserve"> = 200); [затем] АВАЯ, наполнение МА (45) (</w:t>
      </w:r>
      <w:r>
        <w:rPr>
          <w:rFonts w:ascii="Georgia" w:hAnsi="Georgia" w:cs="Times New Roman"/>
          <w:b/>
          <w:i w:val="0"/>
          <w:color w:val="000000"/>
          <w:sz w:val="24"/>
          <w:rtl/>
          <w:szCs w:val="32"/>
        </w:rPr>
        <w:t>יוד הא ואו הא</w:t>
      </w:r>
      <w:r>
        <w:rPr>
          <w:rFonts w:ascii="Georgia" w:hAnsi="Georgia"/>
          <w:b w:val="0"/>
          <w:i w:val="0"/>
          <w:color w:val="000000"/>
          <w:sz w:val="24"/>
        </w:rPr>
        <w:t>), и его буквы в полном развертывании (</w:t>
      </w:r>
      <w:r>
        <w:rPr>
          <w:rFonts w:ascii="Georgia" w:hAnsi="Georgia" w:cs="Times New Roman"/>
          <w:b/>
          <w:i w:val="0"/>
          <w:color w:val="000000"/>
          <w:sz w:val="24"/>
          <w:rtl/>
          <w:szCs w:val="32"/>
        </w:rPr>
        <w:t>יוד ואו דלת הא אלף ואו אלף ואו הא אלף</w:t>
      </w:r>
      <w:r>
        <w:rPr>
          <w:rFonts w:ascii="Georgia" w:hAnsi="Georgia"/>
          <w:b w:val="0"/>
          <w:i w:val="0"/>
          <w:color w:val="000000"/>
          <w:sz w:val="24"/>
        </w:rPr>
        <w:t>). Во второй день — рав Эйна Саба: в [благословении] «Авот» — наполнение букв йод, алеф, ламэд (</w:t>
      </w:r>
      <w:r>
        <w:rPr>
          <w:rFonts w:ascii="Georgia" w:hAnsi="Georgia" w:cs="Times New Roman"/>
          <w:b/>
          <w:i w:val="0"/>
          <w:color w:val="000000"/>
          <w:sz w:val="24"/>
          <w:rtl/>
          <w:szCs w:val="32"/>
        </w:rPr>
        <w:t>יוד ואו דלת אלף למד פה למד מם דלת</w:t>
      </w:r>
      <w:r>
        <w:rPr>
          <w:rFonts w:ascii="Georgia" w:hAnsi="Georgia"/>
          <w:b w:val="0"/>
          <w:i w:val="0"/>
          <w:color w:val="000000"/>
          <w:sz w:val="24"/>
        </w:rPr>
        <w:t xml:space="preserve">), сочетание </w:t>
      </w:r>
      <w:r>
        <w:rPr>
          <w:rFonts w:ascii="Georgia" w:hAnsi="Georgia"/>
          <w:b w:val="0"/>
          <w:i/>
          <w:color w:val="000000"/>
          <w:sz w:val="24"/>
        </w:rPr>
        <w:t>Йо-а-ла</w:t>
      </w:r>
      <w:r>
        <w:rPr>
          <w:rFonts w:ascii="Georgia" w:hAnsi="Georgia"/>
          <w:b w:val="0"/>
          <w:i w:val="0"/>
          <w:color w:val="000000"/>
          <w:sz w:val="24"/>
        </w:rPr>
        <w:t xml:space="preserve"> (</w:t>
      </w:r>
      <w:r>
        <w:rPr>
          <w:rFonts w:ascii="Georgia" w:hAnsi="Georgia" w:cs="Times New Roman"/>
          <w:b/>
          <w:i w:val="0"/>
          <w:color w:val="000000"/>
          <w:sz w:val="24"/>
          <w:rtl/>
          <w:szCs w:val="32"/>
        </w:rPr>
        <w:t>יֹאָלָ</w:t>
      </w:r>
      <w:r>
        <w:rPr>
          <w:rFonts w:ascii="Georgia" w:hAnsi="Georgia"/>
          <w:b w:val="0"/>
          <w:i w:val="0"/>
          <w:color w:val="000000"/>
          <w:sz w:val="24"/>
        </w:rPr>
        <w:t>), Имя ЭЙЕ; в [благословении] «Гвурот» — тетрактис Имени ЭЛОКИМ, записанный названиями букв с огласовками (</w:t>
      </w:r>
      <w:r>
        <w:rPr>
          <w:rFonts w:ascii="Georgia" w:hAnsi="Georgia" w:cs="Times New Roman"/>
          <w:b/>
          <w:i w:val="0"/>
          <w:color w:val="000000"/>
          <w:sz w:val="24"/>
          <w:rtl/>
          <w:szCs w:val="32"/>
        </w:rPr>
        <w:t>אָלָףַ אֵלָףָ לֵמֵדָ אֵלָףָ לַמֵדָ הֵיָ אֵלֵףָ לֵמֵדָ היָ יָוֵדָ אֵלַףֶ לֵמָדֵ הֵיָ יֵוֹדָ מָםֵ</w:t>
      </w:r>
      <w:r>
        <w:rPr>
          <w:rFonts w:ascii="Georgia" w:hAnsi="Georgia"/>
          <w:b w:val="0"/>
          <w:i w:val="0"/>
          <w:color w:val="000000"/>
          <w:sz w:val="24"/>
        </w:rPr>
        <w:t>); в «Кдушат а-Шем» — буквы с огласовками (</w:t>
      </w:r>
      <w:r>
        <w:rPr>
          <w:rFonts w:ascii="Georgia" w:hAnsi="Georgia" w:cs="Times New Roman"/>
          <w:b/>
          <w:i w:val="0"/>
          <w:color w:val="000000"/>
          <w:sz w:val="24"/>
          <w:rtl/>
          <w:szCs w:val="32"/>
        </w:rPr>
        <w:t>אֹלָףָ הָיָ יֵוָדֵ הֹיָ אָלָףָ לָמֵדָ פֵהָ הֹיָ יָוָדָ יֵוָדֵ וָיֹוָ דֵלָתָ הֵיָ יֵוָדֹ</w:t>
      </w:r>
      <w:r>
        <w:rPr>
          <w:rFonts w:ascii="Georgia" w:hAnsi="Georgia"/>
          <w:b w:val="0"/>
          <w:i w:val="0"/>
          <w:color w:val="000000"/>
          <w:sz w:val="24"/>
        </w:rPr>
        <w:t>); в средних [благословениях] — наполнение БОН (52) (</w:t>
      </w:r>
      <w:r>
        <w:rPr>
          <w:rFonts w:ascii="Georgia" w:hAnsi="Georgia" w:cs="Times New Roman"/>
          <w:b/>
          <w:i w:val="0"/>
          <w:color w:val="000000"/>
          <w:sz w:val="24"/>
          <w:rtl/>
          <w:szCs w:val="32"/>
        </w:rPr>
        <w:t>יוד הה וו הה</w:t>
      </w:r>
      <w:r>
        <w:rPr>
          <w:rFonts w:ascii="Georgia" w:hAnsi="Georgia"/>
          <w:b w:val="0"/>
          <w:i w:val="0"/>
          <w:color w:val="000000"/>
          <w:sz w:val="24"/>
        </w:rPr>
        <w:t xml:space="preserve">); в [благословении] «Рце» — сочетание </w:t>
      </w:r>
      <w:r>
        <w:rPr>
          <w:rFonts w:ascii="Georgia" w:hAnsi="Georgia"/>
          <w:b w:val="0"/>
          <w:i/>
          <w:color w:val="000000"/>
          <w:sz w:val="24"/>
        </w:rPr>
        <w:t>Эли-йа</w:t>
      </w:r>
      <w:r>
        <w:rPr>
          <w:rFonts w:ascii="Georgia" w:hAnsi="Georgia"/>
          <w:b w:val="0"/>
          <w:i w:val="0"/>
          <w:color w:val="000000"/>
          <w:sz w:val="24"/>
        </w:rPr>
        <w:t xml:space="preserve"> (</w:t>
      </w:r>
      <w:r>
        <w:rPr>
          <w:rFonts w:ascii="Georgia" w:hAnsi="Georgia" w:cs="Times New Roman"/>
          <w:b/>
          <w:i w:val="0"/>
          <w:color w:val="000000"/>
          <w:sz w:val="24"/>
          <w:rtl/>
          <w:szCs w:val="32"/>
        </w:rPr>
        <w:t>אֵלֵיָ</w:t>
      </w:r>
      <w:r>
        <w:rPr>
          <w:rFonts w:ascii="Georgia" w:hAnsi="Georgia"/>
          <w:b w:val="0"/>
          <w:i w:val="0"/>
          <w:color w:val="000000"/>
          <w:sz w:val="24"/>
        </w:rPr>
        <w:t xml:space="preserve">), ЭЛЬ, АВАЯ; в [благословении] «Модим» — сочетание </w:t>
      </w:r>
      <w:r>
        <w:rPr>
          <w:rFonts w:ascii="Georgia" w:hAnsi="Georgia"/>
          <w:b w:val="0"/>
          <w:i/>
          <w:color w:val="000000"/>
          <w:sz w:val="24"/>
        </w:rPr>
        <w:t>йо-ва-йо</w:t>
      </w:r>
      <w:r>
        <w:rPr>
          <w:rFonts w:ascii="Georgia" w:hAnsi="Georgia"/>
          <w:b w:val="0"/>
          <w:i w:val="0"/>
          <w:color w:val="000000"/>
          <w:sz w:val="24"/>
        </w:rPr>
        <w:t xml:space="preserve"> (</w:t>
      </w:r>
      <w:r>
        <w:rPr>
          <w:rFonts w:ascii="Georgia" w:hAnsi="Georgia" w:cs="Times New Roman"/>
          <w:b/>
          <w:i w:val="0"/>
          <w:color w:val="000000"/>
          <w:sz w:val="24"/>
          <w:rtl/>
          <w:szCs w:val="32"/>
        </w:rPr>
        <w:t>יֹוָיֹ</w:t>
      </w:r>
      <w:r>
        <w:rPr>
          <w:rFonts w:ascii="Georgia" w:hAnsi="Georgia"/>
          <w:b w:val="0"/>
          <w:i w:val="0"/>
          <w:color w:val="000000"/>
          <w:sz w:val="24"/>
        </w:rPr>
        <w:t xml:space="preserve">), сочетание </w:t>
      </w:r>
      <w:r>
        <w:rPr>
          <w:rFonts w:ascii="Georgia" w:hAnsi="Georgia"/>
          <w:b w:val="0"/>
          <w:i/>
          <w:color w:val="000000"/>
          <w:sz w:val="24"/>
        </w:rPr>
        <w:t>йо-ва-ва-во-йа</w:t>
      </w:r>
      <w:r>
        <w:rPr>
          <w:rFonts w:ascii="Georgia" w:hAnsi="Georgia"/>
          <w:b w:val="0"/>
          <w:i w:val="0"/>
          <w:color w:val="000000"/>
          <w:sz w:val="24"/>
        </w:rPr>
        <w:t xml:space="preserve"> (</w:t>
      </w:r>
      <w:r>
        <w:rPr>
          <w:rFonts w:ascii="Georgia" w:hAnsi="Georgia" w:cs="Times New Roman"/>
          <w:b/>
          <w:i w:val="0"/>
          <w:color w:val="000000"/>
          <w:sz w:val="24"/>
          <w:rtl/>
          <w:szCs w:val="32"/>
        </w:rPr>
        <w:t>יֹוָוָוָֹיָ</w:t>
      </w:r>
      <w:r>
        <w:rPr>
          <w:rFonts w:ascii="Georgia" w:hAnsi="Georgia"/>
          <w:b w:val="0"/>
          <w:i w:val="0"/>
          <w:color w:val="000000"/>
          <w:sz w:val="24"/>
        </w:rPr>
        <w:t>), огласованное Имя АДОНАЙ (</w:t>
      </w:r>
      <w:r>
        <w:rPr>
          <w:rFonts w:ascii="Georgia" w:hAnsi="Georgia" w:cs="Times New Roman"/>
          <w:b/>
          <w:i w:val="0"/>
          <w:color w:val="000000"/>
          <w:sz w:val="24"/>
          <w:rtl/>
          <w:szCs w:val="32"/>
        </w:rPr>
        <w:t>אֹדַנֹיֹ</w:t>
      </w:r>
      <w:r>
        <w:rPr>
          <w:rFonts w:ascii="Georgia" w:hAnsi="Georgia"/>
          <w:b w:val="0"/>
          <w:i w:val="0"/>
          <w:color w:val="000000"/>
          <w:sz w:val="24"/>
        </w:rPr>
        <w:t>), буквы вав, далет, хэй (</w:t>
      </w:r>
      <w:r>
        <w:rPr>
          <w:rFonts w:ascii="Georgia" w:hAnsi="Georgia" w:cs="Times New Roman"/>
          <w:b/>
          <w:i w:val="0"/>
          <w:color w:val="000000"/>
          <w:sz w:val="24"/>
          <w:rtl/>
          <w:szCs w:val="32"/>
        </w:rPr>
        <w:t>ודה</w:t>
      </w:r>
      <w:r>
        <w:rPr>
          <w:rFonts w:ascii="Georgia" w:hAnsi="Georgia"/>
          <w:b w:val="0"/>
          <w:i w:val="0"/>
          <w:color w:val="000000"/>
          <w:sz w:val="24"/>
        </w:rPr>
        <w:t>) и вав, хэй (</w:t>
      </w:r>
      <w:r>
        <w:rPr>
          <w:rFonts w:ascii="Georgia" w:hAnsi="Georgia" w:cs="Times New Roman"/>
          <w:b/>
          <w:i w:val="0"/>
          <w:color w:val="000000"/>
          <w:sz w:val="24"/>
          <w:rtl/>
          <w:szCs w:val="32"/>
        </w:rPr>
        <w:t>וה</w:t>
      </w:r>
      <w:r>
        <w:rPr>
          <w:rFonts w:ascii="Georgia" w:hAnsi="Georgia"/>
          <w:b w:val="0"/>
          <w:i w:val="0"/>
          <w:color w:val="000000"/>
          <w:sz w:val="24"/>
        </w:rPr>
        <w:t>); в [благословении] «Даруй мир» — Имя АВАЯ, записанное названиями букв с огласовками (</w:t>
      </w:r>
      <w:r>
        <w:rPr>
          <w:rFonts w:ascii="Georgia" w:hAnsi="Georgia" w:cs="Times New Roman"/>
          <w:b/>
          <w:i w:val="0"/>
          <w:color w:val="000000"/>
          <w:sz w:val="24"/>
          <w:rtl/>
          <w:szCs w:val="32"/>
        </w:rPr>
        <w:t>יַוַדַ הֹיֹ וַיֹוֹ הַיַ</w:t>
      </w:r>
      <w:r>
        <w:rPr>
          <w:rFonts w:ascii="Georgia" w:hAnsi="Georgia"/>
          <w:b w:val="0"/>
          <w:i w:val="0"/>
          <w:color w:val="000000"/>
          <w:sz w:val="24"/>
        </w:rPr>
        <w:t>).</w:t>
      </w:r>
    </w:p>
    <w:p>
      <w:pPr>
        <w:keepNext/>
        <w:spacing w:before="320" w:after="120"/>
      </w:pPr>
      <w:r>
        <w:rPr>
          <w:rFonts w:ascii="Georgia" w:hAnsi="Georgia"/>
          <w:b w:val="0"/>
          <w:i w:val="0"/>
          <w:color w:val="000000"/>
          <w:sz w:val="32"/>
        </w:rPr>
        <w:t>Ихуд 2</w:t>
      </w:r>
    </w:p>
    <w:p>
      <w:pPr>
        <w:spacing w:before="40" w:after="120"/>
        <w:jc w:val="both"/>
      </w:pPr>
      <w:r>
        <w:rPr>
          <w:rFonts w:ascii="Georgia" w:hAnsi="Georgia"/>
          <w:b w:val="0"/>
          <w:i w:val="0"/>
          <w:color w:val="000000"/>
          <w:sz w:val="24"/>
        </w:rPr>
        <w:t>К упомянутому выше [праведнику]. В [молитве] Минха: [намерение — Имя] АВАЯ в наполнении АБ (</w:t>
      </w:r>
      <w:r>
        <w:rPr>
          <w:rFonts w:ascii="Georgia" w:hAnsi="Georgia" w:cs="Times New Roman"/>
          <w:b/>
          <w:i w:val="0"/>
          <w:color w:val="000000"/>
          <w:sz w:val="24"/>
          <w:rtl/>
          <w:szCs w:val="32"/>
        </w:rPr>
        <w:t>יוד הי ויו הי</w:t>
      </w:r>
      <w:r>
        <w:rPr>
          <w:rFonts w:ascii="Georgia" w:hAnsi="Georgia"/>
          <w:b w:val="0"/>
          <w:i w:val="0"/>
          <w:color w:val="000000"/>
          <w:sz w:val="24"/>
        </w:rPr>
        <w:t>) и [Имя] ЭЙЕ в наполнении [с буквами йод]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В [благословении] «Праотцы» (Авот) — имя </w:t>
      </w:r>
      <w:r>
        <w:rPr>
          <w:rFonts w:ascii="Georgia" w:hAnsi="Georgia"/>
          <w:b w:val="0"/>
          <w:i/>
          <w:color w:val="000000"/>
          <w:sz w:val="24"/>
        </w:rPr>
        <w:t>Элимаяэль</w:t>
      </w:r>
      <w:r>
        <w:rPr>
          <w:rFonts w:ascii="Georgia" w:hAnsi="Georgia"/>
          <w:b w:val="0"/>
          <w:i w:val="0"/>
          <w:color w:val="000000"/>
          <w:sz w:val="24"/>
        </w:rPr>
        <w:t xml:space="preserve"> (</w:t>
      </w:r>
      <w:r>
        <w:rPr>
          <w:rFonts w:ascii="Georgia" w:hAnsi="Georgia" w:cs="Times New Roman"/>
          <w:b/>
          <w:i w:val="0"/>
          <w:color w:val="000000"/>
          <w:sz w:val="24"/>
          <w:rtl/>
          <w:szCs w:val="32"/>
        </w:rPr>
        <w:t>אֶלִמָיָאֵלִ</w:t>
      </w:r>
      <w:r>
        <w:rPr>
          <w:rFonts w:ascii="Georgia" w:hAnsi="Georgia"/>
          <w:b w:val="0"/>
          <w:i w:val="0"/>
          <w:color w:val="000000"/>
          <w:sz w:val="24"/>
        </w:rPr>
        <w:t>); в «Могуществах» (Гвурот) — [Имена] АВАЯ и ЭЛОКИМ с огласовками (</w:t>
      </w:r>
      <w:r>
        <w:rPr>
          <w:rFonts w:ascii="Georgia" w:hAnsi="Georgia" w:cs="Times New Roman"/>
          <w:b/>
          <w:i w:val="0"/>
          <w:color w:val="000000"/>
          <w:sz w:val="24"/>
          <w:rtl/>
          <w:szCs w:val="32"/>
        </w:rPr>
        <w:t>יֵהִוָהָ אֵלֻהָיָםֵ</w:t>
      </w:r>
      <w:r>
        <w:rPr>
          <w:rFonts w:ascii="Georgia" w:hAnsi="Georgia"/>
          <w:b w:val="0"/>
          <w:i w:val="0"/>
          <w:color w:val="000000"/>
          <w:sz w:val="24"/>
        </w:rPr>
        <w:t xml:space="preserve">); в «Святости Имени» (Кдушат а-Шем) — имя </w:t>
      </w:r>
      <w:r>
        <w:rPr>
          <w:rFonts w:ascii="Georgia" w:hAnsi="Georgia"/>
          <w:b w:val="0"/>
          <w:i/>
          <w:color w:val="000000"/>
          <w:sz w:val="24"/>
        </w:rPr>
        <w:t>Оламейэль</w:t>
      </w:r>
      <w:r>
        <w:rPr>
          <w:rFonts w:ascii="Georgia" w:hAnsi="Georgia"/>
          <w:b w:val="0"/>
          <w:i w:val="0"/>
          <w:color w:val="000000"/>
          <w:sz w:val="24"/>
        </w:rPr>
        <w:t xml:space="preserve"> (</w:t>
      </w:r>
      <w:r>
        <w:rPr>
          <w:rFonts w:ascii="Georgia" w:hAnsi="Georgia" w:cs="Times New Roman"/>
          <w:b/>
          <w:i w:val="0"/>
          <w:color w:val="000000"/>
          <w:sz w:val="24"/>
          <w:rtl/>
          <w:szCs w:val="32"/>
        </w:rPr>
        <w:t>אֹלָמֵיֶאֹלַ</w:t>
      </w:r>
      <w:r>
        <w:rPr>
          <w:rFonts w:ascii="Georgia" w:hAnsi="Georgia"/>
          <w:b w:val="0"/>
          <w:i w:val="0"/>
          <w:color w:val="000000"/>
          <w:sz w:val="24"/>
        </w:rPr>
        <w:t>); в «Благоволи» (Рце) — [Имена] АВАЯ с огласовками и ЭЛОКИМ (</w:t>
      </w:r>
      <w:r>
        <w:rPr>
          <w:rFonts w:ascii="Georgia" w:hAnsi="Georgia" w:cs="Times New Roman"/>
          <w:b/>
          <w:i w:val="0"/>
          <w:color w:val="000000"/>
          <w:sz w:val="24"/>
          <w:rtl/>
          <w:szCs w:val="32"/>
        </w:rPr>
        <w:t>יֹהָוֵהֶ אלהים</w:t>
      </w:r>
      <w:r>
        <w:rPr>
          <w:rFonts w:ascii="Georgia" w:hAnsi="Georgia"/>
          <w:b w:val="0"/>
          <w:i w:val="0"/>
          <w:color w:val="000000"/>
          <w:sz w:val="24"/>
        </w:rPr>
        <w:t>); в «Благодарим» (Модим) — [Имя АВАЯ в наполнении АБ]: (</w:t>
      </w:r>
      <w:r>
        <w:rPr>
          <w:rFonts w:ascii="Georgia" w:hAnsi="Georgia" w:cs="Times New Roman"/>
          <w:b/>
          <w:i w:val="0"/>
          <w:color w:val="000000"/>
          <w:sz w:val="24"/>
          <w:rtl/>
          <w:szCs w:val="32"/>
        </w:rPr>
        <w:t>יו״ד ה״י וי״ו ה״י</w:t>
      </w:r>
      <w:r>
        <w:rPr>
          <w:rFonts w:ascii="Georgia" w:hAnsi="Georgia"/>
          <w:b w:val="0"/>
          <w:i w:val="0"/>
          <w:color w:val="000000"/>
          <w:sz w:val="24"/>
        </w:rPr>
        <w:t>); в «Даруй мир» — шесть раз ЭЛЬ (</w:t>
      </w:r>
      <w:r>
        <w:rPr>
          <w:rFonts w:ascii="Georgia" w:hAnsi="Georgia" w:cs="Times New Roman"/>
          <w:b/>
          <w:i w:val="0"/>
          <w:color w:val="000000"/>
          <w:sz w:val="24"/>
          <w:rtl/>
          <w:szCs w:val="32"/>
        </w:rPr>
        <w:t>א״ל א״ל א״ל א״ל א״ל א״ל</w:t>
      </w:r>
      <w:r>
        <w:rPr>
          <w:rFonts w:ascii="Georgia" w:hAnsi="Georgia"/>
          <w:b w:val="0"/>
          <w:i w:val="0"/>
          <w:color w:val="000000"/>
          <w:sz w:val="24"/>
        </w:rPr>
        <w:t xml:space="preserve">), затем развертывание [наполнения АБ]: </w:t>
      </w:r>
      <w:r>
        <w:rPr>
          <w:rFonts w:ascii="Georgia" w:hAnsi="Georgia" w:cs="Times New Roman"/>
          <w:b/>
          <w:i w:val="0"/>
          <w:color w:val="000000"/>
          <w:sz w:val="24"/>
          <w:rtl/>
          <w:szCs w:val="32"/>
        </w:rPr>
        <w:t>יו״ד יו״ד ה״י יו״ד ה״י וי״ו יו״ד ה״י וי״ו הי</w:t>
      </w:r>
      <w:r>
        <w:rPr>
          <w:rFonts w:ascii="Georgia" w:hAnsi="Georgia"/>
          <w:b w:val="0"/>
          <w:i w:val="0"/>
          <w:color w:val="000000"/>
          <w:sz w:val="24"/>
        </w:rPr>
        <w:t xml:space="preserve"> [и слово] </w:t>
      </w:r>
      <w:r>
        <w:rPr>
          <w:rFonts w:ascii="Georgia" w:hAnsi="Georgia"/>
          <w:b w:val="0"/>
          <w:i/>
          <w:color w:val="000000"/>
          <w:sz w:val="24"/>
        </w:rPr>
        <w:t>ханан</w:t>
      </w:r>
      <w:r>
        <w:rPr>
          <w:rFonts w:ascii="Georgia" w:hAnsi="Georgia"/>
          <w:b w:val="0"/>
          <w:i w:val="0"/>
          <w:color w:val="000000"/>
          <w:sz w:val="24"/>
        </w:rPr>
        <w:t xml:space="preserve"> (</w:t>
      </w:r>
      <w:r>
        <w:rPr>
          <w:rFonts w:ascii="Georgia" w:hAnsi="Georgia" w:cs="Times New Roman"/>
          <w:b/>
          <w:i w:val="0"/>
          <w:color w:val="000000"/>
          <w:sz w:val="24"/>
          <w:rtl/>
          <w:szCs w:val="32"/>
        </w:rPr>
        <w:t>חנן</w:t>
      </w:r>
      <w:r>
        <w:rPr>
          <w:rFonts w:ascii="Georgia" w:hAnsi="Georgia"/>
          <w:b w:val="0"/>
          <w:i w:val="0"/>
          <w:color w:val="000000"/>
          <w:sz w:val="24"/>
        </w:rPr>
        <w:t xml:space="preserve">). [В средних благословениях]: в «Дарующем [знание]» (Хонен) — буквы </w:t>
      </w:r>
      <w:r>
        <w:rPr>
          <w:rFonts w:ascii="Georgia" w:hAnsi="Georgia" w:cs="Times New Roman"/>
          <w:b/>
          <w:i w:val="0"/>
          <w:color w:val="000000"/>
          <w:sz w:val="24"/>
          <w:rtl/>
          <w:szCs w:val="32"/>
        </w:rPr>
        <w:t>יוָֹיֹ</w:t>
      </w:r>
      <w:r>
        <w:rPr>
          <w:rFonts w:ascii="Georgia" w:hAnsi="Georgia"/>
          <w:b w:val="0"/>
          <w:i w:val="0"/>
          <w:color w:val="000000"/>
          <w:sz w:val="24"/>
        </w:rPr>
        <w:t xml:space="preserve">; в «Возврати нас» (Ашивейну) — буквы </w:t>
      </w:r>
      <w:r>
        <w:rPr>
          <w:rFonts w:ascii="Georgia" w:hAnsi="Georgia" w:cs="Times New Roman"/>
          <w:b/>
          <w:i w:val="0"/>
          <w:color w:val="000000"/>
          <w:sz w:val="24"/>
          <w:rtl/>
          <w:szCs w:val="32"/>
        </w:rPr>
        <w:t>יוָֹוָוָ</w:t>
      </w:r>
      <w:r>
        <w:rPr>
          <w:rFonts w:ascii="Georgia" w:hAnsi="Georgia"/>
          <w:b w:val="0"/>
          <w:i w:val="0"/>
          <w:color w:val="000000"/>
          <w:sz w:val="24"/>
        </w:rPr>
        <w:t xml:space="preserve">; в «Прости» (Слах) — буквы </w:t>
      </w:r>
      <w:r>
        <w:rPr>
          <w:rFonts w:ascii="Georgia" w:hAnsi="Georgia" w:cs="Times New Roman"/>
          <w:b/>
          <w:i w:val="0"/>
          <w:color w:val="000000"/>
          <w:sz w:val="24"/>
          <w:rtl/>
          <w:szCs w:val="32"/>
        </w:rPr>
        <w:t>יוָֹוָוָוָ</w:t>
      </w:r>
      <w:r>
        <w:rPr>
          <w:rFonts w:ascii="Georgia" w:hAnsi="Georgia"/>
          <w:b w:val="0"/>
          <w:i w:val="0"/>
          <w:color w:val="000000"/>
          <w:sz w:val="24"/>
        </w:rPr>
        <w:t>; в «Узри» (Ръэ) — буква йод (</w:t>
      </w:r>
      <w:r>
        <w:rPr>
          <w:rFonts w:ascii="Georgia" w:hAnsi="Georgia" w:cs="Times New Roman"/>
          <w:b/>
          <w:i w:val="0"/>
          <w:color w:val="000000"/>
          <w:sz w:val="24"/>
          <w:rtl/>
          <w:szCs w:val="32"/>
        </w:rPr>
        <w:t>י</w:t>
      </w:r>
      <w:r>
        <w:rPr>
          <w:rFonts w:ascii="Georgia" w:hAnsi="Georgia"/>
          <w:b w:val="0"/>
          <w:i w:val="0"/>
          <w:color w:val="000000"/>
          <w:sz w:val="24"/>
        </w:rPr>
        <w:t xml:space="preserve">); в «Исцели нас» (Рефаэну) — буквы </w:t>
      </w:r>
      <w:r>
        <w:rPr>
          <w:rFonts w:ascii="Georgia" w:hAnsi="Georgia" w:cs="Times New Roman"/>
          <w:b/>
          <w:i w:val="0"/>
          <w:color w:val="000000"/>
          <w:sz w:val="24"/>
          <w:rtl/>
          <w:szCs w:val="32"/>
        </w:rPr>
        <w:t>יוָֹי</w:t>
      </w:r>
      <w:r>
        <w:rPr>
          <w:rFonts w:ascii="Georgia" w:hAnsi="Georgia"/>
          <w:b w:val="0"/>
          <w:i w:val="0"/>
          <w:color w:val="000000"/>
          <w:sz w:val="24"/>
        </w:rPr>
        <w:t xml:space="preserve">; в «Благослови нас» (Бархейну) — буквы </w:t>
      </w:r>
      <w:r>
        <w:rPr>
          <w:rFonts w:ascii="Georgia" w:hAnsi="Georgia" w:cs="Times New Roman"/>
          <w:b/>
          <w:i w:val="0"/>
          <w:color w:val="000000"/>
          <w:sz w:val="24"/>
          <w:rtl/>
          <w:szCs w:val="32"/>
        </w:rPr>
        <w:t>יוָֹוָוָ</w:t>
      </w:r>
      <w:r>
        <w:rPr>
          <w:rFonts w:ascii="Georgia" w:hAnsi="Georgia"/>
          <w:b w:val="0"/>
          <w:i w:val="0"/>
          <w:color w:val="000000"/>
          <w:sz w:val="24"/>
        </w:rPr>
        <w:t xml:space="preserve">; в «Воструби» (Тка) — буквы [наполнения ЭЙЕ]: </w:t>
      </w:r>
      <w:r>
        <w:rPr>
          <w:rFonts w:ascii="Georgia" w:hAnsi="Georgia" w:cs="Times New Roman"/>
          <w:b/>
          <w:i w:val="0"/>
          <w:color w:val="000000"/>
          <w:sz w:val="24"/>
          <w:rtl/>
          <w:szCs w:val="32"/>
        </w:rPr>
        <w:t>אל״ף ה״ה יו״ד ה״ה</w:t>
      </w:r>
      <w:r>
        <w:rPr>
          <w:rFonts w:ascii="Georgia" w:hAnsi="Georgia"/>
          <w:b w:val="0"/>
          <w:i w:val="0"/>
          <w:color w:val="000000"/>
          <w:sz w:val="24"/>
        </w:rPr>
        <w:t>; в «Возврати [судей]» (Ашива) — Имя АВАЯ с огласовкой камац (</w:t>
      </w:r>
      <w:r>
        <w:rPr>
          <w:rFonts w:ascii="Georgia" w:hAnsi="Georgia" w:cs="Times New Roman"/>
          <w:b/>
          <w:i w:val="0"/>
          <w:color w:val="000000"/>
          <w:sz w:val="24"/>
          <w:rtl/>
          <w:szCs w:val="32"/>
        </w:rPr>
        <w:t>יָהָוָהָ</w:t>
      </w:r>
      <w:r>
        <w:rPr>
          <w:rFonts w:ascii="Georgia" w:hAnsi="Georgia"/>
          <w:b w:val="0"/>
          <w:i w:val="0"/>
          <w:color w:val="000000"/>
          <w:sz w:val="24"/>
        </w:rPr>
        <w:t xml:space="preserve">); в «Отступниках» (Ли-мшумадим) — [буквы наполнения МА с огласовкой камац]: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в «О праведниках» (Аль а-цадиким) — буквы </w:t>
      </w:r>
      <w:r>
        <w:rPr>
          <w:rFonts w:ascii="Georgia" w:hAnsi="Georgia" w:cs="Times New Roman"/>
          <w:b/>
          <w:i w:val="0"/>
          <w:color w:val="000000"/>
          <w:sz w:val="24"/>
          <w:rtl/>
          <w:szCs w:val="32"/>
        </w:rPr>
        <w:t>יָוָדָ וָאָוָ דָלָתָ הָאָ אָלָףָ וָאָוָ אָלָףָ וָאָוָ הָאָ אָלָףָ</w:t>
      </w:r>
      <w:r>
        <w:rPr>
          <w:rFonts w:ascii="Georgia" w:hAnsi="Georgia"/>
          <w:b w:val="0"/>
          <w:i w:val="0"/>
          <w:color w:val="000000"/>
          <w:sz w:val="24"/>
        </w:rPr>
        <w:t>; в «Пребывай» (Тишкон) — Имя АВАЯ с огласовкой камац (</w:t>
      </w:r>
      <w:r>
        <w:rPr>
          <w:rFonts w:ascii="Georgia" w:hAnsi="Georgia" w:cs="Times New Roman"/>
          <w:b/>
          <w:i w:val="0"/>
          <w:color w:val="000000"/>
          <w:sz w:val="24"/>
          <w:rtl/>
          <w:szCs w:val="32"/>
        </w:rPr>
        <w:t>יָהָוָהָ</w:t>
      </w:r>
      <w:r>
        <w:rPr>
          <w:rFonts w:ascii="Georgia" w:hAnsi="Georgia"/>
          <w:b w:val="0"/>
          <w:i w:val="0"/>
          <w:color w:val="000000"/>
          <w:sz w:val="24"/>
        </w:rPr>
        <w:t xml:space="preserve">); в «Ростке [Давида]» (Эт цемах) — буквы </w:t>
      </w:r>
      <w:r>
        <w:rPr>
          <w:rFonts w:ascii="Georgia" w:hAnsi="Georgia" w:cs="Times New Roman"/>
          <w:b/>
          <w:i w:val="0"/>
          <w:color w:val="000000"/>
          <w:sz w:val="24"/>
          <w:rtl/>
          <w:szCs w:val="32"/>
        </w:rPr>
        <w:t>יָוָדָ הָאָ וָאָוָ הָיָ</w:t>
      </w:r>
      <w:r>
        <w:rPr>
          <w:rFonts w:ascii="Georgia" w:hAnsi="Georgia"/>
          <w:b w:val="0"/>
          <w:i w:val="0"/>
          <w:color w:val="000000"/>
          <w:sz w:val="24"/>
        </w:rPr>
        <w:t xml:space="preserve">; в «Услышь наш голос» (Шма колейну) — буквы </w:t>
      </w:r>
      <w:r>
        <w:rPr>
          <w:rFonts w:ascii="Georgia" w:hAnsi="Georgia" w:cs="Times New Roman"/>
          <w:b/>
          <w:i w:val="0"/>
          <w:color w:val="000000"/>
          <w:sz w:val="24"/>
          <w:rtl/>
          <w:szCs w:val="32"/>
        </w:rPr>
        <w:t>יָוָדָ וָאָוָ דָלָתָ הָיָ יָוָדָ וָאָוָ אָלָףָ וָאָוָ הָיָ יָוָדָ</w:t>
      </w:r>
      <w:r>
        <w:rPr>
          <w:rFonts w:ascii="Georgia" w:hAnsi="Georgia"/>
          <w:b w:val="0"/>
          <w:i w:val="0"/>
          <w:color w:val="000000"/>
          <w:sz w:val="24"/>
        </w:rPr>
        <w:t xml:space="preserve">. В [молитве] Арвит: в «Праотцах» — имя </w:t>
      </w:r>
      <w:r>
        <w:rPr>
          <w:rFonts w:ascii="Georgia" w:hAnsi="Georgia"/>
          <w:b w:val="0"/>
          <w:i/>
          <w:color w:val="000000"/>
          <w:sz w:val="24"/>
        </w:rPr>
        <w:t>Керувиэль</w:t>
      </w:r>
      <w:r>
        <w:rPr>
          <w:rFonts w:ascii="Georgia" w:hAnsi="Georgia"/>
          <w:b w:val="0"/>
          <w:i w:val="0"/>
          <w:color w:val="000000"/>
          <w:sz w:val="24"/>
        </w:rPr>
        <w:t xml:space="preserve"> (</w:t>
      </w:r>
      <w:r>
        <w:rPr>
          <w:rFonts w:ascii="Georgia" w:hAnsi="Georgia" w:cs="Times New Roman"/>
          <w:b/>
          <w:i w:val="0"/>
          <w:color w:val="000000"/>
          <w:sz w:val="24"/>
          <w:rtl/>
          <w:szCs w:val="32"/>
        </w:rPr>
        <w:t>כָרֵוָבֵיֹאָלָ</w:t>
      </w:r>
      <w:r>
        <w:rPr>
          <w:rFonts w:ascii="Georgia" w:hAnsi="Georgia"/>
          <w:b w:val="0"/>
          <w:i w:val="0"/>
          <w:color w:val="000000"/>
          <w:sz w:val="24"/>
        </w:rPr>
        <w:t xml:space="preserve">); в «Могуществах» — буквы с огласовками </w:t>
      </w:r>
      <w:r>
        <w:rPr>
          <w:rFonts w:ascii="Georgia" w:hAnsi="Georgia" w:cs="Times New Roman"/>
          <w:b/>
          <w:i w:val="0"/>
          <w:color w:val="000000"/>
          <w:sz w:val="24"/>
          <w:rtl/>
          <w:szCs w:val="32"/>
        </w:rPr>
        <w:t>אְלָףֵ לַמְדִ פִהֹ הְיֵ יְוַדַ יִוְדָ וְיָוֹ דֶלֹתְ הַיְ יֵוְדַ</w:t>
      </w:r>
      <w:r>
        <w:rPr>
          <w:rFonts w:ascii="Georgia" w:hAnsi="Georgia"/>
          <w:b w:val="0"/>
          <w:i w:val="0"/>
          <w:color w:val="000000"/>
          <w:sz w:val="24"/>
        </w:rPr>
        <w:t xml:space="preserve">, и так пять раз, а огласовка его — по стиху </w:t>
      </w:r>
      <w:r>
        <w:rPr>
          <w:rFonts w:ascii="Georgia" w:hAnsi="Georgia"/>
          <w:b w:val="0"/>
          <w:i/>
          <w:color w:val="000000"/>
          <w:sz w:val="24"/>
        </w:rPr>
        <w:t>«И будут херувимы…»</w:t>
      </w:r>
      <w:r>
        <w:rPr>
          <w:rFonts w:ascii="Georgia" w:hAnsi="Georgia"/>
          <w:b w:val="0"/>
          <w:i w:val="0"/>
          <w:color w:val="000000"/>
          <w:sz w:val="24"/>
        </w:rPr>
        <w:t xml:space="preserve"> (Шмот 25:20); в «Святости Имени» — Имя АВАЯ и буквы наполнения с огласовками: </w:t>
      </w:r>
      <w:r>
        <w:rPr>
          <w:rFonts w:ascii="Georgia" w:hAnsi="Georgia" w:cs="Times New Roman"/>
          <w:b/>
          <w:i w:val="0"/>
          <w:color w:val="000000"/>
          <w:sz w:val="24"/>
          <w:rtl/>
          <w:szCs w:val="32"/>
        </w:rPr>
        <w:t>יָהוָֹהַ יָוֵדֵ הֹיְ וָיוַֹ הֵיֹ יָוָדֵ הָיֵ וָיוָֹ הָיָ יָוָדֵ וָיֵוָ</w:t>
      </w:r>
      <w:r>
        <w:rPr>
          <w:rFonts w:ascii="Georgia" w:hAnsi="Georgia"/>
          <w:b w:val="0"/>
          <w:i w:val="0"/>
          <w:color w:val="000000"/>
          <w:sz w:val="24"/>
        </w:rPr>
        <w:t xml:space="preserve">, </w:t>
      </w:r>
      <w:r>
        <w:rPr>
          <w:rFonts w:ascii="Georgia" w:hAnsi="Georgia" w:cs="Times New Roman"/>
          <w:b/>
          <w:i w:val="0"/>
          <w:color w:val="000000"/>
          <w:sz w:val="24"/>
          <w:rtl/>
          <w:szCs w:val="32"/>
        </w:rPr>
        <w:t>דָלתָ הָיָ יָוֵדָ וֵיָוָ יֹוָדָ וָיָוֵ הָיֵ יוָדָ</w:t>
      </w:r>
      <w:r>
        <w:rPr>
          <w:rFonts w:ascii="Georgia" w:hAnsi="Georgia"/>
          <w:b w:val="0"/>
          <w:i w:val="0"/>
          <w:color w:val="000000"/>
          <w:sz w:val="24"/>
        </w:rPr>
        <w:t xml:space="preserve">; в «Благоволи» — буквы </w:t>
      </w:r>
      <w:r>
        <w:rPr>
          <w:rFonts w:ascii="Georgia" w:hAnsi="Georgia" w:cs="Times New Roman"/>
          <w:b/>
          <w:i w:val="0"/>
          <w:color w:val="000000"/>
          <w:sz w:val="24"/>
          <w:rtl/>
          <w:szCs w:val="32"/>
        </w:rPr>
        <w:t>וַוַוֵ וְוּוֶ וַוַוַוַ יִוֶיִ יְוּוֶוִ</w:t>
      </w:r>
      <w:r>
        <w:rPr>
          <w:rFonts w:ascii="Georgia" w:hAnsi="Georgia"/>
          <w:b w:val="0"/>
          <w:i w:val="0"/>
          <w:color w:val="000000"/>
          <w:sz w:val="24"/>
        </w:rPr>
        <w:t xml:space="preserve">; в «Благодарим» — имя </w:t>
      </w:r>
      <w:r>
        <w:rPr>
          <w:rFonts w:ascii="Georgia" w:hAnsi="Georgia"/>
          <w:b w:val="0"/>
          <w:i/>
          <w:color w:val="000000"/>
          <w:sz w:val="24"/>
        </w:rPr>
        <w:t>Бамавихен</w:t>
      </w:r>
      <w:r>
        <w:rPr>
          <w:rFonts w:ascii="Georgia" w:hAnsi="Georgia"/>
          <w:b w:val="0"/>
          <w:i w:val="0"/>
          <w:color w:val="000000"/>
          <w:sz w:val="24"/>
        </w:rPr>
        <w:t xml:space="preserve"> (</w:t>
      </w:r>
      <w:r>
        <w:rPr>
          <w:rFonts w:ascii="Georgia" w:hAnsi="Georgia" w:cs="Times New Roman"/>
          <w:b/>
          <w:i w:val="0"/>
          <w:color w:val="000000"/>
          <w:sz w:val="24"/>
          <w:rtl/>
          <w:szCs w:val="32"/>
        </w:rPr>
        <w:t>בָמָוִכֶן</w:t>
      </w:r>
      <w:r>
        <w:rPr>
          <w:rFonts w:ascii="Georgia" w:hAnsi="Georgia"/>
          <w:b w:val="0"/>
          <w:i w:val="0"/>
          <w:color w:val="000000"/>
          <w:sz w:val="24"/>
        </w:rPr>
        <w:t xml:space="preserve">). День третий: [намерение для связи с] равом Авирой: имя </w:t>
      </w:r>
      <w:r>
        <w:rPr>
          <w:rFonts w:ascii="Georgia" w:hAnsi="Georgia"/>
          <w:b w:val="0"/>
          <w:i/>
          <w:color w:val="000000"/>
          <w:sz w:val="24"/>
        </w:rPr>
        <w:t>Тавамейоэль</w:t>
      </w:r>
      <w:r>
        <w:rPr>
          <w:rFonts w:ascii="Georgia" w:hAnsi="Georgia"/>
          <w:b w:val="0"/>
          <w:i w:val="0"/>
          <w:color w:val="000000"/>
          <w:sz w:val="24"/>
        </w:rPr>
        <w:t xml:space="preserve"> (</w:t>
      </w:r>
      <w:r>
        <w:rPr>
          <w:rFonts w:ascii="Georgia" w:hAnsi="Georgia" w:cs="Times New Roman"/>
          <w:b/>
          <w:i w:val="0"/>
          <w:color w:val="000000"/>
          <w:sz w:val="24"/>
          <w:rtl/>
          <w:szCs w:val="32"/>
        </w:rPr>
        <w:t>תָוָמֵיֹאָלָ</w:t>
      </w:r>
      <w:r>
        <w:rPr>
          <w:rFonts w:ascii="Georgia" w:hAnsi="Georgia"/>
          <w:b w:val="0"/>
          <w:i w:val="0"/>
          <w:color w:val="000000"/>
          <w:sz w:val="24"/>
        </w:rPr>
        <w:t xml:space="preserve">), затем [Имя АВАЯ в наполнении САГ с огласовками]: </w:t>
      </w:r>
      <w:r>
        <w:rPr>
          <w:rFonts w:ascii="Georgia" w:hAnsi="Georgia" w:cs="Times New Roman"/>
          <w:b/>
          <w:i w:val="0"/>
          <w:color w:val="000000"/>
          <w:sz w:val="24"/>
          <w:rtl/>
          <w:szCs w:val="32"/>
        </w:rPr>
        <w:t>יָוָדֵ הֹיָ וֶיָוֶ הָיָ</w:t>
      </w:r>
      <w:r>
        <w:rPr>
          <w:rFonts w:ascii="Georgia" w:hAnsi="Georgia"/>
          <w:b w:val="0"/>
          <w:i w:val="0"/>
          <w:color w:val="000000"/>
          <w:sz w:val="24"/>
        </w:rPr>
        <w:t>, Имя ЭЛОКИМ с огласовками (</w:t>
      </w:r>
      <w:r>
        <w:rPr>
          <w:rFonts w:ascii="Georgia" w:hAnsi="Georgia" w:cs="Times New Roman"/>
          <w:b/>
          <w:i w:val="0"/>
          <w:color w:val="000000"/>
          <w:sz w:val="24"/>
          <w:rtl/>
          <w:szCs w:val="32"/>
        </w:rPr>
        <w:t>אֵלֹהָיֶםָ</w:t>
      </w:r>
      <w:r>
        <w:rPr>
          <w:rFonts w:ascii="Georgia" w:hAnsi="Georgia"/>
          <w:b w:val="0"/>
          <w:i w:val="0"/>
          <w:color w:val="000000"/>
          <w:sz w:val="24"/>
        </w:rPr>
        <w:t xml:space="preserve">), затем сочетания букв вав и йод: </w:t>
      </w:r>
      <w:r>
        <w:rPr>
          <w:rFonts w:ascii="Georgia" w:hAnsi="Georgia" w:cs="Times New Roman"/>
          <w:b/>
          <w:i w:val="0"/>
          <w:color w:val="000000"/>
          <w:sz w:val="24"/>
          <w:rtl/>
          <w:szCs w:val="32"/>
        </w:rPr>
        <w:t>וַוַוַוַוַ יֹוַוַוַוַ יֹ יוַֹיֹ יֹוַוַוַ</w:t>
      </w:r>
      <w:r>
        <w:rPr>
          <w:rFonts w:ascii="Georgia" w:hAnsi="Georgia"/>
          <w:b w:val="0"/>
          <w:i w:val="0"/>
          <w:color w:val="000000"/>
          <w:sz w:val="24"/>
        </w:rPr>
        <w:t>, дважды Имя ЭЛЬ (</w:t>
      </w:r>
      <w:r>
        <w:rPr>
          <w:rFonts w:ascii="Georgia" w:hAnsi="Georgia" w:cs="Times New Roman"/>
          <w:b/>
          <w:i w:val="0"/>
          <w:color w:val="000000"/>
          <w:sz w:val="24"/>
          <w:rtl/>
          <w:szCs w:val="32"/>
        </w:rPr>
        <w:t>אל אל</w:t>
      </w:r>
      <w:r>
        <w:rPr>
          <w:rFonts w:ascii="Georgia" w:hAnsi="Georgia"/>
          <w:b w:val="0"/>
          <w:i w:val="0"/>
          <w:color w:val="000000"/>
          <w:sz w:val="24"/>
        </w:rPr>
        <w:t xml:space="preserve">), и сочетания букв с огласовками: </w:t>
      </w:r>
      <w:r>
        <w:rPr>
          <w:rFonts w:ascii="Georgia" w:hAnsi="Georgia" w:cs="Times New Roman"/>
          <w:b/>
          <w:i w:val="0"/>
          <w:color w:val="000000"/>
          <w:sz w:val="24"/>
          <w:rtl/>
          <w:szCs w:val="32"/>
        </w:rPr>
        <w:t>וְדָיִ יֶוֹיָ וַדָיֶ אֶוָיֶ וָדְאֵ הְוֹאַ וִדָ הַ וֹהָ</w:t>
      </w:r>
      <w:r>
        <w:rPr>
          <w:rFonts w:ascii="Georgia" w:hAnsi="Georgia"/>
          <w:b w:val="0"/>
          <w:i w:val="0"/>
          <w:color w:val="000000"/>
          <w:sz w:val="24"/>
        </w:rPr>
        <w:t>.</w:t>
      </w:r>
    </w:p>
    <w:p>
      <w:pPr>
        <w:keepNext/>
        <w:spacing w:before="320" w:after="120"/>
      </w:pPr>
      <w:r>
        <w:rPr>
          <w:rFonts w:ascii="Georgia" w:hAnsi="Georgia"/>
          <w:b w:val="0"/>
          <w:i w:val="0"/>
          <w:color w:val="000000"/>
          <w:sz w:val="32"/>
        </w:rPr>
        <w:t>Ихуд 3</w:t>
      </w:r>
    </w:p>
    <w:p>
      <w:pPr>
        <w:spacing w:before="40" w:after="120"/>
        <w:jc w:val="both"/>
      </w:pPr>
      <w:r>
        <w:rPr>
          <w:rFonts w:ascii="Georgia" w:hAnsi="Georgia"/>
          <w:b w:val="0"/>
          <w:i w:val="0"/>
          <w:color w:val="000000"/>
          <w:sz w:val="24"/>
        </w:rPr>
        <w:t>Оно относится к вышеупомянутому единению и основано на буквах (отиет) гортани алеф, хэт, хэй, айн (</w:t>
      </w:r>
      <w:r>
        <w:rPr>
          <w:rFonts w:ascii="Georgia" w:hAnsi="Georgia" w:cs="Times New Roman"/>
          <w:b/>
          <w:i w:val="0"/>
          <w:color w:val="000000"/>
          <w:sz w:val="24"/>
          <w:rtl/>
          <w:szCs w:val="32"/>
        </w:rPr>
        <w:t>אחה״ע</w:t>
      </w:r>
      <w:r>
        <w:rPr>
          <w:rFonts w:ascii="Georgia" w:hAnsi="Georgia"/>
          <w:b w:val="0"/>
          <w:i w:val="0"/>
          <w:color w:val="000000"/>
          <w:sz w:val="24"/>
        </w:rPr>
        <w:t>) и так далее [по пяти органам речи]. Буквы рта (</w:t>
      </w:r>
      <w:r>
        <w:rPr>
          <w:rFonts w:ascii="Georgia" w:hAnsi="Georgia" w:cs="Times New Roman"/>
          <w:b/>
          <w:i w:val="0"/>
          <w:color w:val="000000"/>
          <w:sz w:val="24"/>
          <w:rtl/>
          <w:szCs w:val="32"/>
        </w:rPr>
        <w:t>פ״ה</w:t>
      </w:r>
      <w:r>
        <w:rPr>
          <w:rFonts w:ascii="Georgia" w:hAnsi="Georgia"/>
          <w:b w:val="0"/>
          <w:i w:val="0"/>
          <w:color w:val="000000"/>
          <w:sz w:val="24"/>
        </w:rPr>
        <w:t>): для [гортанных] алеф, хэт, хэй, айн — АВАЯ с наполнением МА (45) (</w:t>
      </w:r>
      <w:r>
        <w:rPr>
          <w:rFonts w:ascii="Georgia" w:hAnsi="Georgia" w:cs="Times New Roman"/>
          <w:b/>
          <w:i w:val="0"/>
          <w:color w:val="000000"/>
          <w:sz w:val="24"/>
          <w:rtl/>
          <w:szCs w:val="32"/>
        </w:rPr>
        <w:t>יוד הא ואו הא</w:t>
      </w:r>
      <w:r>
        <w:rPr>
          <w:rFonts w:ascii="Georgia" w:hAnsi="Georgia"/>
          <w:b w:val="0"/>
          <w:i w:val="0"/>
          <w:color w:val="000000"/>
          <w:sz w:val="24"/>
        </w:rPr>
        <w:t>) и ЭЛОКИМ [с наполнением] (</w:t>
      </w:r>
      <w:r>
        <w:rPr>
          <w:rFonts w:ascii="Georgia" w:hAnsi="Georgia" w:cs="Times New Roman"/>
          <w:b/>
          <w:i w:val="0"/>
          <w:color w:val="000000"/>
          <w:sz w:val="24"/>
          <w:rtl/>
          <w:szCs w:val="32"/>
        </w:rPr>
        <w:t>אלף למד הי יוד מם</w:t>
      </w:r>
      <w:r>
        <w:rPr>
          <w:rFonts w:ascii="Georgia" w:hAnsi="Georgia"/>
          <w:b w:val="0"/>
          <w:i w:val="0"/>
          <w:color w:val="000000"/>
          <w:sz w:val="24"/>
        </w:rPr>
        <w:t>). Для [небных]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АВАЯ с наполнением МА (45) (</w:t>
      </w:r>
      <w:r>
        <w:rPr>
          <w:rFonts w:ascii="Georgia" w:hAnsi="Georgia" w:cs="Times New Roman"/>
          <w:b/>
          <w:i w:val="0"/>
          <w:color w:val="000000"/>
          <w:sz w:val="24"/>
          <w:rtl/>
          <w:szCs w:val="32"/>
        </w:rPr>
        <w:t>יוד הא ואו הא</w:t>
      </w:r>
      <w:r>
        <w:rPr>
          <w:rFonts w:ascii="Georgia" w:hAnsi="Georgia"/>
          <w:b w:val="0"/>
          <w:i w:val="0"/>
          <w:color w:val="000000"/>
          <w:sz w:val="24"/>
        </w:rPr>
        <w:t>); а [наполнение Имени] АДОНАЙ (</w:t>
      </w:r>
      <w:r>
        <w:rPr>
          <w:rFonts w:ascii="Georgia" w:hAnsi="Georgia" w:cs="Times New Roman"/>
          <w:b/>
          <w:i w:val="0"/>
          <w:color w:val="000000"/>
          <w:sz w:val="24"/>
          <w:rtl/>
          <w:szCs w:val="32"/>
        </w:rPr>
        <w:t>אל״ף דל״ת נון יוד</w:t>
      </w:r>
      <w:r>
        <w:rPr>
          <w:rFonts w:ascii="Georgia" w:hAnsi="Georgia"/>
          <w:b w:val="0"/>
          <w:i w:val="0"/>
          <w:color w:val="000000"/>
          <w:sz w:val="24"/>
        </w:rPr>
        <w:t>) — это речь. Для [язычных] далет, тэт, ламэд, нун, тав (</w:t>
      </w:r>
      <w:r>
        <w:rPr>
          <w:rFonts w:ascii="Georgia" w:hAnsi="Georgia" w:cs="Times New Roman"/>
          <w:b/>
          <w:i w:val="0"/>
          <w:color w:val="000000"/>
          <w:sz w:val="24"/>
          <w:rtl/>
          <w:szCs w:val="32"/>
        </w:rPr>
        <w:t>דטלנ״ת</w:t>
      </w:r>
      <w:r>
        <w:rPr>
          <w:rFonts w:ascii="Georgia" w:hAnsi="Georgia"/>
          <w:b w:val="0"/>
          <w:i w:val="0"/>
          <w:color w:val="000000"/>
          <w:sz w:val="24"/>
        </w:rPr>
        <w:t>): АВАЯ с наполнением МА (45) (</w:t>
      </w:r>
      <w:r>
        <w:rPr>
          <w:rFonts w:ascii="Georgia" w:hAnsi="Georgia" w:cs="Times New Roman"/>
          <w:b/>
          <w:i w:val="0"/>
          <w:color w:val="000000"/>
          <w:sz w:val="24"/>
          <w:rtl/>
          <w:szCs w:val="32"/>
        </w:rPr>
        <w:t>יוד הא ואו הא</w:t>
      </w:r>
      <w:r>
        <w:rPr>
          <w:rFonts w:ascii="Georgia" w:hAnsi="Georgia"/>
          <w:b w:val="0"/>
          <w:i w:val="0"/>
          <w:color w:val="000000"/>
          <w:sz w:val="24"/>
        </w:rPr>
        <w:t>) и ЭЙЕ с наполнением хэйин (</w:t>
      </w:r>
      <w:r>
        <w:rPr>
          <w:rFonts w:ascii="Georgia" w:hAnsi="Georgia" w:cs="Times New Roman"/>
          <w:b/>
          <w:i w:val="0"/>
          <w:color w:val="000000"/>
          <w:sz w:val="24"/>
          <w:rtl/>
          <w:szCs w:val="32"/>
        </w:rPr>
        <w:t>אלף הא יוד הא</w:t>
      </w:r>
      <w:r>
        <w:rPr>
          <w:rFonts w:ascii="Georgia" w:hAnsi="Georgia"/>
          <w:b w:val="0"/>
          <w:i w:val="0"/>
          <w:color w:val="000000"/>
          <w:sz w:val="24"/>
        </w:rPr>
        <w:t>). Для [зубных] зайн, шин, самэх, рэйш, цади (</w:t>
      </w:r>
      <w:r>
        <w:rPr>
          <w:rFonts w:ascii="Georgia" w:hAnsi="Georgia" w:cs="Times New Roman"/>
          <w:b/>
          <w:i w:val="0"/>
          <w:color w:val="000000"/>
          <w:sz w:val="24"/>
          <w:rtl/>
          <w:szCs w:val="32"/>
        </w:rPr>
        <w:t>זשסר״ץ</w:t>
      </w:r>
      <w:r>
        <w:rPr>
          <w:rFonts w:ascii="Georgia" w:hAnsi="Georgia"/>
          <w:b w:val="0"/>
          <w:i w:val="0"/>
          <w:color w:val="000000"/>
          <w:sz w:val="24"/>
        </w:rPr>
        <w:t>): АВАЯ с наполнением АБ (72) (</w:t>
      </w:r>
      <w:r>
        <w:rPr>
          <w:rFonts w:ascii="Georgia" w:hAnsi="Georgia" w:cs="Times New Roman"/>
          <w:b/>
          <w:i w:val="0"/>
          <w:color w:val="000000"/>
          <w:sz w:val="24"/>
          <w:rtl/>
          <w:szCs w:val="32"/>
        </w:rPr>
        <w:t>יוד הי ויו הי</w:t>
      </w:r>
      <w:r>
        <w:rPr>
          <w:rFonts w:ascii="Georgia" w:hAnsi="Georgia"/>
          <w:b w:val="0"/>
          <w:i w:val="0"/>
          <w:color w:val="000000"/>
          <w:sz w:val="24"/>
        </w:rPr>
        <w:t>) и ЭЙЕ с наполнением йодин (</w:t>
      </w:r>
      <w:r>
        <w:rPr>
          <w:rFonts w:ascii="Georgia" w:hAnsi="Georgia" w:cs="Times New Roman"/>
          <w:b/>
          <w:i w:val="0"/>
          <w:color w:val="000000"/>
          <w:sz w:val="24"/>
          <w:rtl/>
          <w:szCs w:val="32"/>
        </w:rPr>
        <w:t>אלף הי יוד הי</w:t>
      </w:r>
      <w:r>
        <w:rPr>
          <w:rFonts w:ascii="Georgia" w:hAnsi="Georgia"/>
          <w:b w:val="0"/>
          <w:i w:val="0"/>
          <w:color w:val="000000"/>
          <w:sz w:val="24"/>
        </w:rPr>
        <w:t>). Число 85 (</w:t>
      </w:r>
      <w:r>
        <w:rPr>
          <w:rFonts w:ascii="Georgia" w:hAnsi="Georgia" w:cs="Times New Roman"/>
          <w:b/>
          <w:i w:val="0"/>
          <w:color w:val="000000"/>
          <w:sz w:val="24"/>
          <w:rtl/>
          <w:szCs w:val="32"/>
        </w:rPr>
        <w:t>פ״ה</w:t>
      </w:r>
      <w:r>
        <w:rPr>
          <w:rFonts w:ascii="Georgia" w:hAnsi="Georgia"/>
          <w:b w:val="0"/>
          <w:i w:val="0"/>
          <w:color w:val="000000"/>
          <w:sz w:val="24"/>
        </w:rPr>
        <w:t>) — это расчет голоса — [три ступени]: йод; йод, хэй; йод, хэй, вав (</w:t>
      </w:r>
      <w:r>
        <w:rPr>
          <w:rFonts w:ascii="Georgia" w:hAnsi="Georgia" w:cs="Times New Roman"/>
          <w:b/>
          <w:i w:val="0"/>
          <w:color w:val="000000"/>
          <w:sz w:val="24"/>
          <w:rtl/>
          <w:szCs w:val="32"/>
        </w:rPr>
        <w:t>יוד יוד הא יוד הא ואו</w:t>
      </w:r>
      <w:r>
        <w:rPr>
          <w:rFonts w:ascii="Georgia" w:hAnsi="Georgia"/>
          <w:b w:val="0"/>
          <w:i w:val="0"/>
          <w:color w:val="000000"/>
          <w:sz w:val="24"/>
        </w:rPr>
        <w:t>). САГ: АВАЯ с наполнением САГ (63) (</w:t>
      </w:r>
      <w:r>
        <w:rPr>
          <w:rFonts w:ascii="Georgia" w:hAnsi="Georgia" w:cs="Times New Roman"/>
          <w:b/>
          <w:i w:val="0"/>
          <w:color w:val="000000"/>
          <w:sz w:val="24"/>
          <w:rtl/>
          <w:szCs w:val="32"/>
        </w:rPr>
        <w:t>יוד הי ואו הי</w:t>
      </w:r>
      <w:r>
        <w:rPr>
          <w:rFonts w:ascii="Georgia" w:hAnsi="Georgia"/>
          <w:b w:val="0"/>
          <w:i w:val="0"/>
          <w:color w:val="000000"/>
          <w:sz w:val="24"/>
        </w:rPr>
        <w:t>) — это пар. Двадцать две буквы алфавита: от алеф до тэт, йод, каф и ламэд, мэм, нун, самэх, айн, пэй, от цади до тав (</w:t>
      </w:r>
      <w:r>
        <w:rPr>
          <w:rFonts w:ascii="Georgia" w:hAnsi="Georgia" w:cs="Times New Roman"/>
          <w:b/>
          <w:i w:val="0"/>
          <w:color w:val="000000"/>
          <w:sz w:val="24"/>
          <w:rtl/>
          <w:szCs w:val="32"/>
        </w:rPr>
        <w:t>אבגדהוזחט י כל מ נסע פ צקרשת</w:t>
      </w:r>
      <w:r>
        <w:rPr>
          <w:rFonts w:ascii="Georgia" w:hAnsi="Georgia"/>
          <w:b w:val="0"/>
          <w:i w:val="0"/>
          <w:color w:val="000000"/>
          <w:sz w:val="24"/>
        </w:rPr>
        <w:t>). [И полное четырехступенчатое раскрытие Имени АВАЯ с наполнением МА (45)]: йод; йод, хэй; йод, хэй, вав; йод, хэй, вав, хэй (</w:t>
      </w:r>
      <w:r>
        <w:rPr>
          <w:rFonts w:ascii="Georgia" w:hAnsi="Georgia" w:cs="Times New Roman"/>
          <w:b/>
          <w:i w:val="0"/>
          <w:color w:val="000000"/>
          <w:sz w:val="24"/>
          <w:rtl/>
          <w:szCs w:val="32"/>
        </w:rPr>
        <w:t>יוד יוד הא יוד הא ואו יוד הא ואו הא</w:t>
      </w:r>
      <w:r>
        <w:rPr>
          <w:rFonts w:ascii="Georgia" w:hAnsi="Georgia"/>
          <w:b w:val="0"/>
          <w:i w:val="0"/>
          <w:color w:val="000000"/>
          <w:sz w:val="24"/>
        </w:rPr>
        <w:t>).</w:t>
      </w:r>
    </w:p>
    <w:p>
      <w:pPr>
        <w:keepNext/>
        <w:spacing w:before="320" w:after="120"/>
      </w:pPr>
      <w:r>
        <w:rPr>
          <w:rFonts w:ascii="Georgia" w:hAnsi="Georgia"/>
          <w:b w:val="0"/>
          <w:i w:val="0"/>
          <w:color w:val="000000"/>
          <w:sz w:val="32"/>
        </w:rPr>
        <w:t>Ихуд 4</w:t>
      </w:r>
    </w:p>
    <w:p>
      <w:pPr>
        <w:spacing w:before="40" w:after="120"/>
        <w:jc w:val="both"/>
      </w:pPr>
      <w:r>
        <w:rPr>
          <w:rFonts w:ascii="Georgia" w:hAnsi="Georgia"/>
          <w:b w:val="0"/>
          <w:i w:val="0"/>
          <w:color w:val="000000"/>
          <w:sz w:val="24"/>
        </w:rPr>
        <w:t>[Это единение относится] к вышеупомянутому [исправлению] и основано на Именах БОН [и] 42-буквенном [Имени] Авгитац (</w:t>
      </w:r>
      <w:r>
        <w:rPr>
          <w:rFonts w:ascii="Georgia" w:hAnsi="Georgia" w:cs="Times New Roman"/>
          <w:b/>
          <w:i w:val="0"/>
          <w:color w:val="000000"/>
          <w:sz w:val="24"/>
          <w:rtl/>
          <w:szCs w:val="32"/>
        </w:rPr>
        <w:t>אבגיתץ</w:t>
      </w:r>
      <w:r>
        <w:rPr>
          <w:rFonts w:ascii="Georgia" w:hAnsi="Georgia"/>
          <w:b w:val="0"/>
          <w:i w:val="0"/>
          <w:color w:val="000000"/>
          <w:sz w:val="24"/>
        </w:rPr>
        <w:t>); первые буквы [следующих Имен образуют это сочетание]: Адирирон, Бихирирон, Гихирирон, Ихирирон, Тальмия, Цадирирон (</w:t>
      </w:r>
      <w:r>
        <w:rPr>
          <w:rFonts w:ascii="Georgia" w:hAnsi="Georgia" w:cs="Times New Roman"/>
          <w:b/>
          <w:i w:val="0"/>
          <w:color w:val="000000"/>
          <w:sz w:val="24"/>
          <w:rtl/>
          <w:szCs w:val="32"/>
        </w:rPr>
        <w:t>אדירירון ביהרירון גיהרירון ייהרירון תלמיה צֹדַיַרירַון</w:t>
      </w:r>
      <w:r>
        <w:rPr>
          <w:rFonts w:ascii="Georgia" w:hAnsi="Georgia"/>
          <w:b w:val="0"/>
          <w:i w:val="0"/>
          <w:color w:val="000000"/>
          <w:sz w:val="24"/>
        </w:rPr>
        <w:t xml:space="preserve">). </w:t>
      </w:r>
      <w:r>
        <w:rPr>
          <w:rFonts w:ascii="Georgia" w:hAnsi="Georgia" w:cs="Times New Roman"/>
          <w:b/>
          <w:i w:val="0"/>
          <w:color w:val="000000"/>
          <w:sz w:val="24"/>
          <w:rtl/>
          <w:szCs w:val="32"/>
        </w:rPr>
        <w:t>אֹהָיַהְ אהַיַהַ אַהַיֹהָ אהיה אהיה אהיה אהיה אהיה אהיה אהיה</w:t>
      </w:r>
      <w:r>
        <w:rPr>
          <w:rFonts w:ascii="Georgia" w:hAnsi="Georgia"/>
          <w:b w:val="0"/>
          <w:i w:val="0"/>
          <w:color w:val="000000"/>
          <w:sz w:val="24"/>
        </w:rPr>
        <w:t>: [окончание] «рон» (</w:t>
      </w:r>
      <w:r>
        <w:rPr>
          <w:rFonts w:ascii="Georgia" w:hAnsi="Georgia" w:cs="Times New Roman"/>
          <w:b/>
          <w:i w:val="0"/>
          <w:color w:val="000000"/>
          <w:sz w:val="24"/>
          <w:rtl/>
          <w:szCs w:val="32"/>
        </w:rPr>
        <w:t>רוֹן</w:t>
      </w:r>
      <w:r>
        <w:rPr>
          <w:rFonts w:ascii="Georgia" w:hAnsi="Georgia"/>
          <w:b w:val="0"/>
          <w:i w:val="0"/>
          <w:color w:val="000000"/>
          <w:sz w:val="24"/>
        </w:rPr>
        <w:t xml:space="preserve"> = 256) — это АБ (72) и 184 (</w:t>
      </w:r>
      <w:r>
        <w:rPr>
          <w:rFonts w:ascii="Georgia" w:hAnsi="Georgia" w:cs="Times New Roman"/>
          <w:b/>
          <w:i w:val="0"/>
          <w:color w:val="000000"/>
          <w:sz w:val="24"/>
          <w:rtl/>
          <w:szCs w:val="32"/>
        </w:rPr>
        <w:t>קפ״ד</w:t>
      </w:r>
      <w:r>
        <w:rPr>
          <w:rFonts w:ascii="Georgia" w:hAnsi="Georgia"/>
          <w:b w:val="0"/>
          <w:i w:val="0"/>
          <w:color w:val="000000"/>
          <w:sz w:val="24"/>
        </w:rPr>
        <w:t xml:space="preserve">). </w:t>
      </w:r>
      <w:r>
        <w:rPr>
          <w:rFonts w:ascii="Georgia" w:hAnsi="Georgia" w:cs="Times New Roman"/>
          <w:b/>
          <w:i w:val="0"/>
          <w:color w:val="000000"/>
          <w:sz w:val="24"/>
          <w:rtl/>
          <w:szCs w:val="32"/>
        </w:rPr>
        <w:t>יוַֹדִ הַיַ וַיַוַ הֹיַ יוַֹדִ יַוַדַ הַיַ יוַֹדֹ הַיִ וַיַוַ יַוֹדַ הַיֹ וַיִוַ הַיַ</w:t>
      </w:r>
      <w:r>
        <w:rPr>
          <w:rFonts w:ascii="Georgia" w:hAnsi="Georgia"/>
          <w:b w:val="0"/>
          <w:i w:val="0"/>
          <w:color w:val="000000"/>
          <w:sz w:val="24"/>
        </w:rPr>
        <w:t xml:space="preserve">: </w:t>
      </w:r>
      <w:r>
        <w:rPr>
          <w:rFonts w:ascii="Georgia" w:hAnsi="Georgia" w:cs="Times New Roman"/>
          <w:b/>
          <w:i w:val="0"/>
          <w:color w:val="000000"/>
          <w:sz w:val="24"/>
          <w:rtl/>
          <w:szCs w:val="32"/>
        </w:rPr>
        <w:t>בַיַהַ אֹהַוַהִ</w:t>
      </w:r>
      <w:r>
        <w:rPr>
          <w:rFonts w:ascii="Georgia" w:hAnsi="Georgia"/>
          <w:b w:val="0"/>
          <w:i w:val="0"/>
          <w:color w:val="000000"/>
          <w:sz w:val="24"/>
        </w:rPr>
        <w:t>; «ри» (</w:t>
      </w:r>
      <w:r>
        <w:rPr>
          <w:rFonts w:ascii="Georgia" w:hAnsi="Georgia" w:cs="Times New Roman"/>
          <w:b/>
          <w:i w:val="0"/>
          <w:color w:val="000000"/>
          <w:sz w:val="24"/>
          <w:rtl/>
          <w:szCs w:val="32"/>
        </w:rPr>
        <w:t>ר״י</w:t>
      </w:r>
      <w:r>
        <w:rPr>
          <w:rFonts w:ascii="Georgia" w:hAnsi="Georgia"/>
          <w:b w:val="0"/>
          <w:i w:val="0"/>
          <w:color w:val="000000"/>
          <w:sz w:val="24"/>
        </w:rPr>
        <w:t xml:space="preserve"> = 210): </w:t>
      </w:r>
      <w:r>
        <w:rPr>
          <w:rFonts w:ascii="Georgia" w:hAnsi="Georgia" w:cs="Times New Roman"/>
          <w:b/>
          <w:i w:val="0"/>
          <w:color w:val="000000"/>
          <w:sz w:val="24"/>
          <w:rtl/>
          <w:szCs w:val="32"/>
        </w:rPr>
        <w:t>יֹהַוַ יַהָוֹ יַהַוִ יַהו יֹהַו יהו יהו יהו יהו</w:t>
      </w:r>
      <w:r>
        <w:rPr>
          <w:rFonts w:ascii="Georgia" w:hAnsi="Georgia"/>
          <w:b w:val="0"/>
          <w:i w:val="0"/>
          <w:color w:val="000000"/>
          <w:sz w:val="24"/>
        </w:rPr>
        <w:t xml:space="preserve">: «рон»: </w:t>
      </w:r>
      <w:r>
        <w:rPr>
          <w:rFonts w:ascii="Georgia" w:hAnsi="Georgia" w:cs="Times New Roman"/>
          <w:b/>
          <w:i w:val="0"/>
          <w:color w:val="000000"/>
          <w:sz w:val="24"/>
          <w:rtl/>
          <w:szCs w:val="32"/>
        </w:rPr>
        <w:t>אֹלָףֹ לַמַדַ אֹדָנַיַ אֹלַ אָדָנּיֹ</w:t>
      </w:r>
      <w:r>
        <w:rPr>
          <w:rFonts w:ascii="Georgia" w:hAnsi="Georgia"/>
          <w:b w:val="0"/>
          <w:i w:val="0"/>
          <w:color w:val="000000"/>
          <w:sz w:val="24"/>
        </w:rPr>
        <w:t>; [часть] «ги-я» (</w:t>
      </w:r>
      <w:r>
        <w:rPr>
          <w:rFonts w:ascii="Georgia" w:hAnsi="Georgia" w:cs="Times New Roman"/>
          <w:b/>
          <w:i w:val="0"/>
          <w:color w:val="000000"/>
          <w:sz w:val="24"/>
          <w:rtl/>
          <w:szCs w:val="32"/>
        </w:rPr>
        <w:t>גִיֹהֵ זַחַגִ</w:t>
      </w:r>
      <w:r>
        <w:rPr>
          <w:rFonts w:ascii="Georgia" w:hAnsi="Georgia"/>
          <w:b w:val="0"/>
          <w:i w:val="0"/>
          <w:color w:val="000000"/>
          <w:sz w:val="24"/>
        </w:rPr>
        <w:t xml:space="preserve">); «ри»: </w:t>
      </w:r>
      <w:r>
        <w:rPr>
          <w:rFonts w:ascii="Georgia" w:hAnsi="Georgia" w:cs="Times New Roman"/>
          <w:b/>
          <w:i w:val="0"/>
          <w:color w:val="000000"/>
          <w:sz w:val="24"/>
          <w:rtl/>
          <w:szCs w:val="32"/>
        </w:rPr>
        <w:t>בְיָטְ בְיָטְ בְיָטְ בְיָטְ בְיָטְ בְיָטְ בְיָטְ בְיָטְ בְיָטְ בְיְטְ</w:t>
      </w:r>
      <w:r>
        <w:rPr>
          <w:rFonts w:ascii="Georgia" w:hAnsi="Georgia"/>
          <w:b w:val="0"/>
          <w:i w:val="0"/>
          <w:color w:val="000000"/>
          <w:sz w:val="24"/>
        </w:rPr>
        <w:t xml:space="preserve">: «рон»: </w:t>
      </w:r>
      <w:r>
        <w:rPr>
          <w:rFonts w:ascii="Georgia" w:hAnsi="Georgia" w:cs="Times New Roman"/>
          <w:b/>
          <w:i w:val="0"/>
          <w:color w:val="000000"/>
          <w:sz w:val="24"/>
          <w:rtl/>
          <w:szCs w:val="32"/>
        </w:rPr>
        <w:t>אֹלַףִ למַדַ פַאִ הַהַ הֹהַ יְוַדֹ וַיַוֹ דלת הה הה</w:t>
      </w:r>
      <w:r>
        <w:rPr>
          <w:rFonts w:ascii="Georgia" w:hAnsi="Georgia"/>
          <w:b w:val="0"/>
          <w:i w:val="0"/>
          <w:color w:val="000000"/>
          <w:sz w:val="24"/>
        </w:rPr>
        <w:t>; [часть] «и-я» (</w:t>
      </w:r>
      <w:r>
        <w:rPr>
          <w:rFonts w:ascii="Georgia" w:hAnsi="Georgia" w:cs="Times New Roman"/>
          <w:b/>
          <w:i w:val="0"/>
          <w:color w:val="000000"/>
          <w:sz w:val="24"/>
          <w:rtl/>
          <w:szCs w:val="32"/>
        </w:rPr>
        <w:t>ייה</w:t>
      </w:r>
      <w:r>
        <w:rPr>
          <w:rFonts w:ascii="Georgia" w:hAnsi="Georgia"/>
          <w:b w:val="0"/>
          <w:i w:val="0"/>
          <w:color w:val="000000"/>
          <w:sz w:val="24"/>
        </w:rPr>
        <w:t>): восемьдесят пять (</w:t>
      </w:r>
      <w:r>
        <w:rPr>
          <w:rFonts w:ascii="Georgia" w:hAnsi="Georgia" w:cs="Times New Roman"/>
          <w:b/>
          <w:i w:val="0"/>
          <w:color w:val="000000"/>
          <w:sz w:val="24"/>
          <w:rtl/>
          <w:szCs w:val="32"/>
        </w:rPr>
        <w:t>פ״ה</w:t>
      </w:r>
      <w:r>
        <w:rPr>
          <w:rFonts w:ascii="Georgia" w:hAnsi="Georgia"/>
          <w:b w:val="0"/>
          <w:i w:val="0"/>
          <w:color w:val="000000"/>
          <w:sz w:val="24"/>
        </w:rPr>
        <w:t xml:space="preserve">) букв в наполнении этих двух Имен: </w:t>
      </w:r>
      <w:r>
        <w:rPr>
          <w:rFonts w:ascii="Georgia" w:hAnsi="Georgia" w:cs="Times New Roman"/>
          <w:b/>
          <w:i w:val="0"/>
          <w:color w:val="000000"/>
          <w:sz w:val="24"/>
          <w:rtl/>
          <w:szCs w:val="32"/>
        </w:rPr>
        <w:t>אֹלַףֹ דַלַתֹ נוַֹן יַוַדֹ אַלַףַ לֹמַדֹ הִיַ יֹוֹדַ מַםַ</w:t>
      </w:r>
      <w:r>
        <w:rPr>
          <w:rFonts w:ascii="Georgia" w:hAnsi="Georgia"/>
          <w:b w:val="0"/>
          <w:i w:val="0"/>
          <w:color w:val="000000"/>
          <w:sz w:val="24"/>
        </w:rPr>
        <w:t xml:space="preserve">; три [Имени] АВАЯ — АБ (72), САГ (63) и МА (45): </w:t>
      </w:r>
      <w:r>
        <w:rPr>
          <w:rFonts w:ascii="Georgia" w:hAnsi="Georgia" w:cs="Times New Roman"/>
          <w:b/>
          <w:i w:val="0"/>
          <w:color w:val="000000"/>
          <w:sz w:val="24"/>
          <w:rtl/>
          <w:szCs w:val="32"/>
        </w:rPr>
        <w:t>יַוַדַ הַיַ וַיַוַ הַיַ</w:t>
      </w:r>
      <w:r>
        <w:rPr>
          <w:rFonts w:ascii="Georgia" w:hAnsi="Georgia"/>
          <w:b w:val="0"/>
          <w:i w:val="0"/>
          <w:color w:val="000000"/>
          <w:sz w:val="24"/>
        </w:rPr>
        <w:t xml:space="preserve">: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в трех первых [сфирот] — </w:t>
      </w:r>
      <w:r>
        <w:rPr>
          <w:rFonts w:ascii="Georgia" w:hAnsi="Georgia" w:cs="Times New Roman"/>
          <w:b/>
          <w:i w:val="0"/>
          <w:color w:val="000000"/>
          <w:sz w:val="24"/>
          <w:rtl/>
          <w:szCs w:val="32"/>
        </w:rPr>
        <w:t>בַיַהַ אֹהַוַהִ</w:t>
      </w:r>
      <w:r>
        <w:rPr>
          <w:rFonts w:ascii="Georgia" w:hAnsi="Georgia"/>
          <w:b w:val="0"/>
          <w:i w:val="0"/>
          <w:color w:val="000000"/>
          <w:sz w:val="24"/>
        </w:rPr>
        <w:t>: в средних — [сочетание] «ди» (</w:t>
      </w:r>
      <w:r>
        <w:rPr>
          <w:rFonts w:ascii="Georgia" w:hAnsi="Georgia" w:cs="Times New Roman"/>
          <w:b/>
          <w:i w:val="0"/>
          <w:color w:val="000000"/>
          <w:sz w:val="24"/>
          <w:rtl/>
          <w:szCs w:val="32"/>
        </w:rPr>
        <w:t>ד״י</w:t>
      </w:r>
      <w:r>
        <w:rPr>
          <w:rFonts w:ascii="Georgia" w:hAnsi="Georgia"/>
          <w:b w:val="0"/>
          <w:i w:val="0"/>
          <w:color w:val="000000"/>
          <w:sz w:val="24"/>
        </w:rPr>
        <w:t xml:space="preserve">): </w:t>
      </w:r>
      <w:r>
        <w:rPr>
          <w:rFonts w:ascii="Georgia" w:hAnsi="Georgia" w:cs="Times New Roman"/>
          <w:b/>
          <w:i w:val="0"/>
          <w:color w:val="000000"/>
          <w:sz w:val="24"/>
          <w:rtl/>
          <w:szCs w:val="32"/>
        </w:rPr>
        <w:t>יֹהַוַ יַהַוֹ יַהַוִ יַהַוֹ יַהַוַ יִהַו יִהַו יהו יהו יהו</w:t>
      </w:r>
      <w:r>
        <w:rPr>
          <w:rFonts w:ascii="Georgia" w:hAnsi="Georgia"/>
          <w:b w:val="0"/>
          <w:i w:val="0"/>
          <w:color w:val="000000"/>
          <w:sz w:val="24"/>
        </w:rPr>
        <w:t>.</w:t>
      </w:r>
    </w:p>
    <w:p>
      <w:pPr>
        <w:keepNext/>
        <w:spacing w:before="320" w:after="120"/>
      </w:pPr>
      <w:r>
        <w:rPr>
          <w:rFonts w:ascii="Georgia" w:hAnsi="Georgia"/>
          <w:b w:val="0"/>
          <w:i w:val="0"/>
          <w:color w:val="000000"/>
          <w:sz w:val="32"/>
        </w:rPr>
        <w:t>Ихуд 5</w:t>
      </w:r>
    </w:p>
    <w:p>
      <w:pPr>
        <w:spacing w:before="40" w:after="120"/>
        <w:jc w:val="both"/>
      </w:pPr>
      <w:r>
        <w:rPr>
          <w:rFonts w:ascii="Georgia" w:hAnsi="Georgia"/>
          <w:b w:val="0"/>
          <w:i w:val="0"/>
          <w:color w:val="000000"/>
          <w:sz w:val="24"/>
        </w:rPr>
        <w:t xml:space="preserve">Для нашего учителя рабби Ицхака Коэна, благословенной памяти: </w:t>
      </w:r>
      <w:r>
        <w:rPr>
          <w:rFonts w:ascii="Georgia" w:hAnsi="Georgia" w:cs="Times New Roman"/>
          <w:b/>
          <w:i w:val="0"/>
          <w:color w:val="000000"/>
          <w:sz w:val="24"/>
          <w:rtl/>
          <w:szCs w:val="32"/>
        </w:rPr>
        <w:t>יֹודֹ דֹיֹ יַדַיִ יוֹדֹ דַוַ יַדַוַ יַוַדַ דַוַהַ יַ דַוַהַ יוַֹדַ הַאַ וַֹיֹוֹ הַהִ יֹוַדַ הַאַ וַאֹוַ הַהַ יֹוַדַ הַיַ וַוֹ הֹיֹ יֹוֹדֹ דֹוֹדֹיֹ יֹדַוַדַיַ יֹוֹד דֹוֹדֹיֹהֹ יֹדַודַיַהֹ יֹוַדַ הַיַ וֹיוַֹ הַֹה יִהִיוֵהִוִ יִהִדַוהַדַ יוַֹהַדַוַיָהָהַ יַהִיַ וַהִד יִהַוַ וַהַד יִהַי וַהִה אֹלֹ וִהִ בוִֹכִו אֹלִדִ אֹלֶי יֹאַהִהַוֹיַהַהֵ אֹלֵיֹ יֹוֹדֹ וַוַוַ יַ וַוַוַ יִוַדַ הִיִ וַיִוַ הַהַ אֹדֹנֹיֶ</w:t>
      </w:r>
      <w:r>
        <w:rPr>
          <w:rFonts w:ascii="Georgia" w:hAnsi="Georgia"/>
          <w:b w:val="0"/>
          <w:i w:val="0"/>
          <w:color w:val="000000"/>
          <w:sz w:val="24"/>
        </w:rPr>
        <w:t>:</w:t>
      </w:r>
    </w:p>
    <w:p>
      <w:pPr>
        <w:keepNext/>
        <w:spacing w:before="320" w:after="120"/>
      </w:pPr>
      <w:r>
        <w:rPr>
          <w:rFonts w:ascii="Georgia" w:hAnsi="Georgia"/>
          <w:b w:val="0"/>
          <w:i w:val="0"/>
          <w:color w:val="000000"/>
          <w:sz w:val="32"/>
        </w:rPr>
        <w:t>Ихуд 6</w:t>
      </w:r>
    </w:p>
    <w:p>
      <w:pPr>
        <w:spacing w:before="40" w:after="120"/>
        <w:jc w:val="both"/>
      </w:pPr>
      <w:r>
        <w:rPr>
          <w:rFonts w:ascii="Georgia" w:hAnsi="Georgia"/>
          <w:b w:val="0"/>
          <w:i w:val="0"/>
          <w:color w:val="000000"/>
          <w:sz w:val="24"/>
        </w:rPr>
        <w:t xml:space="preserve">Принадлежит рабби Элияу де Видасу, благословенна его память для жизни будущего мира; и оно основано на Имени </w:t>
      </w:r>
      <w:r>
        <w:rPr>
          <w:rFonts w:ascii="Georgia" w:hAnsi="Georgia" w:cs="Times New Roman"/>
          <w:b/>
          <w:i w:val="0"/>
          <w:color w:val="000000"/>
          <w:sz w:val="24"/>
          <w:rtl/>
          <w:szCs w:val="32"/>
        </w:rPr>
        <w:t>אתני״ק</w:t>
      </w:r>
      <w:r>
        <w:rPr>
          <w:rFonts w:ascii="Georgia" w:hAnsi="Georgia"/>
          <w:b w:val="0"/>
          <w:i w:val="0"/>
          <w:color w:val="000000"/>
          <w:sz w:val="24"/>
        </w:rPr>
        <w:t xml:space="preserve">. Имя </w:t>
      </w:r>
      <w:r>
        <w:rPr>
          <w:rFonts w:ascii="Georgia" w:hAnsi="Georgia" w:cs="Times New Roman"/>
          <w:b/>
          <w:i w:val="0"/>
          <w:color w:val="000000"/>
          <w:sz w:val="24"/>
          <w:rtl/>
          <w:szCs w:val="32"/>
        </w:rPr>
        <w:t>אתני״ק</w:t>
      </w:r>
      <w:r>
        <w:rPr>
          <w:rFonts w:ascii="Georgia" w:hAnsi="Georgia"/>
          <w:b w:val="0"/>
          <w:i w:val="0"/>
          <w:color w:val="000000"/>
          <w:sz w:val="24"/>
        </w:rPr>
        <w:t xml:space="preserve"> образуется из стиха </w:t>
      </w:r>
      <w:r>
        <w:rPr>
          <w:rFonts w:ascii="Georgia" w:hAnsi="Georgia"/>
          <w:b w:val="0"/>
          <w:i/>
          <w:color w:val="000000"/>
          <w:sz w:val="24"/>
        </w:rPr>
        <w:t>«…и родила Каина…»</w:t>
      </w:r>
      <w:r>
        <w:rPr>
          <w:rFonts w:ascii="Georgia" w:hAnsi="Georgia"/>
          <w:b w:val="0"/>
          <w:i w:val="0"/>
          <w:color w:val="000000"/>
          <w:sz w:val="24"/>
        </w:rPr>
        <w:t xml:space="preserve"> (</w:t>
      </w:r>
      <w:r>
        <w:rPr>
          <w:rFonts w:ascii="Georgia" w:hAnsi="Georgia" w:cs="Times New Roman"/>
          <w:b/>
          <w:i w:val="0"/>
          <w:color w:val="000000"/>
          <w:sz w:val="24"/>
          <w:rtl/>
          <w:szCs w:val="32"/>
        </w:rPr>
        <w:t>ותלד א״ת קי״ן</w:t>
      </w:r>
      <w:r>
        <w:rPr>
          <w:rFonts w:ascii="Georgia" w:hAnsi="Georgia"/>
          <w:b w:val="0"/>
          <w:i w:val="0"/>
          <w:color w:val="000000"/>
          <w:sz w:val="24"/>
        </w:rPr>
        <w:t xml:space="preserve">, Берешит 4:1) и питается от Имени </w:t>
      </w:r>
      <w:r>
        <w:rPr>
          <w:rFonts w:ascii="Georgia" w:hAnsi="Georgia" w:cs="Times New Roman"/>
          <w:b/>
          <w:i w:val="0"/>
          <w:color w:val="000000"/>
          <w:sz w:val="24"/>
          <w:rtl/>
          <w:szCs w:val="32"/>
        </w:rPr>
        <w:t>אנקת״ם</w:t>
      </w:r>
      <w:r>
        <w:rPr>
          <w:rFonts w:ascii="Georgia" w:hAnsi="Georgia"/>
          <w:b w:val="0"/>
          <w:i w:val="0"/>
          <w:color w:val="000000"/>
          <w:sz w:val="24"/>
        </w:rPr>
        <w:t xml:space="preserve">, поскольку буква йод Имени </w:t>
      </w:r>
      <w:r>
        <w:rPr>
          <w:rFonts w:ascii="Georgia" w:hAnsi="Georgia" w:cs="Times New Roman"/>
          <w:b/>
          <w:i w:val="0"/>
          <w:color w:val="000000"/>
          <w:sz w:val="24"/>
          <w:rtl/>
          <w:szCs w:val="32"/>
        </w:rPr>
        <w:t>אתני״ק</w:t>
      </w:r>
      <w:r>
        <w:rPr>
          <w:rFonts w:ascii="Georgia" w:hAnsi="Georgia"/>
          <w:b w:val="0"/>
          <w:i w:val="0"/>
          <w:color w:val="000000"/>
          <w:sz w:val="24"/>
        </w:rPr>
        <w:t xml:space="preserve"> заменяется по [системе] </w:t>
      </w:r>
      <w:r>
        <w:rPr>
          <w:rFonts w:ascii="Georgia" w:hAnsi="Georgia"/>
          <w:b w:val="0"/>
          <w:i/>
          <w:color w:val="000000"/>
          <w:sz w:val="24"/>
        </w:rPr>
        <w:t>атбаш</w:t>
      </w:r>
      <w:r>
        <w:rPr>
          <w:rFonts w:ascii="Georgia" w:hAnsi="Georgia"/>
          <w:b w:val="0"/>
          <w:i w:val="0"/>
          <w:color w:val="000000"/>
          <w:sz w:val="24"/>
        </w:rPr>
        <w:t xml:space="preserve"> (</w:t>
      </w:r>
      <w:r>
        <w:rPr>
          <w:rFonts w:ascii="Georgia" w:hAnsi="Georgia" w:cs="Times New Roman"/>
          <w:b/>
          <w:i w:val="0"/>
          <w:color w:val="000000"/>
          <w:sz w:val="24"/>
          <w:rtl/>
          <w:szCs w:val="32"/>
        </w:rPr>
        <w:t>א״ת ב״ש</w:t>
      </w:r>
      <w:r>
        <w:rPr>
          <w:rFonts w:ascii="Georgia" w:hAnsi="Georgia"/>
          <w:b w:val="0"/>
          <w:i w:val="0"/>
          <w:color w:val="000000"/>
          <w:sz w:val="24"/>
        </w:rPr>
        <w:t xml:space="preserve">) на букву мэм Имени </w:t>
      </w:r>
      <w:r>
        <w:rPr>
          <w:rFonts w:ascii="Georgia" w:hAnsi="Georgia" w:cs="Times New Roman"/>
          <w:b/>
          <w:i w:val="0"/>
          <w:color w:val="000000"/>
          <w:sz w:val="24"/>
          <w:rtl/>
          <w:szCs w:val="32"/>
        </w:rPr>
        <w:t>אנקת״ם</w:t>
      </w:r>
      <w:r>
        <w:rPr>
          <w:rFonts w:ascii="Georgia" w:hAnsi="Georgia"/>
          <w:b w:val="0"/>
          <w:i w:val="0"/>
          <w:color w:val="000000"/>
          <w:sz w:val="24"/>
        </w:rPr>
        <w:t xml:space="preserve">. А тайна Имени </w:t>
      </w:r>
      <w:r>
        <w:rPr>
          <w:rFonts w:ascii="Georgia" w:hAnsi="Georgia" w:cs="Times New Roman"/>
          <w:b/>
          <w:i w:val="0"/>
          <w:color w:val="000000"/>
          <w:sz w:val="24"/>
          <w:rtl/>
          <w:szCs w:val="32"/>
        </w:rPr>
        <w:t>אנקת״ם</w:t>
      </w:r>
      <w:r>
        <w:rPr>
          <w:rFonts w:ascii="Georgia" w:hAnsi="Georgia"/>
          <w:b w:val="0"/>
          <w:i w:val="0"/>
          <w:color w:val="000000"/>
          <w:sz w:val="24"/>
        </w:rPr>
        <w:t xml:space="preserve"> согласно упомянутому способу составляет в гематрии [число слов] </w:t>
      </w:r>
      <w:r>
        <w:rPr>
          <w:rFonts w:ascii="Georgia" w:hAnsi="Georgia"/>
          <w:b w:val="0"/>
          <w:i/>
          <w:color w:val="000000"/>
          <w:sz w:val="24"/>
        </w:rPr>
        <w:t>«прибор писца»</w:t>
      </w:r>
      <w:r>
        <w:rPr>
          <w:rFonts w:ascii="Georgia" w:hAnsi="Georgia"/>
          <w:b w:val="0"/>
          <w:i w:val="0"/>
          <w:color w:val="000000"/>
          <w:sz w:val="24"/>
        </w:rPr>
        <w:t xml:space="preserve"> (</w:t>
      </w:r>
      <w:r>
        <w:rPr>
          <w:rFonts w:ascii="Georgia" w:hAnsi="Georgia" w:cs="Times New Roman"/>
          <w:b/>
          <w:i w:val="0"/>
          <w:color w:val="000000"/>
          <w:sz w:val="24"/>
          <w:rtl/>
          <w:szCs w:val="32"/>
        </w:rPr>
        <w:t>קס״ת הסופר</w:t>
      </w:r>
      <w:r>
        <w:rPr>
          <w:rFonts w:ascii="Georgia" w:hAnsi="Georgia"/>
          <w:b w:val="0"/>
          <w:i w:val="0"/>
          <w:color w:val="000000"/>
          <w:sz w:val="24"/>
        </w:rPr>
        <w:t xml:space="preserve">), которые представляют собой совокупность пяти гвурот [букв] </w:t>
      </w:r>
      <w:r>
        <w:rPr>
          <w:rFonts w:ascii="Georgia" w:hAnsi="Georgia" w:cs="Times New Roman"/>
          <w:b/>
          <w:i w:val="0"/>
          <w:color w:val="000000"/>
          <w:sz w:val="24"/>
          <w:rtl/>
          <w:szCs w:val="32"/>
        </w:rPr>
        <w:t>מנצפ״ך</w:t>
      </w:r>
      <w:r>
        <w:rPr>
          <w:rFonts w:ascii="Georgia" w:hAnsi="Georgia"/>
          <w:b w:val="0"/>
          <w:i w:val="0"/>
          <w:color w:val="000000"/>
          <w:sz w:val="24"/>
        </w:rPr>
        <w:t xml:space="preserve">, взятых вдвойне. Ведь дважды </w:t>
      </w:r>
      <w:r>
        <w:rPr>
          <w:rFonts w:ascii="Georgia" w:hAnsi="Georgia" w:cs="Times New Roman"/>
          <w:b/>
          <w:i w:val="0"/>
          <w:color w:val="000000"/>
          <w:sz w:val="24"/>
          <w:rtl/>
          <w:szCs w:val="32"/>
        </w:rPr>
        <w:t>מנצפ״ך</w:t>
      </w:r>
      <w:r>
        <w:rPr>
          <w:rFonts w:ascii="Georgia" w:hAnsi="Georgia"/>
          <w:b w:val="0"/>
          <w:i w:val="0"/>
          <w:color w:val="000000"/>
          <w:sz w:val="24"/>
        </w:rPr>
        <w:t xml:space="preserve"> в гематрии равны [слову] </w:t>
      </w:r>
      <w:r>
        <w:rPr>
          <w:rFonts w:ascii="Georgia" w:hAnsi="Georgia" w:cs="Times New Roman"/>
          <w:b/>
          <w:i w:val="0"/>
          <w:color w:val="000000"/>
          <w:sz w:val="24"/>
          <w:rtl/>
          <w:szCs w:val="32"/>
        </w:rPr>
        <w:t>קס״ת</w:t>
      </w:r>
      <w:r>
        <w:rPr>
          <w:rFonts w:ascii="Georgia" w:hAnsi="Georgia"/>
          <w:b w:val="0"/>
          <w:i w:val="0"/>
          <w:color w:val="000000"/>
          <w:sz w:val="24"/>
        </w:rPr>
        <w:t xml:space="preserve"> (560) из «прибора писца» (</w:t>
      </w:r>
      <w:r>
        <w:rPr>
          <w:rFonts w:ascii="Georgia" w:hAnsi="Georgia"/>
          <w:b w:val="0"/>
          <w:i/>
          <w:color w:val="000000"/>
          <w:sz w:val="24"/>
        </w:rPr>
        <w:t>кесет а-софер</w:t>
      </w:r>
      <w:r>
        <w:rPr>
          <w:rFonts w:ascii="Georgia" w:hAnsi="Georgia"/>
          <w:b w:val="0"/>
          <w:i w:val="0"/>
          <w:color w:val="000000"/>
          <w:sz w:val="24"/>
        </w:rPr>
        <w:t>); и они — свойство пяти высших гвурот и пяти нижних. В этом тайна «прибора писца», о котором сказано относительно Гавриэля в книге Йехезкеля (Йехезкель 9:2). Поэтому необходимо соединить и переплести Имя Гавриэль (</w:t>
      </w:r>
      <w:r>
        <w:rPr>
          <w:rFonts w:ascii="Georgia" w:hAnsi="Georgia" w:cs="Times New Roman"/>
          <w:b/>
          <w:i w:val="0"/>
          <w:color w:val="000000"/>
          <w:sz w:val="24"/>
          <w:rtl/>
          <w:szCs w:val="32"/>
        </w:rPr>
        <w:t>גברי״אל</w:t>
      </w:r>
      <w:r>
        <w:rPr>
          <w:rFonts w:ascii="Georgia" w:hAnsi="Georgia"/>
          <w:b w:val="0"/>
          <w:i w:val="0"/>
          <w:color w:val="000000"/>
          <w:sz w:val="24"/>
        </w:rPr>
        <w:t xml:space="preserve">) с Именем </w:t>
      </w:r>
      <w:r>
        <w:rPr>
          <w:rFonts w:ascii="Georgia" w:hAnsi="Georgia" w:cs="Times New Roman"/>
          <w:b/>
          <w:i w:val="0"/>
          <w:color w:val="000000"/>
          <w:sz w:val="24"/>
          <w:rtl/>
          <w:szCs w:val="32"/>
        </w:rPr>
        <w:t>אנקת״ם</w:t>
      </w:r>
      <w:r>
        <w:rPr>
          <w:rFonts w:ascii="Georgia" w:hAnsi="Georgia"/>
          <w:b w:val="0"/>
          <w:i w:val="0"/>
          <w:color w:val="000000"/>
          <w:sz w:val="24"/>
        </w:rPr>
        <w:t xml:space="preserve"> вот так: </w:t>
      </w:r>
      <w:r>
        <w:rPr>
          <w:rFonts w:ascii="Georgia" w:hAnsi="Georgia" w:cs="Times New Roman"/>
          <w:b/>
          <w:i w:val="0"/>
          <w:color w:val="000000"/>
          <w:sz w:val="24"/>
          <w:rtl/>
          <w:szCs w:val="32"/>
        </w:rPr>
        <w:t>אגנבקדתימאל</w:t>
      </w:r>
      <w:r>
        <w:rPr>
          <w:rFonts w:ascii="Georgia" w:hAnsi="Georgia"/>
          <w:b w:val="0"/>
          <w:i w:val="0"/>
          <w:color w:val="000000"/>
          <w:sz w:val="24"/>
        </w:rPr>
        <w:t xml:space="preserve">. Огласовка трех этих Имен такова: первое — </w:t>
      </w:r>
      <w:r>
        <w:rPr>
          <w:rFonts w:ascii="Georgia" w:hAnsi="Georgia" w:cs="Times New Roman"/>
          <w:b/>
          <w:i w:val="0"/>
          <w:color w:val="000000"/>
          <w:sz w:val="24"/>
          <w:rtl/>
          <w:szCs w:val="32"/>
        </w:rPr>
        <w:t>אנקת״ם</w:t>
      </w:r>
      <w:r>
        <w:rPr>
          <w:rFonts w:ascii="Georgia" w:hAnsi="Georgia"/>
          <w:b w:val="0"/>
          <w:i w:val="0"/>
          <w:color w:val="000000"/>
          <w:sz w:val="24"/>
        </w:rPr>
        <w:t xml:space="preserve">, оно огласовано по стиху </w:t>
      </w:r>
      <w:r>
        <w:rPr>
          <w:rFonts w:ascii="Georgia" w:hAnsi="Georgia"/>
          <w:b w:val="0"/>
          <w:i/>
          <w:color w:val="000000"/>
          <w:sz w:val="24"/>
        </w:rPr>
        <w:t>«И услышал Б-г их стенание…»</w:t>
      </w:r>
      <w:r>
        <w:rPr>
          <w:rFonts w:ascii="Georgia" w:hAnsi="Georgia"/>
          <w:b w:val="0"/>
          <w:i w:val="0"/>
          <w:color w:val="000000"/>
          <w:sz w:val="24"/>
        </w:rPr>
        <w:t xml:space="preserve"> (Шмот 2:24), [по слову] </w:t>
      </w:r>
      <w:r>
        <w:rPr>
          <w:rFonts w:ascii="Georgia" w:hAnsi="Georgia" w:cs="Times New Roman"/>
          <w:b/>
          <w:i w:val="0"/>
          <w:color w:val="000000"/>
          <w:sz w:val="24"/>
          <w:rtl/>
          <w:szCs w:val="32"/>
        </w:rPr>
        <w:t>נַאֲקָתָם</w:t>
      </w:r>
      <w:r>
        <w:rPr>
          <w:rFonts w:ascii="Georgia" w:hAnsi="Georgia"/>
          <w:b w:val="0"/>
          <w:i w:val="0"/>
          <w:color w:val="000000"/>
          <w:sz w:val="24"/>
        </w:rPr>
        <w:t xml:space="preserve">, буквы которого те же, что у </w:t>
      </w:r>
      <w:r>
        <w:rPr>
          <w:rFonts w:ascii="Georgia" w:hAnsi="Georgia" w:cs="Times New Roman"/>
          <w:b/>
          <w:i w:val="0"/>
          <w:color w:val="000000"/>
          <w:sz w:val="24"/>
          <w:rtl/>
          <w:szCs w:val="32"/>
        </w:rPr>
        <w:t>אנק״תם</w:t>
      </w:r>
      <w:r>
        <w:rPr>
          <w:rFonts w:ascii="Georgia" w:hAnsi="Georgia"/>
          <w:b w:val="0"/>
          <w:i w:val="0"/>
          <w:color w:val="000000"/>
          <w:sz w:val="24"/>
        </w:rPr>
        <w:t xml:space="preserve">; [Имя] </w:t>
      </w:r>
      <w:r>
        <w:rPr>
          <w:rFonts w:ascii="Georgia" w:hAnsi="Georgia" w:cs="Times New Roman"/>
          <w:b/>
          <w:i w:val="0"/>
          <w:color w:val="000000"/>
          <w:sz w:val="24"/>
          <w:rtl/>
          <w:szCs w:val="32"/>
        </w:rPr>
        <w:t>גְבַרִיאְל</w:t>
      </w:r>
      <w:r>
        <w:rPr>
          <w:rFonts w:ascii="Georgia" w:hAnsi="Georgia"/>
          <w:b w:val="0"/>
          <w:i w:val="0"/>
          <w:color w:val="000000"/>
          <w:sz w:val="24"/>
        </w:rPr>
        <w:t xml:space="preserve"> огласовано по стиху </w:t>
      </w:r>
      <w:r>
        <w:rPr>
          <w:rFonts w:ascii="Georgia" w:hAnsi="Georgia"/>
          <w:b w:val="0"/>
          <w:i/>
          <w:color w:val="000000"/>
          <w:sz w:val="24"/>
        </w:rPr>
        <w:t>«…и муж Гавриэль…»</w:t>
      </w:r>
      <w:r>
        <w:rPr>
          <w:rFonts w:ascii="Georgia" w:hAnsi="Georgia"/>
          <w:b w:val="0"/>
          <w:i w:val="0"/>
          <w:color w:val="000000"/>
          <w:sz w:val="24"/>
        </w:rPr>
        <w:t xml:space="preserve"> (Даниэль 9:21); а [Имя] </w:t>
      </w:r>
      <w:r>
        <w:rPr>
          <w:rFonts w:ascii="Georgia" w:hAnsi="Georgia" w:cs="Times New Roman"/>
          <w:b/>
          <w:i w:val="0"/>
          <w:color w:val="000000"/>
          <w:sz w:val="24"/>
          <w:rtl/>
          <w:szCs w:val="32"/>
        </w:rPr>
        <w:t>אַתֹנֵיקְ</w:t>
      </w:r>
      <w:r>
        <w:rPr>
          <w:rFonts w:ascii="Georgia" w:hAnsi="Georgia"/>
          <w:b w:val="0"/>
          <w:i w:val="0"/>
          <w:color w:val="000000"/>
          <w:sz w:val="24"/>
        </w:rPr>
        <w:t xml:space="preserve"> огласовано по слову </w:t>
      </w:r>
      <w:r>
        <w:rPr>
          <w:rFonts w:ascii="Georgia" w:hAnsi="Georgia"/>
          <w:b w:val="0"/>
          <w:i/>
          <w:color w:val="000000"/>
          <w:sz w:val="24"/>
        </w:rPr>
        <w:t>[а-]софер</w:t>
      </w:r>
      <w:r>
        <w:rPr>
          <w:rFonts w:ascii="Georgia" w:hAnsi="Georgia"/>
          <w:b w:val="0"/>
          <w:i w:val="0"/>
          <w:color w:val="000000"/>
          <w:sz w:val="24"/>
        </w:rPr>
        <w:t xml:space="preserve"> [из фразы «кесет а-софер»].</w:t>
      </w:r>
    </w:p>
    <w:p>
      <w:pPr>
        <w:spacing w:before="40" w:after="120"/>
        <w:jc w:val="both"/>
      </w:pPr>
      <w:r>
        <w:rPr>
          <w:rFonts w:ascii="Georgia" w:hAnsi="Georgia"/>
          <w:b w:val="0"/>
          <w:i w:val="0"/>
          <w:color w:val="000000"/>
          <w:sz w:val="24"/>
        </w:rPr>
        <w:t xml:space="preserve">Смысл трех упомянутых Имен таков: три их первые буквы — это </w:t>
      </w:r>
      <w:r>
        <w:rPr>
          <w:rFonts w:ascii="Georgia" w:hAnsi="Georgia" w:cs="Times New Roman"/>
          <w:b/>
          <w:i w:val="0"/>
          <w:color w:val="000000"/>
          <w:sz w:val="24"/>
          <w:rtl/>
          <w:szCs w:val="32"/>
        </w:rPr>
        <w:t>אאג</w:t>
      </w:r>
      <w:r>
        <w:rPr>
          <w:rFonts w:ascii="Georgia" w:hAnsi="Georgia"/>
          <w:b w:val="0"/>
          <w:i w:val="0"/>
          <w:color w:val="000000"/>
          <w:sz w:val="24"/>
        </w:rPr>
        <w:t xml:space="preserve">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и буква гимель (</w:t>
      </w:r>
      <w:r>
        <w:rPr>
          <w:rFonts w:ascii="Georgia" w:hAnsi="Georgia" w:cs="Times New Roman"/>
          <w:b/>
          <w:i w:val="0"/>
          <w:color w:val="000000"/>
          <w:sz w:val="24"/>
          <w:rtl/>
          <w:szCs w:val="32"/>
        </w:rPr>
        <w:t>ג</w:t>
      </w:r>
      <w:r>
        <w:rPr>
          <w:rFonts w:ascii="Georgia" w:hAnsi="Georgia"/>
          <w:b w:val="0"/>
          <w:i w:val="0"/>
          <w:color w:val="000000"/>
          <w:sz w:val="24"/>
        </w:rPr>
        <w:t xml:space="preserve"> = 3)], что в гематрии составляет пять (</w:t>
      </w:r>
      <w:r>
        <w:rPr>
          <w:rFonts w:ascii="Georgia" w:hAnsi="Georgia" w:cs="Times New Roman"/>
          <w:b/>
          <w:i w:val="0"/>
          <w:color w:val="000000"/>
          <w:sz w:val="24"/>
          <w:rtl/>
          <w:szCs w:val="32"/>
        </w:rPr>
        <w:t>ה</w:t>
      </w:r>
      <w:r>
        <w:rPr>
          <w:rFonts w:ascii="Georgia" w:hAnsi="Georgia"/>
          <w:b w:val="0"/>
          <w:i w:val="0"/>
          <w:color w:val="000000"/>
          <w:sz w:val="24"/>
        </w:rPr>
        <w:t xml:space="preserve"> = 5). Вторые буквы — это </w:t>
      </w:r>
      <w:r>
        <w:rPr>
          <w:rFonts w:ascii="Georgia" w:hAnsi="Georgia" w:cs="Times New Roman"/>
          <w:b/>
          <w:i w:val="0"/>
          <w:color w:val="000000"/>
          <w:sz w:val="24"/>
          <w:rtl/>
          <w:szCs w:val="32"/>
        </w:rPr>
        <w:t>נתב</w:t>
      </w:r>
      <w:r>
        <w:rPr>
          <w:rFonts w:ascii="Georgia" w:hAnsi="Georgia"/>
          <w:b w:val="0"/>
          <w:i w:val="0"/>
          <w:color w:val="000000"/>
          <w:sz w:val="24"/>
        </w:rPr>
        <w:t xml:space="preserve"> [буква нун (</w:t>
      </w:r>
      <w:r>
        <w:rPr>
          <w:rFonts w:ascii="Georgia" w:hAnsi="Georgia" w:cs="Times New Roman"/>
          <w:b/>
          <w:i w:val="0"/>
          <w:color w:val="000000"/>
          <w:sz w:val="24"/>
          <w:rtl/>
          <w:szCs w:val="32"/>
        </w:rPr>
        <w:t>נ</w:t>
      </w:r>
      <w:r>
        <w:rPr>
          <w:rFonts w:ascii="Georgia" w:hAnsi="Georgia"/>
          <w:b w:val="0"/>
          <w:i w:val="0"/>
          <w:color w:val="000000"/>
          <w:sz w:val="24"/>
        </w:rPr>
        <w:t xml:space="preserve"> = 50), буква тав (</w:t>
      </w:r>
      <w:r>
        <w:rPr>
          <w:rFonts w:ascii="Georgia" w:hAnsi="Georgia" w:cs="Times New Roman"/>
          <w:b/>
          <w:i w:val="0"/>
          <w:color w:val="000000"/>
          <w:sz w:val="24"/>
          <w:rtl/>
          <w:szCs w:val="32"/>
        </w:rPr>
        <w:t>ת</w:t>
      </w:r>
      <w:r>
        <w:rPr>
          <w:rFonts w:ascii="Georgia" w:hAnsi="Georgia"/>
          <w:b w:val="0"/>
          <w:i w:val="0"/>
          <w:color w:val="000000"/>
          <w:sz w:val="24"/>
        </w:rPr>
        <w:t xml:space="preserve"> = 400) и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и вместе с тремя первыми [буквами] и с колелем они составляют в гематрии 458 (</w:t>
      </w:r>
      <w:r>
        <w:rPr>
          <w:rFonts w:ascii="Georgia" w:hAnsi="Georgia" w:cs="Times New Roman"/>
          <w:b/>
          <w:i w:val="0"/>
          <w:color w:val="000000"/>
          <w:sz w:val="24"/>
          <w:rtl/>
          <w:szCs w:val="32"/>
        </w:rPr>
        <w:t>תנ״ח</w:t>
      </w:r>
      <w:r>
        <w:rPr>
          <w:rFonts w:ascii="Georgia" w:hAnsi="Georgia"/>
          <w:b w:val="0"/>
          <w:i w:val="0"/>
          <w:color w:val="000000"/>
          <w:sz w:val="24"/>
        </w:rPr>
        <w:t>). Они — тайна трех Имен ЭЙЕ в их наполнениях: йодин, альфин и хэйин, которые в гематрии составляют 455 (</w:t>
      </w:r>
      <w:r>
        <w:rPr>
          <w:rFonts w:ascii="Georgia" w:hAnsi="Georgia" w:cs="Times New Roman"/>
          <w:b/>
          <w:i w:val="0"/>
          <w:color w:val="000000"/>
          <w:sz w:val="24"/>
          <w:rtl/>
          <w:szCs w:val="32"/>
        </w:rPr>
        <w:t>תנ״ה</w:t>
      </w:r>
      <w:r>
        <w:rPr>
          <w:rFonts w:ascii="Georgia" w:hAnsi="Georgia"/>
          <w:b w:val="0"/>
          <w:i w:val="0"/>
          <w:color w:val="000000"/>
          <w:sz w:val="24"/>
        </w:rPr>
        <w:t>), а вместе с тремя [этими] Именами получается 458 (</w:t>
      </w:r>
      <w:r>
        <w:rPr>
          <w:rFonts w:ascii="Georgia" w:hAnsi="Georgia" w:cs="Times New Roman"/>
          <w:b/>
          <w:i w:val="0"/>
          <w:color w:val="000000"/>
          <w:sz w:val="24"/>
          <w:rtl/>
          <w:szCs w:val="32"/>
        </w:rPr>
        <w:t>תנ״ח</w:t>
      </w:r>
      <w:r>
        <w:rPr>
          <w:rFonts w:ascii="Georgia" w:hAnsi="Georgia"/>
          <w:b w:val="0"/>
          <w:i w:val="0"/>
          <w:color w:val="000000"/>
          <w:sz w:val="24"/>
        </w:rPr>
        <w:t xml:space="preserve">). Третьи буквы — это </w:t>
      </w:r>
      <w:r>
        <w:rPr>
          <w:rFonts w:ascii="Georgia" w:hAnsi="Georgia" w:cs="Times New Roman"/>
          <w:b/>
          <w:i w:val="0"/>
          <w:color w:val="000000"/>
          <w:sz w:val="24"/>
          <w:rtl/>
          <w:szCs w:val="32"/>
        </w:rPr>
        <w:t>קנ״ד</w:t>
      </w:r>
      <w:r>
        <w:rPr>
          <w:rFonts w:ascii="Georgia" w:hAnsi="Georgia"/>
          <w:b w:val="0"/>
          <w:i w:val="0"/>
          <w:color w:val="000000"/>
          <w:sz w:val="24"/>
        </w:rPr>
        <w:t xml:space="preserve"> [буква куф (</w:t>
      </w:r>
      <w:r>
        <w:rPr>
          <w:rFonts w:ascii="Georgia" w:hAnsi="Georgia" w:cs="Times New Roman"/>
          <w:b/>
          <w:i w:val="0"/>
          <w:color w:val="000000"/>
          <w:sz w:val="24"/>
          <w:rtl/>
          <w:szCs w:val="32"/>
        </w:rPr>
        <w:t>ק</w:t>
      </w:r>
      <w:r>
        <w:rPr>
          <w:rFonts w:ascii="Georgia" w:hAnsi="Georgia"/>
          <w:b w:val="0"/>
          <w:i w:val="0"/>
          <w:color w:val="000000"/>
          <w:sz w:val="24"/>
        </w:rPr>
        <w:t xml:space="preserve"> = 100), буква нун (</w:t>
      </w:r>
      <w:r>
        <w:rPr>
          <w:rFonts w:ascii="Georgia" w:hAnsi="Georgia" w:cs="Times New Roman"/>
          <w:b/>
          <w:i w:val="0"/>
          <w:color w:val="000000"/>
          <w:sz w:val="24"/>
          <w:rtl/>
          <w:szCs w:val="32"/>
        </w:rPr>
        <w:t>נ</w:t>
      </w:r>
      <w:r>
        <w:rPr>
          <w:rFonts w:ascii="Georgia" w:hAnsi="Georgia"/>
          <w:b w:val="0"/>
          <w:i w:val="0"/>
          <w:color w:val="000000"/>
          <w:sz w:val="24"/>
        </w:rPr>
        <w:t xml:space="preserve"> = 50) и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 4)], и они в гематрии соответствуют [слову] </w:t>
      </w:r>
      <w:r>
        <w:rPr>
          <w:rFonts w:ascii="Georgia" w:hAnsi="Georgia"/>
          <w:b w:val="0"/>
          <w:i/>
          <w:color w:val="000000"/>
          <w:sz w:val="24"/>
        </w:rPr>
        <w:t>Шми</w:t>
      </w:r>
      <w:r>
        <w:rPr>
          <w:rFonts w:ascii="Georgia" w:hAnsi="Georgia"/>
          <w:b w:val="0"/>
          <w:i w:val="0"/>
          <w:color w:val="000000"/>
          <w:sz w:val="24"/>
        </w:rPr>
        <w:t xml:space="preserve"> (</w:t>
      </w:r>
      <w:r>
        <w:rPr>
          <w:rFonts w:ascii="Georgia" w:hAnsi="Georgia" w:cs="Times New Roman"/>
          <w:b/>
          <w:i w:val="0"/>
          <w:color w:val="000000"/>
          <w:sz w:val="24"/>
          <w:rtl/>
          <w:szCs w:val="32"/>
        </w:rPr>
        <w:t>שמ״י</w:t>
      </w:r>
      <w:r>
        <w:rPr>
          <w:rFonts w:ascii="Georgia" w:hAnsi="Georgia"/>
          <w:b w:val="0"/>
          <w:i w:val="0"/>
          <w:color w:val="000000"/>
          <w:sz w:val="24"/>
        </w:rPr>
        <w:t xml:space="preserve"> = 350), являющемуся ахораим двух [Имен] АВАЯ — АБ и САГ, восходящими к числам 184 (</w:t>
      </w:r>
      <w:r>
        <w:rPr>
          <w:rFonts w:ascii="Georgia" w:hAnsi="Georgia" w:cs="Times New Roman"/>
          <w:b/>
          <w:i w:val="0"/>
          <w:color w:val="000000"/>
          <w:sz w:val="24"/>
          <w:rtl/>
          <w:szCs w:val="32"/>
        </w:rPr>
        <w:t>קפ״ד</w:t>
      </w:r>
      <w:r>
        <w:rPr>
          <w:rFonts w:ascii="Georgia" w:hAnsi="Georgia"/>
          <w:b w:val="0"/>
          <w:i w:val="0"/>
          <w:color w:val="000000"/>
          <w:sz w:val="24"/>
        </w:rPr>
        <w:t>) и 166 (</w:t>
      </w:r>
      <w:r>
        <w:rPr>
          <w:rFonts w:ascii="Georgia" w:hAnsi="Georgia" w:cs="Times New Roman"/>
          <w:b/>
          <w:i w:val="0"/>
          <w:color w:val="000000"/>
          <w:sz w:val="24"/>
          <w:rtl/>
          <w:szCs w:val="32"/>
        </w:rPr>
        <w:t>קס״ו</w:t>
      </w:r>
      <w:r>
        <w:rPr>
          <w:rFonts w:ascii="Georgia" w:hAnsi="Georgia"/>
          <w:b w:val="0"/>
          <w:i w:val="0"/>
          <w:color w:val="000000"/>
          <w:sz w:val="24"/>
        </w:rPr>
        <w:t xml:space="preserve">). Четвертые буквы — это </w:t>
      </w:r>
      <w:r>
        <w:rPr>
          <w:rFonts w:ascii="Georgia" w:hAnsi="Georgia" w:cs="Times New Roman"/>
          <w:b/>
          <w:i w:val="0"/>
          <w:color w:val="000000"/>
          <w:sz w:val="24"/>
          <w:rtl/>
          <w:szCs w:val="32"/>
        </w:rPr>
        <w:t>תי״י</w:t>
      </w:r>
      <w:r>
        <w:rPr>
          <w:rFonts w:ascii="Georgia" w:hAnsi="Georgia"/>
          <w:b w:val="0"/>
          <w:i w:val="0"/>
          <w:color w:val="000000"/>
          <w:sz w:val="24"/>
        </w:rPr>
        <w:t xml:space="preserve"> [буква тав (</w:t>
      </w:r>
      <w:r>
        <w:rPr>
          <w:rFonts w:ascii="Georgia" w:hAnsi="Georgia" w:cs="Times New Roman"/>
          <w:b/>
          <w:i w:val="0"/>
          <w:color w:val="000000"/>
          <w:sz w:val="24"/>
          <w:rtl/>
          <w:szCs w:val="32"/>
        </w:rPr>
        <w:t>ת</w:t>
      </w:r>
      <w:r>
        <w:rPr>
          <w:rFonts w:ascii="Georgia" w:hAnsi="Georgia"/>
          <w:b w:val="0"/>
          <w:i w:val="0"/>
          <w:color w:val="000000"/>
          <w:sz w:val="24"/>
        </w:rPr>
        <w:t xml:space="preserve"> = 400),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они в гематрии равны трем наполнениям трех упомянутых [Имен] ЭЙЕ, составляющим 392 (</w:t>
      </w:r>
      <w:r>
        <w:rPr>
          <w:rFonts w:ascii="Georgia" w:hAnsi="Georgia" w:cs="Times New Roman"/>
          <w:b/>
          <w:i w:val="0"/>
          <w:color w:val="000000"/>
          <w:sz w:val="24"/>
          <w:rtl/>
          <w:szCs w:val="32"/>
        </w:rPr>
        <w:t>שצ״ב</w:t>
      </w:r>
      <w:r>
        <w:rPr>
          <w:rFonts w:ascii="Georgia" w:hAnsi="Georgia"/>
          <w:b w:val="0"/>
          <w:i w:val="0"/>
          <w:color w:val="000000"/>
          <w:sz w:val="24"/>
        </w:rPr>
        <w:t>), а вместе с двадцатью восемью (</w:t>
      </w:r>
      <w:r>
        <w:rPr>
          <w:rFonts w:ascii="Georgia" w:hAnsi="Georgia" w:cs="Times New Roman"/>
          <w:b/>
          <w:i w:val="0"/>
          <w:color w:val="000000"/>
          <w:sz w:val="24"/>
          <w:rtl/>
          <w:szCs w:val="32"/>
        </w:rPr>
        <w:t>כ״ח</w:t>
      </w:r>
      <w:r>
        <w:rPr>
          <w:rFonts w:ascii="Georgia" w:hAnsi="Georgia"/>
          <w:b w:val="0"/>
          <w:i w:val="0"/>
          <w:color w:val="000000"/>
          <w:sz w:val="24"/>
        </w:rPr>
        <w:t>) буквами наполнения наполнения Имени АВАЯ получается 420 (</w:t>
      </w:r>
      <w:r>
        <w:rPr>
          <w:rFonts w:ascii="Georgia" w:hAnsi="Georgia" w:cs="Times New Roman"/>
          <w:b/>
          <w:i w:val="0"/>
          <w:color w:val="000000"/>
          <w:sz w:val="24"/>
          <w:rtl/>
          <w:szCs w:val="32"/>
        </w:rPr>
        <w:t>ת״ך</w:t>
      </w:r>
      <w:r>
        <w:rPr>
          <w:rFonts w:ascii="Georgia" w:hAnsi="Georgia"/>
          <w:b w:val="0"/>
          <w:i w:val="0"/>
          <w:color w:val="000000"/>
          <w:sz w:val="24"/>
        </w:rPr>
        <w:t xml:space="preserve">). Пятые, последние буквы — это </w:t>
      </w:r>
      <w:r>
        <w:rPr>
          <w:rFonts w:ascii="Georgia" w:hAnsi="Georgia" w:cs="Times New Roman"/>
          <w:b/>
          <w:i w:val="0"/>
          <w:color w:val="000000"/>
          <w:sz w:val="24"/>
          <w:rtl/>
          <w:szCs w:val="32"/>
        </w:rPr>
        <w:t>מקל״א</w:t>
      </w:r>
      <w:r>
        <w:rPr>
          <w:rFonts w:ascii="Georgia" w:hAnsi="Georgia"/>
          <w:b w:val="0"/>
          <w:i w:val="0"/>
          <w:color w:val="000000"/>
          <w:sz w:val="24"/>
        </w:rPr>
        <w:t xml:space="preserve">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буква куф (</w:t>
      </w:r>
      <w:r>
        <w:rPr>
          <w:rFonts w:ascii="Georgia" w:hAnsi="Georgia" w:cs="Times New Roman"/>
          <w:b/>
          <w:i w:val="0"/>
          <w:color w:val="000000"/>
          <w:sz w:val="24"/>
          <w:rtl/>
          <w:szCs w:val="32"/>
        </w:rPr>
        <w:t>ק</w:t>
      </w:r>
      <w:r>
        <w:rPr>
          <w:rFonts w:ascii="Georgia" w:hAnsi="Georgia"/>
          <w:b w:val="0"/>
          <w:i w:val="0"/>
          <w:color w:val="000000"/>
          <w:sz w:val="24"/>
        </w:rPr>
        <w:t xml:space="preserve"> = 100),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и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а [в перестановке] </w:t>
      </w:r>
      <w:r>
        <w:rPr>
          <w:rFonts w:ascii="Georgia" w:hAnsi="Georgia" w:cs="Times New Roman"/>
          <w:b/>
          <w:i w:val="0"/>
          <w:color w:val="000000"/>
          <w:sz w:val="24"/>
          <w:rtl/>
          <w:szCs w:val="32"/>
        </w:rPr>
        <w:t>מקא״ל</w:t>
      </w:r>
      <w:r>
        <w:rPr>
          <w:rFonts w:ascii="Georgia" w:hAnsi="Georgia"/>
          <w:b w:val="0"/>
          <w:i w:val="0"/>
          <w:color w:val="000000"/>
          <w:sz w:val="24"/>
        </w:rPr>
        <w:t xml:space="preserve"> они в гематрии равны Имени ЭЙЕ с наполнением йодин, составляющему 161 (</w:t>
      </w:r>
      <w:r>
        <w:rPr>
          <w:rFonts w:ascii="Georgia" w:hAnsi="Georgia" w:cs="Times New Roman"/>
          <w:b/>
          <w:i w:val="0"/>
          <w:color w:val="000000"/>
          <w:sz w:val="24"/>
          <w:rtl/>
          <w:szCs w:val="32"/>
        </w:rPr>
        <w:t>קס״א</w:t>
      </w:r>
      <w:r>
        <w:rPr>
          <w:rFonts w:ascii="Georgia" w:hAnsi="Georgia"/>
          <w:b w:val="0"/>
          <w:i w:val="0"/>
          <w:color w:val="000000"/>
          <w:sz w:val="24"/>
        </w:rPr>
        <w:t>), а вместе с десятью его буквами — 171 (</w:t>
      </w:r>
      <w:r>
        <w:rPr>
          <w:rFonts w:ascii="Georgia" w:hAnsi="Georgia" w:cs="Times New Roman"/>
          <w:b/>
          <w:i w:val="0"/>
          <w:color w:val="000000"/>
          <w:sz w:val="24"/>
          <w:rtl/>
          <w:szCs w:val="32"/>
        </w:rPr>
        <w:t>קע״א</w:t>
      </w:r>
      <w:r>
        <w:rPr>
          <w:rFonts w:ascii="Georgia" w:hAnsi="Georgia"/>
          <w:b w:val="0"/>
          <w:i w:val="0"/>
          <w:color w:val="000000"/>
          <w:sz w:val="24"/>
        </w:rPr>
        <w:t>).</w:t>
      </w:r>
    </w:p>
    <w:p>
      <w:pPr>
        <w:keepNext/>
        <w:spacing w:before="320" w:after="120"/>
      </w:pPr>
      <w:r>
        <w:rPr>
          <w:rFonts w:ascii="Georgia" w:hAnsi="Georgia"/>
          <w:b w:val="0"/>
          <w:i w:val="0"/>
          <w:color w:val="000000"/>
          <w:sz w:val="32"/>
        </w:rPr>
        <w:t>Ихуд 7</w:t>
      </w:r>
    </w:p>
    <w:p>
      <w:pPr>
        <w:spacing w:before="40" w:after="120"/>
        <w:jc w:val="both"/>
      </w:pPr>
      <w:r>
        <w:rPr>
          <w:rFonts w:ascii="Georgia" w:hAnsi="Georgia"/>
          <w:b w:val="0"/>
          <w:i w:val="0"/>
          <w:color w:val="000000"/>
          <w:sz w:val="24"/>
        </w:rPr>
        <w:t xml:space="preserve">[Это единение относится] к вышеупомянутому и основано на стихе: </w:t>
      </w:r>
      <w:r>
        <w:rPr>
          <w:rFonts w:ascii="Georgia" w:hAnsi="Georgia"/>
          <w:b w:val="0"/>
          <w:i/>
          <w:color w:val="000000"/>
          <w:sz w:val="24"/>
        </w:rPr>
        <w:t>«Счастлив человек, боящийся Г-спода, весьма любящий заповеди Его»</w:t>
      </w:r>
      <w:r>
        <w:rPr>
          <w:rFonts w:ascii="Georgia" w:hAnsi="Georgia"/>
          <w:b w:val="0"/>
          <w:i w:val="0"/>
          <w:color w:val="000000"/>
          <w:sz w:val="24"/>
        </w:rPr>
        <w:t xml:space="preserve"> (Теилим 112:1). Начальные буквы слов стиха составляют в гематрии 73 (</w:t>
      </w:r>
      <w:r>
        <w:rPr>
          <w:rFonts w:ascii="Georgia" w:hAnsi="Georgia" w:cs="Times New Roman"/>
          <w:b/>
          <w:i w:val="0"/>
          <w:color w:val="000000"/>
          <w:sz w:val="24"/>
          <w:rtl/>
          <w:szCs w:val="32"/>
        </w:rPr>
        <w:t>ע״ג</w:t>
      </w:r>
      <w:r>
        <w:rPr>
          <w:rFonts w:ascii="Georgia" w:hAnsi="Georgia"/>
          <w:b w:val="0"/>
          <w:i w:val="0"/>
          <w:color w:val="000000"/>
          <w:sz w:val="24"/>
        </w:rPr>
        <w:t xml:space="preserve"> = 73), что соответствует [Имени] АВАЯ де-САГ, которое вместе с десятью своими буквами равно 73. (Говорит Шмуэль: кроме слова «Аллилуйя» (</w:t>
      </w:r>
      <w:r>
        <w:rPr>
          <w:rFonts w:ascii="Georgia" w:hAnsi="Georgia" w:cs="Times New Roman"/>
          <w:b/>
          <w:i w:val="0"/>
          <w:color w:val="000000"/>
          <w:sz w:val="24"/>
          <w:rtl/>
          <w:szCs w:val="32"/>
        </w:rPr>
        <w:t>הַלְלוּיָהּ</w:t>
      </w:r>
      <w:r>
        <w:rPr>
          <w:rFonts w:ascii="Georgia" w:hAnsi="Georgia"/>
          <w:b w:val="0"/>
          <w:i w:val="0"/>
          <w:color w:val="000000"/>
          <w:sz w:val="24"/>
        </w:rPr>
        <w:t>), которое не входит в этот расчет.) А конечные буквы всех слов стиха составляют в гематрии 806 (</w:t>
      </w:r>
      <w:r>
        <w:rPr>
          <w:rFonts w:ascii="Georgia" w:hAnsi="Georgia" w:cs="Times New Roman"/>
          <w:b/>
          <w:i w:val="0"/>
          <w:color w:val="000000"/>
          <w:sz w:val="24"/>
          <w:rtl/>
          <w:szCs w:val="32"/>
        </w:rPr>
        <w:t>תת״ו</w:t>
      </w:r>
      <w:r>
        <w:rPr>
          <w:rFonts w:ascii="Georgia" w:hAnsi="Georgia"/>
          <w:b w:val="0"/>
          <w:i w:val="0"/>
          <w:color w:val="000000"/>
          <w:sz w:val="24"/>
        </w:rPr>
        <w:t xml:space="preserve"> = 806), что [соотносится с] Именем ШАДАЙ (</w:t>
      </w:r>
      <w:r>
        <w:rPr>
          <w:rFonts w:ascii="Georgia" w:hAnsi="Georgia" w:cs="Times New Roman"/>
          <w:b/>
          <w:i w:val="0"/>
          <w:color w:val="000000"/>
          <w:sz w:val="24"/>
          <w:rtl/>
          <w:szCs w:val="32"/>
        </w:rPr>
        <w:t>שַׁדַּי</w:t>
      </w:r>
      <w:r>
        <w:rPr>
          <w:rFonts w:ascii="Georgia" w:hAnsi="Georgia"/>
          <w:b w:val="0"/>
          <w:i w:val="0"/>
          <w:color w:val="000000"/>
          <w:sz w:val="24"/>
        </w:rPr>
        <w:t>) в его наполнении, составляющим в гематрии 814 (</w:t>
      </w:r>
      <w:r>
        <w:rPr>
          <w:rFonts w:ascii="Georgia" w:hAnsi="Georgia" w:cs="Times New Roman"/>
          <w:b/>
          <w:i w:val="0"/>
          <w:color w:val="000000"/>
          <w:sz w:val="24"/>
          <w:rtl/>
          <w:szCs w:val="32"/>
        </w:rPr>
        <w:t>תתי״ד</w:t>
      </w:r>
      <w:r>
        <w:rPr>
          <w:rFonts w:ascii="Georgia" w:hAnsi="Georgia"/>
          <w:b w:val="0"/>
          <w:i w:val="0"/>
          <w:color w:val="000000"/>
          <w:sz w:val="24"/>
        </w:rPr>
        <w:t xml:space="preserve"> = 814). И представляется мне, Хаиму, что нужно дополнить к ним число восьми букв стиха. (Говорит Шмуэль: мне это весьма трудно [понять], ведь от Учителя ускользнуло, что конечные буквы стиха составляют в гематрии 816 (</w:t>
      </w:r>
      <w:r>
        <w:rPr>
          <w:rFonts w:ascii="Georgia" w:hAnsi="Georgia" w:cs="Times New Roman"/>
          <w:b/>
          <w:i w:val="0"/>
          <w:color w:val="000000"/>
          <w:sz w:val="24"/>
          <w:rtl/>
          <w:szCs w:val="32"/>
        </w:rPr>
        <w:t>תתי״ו</w:t>
      </w:r>
      <w:r>
        <w:rPr>
          <w:rFonts w:ascii="Georgia" w:hAnsi="Georgia"/>
          <w:b w:val="0"/>
          <w:i w:val="0"/>
          <w:color w:val="000000"/>
          <w:sz w:val="24"/>
        </w:rPr>
        <w:t xml:space="preserve"> = 816), и это требует осмысления. По моему же скромному мнению, лучше добавить к Имени ШАДАЙ два колеля, и тогда получится в гематрии 816, и это представляется мне верным.) Пять раз по САГ составляют в гематрии число [Имени] ШАДАЙ с колелем. И эти пять упомянутых Имен — тайна пяти гвурот букв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которые протягиваются до места сосков, называемых «груди» (</w:t>
      </w:r>
      <w:r>
        <w:rPr>
          <w:rFonts w:ascii="Georgia" w:hAnsi="Georgia"/>
          <w:b w:val="0"/>
          <w:i/>
          <w:color w:val="000000"/>
          <w:sz w:val="24"/>
        </w:rPr>
        <w:t>шадаим</w:t>
      </w:r>
      <w:r>
        <w:rPr>
          <w:rFonts w:ascii="Georgia" w:hAnsi="Georgia"/>
          <w:b w:val="0"/>
          <w:i w:val="0"/>
          <w:color w:val="000000"/>
          <w:sz w:val="24"/>
        </w:rPr>
        <w:t xml:space="preserve">, </w:t>
      </w:r>
      <w:r>
        <w:rPr>
          <w:rFonts w:ascii="Georgia" w:hAnsi="Georgia" w:cs="Times New Roman"/>
          <w:b/>
          <w:i w:val="0"/>
          <w:color w:val="000000"/>
          <w:sz w:val="24"/>
          <w:rtl/>
          <w:szCs w:val="32"/>
        </w:rPr>
        <w:t>שָׁדַיִם</w:t>
      </w:r>
      <w:r>
        <w:rPr>
          <w:rFonts w:ascii="Georgia" w:hAnsi="Georgia"/>
          <w:b w:val="0"/>
          <w:i w:val="0"/>
          <w:color w:val="000000"/>
          <w:sz w:val="24"/>
        </w:rPr>
        <w:t xml:space="preserve">), что соответствует тайне Имени ШАДАЙ, как известно. Ведь на уровне хазе, в месте расположения грудей Зеир Анпина (ЗА), завершается распространение Есод де-Има. Слово </w:t>
      </w:r>
      <w:r>
        <w:rPr>
          <w:rFonts w:ascii="Georgia" w:hAnsi="Georgia"/>
          <w:b w:val="0"/>
          <w:i/>
          <w:color w:val="000000"/>
          <w:sz w:val="24"/>
        </w:rPr>
        <w:t>ашрей</w:t>
      </w:r>
      <w:r>
        <w:rPr>
          <w:rFonts w:ascii="Georgia" w:hAnsi="Georgia"/>
          <w:b w:val="0"/>
          <w:i w:val="0"/>
          <w:color w:val="000000"/>
          <w:sz w:val="24"/>
        </w:rPr>
        <w:t xml:space="preserve"> (</w:t>
      </w:r>
      <w:r>
        <w:rPr>
          <w:rFonts w:ascii="Georgia" w:hAnsi="Georgia" w:cs="Times New Roman"/>
          <w:b/>
          <w:i w:val="0"/>
          <w:color w:val="000000"/>
          <w:sz w:val="24"/>
          <w:rtl/>
          <w:szCs w:val="32"/>
        </w:rPr>
        <w:t>אַשְׁרֵי</w:t>
      </w:r>
      <w:r>
        <w:rPr>
          <w:rFonts w:ascii="Georgia" w:hAnsi="Georgia"/>
          <w:b w:val="0"/>
          <w:i w:val="0"/>
          <w:color w:val="000000"/>
          <w:sz w:val="24"/>
        </w:rPr>
        <w:t>) — это тайна [Имени] ЭЛОКИМ: когда оно взято в наполнении йодин, его гематрия равна 300, что соответствует букве шин (</w:t>
      </w:r>
      <w:r>
        <w:rPr>
          <w:rFonts w:ascii="Georgia" w:hAnsi="Georgia" w:cs="Times New Roman"/>
          <w:b/>
          <w:i w:val="0"/>
          <w:color w:val="000000"/>
          <w:sz w:val="24"/>
          <w:rtl/>
          <w:szCs w:val="32"/>
        </w:rPr>
        <w:t>ש</w:t>
      </w:r>
      <w:r>
        <w:rPr>
          <w:rFonts w:ascii="Georgia" w:hAnsi="Georgia"/>
          <w:b w:val="0"/>
          <w:i w:val="0"/>
          <w:color w:val="000000"/>
          <w:sz w:val="24"/>
        </w:rPr>
        <w:t xml:space="preserve"> = 300) в слове </w:t>
      </w:r>
      <w:r>
        <w:rPr>
          <w:rFonts w:ascii="Georgia" w:hAnsi="Georgia"/>
          <w:b w:val="0"/>
          <w:i/>
          <w:color w:val="000000"/>
          <w:sz w:val="24"/>
        </w:rPr>
        <w:t>ашрей</w:t>
      </w:r>
      <w:r>
        <w:rPr>
          <w:rFonts w:ascii="Georgia" w:hAnsi="Georgia"/>
          <w:b w:val="0"/>
          <w:i w:val="0"/>
          <w:color w:val="000000"/>
          <w:sz w:val="24"/>
        </w:rPr>
        <w:t>, а его ахораим составляют в гематрии 200, что соответствует букве рэйш (</w:t>
      </w:r>
      <w:r>
        <w:rPr>
          <w:rFonts w:ascii="Georgia" w:hAnsi="Georgia" w:cs="Times New Roman"/>
          <w:b/>
          <w:i w:val="0"/>
          <w:color w:val="000000"/>
          <w:sz w:val="24"/>
          <w:rtl/>
          <w:szCs w:val="32"/>
        </w:rPr>
        <w:t>ר</w:t>
      </w:r>
      <w:r>
        <w:rPr>
          <w:rFonts w:ascii="Georgia" w:hAnsi="Georgia"/>
          <w:b w:val="0"/>
          <w:i w:val="0"/>
          <w:color w:val="000000"/>
          <w:sz w:val="24"/>
        </w:rPr>
        <w:t xml:space="preserve"> = 200) в слове </w:t>
      </w:r>
      <w:r>
        <w:rPr>
          <w:rFonts w:ascii="Georgia" w:hAnsi="Georgia"/>
          <w:b w:val="0"/>
          <w:i/>
          <w:color w:val="000000"/>
          <w:sz w:val="24"/>
        </w:rPr>
        <w:t>ашрей</w:t>
      </w:r>
      <w:r>
        <w:rPr>
          <w:rFonts w:ascii="Georgia" w:hAnsi="Georgia"/>
          <w:b w:val="0"/>
          <w:i w:val="0"/>
          <w:color w:val="000000"/>
          <w:sz w:val="24"/>
        </w:rPr>
        <w:t xml:space="preserve">. В двух этих Именах ЭЛОКИМ, на которые намекают буквы шин и рэйш в слове </w:t>
      </w:r>
      <w:r>
        <w:rPr>
          <w:rFonts w:ascii="Georgia" w:hAnsi="Georgia"/>
          <w:b w:val="0"/>
          <w:i/>
          <w:color w:val="000000"/>
          <w:sz w:val="24"/>
        </w:rPr>
        <w:t>ашрей</w:t>
      </w:r>
      <w:r>
        <w:rPr>
          <w:rFonts w:ascii="Georgia" w:hAnsi="Georgia"/>
          <w:b w:val="0"/>
          <w:i w:val="0"/>
          <w:color w:val="000000"/>
          <w:sz w:val="24"/>
        </w:rPr>
        <w:t>, как упомянуто выше, содержится десять букв — и это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в слове </w:t>
      </w:r>
      <w:r>
        <w:rPr>
          <w:rFonts w:ascii="Georgia" w:hAnsi="Georgia"/>
          <w:b w:val="0"/>
          <w:i/>
          <w:color w:val="000000"/>
          <w:sz w:val="24"/>
        </w:rPr>
        <w:t>ашрей</w:t>
      </w:r>
      <w:r>
        <w:rPr>
          <w:rFonts w:ascii="Georgia" w:hAnsi="Georgia"/>
          <w:b w:val="0"/>
          <w:i w:val="0"/>
          <w:color w:val="000000"/>
          <w:sz w:val="24"/>
        </w:rPr>
        <w:t>. А колель всего этого —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в слове </w:t>
      </w:r>
      <w:r>
        <w:rPr>
          <w:rFonts w:ascii="Georgia" w:hAnsi="Georgia"/>
          <w:b w:val="0"/>
          <w:i/>
          <w:color w:val="000000"/>
          <w:sz w:val="24"/>
        </w:rPr>
        <w:t>ашрей</w:t>
      </w:r>
      <w:r>
        <w:rPr>
          <w:rFonts w:ascii="Georgia" w:hAnsi="Georgia"/>
          <w:b w:val="0"/>
          <w:i w:val="0"/>
          <w:color w:val="000000"/>
          <w:sz w:val="24"/>
        </w:rPr>
        <w:t xml:space="preserve">. Слово </w:t>
      </w:r>
      <w:r>
        <w:rPr>
          <w:rFonts w:ascii="Georgia" w:hAnsi="Georgia"/>
          <w:b w:val="0"/>
          <w:i/>
          <w:color w:val="000000"/>
          <w:sz w:val="24"/>
        </w:rPr>
        <w:t>меод</w:t>
      </w:r>
      <w:r>
        <w:rPr>
          <w:rFonts w:ascii="Georgia" w:hAnsi="Georgia"/>
          <w:b w:val="0"/>
          <w:i w:val="0"/>
          <w:color w:val="000000"/>
          <w:sz w:val="24"/>
        </w:rPr>
        <w:t xml:space="preserve"> (</w:t>
      </w:r>
      <w:r>
        <w:rPr>
          <w:rFonts w:ascii="Georgia" w:hAnsi="Georgia" w:cs="Times New Roman"/>
          <w:b/>
          <w:i w:val="0"/>
          <w:color w:val="000000"/>
          <w:sz w:val="24"/>
          <w:rtl/>
          <w:szCs w:val="32"/>
        </w:rPr>
        <w:t>מְאֹד</w:t>
      </w:r>
      <w:r>
        <w:rPr>
          <w:rFonts w:ascii="Georgia" w:hAnsi="Georgia"/>
          <w:b w:val="0"/>
          <w:i w:val="0"/>
          <w:color w:val="000000"/>
          <w:sz w:val="24"/>
        </w:rPr>
        <w:t xml:space="preserve"> = 45) по гематрии равно [Имени] АВАЯ с наполнением алефин (МА), числовое значение которого также равно 45. Буквы же МА (</w:t>
      </w:r>
      <w:r>
        <w:rPr>
          <w:rFonts w:ascii="Georgia" w:hAnsi="Georgia" w:cs="Times New Roman"/>
          <w:b/>
          <w:i w:val="0"/>
          <w:color w:val="000000"/>
          <w:sz w:val="24"/>
          <w:rtl/>
          <w:szCs w:val="32"/>
        </w:rPr>
        <w:t>מ״ה</w:t>
      </w:r>
      <w:r>
        <w:rPr>
          <w:rFonts w:ascii="Georgia" w:hAnsi="Georgia"/>
          <w:b w:val="0"/>
          <w:i w:val="0"/>
          <w:color w:val="000000"/>
          <w:sz w:val="24"/>
        </w:rPr>
        <w:t>) в своем наполнении — мэм (</w:t>
      </w:r>
      <w:r>
        <w:rPr>
          <w:rFonts w:ascii="Georgia" w:hAnsi="Georgia" w:cs="Times New Roman"/>
          <w:b/>
          <w:i w:val="0"/>
          <w:color w:val="000000"/>
          <w:sz w:val="24"/>
          <w:rtl/>
          <w:szCs w:val="32"/>
        </w:rPr>
        <w:t>מ״ם</w:t>
      </w:r>
      <w:r>
        <w:rPr>
          <w:rFonts w:ascii="Georgia" w:hAnsi="Georgia"/>
          <w:b w:val="0"/>
          <w:i w:val="0"/>
          <w:color w:val="000000"/>
          <w:sz w:val="24"/>
        </w:rPr>
        <w:t xml:space="preserve"> = 80) и хэй (</w:t>
      </w:r>
      <w:r>
        <w:rPr>
          <w:rFonts w:ascii="Georgia" w:hAnsi="Georgia" w:cs="Times New Roman"/>
          <w:b/>
          <w:i w:val="0"/>
          <w:color w:val="000000"/>
          <w:sz w:val="24"/>
          <w:rtl/>
          <w:szCs w:val="32"/>
        </w:rPr>
        <w:t>ה״א</w:t>
      </w:r>
      <w:r>
        <w:rPr>
          <w:rFonts w:ascii="Georgia" w:hAnsi="Georgia"/>
          <w:b w:val="0"/>
          <w:i w:val="0"/>
          <w:color w:val="000000"/>
          <w:sz w:val="24"/>
        </w:rPr>
        <w:t xml:space="preserve"> = 6) — составляют в гематрии 86, что равно [Имени] ЭЛОКИМ. Имя, выходящее из этого стиха, на которое следует направлять намерение, — это сплетение слова </w:t>
      </w:r>
      <w:r>
        <w:rPr>
          <w:rFonts w:ascii="Georgia" w:hAnsi="Georgia"/>
          <w:b w:val="0"/>
          <w:i/>
          <w:color w:val="000000"/>
          <w:sz w:val="24"/>
        </w:rPr>
        <w:t>ашрей</w:t>
      </w:r>
      <w:r>
        <w:rPr>
          <w:rFonts w:ascii="Georgia" w:hAnsi="Georgia"/>
          <w:b w:val="0"/>
          <w:i w:val="0"/>
          <w:color w:val="000000"/>
          <w:sz w:val="24"/>
        </w:rPr>
        <w:t xml:space="preserve"> со словом </w:t>
      </w:r>
      <w:r>
        <w:rPr>
          <w:rFonts w:ascii="Georgia" w:hAnsi="Georgia"/>
          <w:b w:val="0"/>
          <w:i/>
          <w:color w:val="000000"/>
          <w:sz w:val="24"/>
        </w:rPr>
        <w:t>меод</w:t>
      </w:r>
      <w:r>
        <w:rPr>
          <w:rFonts w:ascii="Georgia" w:hAnsi="Georgia"/>
          <w:b w:val="0"/>
          <w:i w:val="0"/>
          <w:color w:val="000000"/>
          <w:sz w:val="24"/>
        </w:rPr>
        <w:t xml:space="preserve">, вот так: </w:t>
      </w:r>
      <w:r>
        <w:rPr>
          <w:rFonts w:ascii="Georgia" w:hAnsi="Georgia" w:cs="Times New Roman"/>
          <w:b/>
          <w:i w:val="0"/>
          <w:color w:val="000000"/>
          <w:sz w:val="24"/>
          <w:rtl/>
          <w:szCs w:val="32"/>
        </w:rPr>
        <w:t>אִמָשֶאְרְדַיְ</w:t>
      </w:r>
      <w:r>
        <w:rPr>
          <w:rFonts w:ascii="Georgia" w:hAnsi="Georgia"/>
          <w:b w:val="0"/>
          <w:i w:val="0"/>
          <w:color w:val="000000"/>
          <w:sz w:val="24"/>
        </w:rPr>
        <w:t xml:space="preserve">. Огласовка же его берется из начальных букв слов стиха, а именно: </w:t>
      </w:r>
      <w:r>
        <w:rPr>
          <w:rFonts w:ascii="Georgia" w:hAnsi="Georgia" w:cs="Times New Roman"/>
          <w:b/>
          <w:i w:val="0"/>
          <w:color w:val="000000"/>
          <w:sz w:val="24"/>
          <w:rtl/>
          <w:szCs w:val="32"/>
        </w:rPr>
        <w:t>אִיש יָרא אֶת יְהוה בְמצותיו חַפץ מְאד</w:t>
      </w:r>
      <w:r>
        <w:rPr>
          <w:rFonts w:ascii="Georgia" w:hAnsi="Georgia"/>
          <w:b w:val="0"/>
          <w:i w:val="0"/>
          <w:color w:val="000000"/>
          <w:sz w:val="24"/>
        </w:rPr>
        <w:t xml:space="preserve">. По гематрии это Имя равно слову </w:t>
      </w:r>
      <w:r>
        <w:rPr>
          <w:rFonts w:ascii="Georgia" w:hAnsi="Georgia"/>
          <w:b w:val="0"/>
          <w:i/>
          <w:color w:val="000000"/>
          <w:sz w:val="24"/>
        </w:rPr>
        <w:t>этник</w:t>
      </w:r>
      <w:r>
        <w:rPr>
          <w:rFonts w:ascii="Georgia" w:hAnsi="Georgia"/>
          <w:b w:val="0"/>
          <w:i w:val="0"/>
          <w:color w:val="000000"/>
          <w:sz w:val="24"/>
        </w:rPr>
        <w:t xml:space="preserve"> (</w:t>
      </w:r>
      <w:r>
        <w:rPr>
          <w:rFonts w:ascii="Georgia" w:hAnsi="Georgia" w:cs="Times New Roman"/>
          <w:b/>
          <w:i w:val="0"/>
          <w:color w:val="000000"/>
          <w:sz w:val="24"/>
          <w:rtl/>
          <w:szCs w:val="32"/>
        </w:rPr>
        <w:t>אתני״ק</w:t>
      </w:r>
      <w:r>
        <w:rPr>
          <w:rFonts w:ascii="Georgia" w:hAnsi="Georgia"/>
          <w:b w:val="0"/>
          <w:i w:val="0"/>
          <w:color w:val="000000"/>
          <w:sz w:val="24"/>
        </w:rPr>
        <w:t xml:space="preserve"> = 561) вместе с совокупностью семи букв упомянутого Имени, превышая его на две [единицы].</w:t>
      </w:r>
    </w:p>
    <w:p>
      <w:pPr>
        <w:keepNext/>
        <w:spacing w:before="320" w:after="120"/>
      </w:pPr>
      <w:r>
        <w:rPr>
          <w:rFonts w:ascii="Georgia" w:hAnsi="Georgia"/>
          <w:b w:val="0"/>
          <w:i w:val="0"/>
          <w:color w:val="000000"/>
          <w:sz w:val="32"/>
        </w:rPr>
        <w:t>Ихуд 8</w:t>
      </w:r>
    </w:p>
    <w:p>
      <w:pPr>
        <w:spacing w:before="40" w:after="120"/>
        <w:jc w:val="both"/>
      </w:pPr>
      <w:r>
        <w:rPr>
          <w:rFonts w:ascii="Georgia" w:hAnsi="Georgia"/>
          <w:b w:val="0"/>
          <w:i w:val="0"/>
          <w:color w:val="000000"/>
          <w:sz w:val="24"/>
        </w:rPr>
        <w:t xml:space="preserve">К упомянутому выше [присоединяется имя] </w:t>
      </w:r>
      <w:r>
        <w:rPr>
          <w:rFonts w:ascii="Georgia" w:hAnsi="Georgia"/>
          <w:b w:val="0"/>
          <w:i/>
          <w:color w:val="000000"/>
          <w:sz w:val="24"/>
        </w:rPr>
        <w:t>Нувув</w:t>
      </w:r>
      <w:r>
        <w:rPr>
          <w:rFonts w:ascii="Georgia" w:hAnsi="Georgia"/>
          <w:b w:val="0"/>
          <w:i w:val="0"/>
          <w:color w:val="000000"/>
          <w:sz w:val="24"/>
        </w:rPr>
        <w:t xml:space="preserve"> (</w:t>
      </w:r>
      <w:r>
        <w:rPr>
          <w:rFonts w:ascii="Georgia" w:hAnsi="Georgia" w:cs="Times New Roman"/>
          <w:b/>
          <w:i w:val="0"/>
          <w:color w:val="000000"/>
          <w:sz w:val="24"/>
          <w:rtl/>
          <w:szCs w:val="32"/>
        </w:rPr>
        <w:t>נֻבוּבְ</w:t>
      </w:r>
      <w:r>
        <w:rPr>
          <w:rFonts w:ascii="Georgia" w:hAnsi="Georgia"/>
          <w:b w:val="0"/>
          <w:i w:val="0"/>
          <w:color w:val="000000"/>
          <w:sz w:val="24"/>
        </w:rPr>
        <w:t>). Это имя по гематрии равно 60 (</w:t>
      </w:r>
      <w:r>
        <w:rPr>
          <w:rFonts w:ascii="Georgia" w:hAnsi="Georgia" w:cs="Times New Roman"/>
          <w:b/>
          <w:i w:val="0"/>
          <w:color w:val="000000"/>
          <w:sz w:val="24"/>
          <w:rtl/>
          <w:szCs w:val="32"/>
        </w:rPr>
        <w:t>ס</w:t>
      </w:r>
      <w:r>
        <w:rPr>
          <w:rFonts w:ascii="Georgia" w:hAnsi="Georgia"/>
          <w:b w:val="0"/>
          <w:i w:val="0"/>
          <w:color w:val="000000"/>
          <w:sz w:val="24"/>
        </w:rPr>
        <w:t xml:space="preserve"> = 60), что составляет тайну [стиха] </w:t>
      </w:r>
      <w:r>
        <w:rPr>
          <w:rFonts w:ascii="Georgia" w:hAnsi="Georgia"/>
          <w:b w:val="0"/>
          <w:i/>
          <w:color w:val="000000"/>
          <w:sz w:val="24"/>
        </w:rPr>
        <w:t>«шестьдесят храбрецов вокруг нее…»</w:t>
      </w:r>
      <w:r>
        <w:rPr>
          <w:rFonts w:ascii="Georgia" w:hAnsi="Georgia"/>
          <w:b w:val="0"/>
          <w:i w:val="0"/>
          <w:color w:val="000000"/>
          <w:sz w:val="24"/>
        </w:rPr>
        <w:t xml:space="preserve"> (Шир а-Ширим 3:7) и тайну [стиха] </w:t>
      </w:r>
      <w:r>
        <w:rPr>
          <w:rFonts w:ascii="Georgia" w:hAnsi="Georgia"/>
          <w:b w:val="0"/>
          <w:i/>
          <w:color w:val="000000"/>
          <w:sz w:val="24"/>
        </w:rPr>
        <w:t>«Шестьдесят их, цариц…»</w:t>
      </w:r>
      <w:r>
        <w:rPr>
          <w:rFonts w:ascii="Georgia" w:hAnsi="Georgia"/>
          <w:b w:val="0"/>
          <w:i w:val="0"/>
          <w:color w:val="000000"/>
          <w:sz w:val="24"/>
        </w:rPr>
        <w:t xml:space="preserve"> (Шир а-Ширим 6:8), [указывающих на] Малхут. В нем же содержится намек на Имя АВАЯ де-БОН через буквы хэй: [если вычесть его числовое значение, 52,] остаются еще буквы бэт (</w:t>
      </w:r>
      <w:r>
        <w:rPr>
          <w:rFonts w:ascii="Georgia" w:hAnsi="Georgia" w:cs="Times New Roman"/>
          <w:b/>
          <w:i w:val="0"/>
          <w:color w:val="000000"/>
          <w:sz w:val="24"/>
          <w:rtl/>
          <w:szCs w:val="32"/>
        </w:rPr>
        <w:t>ב</w:t>
      </w:r>
      <w:r>
        <w:rPr>
          <w:rFonts w:ascii="Georgia" w:hAnsi="Georgia"/>
          <w:b w:val="0"/>
          <w:i w:val="0"/>
          <w:color w:val="000000"/>
          <w:sz w:val="24"/>
        </w:rPr>
        <w:t xml:space="preserve"> = 2) и вав (</w:t>
      </w:r>
      <w:r>
        <w:rPr>
          <w:rFonts w:ascii="Georgia" w:hAnsi="Georgia" w:cs="Times New Roman"/>
          <w:b/>
          <w:i w:val="0"/>
          <w:color w:val="000000"/>
          <w:sz w:val="24"/>
          <w:rtl/>
          <w:szCs w:val="32"/>
        </w:rPr>
        <w:t>ו</w:t>
      </w:r>
      <w:r>
        <w:rPr>
          <w:rFonts w:ascii="Georgia" w:hAnsi="Georgia"/>
          <w:b w:val="0"/>
          <w:i w:val="0"/>
          <w:color w:val="000000"/>
          <w:sz w:val="24"/>
        </w:rPr>
        <w:t xml:space="preserve"> = 6), которые вместе со своим коллелем составляют 9 (</w:t>
      </w:r>
      <w:r>
        <w:rPr>
          <w:rFonts w:ascii="Georgia" w:hAnsi="Georgia" w:cs="Times New Roman"/>
          <w:b/>
          <w:i w:val="0"/>
          <w:color w:val="000000"/>
          <w:sz w:val="24"/>
          <w:rtl/>
          <w:szCs w:val="32"/>
        </w:rPr>
        <w:t>ט</w:t>
      </w:r>
      <w:r>
        <w:rPr>
          <w:rFonts w:ascii="Georgia" w:hAnsi="Georgia"/>
          <w:b w:val="0"/>
          <w:i w:val="0"/>
          <w:color w:val="000000"/>
          <w:sz w:val="24"/>
        </w:rPr>
        <w:t xml:space="preserve"> = 9) — соответственно числу самих девяти букв Имени АВАЯ де-БОН. Огласовка же его берется из стиха </w:t>
      </w:r>
      <w:r>
        <w:rPr>
          <w:rFonts w:ascii="Georgia" w:hAnsi="Georgia"/>
          <w:b w:val="0"/>
          <w:i/>
          <w:color w:val="000000"/>
          <w:sz w:val="24"/>
        </w:rPr>
        <w:t>«полым из досок…»</w:t>
      </w:r>
      <w:r>
        <w:rPr>
          <w:rFonts w:ascii="Georgia" w:hAnsi="Georgia"/>
          <w:b w:val="0"/>
          <w:i w:val="0"/>
          <w:color w:val="000000"/>
          <w:sz w:val="24"/>
        </w:rPr>
        <w:t xml:space="preserve"> (Шмот 27:8), ведь [знак] шва соответствует последней букве тав (</w:t>
      </w:r>
      <w:r>
        <w:rPr>
          <w:rFonts w:ascii="Georgia" w:hAnsi="Georgia" w:cs="Times New Roman"/>
          <w:b/>
          <w:i w:val="0"/>
          <w:color w:val="000000"/>
          <w:sz w:val="24"/>
          <w:rtl/>
          <w:szCs w:val="32"/>
        </w:rPr>
        <w:t>ת</w:t>
      </w:r>
      <w:r>
        <w:rPr>
          <w:rFonts w:ascii="Georgia" w:hAnsi="Georgia"/>
          <w:b w:val="0"/>
          <w:i w:val="0"/>
          <w:color w:val="000000"/>
          <w:sz w:val="24"/>
        </w:rPr>
        <w:t>), которая опускается [при сокращении]. И держи это правило в памяти: всякую конечную букву, у которой в Писании нет знака огласовки, всегда необходимо огласовывать знаком шва. Это имя нужно также заменить по [системе] эт-баш (</w:t>
      </w:r>
      <w:r>
        <w:rPr>
          <w:rFonts w:ascii="Georgia" w:hAnsi="Georgia" w:cs="Times New Roman"/>
          <w:b/>
          <w:i w:val="0"/>
          <w:color w:val="000000"/>
          <w:sz w:val="24"/>
          <w:rtl/>
          <w:szCs w:val="32"/>
        </w:rPr>
        <w:t>א״ת ב״ש</w:t>
      </w:r>
      <w:r>
        <w:rPr>
          <w:rFonts w:ascii="Georgia" w:hAnsi="Georgia"/>
          <w:b w:val="0"/>
          <w:i w:val="0"/>
          <w:color w:val="000000"/>
          <w:sz w:val="24"/>
        </w:rPr>
        <w:t xml:space="preserve">) на </w:t>
      </w:r>
      <w:r>
        <w:rPr>
          <w:rFonts w:ascii="Georgia" w:hAnsi="Georgia"/>
          <w:b w:val="0"/>
          <w:i/>
          <w:color w:val="000000"/>
          <w:sz w:val="24"/>
        </w:rPr>
        <w:t>Ташпаш</w:t>
      </w:r>
      <w:r>
        <w:rPr>
          <w:rFonts w:ascii="Georgia" w:hAnsi="Georgia"/>
          <w:b w:val="0"/>
          <w:i w:val="0"/>
          <w:color w:val="000000"/>
          <w:sz w:val="24"/>
        </w:rPr>
        <w:t xml:space="preserve"> (</w:t>
      </w:r>
      <w:r>
        <w:rPr>
          <w:rFonts w:ascii="Georgia" w:hAnsi="Georgia" w:cs="Times New Roman"/>
          <w:b/>
          <w:i w:val="0"/>
          <w:color w:val="000000"/>
          <w:sz w:val="24"/>
          <w:rtl/>
          <w:szCs w:val="32"/>
        </w:rPr>
        <w:t>טשפש</w:t>
      </w:r>
      <w:r>
        <w:rPr>
          <w:rFonts w:ascii="Georgia" w:hAnsi="Georgia"/>
          <w:b w:val="0"/>
          <w:i w:val="0"/>
          <w:color w:val="000000"/>
          <w:sz w:val="24"/>
        </w:rPr>
        <w:t>). И оно [по гематрии] равно четырем [Именам] АВАЯ — АБ, САГ, МА и БОН, составляющим вместе с коллелем 233 (</w:t>
      </w:r>
      <w:r>
        <w:rPr>
          <w:rFonts w:ascii="Georgia" w:hAnsi="Georgia" w:cs="Times New Roman"/>
          <w:b/>
          <w:i w:val="0"/>
          <w:color w:val="000000"/>
          <w:sz w:val="24"/>
          <w:rtl/>
          <w:szCs w:val="32"/>
        </w:rPr>
        <w:t>רל״ג</w:t>
      </w:r>
      <w:r>
        <w:rPr>
          <w:rFonts w:ascii="Georgia" w:hAnsi="Georgia"/>
          <w:b w:val="0"/>
          <w:i w:val="0"/>
          <w:color w:val="000000"/>
          <w:sz w:val="24"/>
        </w:rPr>
        <w:t xml:space="preserve"> = 233), а также трем [наполнениям Имени] ЭЙЕ — с [буквами] йод, алеф и хэй, составляющим с коллелем 456 (</w:t>
      </w:r>
      <w:r>
        <w:rPr>
          <w:rFonts w:ascii="Georgia" w:hAnsi="Georgia" w:cs="Times New Roman"/>
          <w:b/>
          <w:i w:val="0"/>
          <w:color w:val="000000"/>
          <w:sz w:val="24"/>
          <w:rtl/>
          <w:szCs w:val="32"/>
        </w:rPr>
        <w:t>תנ״ו</w:t>
      </w:r>
      <w:r>
        <w:rPr>
          <w:rFonts w:ascii="Georgia" w:hAnsi="Georgia"/>
          <w:b w:val="0"/>
          <w:i w:val="0"/>
          <w:color w:val="000000"/>
          <w:sz w:val="24"/>
        </w:rPr>
        <w:t xml:space="preserve"> = 456). А 456 и 233 вместе дают 689 (</w:t>
      </w:r>
      <w:r>
        <w:rPr>
          <w:rFonts w:ascii="Georgia" w:hAnsi="Georgia" w:cs="Times New Roman"/>
          <w:b/>
          <w:i w:val="0"/>
          <w:color w:val="000000"/>
          <w:sz w:val="24"/>
          <w:rtl/>
          <w:szCs w:val="32"/>
        </w:rPr>
        <w:t>תרפ״ט</w:t>
      </w:r>
      <w:r>
        <w:rPr>
          <w:rFonts w:ascii="Georgia" w:hAnsi="Georgia"/>
          <w:b w:val="0"/>
          <w:i w:val="0"/>
          <w:color w:val="000000"/>
          <w:sz w:val="24"/>
        </w:rPr>
        <w:t xml:space="preserve"> = 689) — точно по числовому значению упомянутого [имени] </w:t>
      </w:r>
      <w:r>
        <w:rPr>
          <w:rFonts w:ascii="Georgia" w:hAnsi="Georgia"/>
          <w:b w:val="0"/>
          <w:i/>
          <w:color w:val="000000"/>
          <w:sz w:val="24"/>
        </w:rPr>
        <w:t>Ташпаш</w:t>
      </w:r>
      <w:r>
        <w:rPr>
          <w:rFonts w:ascii="Georgia" w:hAnsi="Georgia"/>
          <w:b w:val="0"/>
          <w:i w:val="0"/>
          <w:color w:val="000000"/>
          <w:sz w:val="24"/>
        </w:rPr>
        <w:t>.</w:t>
      </w:r>
    </w:p>
    <w:p>
      <w:pPr>
        <w:keepNext/>
        <w:spacing w:before="320" w:after="120"/>
      </w:pPr>
      <w:r>
        <w:rPr>
          <w:rFonts w:ascii="Georgia" w:hAnsi="Georgia"/>
          <w:b w:val="0"/>
          <w:i w:val="0"/>
          <w:color w:val="000000"/>
          <w:sz w:val="32"/>
        </w:rPr>
        <w:t>Ихуд 9</w:t>
      </w:r>
    </w:p>
    <w:p>
      <w:pPr>
        <w:spacing w:before="40" w:after="120"/>
        <w:jc w:val="both"/>
      </w:pPr>
      <w:r>
        <w:rPr>
          <w:rFonts w:ascii="Georgia" w:hAnsi="Georgia"/>
          <w:b w:val="0"/>
          <w:i w:val="0"/>
          <w:color w:val="000000"/>
          <w:sz w:val="24"/>
        </w:rPr>
        <w:t xml:space="preserve">Упомянутое [единение] основано на стихе </w:t>
      </w:r>
      <w:r>
        <w:rPr>
          <w:rFonts w:ascii="Georgia" w:hAnsi="Georgia"/>
          <w:b w:val="0"/>
          <w:i/>
          <w:color w:val="000000"/>
          <w:sz w:val="24"/>
        </w:rPr>
        <w:t>«Зубы твои — как отара остриженных [овец]…»</w:t>
      </w:r>
      <w:r>
        <w:rPr>
          <w:rFonts w:ascii="Georgia" w:hAnsi="Georgia"/>
          <w:b w:val="0"/>
          <w:i w:val="0"/>
          <w:color w:val="000000"/>
          <w:sz w:val="24"/>
        </w:rPr>
        <w:t xml:space="preserve"> (</w:t>
      </w:r>
      <w:r>
        <w:rPr>
          <w:rFonts w:ascii="Georgia" w:hAnsi="Georgia" w:cs="Times New Roman"/>
          <w:b/>
          <w:i w:val="0"/>
          <w:color w:val="000000"/>
          <w:sz w:val="24"/>
          <w:rtl/>
          <w:szCs w:val="32"/>
        </w:rPr>
        <w:t>שניך כעדר הקצובות</w:t>
      </w:r>
      <w:r>
        <w:rPr>
          <w:rFonts w:ascii="Georgia" w:hAnsi="Georgia"/>
          <w:b w:val="0"/>
          <w:i w:val="0"/>
          <w:color w:val="000000"/>
          <w:sz w:val="24"/>
        </w:rPr>
        <w:t>, Шир а-Ширим 4:2). Начальные буквы этих трех слов составляют 325 (</w:t>
      </w:r>
      <w:r>
        <w:rPr>
          <w:rFonts w:ascii="Georgia" w:hAnsi="Georgia" w:cs="Times New Roman"/>
          <w:b/>
          <w:i w:val="0"/>
          <w:color w:val="000000"/>
          <w:sz w:val="24"/>
          <w:rtl/>
          <w:szCs w:val="32"/>
        </w:rPr>
        <w:t>שכ״ה</w:t>
      </w:r>
      <w:r>
        <w:rPr>
          <w:rFonts w:ascii="Georgia" w:hAnsi="Georgia"/>
          <w:b w:val="0"/>
          <w:i w:val="0"/>
          <w:color w:val="000000"/>
          <w:sz w:val="24"/>
        </w:rPr>
        <w:t>) — это 320 (</w:t>
      </w:r>
      <w:r>
        <w:rPr>
          <w:rFonts w:ascii="Georgia" w:hAnsi="Georgia" w:cs="Times New Roman"/>
          <w:b/>
          <w:i w:val="0"/>
          <w:color w:val="000000"/>
          <w:sz w:val="24"/>
          <w:rtl/>
          <w:szCs w:val="32"/>
        </w:rPr>
        <w:t>ש״ך</w:t>
      </w:r>
      <w:r>
        <w:rPr>
          <w:rFonts w:ascii="Georgia" w:hAnsi="Georgia"/>
          <w:b w:val="0"/>
          <w:i w:val="0"/>
          <w:color w:val="000000"/>
          <w:sz w:val="24"/>
        </w:rPr>
        <w:t>) искр, которые приходят свыше к ЗА, а затем поступают в Кетер его Нуквы. Точно так же конечные буквы трех упомянутых слов составляют [слово] Кетер (</w:t>
      </w:r>
      <w:r>
        <w:rPr>
          <w:rFonts w:ascii="Georgia" w:hAnsi="Georgia" w:cs="Times New Roman"/>
          <w:b/>
          <w:i w:val="0"/>
          <w:color w:val="000000"/>
          <w:sz w:val="24"/>
          <w:rtl/>
          <w:szCs w:val="32"/>
        </w:rPr>
        <w:t>כת״ר</w:t>
      </w:r>
      <w:r>
        <w:rPr>
          <w:rFonts w:ascii="Georgia" w:hAnsi="Georgia"/>
          <w:b w:val="0"/>
          <w:i w:val="0"/>
          <w:color w:val="000000"/>
          <w:sz w:val="24"/>
        </w:rPr>
        <w:t xml:space="preserve"> = 620). В Нукве эти 320 искр соответствуют пяти Именам АДОНАЙ, а в ЗА их внутреннее устройство таково: четыре раза по АБ (72, </w:t>
      </w:r>
      <w:r>
        <w:rPr>
          <w:rFonts w:ascii="Georgia" w:hAnsi="Georgia" w:cs="Times New Roman"/>
          <w:b/>
          <w:i w:val="0"/>
          <w:color w:val="000000"/>
          <w:sz w:val="24"/>
          <w:rtl/>
          <w:szCs w:val="32"/>
        </w:rPr>
        <w:t>ע״ב</w:t>
      </w:r>
      <w:r>
        <w:rPr>
          <w:rFonts w:ascii="Georgia" w:hAnsi="Georgia"/>
          <w:b w:val="0"/>
          <w:i w:val="0"/>
          <w:color w:val="000000"/>
          <w:sz w:val="24"/>
        </w:rPr>
        <w:t xml:space="preserve">) в четырех [Именах] АВАЯ, как известно, составляют 288 (РАПАХ, </w:t>
      </w:r>
      <w:r>
        <w:rPr>
          <w:rFonts w:ascii="Georgia" w:hAnsi="Georgia" w:cs="Times New Roman"/>
          <w:b/>
          <w:i w:val="0"/>
          <w:color w:val="000000"/>
          <w:sz w:val="24"/>
          <w:rtl/>
          <w:szCs w:val="32"/>
        </w:rPr>
        <w:t>רפ״ח</w:t>
      </w:r>
      <w:r>
        <w:rPr>
          <w:rFonts w:ascii="Georgia" w:hAnsi="Georgia"/>
          <w:b w:val="0"/>
          <w:i w:val="0"/>
          <w:color w:val="000000"/>
          <w:sz w:val="24"/>
        </w:rPr>
        <w:t>), а вместе с 32 (</w:t>
      </w:r>
      <w:r>
        <w:rPr>
          <w:rFonts w:ascii="Georgia" w:hAnsi="Georgia" w:cs="Times New Roman"/>
          <w:b/>
          <w:i w:val="0"/>
          <w:color w:val="000000"/>
          <w:sz w:val="24"/>
          <w:rtl/>
          <w:szCs w:val="32"/>
        </w:rPr>
        <w:t>ל״ב</w:t>
      </w:r>
      <w:r>
        <w:rPr>
          <w:rFonts w:ascii="Georgia" w:hAnsi="Georgia"/>
          <w:b w:val="0"/>
          <w:i w:val="0"/>
          <w:color w:val="000000"/>
          <w:sz w:val="24"/>
        </w:rPr>
        <w:t>) путями Хохмы получается 320; совокупность же этих пяти свойств дает 325. Об этом сказано в Зоаре, в Идра раздела Насо (лист 132а), и вот его слова: «Сказал рабби Хизкия и т.д.: Всматривался я и вот, увидел драгоценный свет высших светильников, который сиял и восходил на триста двадцать пять сторон, и нечто темное омывалось в том свете и т.д.» Четыре упомянутых наполнения АБ распределяются следующим образом: [Имя] АВАЯ в [наполнении] АБ с буквами йод — в его Хохме; [Имя] АВАЯ в [наполнении] САГ (</w:t>
      </w:r>
      <w:r>
        <w:rPr>
          <w:rFonts w:ascii="Georgia" w:hAnsi="Georgia" w:cs="Times New Roman"/>
          <w:b/>
          <w:i w:val="0"/>
          <w:color w:val="000000"/>
          <w:sz w:val="24"/>
          <w:rtl/>
          <w:szCs w:val="32"/>
        </w:rPr>
        <w:t>ס״ג</w:t>
      </w:r>
      <w:r>
        <w:rPr>
          <w:rFonts w:ascii="Georgia" w:hAnsi="Georgia"/>
          <w:b w:val="0"/>
          <w:i w:val="0"/>
          <w:color w:val="000000"/>
          <w:sz w:val="24"/>
        </w:rPr>
        <w:t>) вместе с его десятью буквами составит 73 (</w:t>
      </w:r>
      <w:r>
        <w:rPr>
          <w:rFonts w:ascii="Georgia" w:hAnsi="Georgia" w:cs="Times New Roman"/>
          <w:b/>
          <w:i w:val="0"/>
          <w:color w:val="000000"/>
          <w:sz w:val="24"/>
          <w:rtl/>
          <w:szCs w:val="32"/>
        </w:rPr>
        <w:t>ע״ג</w:t>
      </w:r>
      <w:r>
        <w:rPr>
          <w:rFonts w:ascii="Georgia" w:hAnsi="Georgia"/>
          <w:b w:val="0"/>
          <w:i w:val="0"/>
          <w:color w:val="000000"/>
          <w:sz w:val="24"/>
        </w:rPr>
        <w:t>) — в его Бине; [Имя] АВАЯ в [наполнении] МА (</w:t>
      </w:r>
      <w:r>
        <w:rPr>
          <w:rFonts w:ascii="Georgia" w:hAnsi="Georgia" w:cs="Times New Roman"/>
          <w:b/>
          <w:i w:val="0"/>
          <w:color w:val="000000"/>
          <w:sz w:val="24"/>
          <w:rtl/>
          <w:szCs w:val="32"/>
        </w:rPr>
        <w:t>מ״ה</w:t>
      </w:r>
      <w:r>
        <w:rPr>
          <w:rFonts w:ascii="Georgia" w:hAnsi="Georgia"/>
          <w:b w:val="0"/>
          <w:i w:val="0"/>
          <w:color w:val="000000"/>
          <w:sz w:val="24"/>
        </w:rPr>
        <w:t>) вместе с числом 26 (</w:t>
      </w:r>
      <w:r>
        <w:rPr>
          <w:rFonts w:ascii="Georgia" w:hAnsi="Georgia" w:cs="Times New Roman"/>
          <w:b/>
          <w:i w:val="0"/>
          <w:color w:val="000000"/>
          <w:sz w:val="24"/>
          <w:rtl/>
          <w:szCs w:val="32"/>
        </w:rPr>
        <w:t>כ״ו</w:t>
      </w:r>
      <w:r>
        <w:rPr>
          <w:rFonts w:ascii="Georgia" w:hAnsi="Georgia"/>
          <w:b w:val="0"/>
          <w:i w:val="0"/>
          <w:color w:val="000000"/>
          <w:sz w:val="24"/>
        </w:rPr>
        <w:t>) простого [Имени] АВАЯ составит 71 (</w:t>
      </w:r>
      <w:r>
        <w:rPr>
          <w:rFonts w:ascii="Georgia" w:hAnsi="Georgia" w:cs="Times New Roman"/>
          <w:b/>
          <w:i w:val="0"/>
          <w:color w:val="000000"/>
          <w:sz w:val="24"/>
          <w:rtl/>
          <w:szCs w:val="32"/>
        </w:rPr>
        <w:t>ע״א</w:t>
      </w:r>
      <w:r>
        <w:rPr>
          <w:rFonts w:ascii="Georgia" w:hAnsi="Georgia"/>
          <w:b w:val="0"/>
          <w:i w:val="0"/>
          <w:color w:val="000000"/>
          <w:sz w:val="24"/>
        </w:rPr>
        <w:t>) — в его Тиферет; а простое обратное написание (</w:t>
      </w:r>
      <w:r>
        <w:rPr>
          <w:rFonts w:ascii="Georgia" w:hAnsi="Georgia"/>
          <w:b w:val="0"/>
          <w:i/>
          <w:color w:val="000000"/>
          <w:sz w:val="24"/>
        </w:rPr>
        <w:t>ахораим</w:t>
      </w:r>
      <w:r>
        <w:rPr>
          <w:rFonts w:ascii="Georgia" w:hAnsi="Georgia"/>
          <w:b w:val="0"/>
          <w:i w:val="0"/>
          <w:color w:val="000000"/>
          <w:sz w:val="24"/>
        </w:rPr>
        <w:t>) [Имени] АВАЯ в [наполнении] БОН (</w:t>
      </w:r>
      <w:r>
        <w:rPr>
          <w:rFonts w:ascii="Georgia" w:hAnsi="Georgia" w:cs="Times New Roman"/>
          <w:b/>
          <w:i w:val="0"/>
          <w:color w:val="000000"/>
          <w:sz w:val="24"/>
          <w:rtl/>
          <w:szCs w:val="32"/>
        </w:rPr>
        <w:t>ב״ן</w:t>
      </w:r>
      <w:r>
        <w:rPr>
          <w:rFonts w:ascii="Georgia" w:hAnsi="Georgia"/>
          <w:b w:val="0"/>
          <w:i w:val="0"/>
          <w:color w:val="000000"/>
          <w:sz w:val="24"/>
        </w:rPr>
        <w:t xml:space="preserve">) составит 72 — в его Малхут. </w:t>
      </w:r>
      <w:r>
        <w:rPr>
          <w:rFonts w:ascii="Georgia" w:hAnsi="Georgia"/>
          <w:b w:val="0"/>
          <w:i/>
          <w:color w:val="000000"/>
          <w:sz w:val="24"/>
        </w:rPr>
        <w:t>«…Что вышли из купальни…»</w:t>
      </w:r>
      <w:r>
        <w:rPr>
          <w:rFonts w:ascii="Georgia" w:hAnsi="Georgia"/>
          <w:b w:val="0"/>
          <w:i w:val="0"/>
          <w:color w:val="000000"/>
          <w:sz w:val="24"/>
        </w:rPr>
        <w:t xml:space="preserve"> (Шир а-Ширим 4:2) [Примечание издателя: составитель, благословенной памяти, [указал]: см. выше, лист 37а, пятое единение: ведь имя Моше по числу соответствует 325 вместе с десятью [буквами] от 184 (</w:t>
      </w:r>
      <w:r>
        <w:rPr>
          <w:rFonts w:ascii="Georgia" w:hAnsi="Georgia" w:cs="Times New Roman"/>
          <w:b/>
          <w:i w:val="0"/>
          <w:color w:val="000000"/>
          <w:sz w:val="24"/>
          <w:rtl/>
          <w:szCs w:val="32"/>
        </w:rPr>
        <w:t>קפ״ד</w:t>
      </w:r>
      <w:r>
        <w:rPr>
          <w:rFonts w:ascii="Georgia" w:hAnsi="Georgia"/>
          <w:b w:val="0"/>
          <w:i w:val="0"/>
          <w:color w:val="000000"/>
          <w:sz w:val="24"/>
        </w:rPr>
        <w:t>) и десятью [буквами] от 161 (</w:t>
      </w:r>
      <w:r>
        <w:rPr>
          <w:rFonts w:ascii="Georgia" w:hAnsi="Georgia" w:cs="Times New Roman"/>
          <w:b/>
          <w:i w:val="0"/>
          <w:color w:val="000000"/>
          <w:sz w:val="24"/>
          <w:rtl/>
          <w:szCs w:val="32"/>
        </w:rPr>
        <w:t>קס״א</w:t>
      </w:r>
      <w:r>
        <w:rPr>
          <w:rFonts w:ascii="Georgia" w:hAnsi="Georgia"/>
          <w:b w:val="0"/>
          <w:i w:val="0"/>
          <w:color w:val="000000"/>
          <w:sz w:val="24"/>
        </w:rPr>
        <w:t>) и т.д., и благодаря этому станет понятно настоящее единение. До сих пор [его слова]]. Начальные буквы [слов стиха] образуют [имя] Моше (</w:t>
      </w:r>
      <w:r>
        <w:rPr>
          <w:rFonts w:ascii="Georgia" w:hAnsi="Georgia" w:cs="Times New Roman"/>
          <w:b/>
          <w:i w:val="0"/>
          <w:color w:val="000000"/>
          <w:sz w:val="24"/>
          <w:rtl/>
          <w:szCs w:val="32"/>
        </w:rPr>
        <w:t>מֹשֶׁה</w:t>
      </w:r>
      <w:r>
        <w:rPr>
          <w:rFonts w:ascii="Georgia" w:hAnsi="Georgia"/>
          <w:b w:val="0"/>
          <w:i w:val="0"/>
          <w:color w:val="000000"/>
          <w:sz w:val="24"/>
        </w:rPr>
        <w:t>). И это обратная сторона (</w:t>
      </w:r>
      <w:r>
        <w:rPr>
          <w:rFonts w:ascii="Georgia" w:hAnsi="Georgia"/>
          <w:b w:val="0"/>
          <w:i/>
          <w:color w:val="000000"/>
          <w:sz w:val="24"/>
        </w:rPr>
        <w:t>ахораим</w:t>
      </w:r>
      <w:r>
        <w:rPr>
          <w:rFonts w:ascii="Georgia" w:hAnsi="Georgia"/>
          <w:b w:val="0"/>
          <w:i w:val="0"/>
          <w:color w:val="000000"/>
          <w:sz w:val="24"/>
        </w:rPr>
        <w:t>) [Имени] АВАЯ с буквами йод — 184, и лицевая сторона (</w:t>
      </w:r>
      <w:r>
        <w:rPr>
          <w:rFonts w:ascii="Georgia" w:hAnsi="Georgia"/>
          <w:b w:val="0"/>
          <w:i/>
          <w:color w:val="000000"/>
          <w:sz w:val="24"/>
        </w:rPr>
        <w:t>паним</w:t>
      </w:r>
      <w:r>
        <w:rPr>
          <w:rFonts w:ascii="Georgia" w:hAnsi="Georgia"/>
          <w:b w:val="0"/>
          <w:i w:val="0"/>
          <w:color w:val="000000"/>
          <w:sz w:val="24"/>
        </w:rPr>
        <w:t>) [Имени] ЭЙЕ с буквами йод — 161; в сумме они равны по гематрии имени Моше (</w:t>
      </w:r>
      <w:r>
        <w:rPr>
          <w:rFonts w:ascii="Georgia" w:hAnsi="Georgia" w:cs="Times New Roman"/>
          <w:b/>
          <w:i w:val="0"/>
          <w:color w:val="000000"/>
          <w:sz w:val="24"/>
          <w:rtl/>
          <w:szCs w:val="32"/>
        </w:rPr>
        <w:t>מֹשֶׁה</w:t>
      </w:r>
      <w:r>
        <w:rPr>
          <w:rFonts w:ascii="Georgia" w:hAnsi="Georgia"/>
          <w:b w:val="0"/>
          <w:i w:val="0"/>
          <w:color w:val="000000"/>
          <w:sz w:val="24"/>
        </w:rPr>
        <w:t xml:space="preserve"> = 345). И на это намекнул рабби Хизкия словами: «И нечто темное омывалось в том свете…» Тогда открыли [уста свои мудрецы] и сказали: «„Прощающего прегрешение“ (Миха 7:18) ты видел».</w:t>
      </w:r>
    </w:p>
    <w:p>
      <w:pPr>
        <w:spacing w:before="40" w:after="120"/>
        <w:jc w:val="both"/>
      </w:pPr>
      <w:r>
        <w:rPr>
          <w:rFonts w:ascii="Georgia" w:hAnsi="Georgia"/>
          <w:b w:val="0"/>
          <w:i w:val="0"/>
          <w:color w:val="000000"/>
          <w:sz w:val="24"/>
        </w:rPr>
        <w:t>Смысл же в том, что если прибавить простое Имя АВАЯ к упомянутому числу 325 Нуквы, которое составляют пять [Имен] АДОНАЙ, всё это в гематрии составит 351 (</w:t>
      </w:r>
      <w:r>
        <w:rPr>
          <w:rFonts w:ascii="Georgia" w:hAnsi="Georgia" w:cs="Times New Roman"/>
          <w:b/>
          <w:i w:val="0"/>
          <w:color w:val="000000"/>
          <w:sz w:val="24"/>
          <w:rtl/>
          <w:szCs w:val="32"/>
        </w:rPr>
        <w:t>נש״א</w:t>
      </w:r>
      <w:r>
        <w:rPr>
          <w:rFonts w:ascii="Georgia" w:hAnsi="Georgia"/>
          <w:b w:val="0"/>
          <w:i w:val="0"/>
          <w:color w:val="000000"/>
          <w:sz w:val="24"/>
        </w:rPr>
        <w:t xml:space="preserve">). И об этом сказано: «„Прощающего прегрешение“ ты видел». Конечные же буквы этих трех упомянутых слов — </w:t>
      </w:r>
      <w:r>
        <w:rPr>
          <w:rFonts w:ascii="Georgia" w:hAnsi="Georgia"/>
          <w:b w:val="0"/>
          <w:i/>
          <w:color w:val="000000"/>
          <w:sz w:val="24"/>
        </w:rPr>
        <w:t>ше-алу мин а-рахца</w:t>
      </w:r>
      <w:r>
        <w:rPr>
          <w:rFonts w:ascii="Georgia" w:hAnsi="Georgia"/>
          <w:b w:val="0"/>
          <w:i w:val="0"/>
          <w:color w:val="000000"/>
          <w:sz w:val="24"/>
        </w:rPr>
        <w:t xml:space="preserve"> (</w:t>
      </w:r>
      <w:r>
        <w:rPr>
          <w:rFonts w:ascii="Georgia" w:hAnsi="Georgia" w:cs="Times New Roman"/>
          <w:b/>
          <w:i w:val="0"/>
          <w:color w:val="000000"/>
          <w:sz w:val="24"/>
          <w:rtl/>
          <w:szCs w:val="32"/>
        </w:rPr>
        <w:t>שעלו מן הרחצה</w:t>
      </w:r>
      <w:r>
        <w:rPr>
          <w:rFonts w:ascii="Georgia" w:hAnsi="Georgia"/>
          <w:b w:val="0"/>
          <w:i w:val="0"/>
          <w:color w:val="000000"/>
          <w:sz w:val="24"/>
        </w:rPr>
        <w:t>) — с коллелем составляют по гематрии 62 (</w:t>
      </w:r>
      <w:r>
        <w:rPr>
          <w:rFonts w:ascii="Georgia" w:hAnsi="Georgia" w:cs="Times New Roman"/>
          <w:b/>
          <w:i w:val="0"/>
          <w:color w:val="000000"/>
          <w:sz w:val="24"/>
          <w:rtl/>
          <w:szCs w:val="32"/>
        </w:rPr>
        <w:t>ס״ב</w:t>
      </w:r>
      <w:r>
        <w:rPr>
          <w:rFonts w:ascii="Georgia" w:hAnsi="Georgia"/>
          <w:b w:val="0"/>
          <w:i w:val="0"/>
          <w:color w:val="000000"/>
          <w:sz w:val="24"/>
        </w:rPr>
        <w:t xml:space="preserve">), и это следующее Имя: </w:t>
      </w:r>
      <w:r>
        <w:rPr>
          <w:rFonts w:ascii="Georgia" w:hAnsi="Georgia" w:cs="Times New Roman"/>
          <w:b/>
          <w:i w:val="0"/>
          <w:color w:val="000000"/>
          <w:sz w:val="24"/>
          <w:rtl/>
          <w:szCs w:val="32"/>
        </w:rPr>
        <w:t>יוד הי וו הי</w:t>
      </w:r>
      <w:r>
        <w:rPr>
          <w:rFonts w:ascii="Georgia" w:hAnsi="Georgia"/>
          <w:b w:val="0"/>
          <w:i w:val="0"/>
          <w:color w:val="000000"/>
          <w:sz w:val="24"/>
        </w:rPr>
        <w:t>. И вернемся к сказанному выше: из четырех упомянутых [наполнений] АБ первое — с буквами йод, относящееся к Хохме, — опущено [в данном расчете]. Однако три последних [наполнения] АБ, которые от Бины и ниже, составляют в сумме 216 (</w:t>
      </w:r>
      <w:r>
        <w:rPr>
          <w:rFonts w:ascii="Georgia" w:hAnsi="Georgia" w:cs="Times New Roman"/>
          <w:b/>
          <w:i w:val="0"/>
          <w:color w:val="000000"/>
          <w:sz w:val="24"/>
          <w:rtl/>
          <w:szCs w:val="32"/>
        </w:rPr>
        <w:t>רי״ו</w:t>
      </w:r>
      <w:r>
        <w:rPr>
          <w:rFonts w:ascii="Georgia" w:hAnsi="Georgia"/>
          <w:b w:val="0"/>
          <w:i w:val="0"/>
          <w:color w:val="000000"/>
          <w:sz w:val="24"/>
        </w:rPr>
        <w:t>), что равно числу [слова] Гвура (</w:t>
      </w:r>
      <w:r>
        <w:rPr>
          <w:rFonts w:ascii="Georgia" w:hAnsi="Georgia" w:cs="Times New Roman"/>
          <w:b/>
          <w:i w:val="0"/>
          <w:color w:val="000000"/>
          <w:sz w:val="24"/>
          <w:rtl/>
          <w:szCs w:val="32"/>
        </w:rPr>
        <w:t>גְּבוּרָה</w:t>
      </w:r>
      <w:r>
        <w:rPr>
          <w:rFonts w:ascii="Georgia" w:hAnsi="Georgia"/>
          <w:b w:val="0"/>
          <w:i w:val="0"/>
          <w:color w:val="000000"/>
          <w:sz w:val="24"/>
        </w:rPr>
        <w:t xml:space="preserve"> = 216). Причина же в том, что именно от Бины пробуждаются суды и проявления Гвуры.</w:t>
      </w:r>
    </w:p>
    <w:p>
      <w:pPr>
        <w:spacing w:before="40" w:after="120"/>
        <w:jc w:val="both"/>
      </w:pPr>
      <w:r>
        <w:rPr>
          <w:rFonts w:ascii="Georgia" w:hAnsi="Georgia"/>
          <w:b w:val="0"/>
          <w:i w:val="0"/>
          <w:color w:val="000000"/>
          <w:sz w:val="24"/>
        </w:rPr>
        <w:t>И знай: если к четырем упомянутым [наполнениям] АБ прибавить их корень — Имя АВАЯ (поскольку, как известно, все четыре зависят от четырех букв [Имени АВАЯ]), то всё это составит по гематрии ШАДАЙ (</w:t>
      </w:r>
      <w:r>
        <w:rPr>
          <w:rFonts w:ascii="Georgia" w:hAnsi="Georgia" w:cs="Times New Roman"/>
          <w:b/>
          <w:i w:val="0"/>
          <w:color w:val="000000"/>
          <w:sz w:val="24"/>
          <w:rtl/>
          <w:szCs w:val="32"/>
        </w:rPr>
        <w:t>שד״י</w:t>
      </w:r>
      <w:r>
        <w:rPr>
          <w:rFonts w:ascii="Georgia" w:hAnsi="Georgia"/>
          <w:b w:val="0"/>
          <w:i w:val="0"/>
          <w:color w:val="000000"/>
          <w:sz w:val="24"/>
        </w:rPr>
        <w:t xml:space="preserve"> = 314). Имя, на которое следует направлять намерение в этом единении, — это </w:t>
      </w:r>
      <w:r>
        <w:rPr>
          <w:rFonts w:ascii="Georgia" w:hAnsi="Georgia"/>
          <w:b w:val="0"/>
          <w:i/>
          <w:color w:val="000000"/>
          <w:sz w:val="24"/>
        </w:rPr>
        <w:t>Цигесахец</w:t>
      </w:r>
      <w:r>
        <w:rPr>
          <w:rFonts w:ascii="Georgia" w:hAnsi="Georgia"/>
          <w:b w:val="0"/>
          <w:i w:val="0"/>
          <w:color w:val="000000"/>
          <w:sz w:val="24"/>
        </w:rPr>
        <w:t xml:space="preserve"> (</w:t>
      </w:r>
      <w:r>
        <w:rPr>
          <w:rFonts w:ascii="Georgia" w:hAnsi="Georgia" w:cs="Times New Roman"/>
          <w:b/>
          <w:i w:val="0"/>
          <w:color w:val="000000"/>
          <w:sz w:val="24"/>
          <w:rtl/>
          <w:szCs w:val="32"/>
        </w:rPr>
        <w:t>צִגֶסַהֶץִ</w:t>
      </w:r>
      <w:r>
        <w:rPr>
          <w:rFonts w:ascii="Georgia" w:hAnsi="Georgia"/>
          <w:b w:val="0"/>
          <w:i w:val="0"/>
          <w:color w:val="000000"/>
          <w:sz w:val="24"/>
        </w:rPr>
        <w:t>); оно составляет в гематрии 248 (</w:t>
      </w:r>
      <w:r>
        <w:rPr>
          <w:rFonts w:ascii="Georgia" w:hAnsi="Georgia" w:cs="Times New Roman"/>
          <w:b/>
          <w:i w:val="0"/>
          <w:color w:val="000000"/>
          <w:sz w:val="24"/>
          <w:rtl/>
          <w:szCs w:val="32"/>
        </w:rPr>
        <w:t>רמ״ח</w:t>
      </w:r>
      <w:r>
        <w:rPr>
          <w:rFonts w:ascii="Georgia" w:hAnsi="Georgia"/>
          <w:b w:val="0"/>
          <w:i w:val="0"/>
          <w:color w:val="000000"/>
          <w:sz w:val="24"/>
        </w:rPr>
        <w:t xml:space="preserve">) и образуется из слова </w:t>
      </w:r>
      <w:r>
        <w:rPr>
          <w:rFonts w:ascii="Georgia" w:hAnsi="Georgia"/>
          <w:b w:val="0"/>
          <w:i/>
          <w:color w:val="000000"/>
          <w:sz w:val="24"/>
        </w:rPr>
        <w:t>а-рахца</w:t>
      </w:r>
      <w:r>
        <w:rPr>
          <w:rFonts w:ascii="Georgia" w:hAnsi="Georgia"/>
          <w:b w:val="0"/>
          <w:i w:val="0"/>
          <w:color w:val="000000"/>
          <w:sz w:val="24"/>
        </w:rPr>
        <w:t xml:space="preserve"> (</w:t>
      </w:r>
      <w:r>
        <w:rPr>
          <w:rFonts w:ascii="Georgia" w:hAnsi="Georgia" w:cs="Times New Roman"/>
          <w:b/>
          <w:i w:val="0"/>
          <w:color w:val="000000"/>
          <w:sz w:val="24"/>
          <w:rtl/>
          <w:szCs w:val="32"/>
        </w:rPr>
        <w:t>הָרַחְצָה</w:t>
      </w:r>
      <w:r>
        <w:rPr>
          <w:rFonts w:ascii="Georgia" w:hAnsi="Georgia"/>
          <w:b w:val="0"/>
          <w:i w:val="0"/>
          <w:color w:val="000000"/>
          <w:sz w:val="24"/>
        </w:rPr>
        <w:t>) путем подстановки букв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w:t>
      </w:r>
    </w:p>
    <w:p>
      <w:pPr>
        <w:keepNext/>
        <w:spacing w:before="320" w:after="120"/>
      </w:pPr>
      <w:r>
        <w:rPr>
          <w:rFonts w:ascii="Georgia" w:hAnsi="Georgia"/>
          <w:b w:val="0"/>
          <w:i w:val="0"/>
          <w:color w:val="000000"/>
          <w:sz w:val="32"/>
        </w:rPr>
        <w:t>Ихуд 10</w:t>
      </w:r>
    </w:p>
    <w:p>
      <w:pPr>
        <w:spacing w:before="40" w:after="120"/>
        <w:jc w:val="both"/>
      </w:pPr>
      <w:r>
        <w:rPr>
          <w:rFonts w:ascii="Georgia" w:hAnsi="Georgia"/>
          <w:b w:val="0"/>
          <w:i w:val="0"/>
          <w:color w:val="000000"/>
          <w:sz w:val="24"/>
        </w:rPr>
        <w:t xml:space="preserve">Упомянутый выше [учитель] сказал мне: [это единение] основано на стихе </w:t>
      </w:r>
      <w:r>
        <w:rPr>
          <w:rFonts w:ascii="Georgia" w:hAnsi="Georgia"/>
          <w:b w:val="0"/>
          <w:i/>
          <w:color w:val="000000"/>
          <w:sz w:val="24"/>
        </w:rPr>
        <w:t>«…Человека проворного в своем деле…»</w:t>
      </w:r>
      <w:r>
        <w:rPr>
          <w:rFonts w:ascii="Georgia" w:hAnsi="Georgia"/>
          <w:b w:val="0"/>
          <w:i w:val="0"/>
          <w:color w:val="000000"/>
          <w:sz w:val="24"/>
        </w:rPr>
        <w:t xml:space="preserve"> (Мишлей 22:29). Гематрия [слова] </w:t>
      </w:r>
      <w:r>
        <w:rPr>
          <w:rFonts w:ascii="Georgia" w:hAnsi="Georgia"/>
          <w:b w:val="0"/>
          <w:i/>
          <w:color w:val="000000"/>
          <w:sz w:val="24"/>
        </w:rPr>
        <w:t>хазита</w:t>
      </w:r>
      <w:r>
        <w:rPr>
          <w:rFonts w:ascii="Georgia" w:hAnsi="Georgia"/>
          <w:b w:val="0"/>
          <w:i w:val="0"/>
          <w:color w:val="000000"/>
          <w:sz w:val="24"/>
        </w:rPr>
        <w:t xml:space="preserve"> (</w:t>
      </w:r>
      <w:r>
        <w:rPr>
          <w:rFonts w:ascii="Georgia" w:hAnsi="Georgia" w:cs="Times New Roman"/>
          <w:b/>
          <w:i w:val="0"/>
          <w:color w:val="000000"/>
          <w:sz w:val="24"/>
          <w:rtl/>
          <w:szCs w:val="32"/>
        </w:rPr>
        <w:t>חזי״ת</w:t>
      </w:r>
      <w:r>
        <w:rPr>
          <w:rFonts w:ascii="Georgia" w:hAnsi="Georgia"/>
          <w:b w:val="0"/>
          <w:i w:val="0"/>
          <w:color w:val="000000"/>
          <w:sz w:val="24"/>
        </w:rPr>
        <w:t xml:space="preserve"> = 425) равна [гематрии имени] Кахат (</w:t>
      </w:r>
      <w:r>
        <w:rPr>
          <w:rFonts w:ascii="Georgia" w:hAnsi="Georgia" w:cs="Times New Roman"/>
          <w:b/>
          <w:i w:val="0"/>
          <w:color w:val="000000"/>
          <w:sz w:val="24"/>
          <w:rtl/>
          <w:szCs w:val="32"/>
        </w:rPr>
        <w:t>כה״ת</w:t>
      </w:r>
      <w:r>
        <w:rPr>
          <w:rFonts w:ascii="Georgia" w:hAnsi="Georgia"/>
          <w:b w:val="0"/>
          <w:i w:val="0"/>
          <w:color w:val="000000"/>
          <w:sz w:val="24"/>
        </w:rPr>
        <w:t xml:space="preserve"> = 425). [Слово] </w:t>
      </w:r>
      <w:r>
        <w:rPr>
          <w:rFonts w:ascii="Georgia" w:hAnsi="Georgia"/>
          <w:b w:val="0"/>
          <w:i/>
          <w:color w:val="000000"/>
          <w:sz w:val="24"/>
        </w:rPr>
        <w:t>иш</w:t>
      </w:r>
      <w:r>
        <w:rPr>
          <w:rFonts w:ascii="Georgia" w:hAnsi="Georgia"/>
          <w:b w:val="0"/>
          <w:i w:val="0"/>
          <w:color w:val="000000"/>
          <w:sz w:val="24"/>
        </w:rPr>
        <w:t xml:space="preserve"> (</w:t>
      </w:r>
      <w:r>
        <w:rPr>
          <w:rFonts w:ascii="Georgia" w:hAnsi="Georgia" w:cs="Times New Roman"/>
          <w:b/>
          <w:i w:val="0"/>
          <w:color w:val="000000"/>
          <w:sz w:val="24"/>
          <w:rtl/>
          <w:szCs w:val="32"/>
        </w:rPr>
        <w:t>א״ש</w:t>
      </w:r>
      <w:r>
        <w:rPr>
          <w:rFonts w:ascii="Georgia" w:hAnsi="Georgia"/>
          <w:b w:val="0"/>
          <w:i w:val="0"/>
          <w:color w:val="000000"/>
          <w:sz w:val="24"/>
        </w:rPr>
        <w:t>) с колелем по гематрии равно [сумме двух Имен]: ЭЙЕ с наполнением йодами — 161 (</w:t>
      </w:r>
      <w:r>
        <w:rPr>
          <w:rFonts w:ascii="Georgia" w:hAnsi="Georgia" w:cs="Times New Roman"/>
          <w:b/>
          <w:i w:val="0"/>
          <w:color w:val="000000"/>
          <w:sz w:val="24"/>
          <w:rtl/>
          <w:szCs w:val="32"/>
        </w:rPr>
        <w:t>קס״א</w:t>
      </w:r>
      <w:r>
        <w:rPr>
          <w:rFonts w:ascii="Georgia" w:hAnsi="Georgia"/>
          <w:b w:val="0"/>
          <w:i w:val="0"/>
          <w:color w:val="000000"/>
          <w:sz w:val="24"/>
        </w:rPr>
        <w:t>) и ЭЙЕ с наполнением буквами хэй — 151 (</w:t>
      </w:r>
      <w:r>
        <w:rPr>
          <w:rFonts w:ascii="Georgia" w:hAnsi="Georgia" w:cs="Times New Roman"/>
          <w:b/>
          <w:i w:val="0"/>
          <w:color w:val="000000"/>
          <w:sz w:val="24"/>
          <w:rtl/>
          <w:szCs w:val="32"/>
        </w:rPr>
        <w:t>קנ״א</w:t>
      </w:r>
      <w:r>
        <w:rPr>
          <w:rFonts w:ascii="Georgia" w:hAnsi="Georgia"/>
          <w:b w:val="0"/>
          <w:i w:val="0"/>
          <w:color w:val="000000"/>
          <w:sz w:val="24"/>
        </w:rPr>
        <w:t xml:space="preserve">; 161 + 151 = 312, то есть 311 + 1). [Слово] </w:t>
      </w:r>
      <w:r>
        <w:rPr>
          <w:rFonts w:ascii="Georgia" w:hAnsi="Georgia"/>
          <w:b w:val="0"/>
          <w:i/>
          <w:color w:val="000000"/>
          <w:sz w:val="24"/>
        </w:rPr>
        <w:t>бе-млахто</w:t>
      </w:r>
      <w:r>
        <w:rPr>
          <w:rFonts w:ascii="Georgia" w:hAnsi="Georgia"/>
          <w:b w:val="0"/>
          <w:i w:val="0"/>
          <w:color w:val="000000"/>
          <w:sz w:val="24"/>
        </w:rPr>
        <w:t xml:space="preserve"> (</w:t>
      </w:r>
      <w:r>
        <w:rPr>
          <w:rFonts w:ascii="Georgia" w:hAnsi="Georgia" w:cs="Times New Roman"/>
          <w:b/>
          <w:i w:val="0"/>
          <w:color w:val="000000"/>
          <w:sz w:val="24"/>
          <w:rtl/>
          <w:szCs w:val="32"/>
        </w:rPr>
        <w:t>בִּמְלַאכְתּוֹ</w:t>
      </w:r>
      <w:r>
        <w:rPr>
          <w:rFonts w:ascii="Georgia" w:hAnsi="Georgia"/>
          <w:b w:val="0"/>
          <w:i w:val="0"/>
          <w:color w:val="000000"/>
          <w:sz w:val="24"/>
        </w:rPr>
        <w:t xml:space="preserve">) вместе с семью его буквами (499 + 7 = 506) по гематрии равно имени </w:t>
      </w:r>
      <w:r>
        <w:rPr>
          <w:rFonts w:ascii="Georgia" w:hAnsi="Georgia" w:cs="Times New Roman"/>
          <w:b/>
          <w:i w:val="0"/>
          <w:color w:val="000000"/>
          <w:sz w:val="24"/>
          <w:rtl/>
          <w:szCs w:val="32"/>
        </w:rPr>
        <w:t>אבגית״ץ</w:t>
      </w:r>
      <w:r>
        <w:rPr>
          <w:rFonts w:ascii="Georgia" w:hAnsi="Georgia"/>
          <w:b w:val="0"/>
          <w:i w:val="0"/>
          <w:color w:val="000000"/>
          <w:sz w:val="24"/>
        </w:rPr>
        <w:t xml:space="preserve"> (506). Конечные буквы четырех упомянутых слов составляют по гематрии имя </w:t>
      </w:r>
      <w:r>
        <w:rPr>
          <w:rFonts w:ascii="Georgia" w:hAnsi="Georgia" w:cs="Times New Roman"/>
          <w:b/>
          <w:i w:val="0"/>
          <w:color w:val="000000"/>
          <w:sz w:val="24"/>
          <w:rtl/>
          <w:szCs w:val="32"/>
        </w:rPr>
        <w:t>שקיצי״ת</w:t>
      </w:r>
      <w:r>
        <w:rPr>
          <w:rFonts w:ascii="Georgia" w:hAnsi="Georgia"/>
          <w:b w:val="0"/>
          <w:i w:val="0"/>
          <w:color w:val="000000"/>
          <w:sz w:val="24"/>
        </w:rPr>
        <w:t xml:space="preserve"> (910) — седьмое, последнее сочетание 42-буквенного Имени, поставленное над днем Шаббата, как известно.</w:t>
      </w:r>
    </w:p>
    <w:p>
      <w:pPr>
        <w:spacing w:before="40" w:after="120"/>
        <w:jc w:val="both"/>
      </w:pPr>
      <w:r>
        <w:rPr>
          <w:rFonts w:ascii="Georgia" w:hAnsi="Georgia"/>
          <w:b w:val="0"/>
          <w:i w:val="0"/>
          <w:color w:val="000000"/>
          <w:sz w:val="24"/>
        </w:rPr>
        <w:t>Смысл же в том, что, как известно, из шлаков мелахим, умерших в земле Эдом, произошли клипот. И в канун Шаббата клипот стремятся подняться, чтобы впитать изобилие (</w:t>
      </w:r>
      <w:r>
        <w:rPr>
          <w:rFonts w:ascii="Georgia" w:hAnsi="Georgia"/>
          <w:b w:val="0"/>
          <w:i/>
          <w:color w:val="000000"/>
          <w:sz w:val="24"/>
        </w:rPr>
        <w:t>шефа</w:t>
      </w:r>
      <w:r>
        <w:rPr>
          <w:rFonts w:ascii="Georgia" w:hAnsi="Georgia"/>
          <w:b w:val="0"/>
          <w:i w:val="0"/>
          <w:color w:val="000000"/>
          <w:sz w:val="24"/>
        </w:rPr>
        <w:t xml:space="preserve">) от своего корня, укорененного в семи мелахим святости, — как сказано в недельной главе Ваякель в книге Зоар в значении [слов] </w:t>
      </w:r>
      <w:r>
        <w:rPr>
          <w:rFonts w:ascii="Georgia" w:hAnsi="Georgia"/>
          <w:b w:val="0"/>
          <w:i/>
          <w:color w:val="000000"/>
          <w:sz w:val="24"/>
        </w:rPr>
        <w:t>«…и огонь пылающий…»</w:t>
      </w:r>
      <w:r>
        <w:rPr>
          <w:rFonts w:ascii="Georgia" w:hAnsi="Georgia"/>
          <w:b w:val="0"/>
          <w:i w:val="0"/>
          <w:color w:val="000000"/>
          <w:sz w:val="24"/>
        </w:rPr>
        <w:t xml:space="preserve"> (Йехезкель 1:4), что в канун Шаббата они стремятся подняться, чтобы впитать шефа от своего корня. И это Имя, называемое </w:t>
      </w:r>
      <w:r>
        <w:rPr>
          <w:rFonts w:ascii="Georgia" w:hAnsi="Georgia" w:cs="Times New Roman"/>
          <w:b/>
          <w:i w:val="0"/>
          <w:color w:val="000000"/>
          <w:sz w:val="24"/>
          <w:rtl/>
          <w:szCs w:val="32"/>
        </w:rPr>
        <w:t>שקוצ״ית</w:t>
      </w:r>
      <w:r>
        <w:rPr>
          <w:rFonts w:ascii="Georgia" w:hAnsi="Georgia"/>
          <w:b w:val="0"/>
          <w:i w:val="0"/>
          <w:color w:val="000000"/>
          <w:sz w:val="24"/>
        </w:rPr>
        <w:t xml:space="preserve">, встает против них, чтобы воспрепятствовать им. Об этом и говорит стих: </w:t>
      </w:r>
      <w:r>
        <w:rPr>
          <w:rFonts w:ascii="Georgia" w:hAnsi="Georgia"/>
          <w:b w:val="0"/>
          <w:i/>
          <w:color w:val="000000"/>
          <w:sz w:val="24"/>
        </w:rPr>
        <w:t>«…перед царями он будет стоять…»</w:t>
      </w:r>
      <w:r>
        <w:rPr>
          <w:rFonts w:ascii="Georgia" w:hAnsi="Georgia"/>
          <w:b w:val="0"/>
          <w:i w:val="0"/>
          <w:color w:val="000000"/>
          <w:sz w:val="24"/>
        </w:rPr>
        <w:t xml:space="preserve"> (Мишлей 22:29), то есть перед теми самыми мелахим из главы Ваишлах. Начальные буквы слов </w:t>
      </w:r>
      <w:r>
        <w:rPr>
          <w:rFonts w:ascii="Georgia" w:hAnsi="Georgia"/>
          <w:b w:val="0"/>
          <w:i/>
          <w:color w:val="000000"/>
          <w:sz w:val="24"/>
        </w:rPr>
        <w:t>хазита иш махир бе-млахто лифней</w:t>
      </w:r>
      <w:r>
        <w:rPr>
          <w:rFonts w:ascii="Georgia" w:hAnsi="Georgia"/>
          <w:b w:val="0"/>
          <w:i w:val="0"/>
          <w:color w:val="000000"/>
          <w:sz w:val="24"/>
        </w:rPr>
        <w:t xml:space="preserve"> (</w:t>
      </w:r>
      <w:r>
        <w:rPr>
          <w:rFonts w:ascii="Georgia" w:hAnsi="Georgia" w:cs="Times New Roman"/>
          <w:b/>
          <w:i w:val="0"/>
          <w:color w:val="000000"/>
          <w:sz w:val="24"/>
          <w:rtl/>
          <w:szCs w:val="32"/>
        </w:rPr>
        <w:t>חֲזִיתָ אִישׁ מָהִיר בִּמְלַאכְתּוֹ לִפְנֵי</w:t>
      </w:r>
      <w:r>
        <w:rPr>
          <w:rFonts w:ascii="Georgia" w:hAnsi="Georgia"/>
          <w:b w:val="0"/>
          <w:i w:val="0"/>
          <w:color w:val="000000"/>
          <w:sz w:val="24"/>
        </w:rPr>
        <w:t>; 8 + 1 + 40 + 2 + 30 = 81) с колелем равны по гематрии [Именам] ЙА и АДОНАЙ (15 + 65 + 1 = 81). Суть же в том, что семь мелахим, властвующих в день Шаббата, — это семь букв: ЭЙЕ (4 буквы) и буквы йод, хэй, вав (</w:t>
      </w:r>
      <w:r>
        <w:rPr>
          <w:rFonts w:ascii="Georgia" w:hAnsi="Georgia" w:cs="Times New Roman"/>
          <w:b/>
          <w:i w:val="0"/>
          <w:color w:val="000000"/>
          <w:sz w:val="24"/>
          <w:rtl/>
          <w:szCs w:val="32"/>
        </w:rPr>
        <w:t>אהי״ה יה״ו</w:t>
      </w:r>
      <w:r>
        <w:rPr>
          <w:rFonts w:ascii="Georgia" w:hAnsi="Georgia"/>
          <w:b w:val="0"/>
          <w:i w:val="0"/>
          <w:color w:val="000000"/>
          <w:sz w:val="24"/>
        </w:rPr>
        <w:t>), а средняя жемчужина — это [сочетание Имен] ЙА и АДОНАЙ, как сказано в Зоаре, в главе Итро, в «Раайа Мехемна» (Верный Пастырь).</w:t>
      </w:r>
    </w:p>
    <w:p>
      <w:pPr>
        <w:spacing w:before="40" w:after="120"/>
        <w:jc w:val="both"/>
      </w:pPr>
      <w:r>
        <w:rPr>
          <w:rFonts w:ascii="Georgia" w:hAnsi="Georgia"/>
          <w:b w:val="0"/>
          <w:i w:val="0"/>
          <w:color w:val="000000"/>
          <w:sz w:val="24"/>
        </w:rPr>
        <w:t xml:space="preserve">Гематрия [слова] </w:t>
      </w:r>
      <w:r>
        <w:rPr>
          <w:rFonts w:ascii="Georgia" w:hAnsi="Georgia"/>
          <w:b w:val="0"/>
          <w:i/>
          <w:color w:val="000000"/>
          <w:sz w:val="24"/>
        </w:rPr>
        <w:t>хазита</w:t>
      </w:r>
      <w:r>
        <w:rPr>
          <w:rFonts w:ascii="Georgia" w:hAnsi="Georgia"/>
          <w:b w:val="0"/>
          <w:i w:val="0"/>
          <w:color w:val="000000"/>
          <w:sz w:val="24"/>
        </w:rPr>
        <w:t xml:space="preserve"> равна Кахат, и на это Имя намекает стих: </w:t>
      </w:r>
      <w:r>
        <w:rPr>
          <w:rFonts w:ascii="Georgia" w:hAnsi="Georgia"/>
          <w:b w:val="0"/>
          <w:i/>
          <w:color w:val="000000"/>
          <w:sz w:val="24"/>
        </w:rPr>
        <w:t>«Только глазами твоими ты будешь смотреть…»</w:t>
      </w:r>
      <w:r>
        <w:rPr>
          <w:rFonts w:ascii="Georgia" w:hAnsi="Georgia"/>
          <w:b w:val="0"/>
          <w:i w:val="0"/>
          <w:color w:val="000000"/>
          <w:sz w:val="24"/>
        </w:rPr>
        <w:t xml:space="preserve"> (Теилим 91:8), ведь [слово] </w:t>
      </w:r>
      <w:r>
        <w:rPr>
          <w:rFonts w:ascii="Georgia" w:hAnsi="Georgia"/>
          <w:b w:val="0"/>
          <w:i/>
          <w:color w:val="000000"/>
          <w:sz w:val="24"/>
        </w:rPr>
        <w:t>табит</w:t>
      </w:r>
      <w:r>
        <w:rPr>
          <w:rFonts w:ascii="Georgia" w:hAnsi="Georgia"/>
          <w:b w:val="0"/>
          <w:i w:val="0"/>
          <w:color w:val="000000"/>
          <w:sz w:val="24"/>
        </w:rPr>
        <w:t xml:space="preserve"> (</w:t>
      </w:r>
      <w:r>
        <w:rPr>
          <w:rFonts w:ascii="Georgia" w:hAnsi="Georgia" w:cs="Times New Roman"/>
          <w:b/>
          <w:i w:val="0"/>
          <w:color w:val="000000"/>
          <w:sz w:val="24"/>
          <w:rtl/>
          <w:szCs w:val="32"/>
        </w:rPr>
        <w:t>תבי״ט</w:t>
      </w:r>
      <w:r>
        <w:rPr>
          <w:rFonts w:ascii="Georgia" w:hAnsi="Georgia"/>
          <w:b w:val="0"/>
          <w:i w:val="0"/>
          <w:color w:val="000000"/>
          <w:sz w:val="24"/>
        </w:rPr>
        <w:t>) вместе с четырьмя его буквами составляет по гематрии 425 (421 + 4 = 425) — как имя Кахат. Смысл же в том, что два высших глаза — это свойства АБ (72) и 130, АБ (72) и 130, ведь АБ и 130 (72 + 130 = 202) вместе с десятью буквами простых ахораим составляют по гематрии 212 (</w:t>
      </w:r>
      <w:r>
        <w:rPr>
          <w:rFonts w:ascii="Georgia" w:hAnsi="Georgia" w:cs="Times New Roman"/>
          <w:b/>
          <w:i w:val="0"/>
          <w:color w:val="000000"/>
          <w:sz w:val="24"/>
          <w:rtl/>
          <w:szCs w:val="32"/>
        </w:rPr>
        <w:t>רי״ב</w:t>
      </w:r>
      <w:r>
        <w:rPr>
          <w:rFonts w:ascii="Georgia" w:hAnsi="Georgia"/>
          <w:b w:val="0"/>
          <w:i w:val="0"/>
          <w:color w:val="000000"/>
          <w:sz w:val="24"/>
        </w:rPr>
        <w:t>). Два же раза по 212 с колелем (212 × 2 + 1) составляют 425 (</w:t>
      </w:r>
      <w:r>
        <w:rPr>
          <w:rFonts w:ascii="Georgia" w:hAnsi="Georgia" w:cs="Times New Roman"/>
          <w:b/>
          <w:i w:val="0"/>
          <w:color w:val="000000"/>
          <w:sz w:val="24"/>
          <w:rtl/>
          <w:szCs w:val="32"/>
        </w:rPr>
        <w:t>תכ״ה</w:t>
      </w:r>
      <w:r>
        <w:rPr>
          <w:rFonts w:ascii="Georgia" w:hAnsi="Georgia"/>
          <w:b w:val="0"/>
          <w:i w:val="0"/>
          <w:color w:val="000000"/>
          <w:sz w:val="24"/>
        </w:rPr>
        <w:t xml:space="preserve">). Таким образом, Кахат — это свойство двух глаз, которыми Он смотрит; силой этого Имени Он взирает на злодеев и на их дела и наказывает их. Об этом и говорит стих: </w:t>
      </w:r>
      <w:r>
        <w:rPr>
          <w:rFonts w:ascii="Georgia" w:hAnsi="Georgia"/>
          <w:b w:val="0"/>
          <w:i/>
          <w:color w:val="000000"/>
          <w:sz w:val="24"/>
        </w:rPr>
        <w:t>«…и возмездие нечестивым увидишь»</w:t>
      </w:r>
      <w:r>
        <w:rPr>
          <w:rFonts w:ascii="Georgia" w:hAnsi="Georgia"/>
          <w:b w:val="0"/>
          <w:i w:val="0"/>
          <w:color w:val="000000"/>
          <w:sz w:val="24"/>
        </w:rPr>
        <w:t xml:space="preserve"> (Теилим 91:8). В этом и смысл слов </w:t>
      </w:r>
      <w:r>
        <w:rPr>
          <w:rFonts w:ascii="Georgia" w:hAnsi="Georgia"/>
          <w:b w:val="0"/>
          <w:i/>
          <w:color w:val="000000"/>
          <w:sz w:val="24"/>
        </w:rPr>
        <w:t>«[Видел ли ты] человека…»</w:t>
      </w:r>
      <w:r>
        <w:rPr>
          <w:rFonts w:ascii="Georgia" w:hAnsi="Georgia"/>
          <w:b w:val="0"/>
          <w:i w:val="0"/>
          <w:color w:val="000000"/>
          <w:sz w:val="24"/>
        </w:rPr>
        <w:t xml:space="preserve">, ведь [слово] </w:t>
      </w:r>
      <w:r>
        <w:rPr>
          <w:rFonts w:ascii="Georgia" w:hAnsi="Georgia"/>
          <w:b w:val="0"/>
          <w:i/>
          <w:color w:val="000000"/>
          <w:sz w:val="24"/>
        </w:rPr>
        <w:t>иш</w:t>
      </w:r>
      <w:r>
        <w:rPr>
          <w:rFonts w:ascii="Georgia" w:hAnsi="Georgia"/>
          <w:b w:val="0"/>
          <w:i w:val="0"/>
          <w:color w:val="000000"/>
          <w:sz w:val="24"/>
        </w:rPr>
        <w:t xml:space="preserve"> («человек») по гематрии равно 161 и 151 — [Именам] ЭЙЕ с наполнением йодами и ЭЙЕ с наполнением буквами хэй, как сказано выше. Мы уже объяснили, что [слово] </w:t>
      </w:r>
      <w:r>
        <w:rPr>
          <w:rFonts w:ascii="Georgia" w:hAnsi="Georgia"/>
          <w:b w:val="0"/>
          <w:i/>
          <w:color w:val="000000"/>
          <w:sz w:val="24"/>
        </w:rPr>
        <w:t>айн</w:t>
      </w:r>
      <w:r>
        <w:rPr>
          <w:rFonts w:ascii="Georgia" w:hAnsi="Georgia"/>
          <w:b w:val="0"/>
          <w:i w:val="0"/>
          <w:color w:val="000000"/>
          <w:sz w:val="24"/>
        </w:rPr>
        <w:t xml:space="preserve"> («глаз», </w:t>
      </w:r>
      <w:r>
        <w:rPr>
          <w:rFonts w:ascii="Georgia" w:hAnsi="Georgia" w:cs="Times New Roman"/>
          <w:b/>
          <w:i w:val="0"/>
          <w:color w:val="000000"/>
          <w:sz w:val="24"/>
          <w:rtl/>
          <w:szCs w:val="32"/>
        </w:rPr>
        <w:t>עַיִן</w:t>
      </w:r>
      <w:r>
        <w:rPr>
          <w:rFonts w:ascii="Georgia" w:hAnsi="Georgia"/>
          <w:b w:val="0"/>
          <w:i w:val="0"/>
          <w:color w:val="000000"/>
          <w:sz w:val="24"/>
        </w:rPr>
        <w:t xml:space="preserve">) по гематрии равно 130. И они также представляют собой наполнение [Имени] ЭЙЕ с наполнением буквами хэй, на которое намекает слово </w:t>
      </w:r>
      <w:r>
        <w:rPr>
          <w:rFonts w:ascii="Georgia" w:hAnsi="Georgia"/>
          <w:b w:val="0"/>
          <w:i/>
          <w:color w:val="000000"/>
          <w:sz w:val="24"/>
        </w:rPr>
        <w:t>иш</w:t>
      </w:r>
      <w:r>
        <w:rPr>
          <w:rFonts w:ascii="Georgia" w:hAnsi="Georgia"/>
          <w:b w:val="0"/>
          <w:i w:val="0"/>
          <w:color w:val="000000"/>
          <w:sz w:val="24"/>
        </w:rPr>
        <w:t xml:space="preserve">, чье наполнение по гематрии равно 130. А [Имя] ЭЙЕ с наполнением йодами, намекаемое в слове </w:t>
      </w:r>
      <w:r>
        <w:rPr>
          <w:rFonts w:ascii="Georgia" w:hAnsi="Georgia"/>
          <w:b w:val="0"/>
          <w:i/>
          <w:color w:val="000000"/>
          <w:sz w:val="24"/>
        </w:rPr>
        <w:t>иш</w:t>
      </w:r>
      <w:r>
        <w:rPr>
          <w:rFonts w:ascii="Georgia" w:hAnsi="Georgia"/>
          <w:b w:val="0"/>
          <w:i w:val="0"/>
          <w:color w:val="000000"/>
          <w:sz w:val="24"/>
        </w:rPr>
        <w:t>, как сказано, — это свойство зрачка (</w:t>
      </w:r>
      <w:r>
        <w:rPr>
          <w:rFonts w:ascii="Georgia" w:hAnsi="Georgia"/>
          <w:b w:val="0"/>
          <w:i/>
          <w:color w:val="000000"/>
          <w:sz w:val="24"/>
        </w:rPr>
        <w:t>бат-айн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Говорит пишущий, Хаим: я слышал от моего учителя, благословенной памяти, что в этом кроется причина того, почему зрачок называется словом </w:t>
      </w:r>
      <w:r>
        <w:rPr>
          <w:rFonts w:ascii="Georgia" w:hAnsi="Georgia"/>
          <w:b w:val="0"/>
          <w:i/>
          <w:color w:val="000000"/>
          <w:sz w:val="24"/>
        </w:rPr>
        <w:t>ишон</w:t>
      </w:r>
      <w:r>
        <w:rPr>
          <w:rFonts w:ascii="Georgia" w:hAnsi="Georgia"/>
          <w:b w:val="0"/>
          <w:i w:val="0"/>
          <w:color w:val="000000"/>
          <w:sz w:val="24"/>
        </w:rPr>
        <w:t xml:space="preserve"> (</w:t>
      </w:r>
      <w:r>
        <w:rPr>
          <w:rFonts w:ascii="Georgia" w:hAnsi="Georgia" w:cs="Times New Roman"/>
          <w:b/>
          <w:i w:val="0"/>
          <w:color w:val="000000"/>
          <w:sz w:val="24"/>
          <w:rtl/>
          <w:szCs w:val="32"/>
        </w:rPr>
        <w:t>אִשׁוֹן</w:t>
      </w:r>
      <w:r>
        <w:rPr>
          <w:rFonts w:ascii="Georgia" w:hAnsi="Georgia"/>
          <w:b w:val="0"/>
          <w:i w:val="0"/>
          <w:color w:val="000000"/>
          <w:sz w:val="24"/>
        </w:rPr>
        <w:t xml:space="preserve">), как сказано в Писании: </w:t>
      </w:r>
      <w:r>
        <w:rPr>
          <w:rFonts w:ascii="Georgia" w:hAnsi="Georgia"/>
          <w:b w:val="0"/>
          <w:i/>
          <w:color w:val="000000"/>
          <w:sz w:val="24"/>
        </w:rPr>
        <w:t>«Храни меня, как зеницу ока…»</w:t>
      </w:r>
      <w:r>
        <w:rPr>
          <w:rFonts w:ascii="Georgia" w:hAnsi="Georgia"/>
          <w:b w:val="0"/>
          <w:i w:val="0"/>
          <w:color w:val="000000"/>
          <w:sz w:val="24"/>
        </w:rPr>
        <w:t xml:space="preserve"> (Теилим 17:8). Ведь [слово] </w:t>
      </w:r>
      <w:r>
        <w:rPr>
          <w:rFonts w:ascii="Georgia" w:hAnsi="Georgia"/>
          <w:b w:val="0"/>
          <w:i/>
          <w:color w:val="000000"/>
          <w:sz w:val="24"/>
        </w:rPr>
        <w:t>ишон</w:t>
      </w:r>
      <w:r>
        <w:rPr>
          <w:rFonts w:ascii="Georgia" w:hAnsi="Georgia"/>
          <w:b w:val="0"/>
          <w:i w:val="0"/>
          <w:color w:val="000000"/>
          <w:sz w:val="24"/>
        </w:rPr>
        <w:t xml:space="preserve"> указывает на слово </w:t>
      </w:r>
      <w:r>
        <w:rPr>
          <w:rFonts w:ascii="Georgia" w:hAnsi="Georgia"/>
          <w:b w:val="0"/>
          <w:i/>
          <w:color w:val="000000"/>
          <w:sz w:val="24"/>
        </w:rPr>
        <w:t>иш</w:t>
      </w:r>
      <w:r>
        <w:rPr>
          <w:rFonts w:ascii="Georgia" w:hAnsi="Georgia"/>
          <w:b w:val="0"/>
          <w:i w:val="0"/>
          <w:color w:val="000000"/>
          <w:sz w:val="24"/>
        </w:rPr>
        <w:t xml:space="preserve"> (</w:t>
      </w:r>
      <w:r>
        <w:rPr>
          <w:rFonts w:ascii="Georgia" w:hAnsi="Georgia" w:cs="Times New Roman"/>
          <w:b/>
          <w:i w:val="0"/>
          <w:color w:val="000000"/>
          <w:sz w:val="24"/>
          <w:rtl/>
          <w:szCs w:val="32"/>
        </w:rPr>
        <w:t>אִישׁ</w:t>
      </w:r>
      <w:r>
        <w:rPr>
          <w:rFonts w:ascii="Georgia" w:hAnsi="Georgia"/>
          <w:b w:val="0"/>
          <w:i w:val="0"/>
          <w:color w:val="000000"/>
          <w:sz w:val="24"/>
        </w:rPr>
        <w:t xml:space="preserve"> — «человек»), включающее в себя оба [Имени] ЭЙЕ — с наполнением йодами (161) и с наполнением буквами хэй (151), как упомянуто выше, и оба они составляют свойство зрачка, называемого </w:t>
      </w:r>
      <w:r>
        <w:rPr>
          <w:rFonts w:ascii="Georgia" w:hAnsi="Georgia"/>
          <w:b w:val="0"/>
          <w:i/>
          <w:color w:val="000000"/>
          <w:sz w:val="24"/>
        </w:rPr>
        <w:t>ишон</w:t>
      </w:r>
      <w:r>
        <w:rPr>
          <w:rFonts w:ascii="Georgia" w:hAnsi="Georgia"/>
          <w:b w:val="0"/>
          <w:i w:val="0"/>
          <w:color w:val="000000"/>
          <w:sz w:val="24"/>
        </w:rPr>
        <w:t xml:space="preserve">. Само же по себе наполнение [Имени] ЭЙЕ с наполнением буквами хэй, равное по гематрии 130, — это свойство самого глаза, ведь [слово] </w:t>
      </w:r>
      <w:r>
        <w:rPr>
          <w:rFonts w:ascii="Georgia" w:hAnsi="Georgia"/>
          <w:b w:val="0"/>
          <w:i/>
          <w:color w:val="000000"/>
          <w:sz w:val="24"/>
        </w:rPr>
        <w:t>айн</w:t>
      </w:r>
      <w:r>
        <w:rPr>
          <w:rFonts w:ascii="Georgia" w:hAnsi="Georgia"/>
          <w:b w:val="0"/>
          <w:i w:val="0"/>
          <w:color w:val="000000"/>
          <w:sz w:val="24"/>
        </w:rPr>
        <w:t xml:space="preserve"> по гематрии равно 130. И в этом заключается суть трех цветов глаза (</w:t>
      </w:r>
      <w:r>
        <w:rPr>
          <w:rFonts w:ascii="Georgia" w:hAnsi="Georgia"/>
          <w:b w:val="0"/>
          <w:i/>
          <w:color w:val="000000"/>
          <w:sz w:val="24"/>
        </w:rPr>
        <w:t>тлат говней эйна</w:t>
      </w:r>
      <w:r>
        <w:rPr>
          <w:rFonts w:ascii="Georgia" w:hAnsi="Georgia"/>
          <w:b w:val="0"/>
          <w:i w:val="0"/>
          <w:color w:val="000000"/>
          <w:sz w:val="24"/>
        </w:rPr>
        <w:t>), упоминаемых в Зоаре.</w:t>
      </w:r>
    </w:p>
    <w:p>
      <w:pPr>
        <w:keepNext/>
        <w:spacing w:before="320" w:after="120"/>
      </w:pPr>
      <w:r>
        <w:rPr>
          <w:rFonts w:ascii="Georgia" w:hAnsi="Georgia"/>
          <w:b w:val="0"/>
          <w:i w:val="0"/>
          <w:color w:val="000000"/>
          <w:sz w:val="32"/>
        </w:rPr>
        <w:t>Ихуд 11</w:t>
      </w:r>
    </w:p>
    <w:p>
      <w:pPr>
        <w:spacing w:before="40" w:after="120"/>
        <w:jc w:val="both"/>
      </w:pPr>
      <w:r>
        <w:rPr>
          <w:rFonts w:ascii="Georgia" w:hAnsi="Georgia"/>
          <w:b w:val="0"/>
          <w:i w:val="0"/>
          <w:color w:val="000000"/>
          <w:sz w:val="24"/>
        </w:rPr>
        <w:t>[Это относится] к упомянутому выше, однако я нашел этот [текст] неполным, и вот то, что мне удалось найти из него. В Имени ЭЛОКИМ есть шесть видов мысленного представления, и каждое из этих свойств существует само по себе. Первое — в Кетер де-Зеир Анпин (де-ЗА), и мысленно представляется оно так: йод, йод, далет-йод, йод-мэм (</w:t>
      </w:r>
      <w:r>
        <w:rPr>
          <w:rFonts w:ascii="Georgia" w:hAnsi="Georgia" w:cs="Times New Roman"/>
          <w:b/>
          <w:i w:val="0"/>
          <w:color w:val="000000"/>
          <w:sz w:val="24"/>
          <w:rtl/>
          <w:szCs w:val="32"/>
        </w:rPr>
        <w:t>יוד יוד די ים</w:t>
      </w:r>
      <w:r>
        <w:rPr>
          <w:rFonts w:ascii="Georgia" w:hAnsi="Georgia"/>
          <w:b w:val="0"/>
          <w:i w:val="0"/>
          <w:color w:val="000000"/>
          <w:sz w:val="24"/>
        </w:rPr>
        <w:t>). Смысл же в следующем. Знай, что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в [Имени] ЭЛОКИМ во всех свойствах имеет форму буквы алеф как </w:t>
      </w:r>
      <w:r>
        <w:rPr>
          <w:rFonts w:ascii="Georgia" w:hAnsi="Georgia"/>
          <w:b w:val="0"/>
          <w:i/>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א יו״ד</w:t>
      </w:r>
      <w:r>
        <w:rPr>
          <w:rFonts w:ascii="Georgia" w:hAnsi="Georgia"/>
          <w:b w:val="0"/>
          <w:i w:val="0"/>
          <w:color w:val="000000"/>
          <w:sz w:val="24"/>
        </w:rPr>
        <w:t>). И так объяснили в Тиккуним: нижняя [буква] йод (</w:t>
      </w:r>
      <w:r>
        <w:rPr>
          <w:rFonts w:ascii="Georgia" w:hAnsi="Georgia" w:cs="Times New Roman"/>
          <w:b/>
          <w:i w:val="0"/>
          <w:color w:val="000000"/>
          <w:sz w:val="24"/>
          <w:rtl/>
          <w:szCs w:val="32"/>
        </w:rPr>
        <w:t>י</w:t>
      </w:r>
      <w:r>
        <w:rPr>
          <w:rFonts w:ascii="Georgia" w:hAnsi="Georgia"/>
          <w:b w:val="0"/>
          <w:i w:val="0"/>
          <w:color w:val="000000"/>
          <w:sz w:val="24"/>
        </w:rPr>
        <w:t>) в букве алеф (</w:t>
      </w:r>
      <w:r>
        <w:rPr>
          <w:rFonts w:ascii="Georgia" w:hAnsi="Georgia" w:cs="Times New Roman"/>
          <w:b/>
          <w:i w:val="0"/>
          <w:color w:val="000000"/>
          <w:sz w:val="24"/>
          <w:rtl/>
          <w:szCs w:val="32"/>
        </w:rPr>
        <w:t>א</w:t>
      </w:r>
      <w:r>
        <w:rPr>
          <w:rFonts w:ascii="Georgia" w:hAnsi="Georgia"/>
          <w:b w:val="0"/>
          <w:i w:val="0"/>
          <w:color w:val="000000"/>
          <w:sz w:val="24"/>
        </w:rPr>
        <w:t>) имеет форму [буквы] далет (</w:t>
      </w:r>
      <w:r>
        <w:rPr>
          <w:rFonts w:ascii="Georgia" w:hAnsi="Georgia" w:cs="Times New Roman"/>
          <w:b/>
          <w:i w:val="0"/>
          <w:color w:val="000000"/>
          <w:sz w:val="24"/>
          <w:rtl/>
          <w:szCs w:val="32"/>
        </w:rPr>
        <w:t>ד</w:t>
      </w:r>
      <w:r>
        <w:rPr>
          <w:rFonts w:ascii="Georgia" w:hAnsi="Georgia"/>
          <w:b w:val="0"/>
          <w:i w:val="0"/>
          <w:color w:val="000000"/>
          <w:sz w:val="24"/>
        </w:rPr>
        <w:t>), и получается, что форма буквы алеф по гематрии равна двадцати [</w:t>
      </w:r>
      <w:r>
        <w:rPr>
          <w:rFonts w:ascii="Georgia" w:hAnsi="Georgia" w:cs="Times New Roman"/>
          <w:b/>
          <w:i w:val="0"/>
          <w:color w:val="000000"/>
          <w:sz w:val="24"/>
          <w:rtl/>
          <w:szCs w:val="32"/>
        </w:rPr>
        <w:t>י</w:t>
      </w:r>
      <w:r>
        <w:rPr>
          <w:rFonts w:ascii="Georgia" w:hAnsi="Georgia"/>
          <w:b w:val="0"/>
          <w:i w:val="0"/>
          <w:color w:val="000000"/>
          <w:sz w:val="24"/>
        </w:rPr>
        <w:t xml:space="preserve"> = 10, </w:t>
      </w:r>
      <w:r>
        <w:rPr>
          <w:rFonts w:ascii="Georgia" w:hAnsi="Georgia" w:cs="Times New Roman"/>
          <w:b/>
          <w:i w:val="0"/>
          <w:color w:val="000000"/>
          <w:sz w:val="24"/>
          <w:rtl/>
          <w:szCs w:val="32"/>
        </w:rPr>
        <w:t>ו</w:t>
      </w:r>
      <w:r>
        <w:rPr>
          <w:rFonts w:ascii="Georgia" w:hAnsi="Georgia"/>
          <w:b w:val="0"/>
          <w:i w:val="0"/>
          <w:color w:val="000000"/>
          <w:sz w:val="24"/>
        </w:rPr>
        <w:t xml:space="preserve"> = 6, </w:t>
      </w:r>
      <w:r>
        <w:rPr>
          <w:rFonts w:ascii="Georgia" w:hAnsi="Georgia" w:cs="Times New Roman"/>
          <w:b/>
          <w:i w:val="0"/>
          <w:color w:val="000000"/>
          <w:sz w:val="24"/>
          <w:rtl/>
          <w:szCs w:val="32"/>
        </w:rPr>
        <w:t>ד</w:t>
      </w:r>
      <w:r>
        <w:rPr>
          <w:rFonts w:ascii="Georgia" w:hAnsi="Georgia"/>
          <w:b w:val="0"/>
          <w:i w:val="0"/>
          <w:color w:val="000000"/>
          <w:sz w:val="24"/>
        </w:rPr>
        <w:t xml:space="preserve"> = 4].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здесь, в Кетер де-ЗА, также мысленно представляется как </w:t>
      </w:r>
      <w:r>
        <w:rPr>
          <w:rFonts w:ascii="Georgia" w:hAnsi="Georgia"/>
          <w:b w:val="0"/>
          <w:i/>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יו״ד</w:t>
      </w:r>
      <w:r>
        <w:rPr>
          <w:rFonts w:ascii="Georgia" w:hAnsi="Georgia"/>
          <w:b w:val="0"/>
          <w:i w:val="0"/>
          <w:color w:val="000000"/>
          <w:sz w:val="24"/>
        </w:rPr>
        <w:t>) в такой форме [?], и ее гематрия — двадцать; вместе получается сорок. Буква хэй (</w:t>
      </w:r>
      <w:r>
        <w:rPr>
          <w:rFonts w:ascii="Georgia" w:hAnsi="Georgia" w:cs="Times New Roman"/>
          <w:b/>
          <w:i w:val="0"/>
          <w:color w:val="000000"/>
          <w:sz w:val="24"/>
          <w:rtl/>
          <w:szCs w:val="32"/>
        </w:rPr>
        <w:t>ה</w:t>
      </w:r>
      <w:r>
        <w:rPr>
          <w:rFonts w:ascii="Georgia" w:hAnsi="Georgia"/>
          <w:b w:val="0"/>
          <w:i w:val="0"/>
          <w:color w:val="000000"/>
          <w:sz w:val="24"/>
        </w:rPr>
        <w:t>) представляется как далет-йод (</w:t>
      </w:r>
      <w:r>
        <w:rPr>
          <w:rFonts w:ascii="Georgia" w:hAnsi="Georgia" w:cs="Times New Roman"/>
          <w:b/>
          <w:i w:val="0"/>
          <w:color w:val="000000"/>
          <w:sz w:val="24"/>
          <w:rtl/>
          <w:szCs w:val="32"/>
        </w:rPr>
        <w:t>ד״י</w:t>
      </w:r>
      <w:r>
        <w:rPr>
          <w:rFonts w:ascii="Georgia" w:hAnsi="Georgia"/>
          <w:b w:val="0"/>
          <w:i w:val="0"/>
          <w:color w:val="000000"/>
          <w:sz w:val="24"/>
        </w:rPr>
        <w:t xml:space="preserve"> [</w:t>
      </w:r>
      <w:r>
        <w:rPr>
          <w:rFonts w:ascii="Georgia" w:hAnsi="Georgia" w:cs="Times New Roman"/>
          <w:b/>
          <w:i w:val="0"/>
          <w:color w:val="000000"/>
          <w:sz w:val="24"/>
          <w:rtl/>
          <w:szCs w:val="32"/>
        </w:rPr>
        <w:t>ד</w:t>
      </w:r>
      <w:r>
        <w:rPr>
          <w:rFonts w:ascii="Georgia" w:hAnsi="Georgia"/>
          <w:b w:val="0"/>
          <w:i w:val="0"/>
          <w:color w:val="000000"/>
          <w:sz w:val="24"/>
        </w:rPr>
        <w:t xml:space="preserve"> = 4, </w:t>
      </w:r>
      <w:r>
        <w:rPr>
          <w:rFonts w:ascii="Georgia" w:hAnsi="Georgia" w:cs="Times New Roman"/>
          <w:b/>
          <w:i w:val="0"/>
          <w:color w:val="000000"/>
          <w:sz w:val="24"/>
          <w:rtl/>
          <w:szCs w:val="32"/>
        </w:rPr>
        <w:t>י</w:t>
      </w:r>
      <w:r>
        <w:rPr>
          <w:rFonts w:ascii="Georgia" w:hAnsi="Georgia"/>
          <w:b w:val="0"/>
          <w:i w:val="0"/>
          <w:color w:val="000000"/>
          <w:sz w:val="24"/>
        </w:rPr>
        <w:t xml:space="preserve"> = 10, всего 14]), что дает пятьдесят четыре [40 + 14 = 54]. А две буквы йод и мэм (</w:t>
      </w:r>
      <w:r>
        <w:rPr>
          <w:rFonts w:ascii="Georgia" w:hAnsi="Georgia" w:cs="Times New Roman"/>
          <w:b/>
          <w:i w:val="0"/>
          <w:color w:val="000000"/>
          <w:sz w:val="24"/>
          <w:rtl/>
          <w:szCs w:val="32"/>
        </w:rPr>
        <w:t>י״ם</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 = 10, </w:t>
      </w:r>
      <w:r>
        <w:rPr>
          <w:rFonts w:ascii="Georgia" w:hAnsi="Georgia" w:cs="Times New Roman"/>
          <w:b/>
          <w:i w:val="0"/>
          <w:color w:val="000000"/>
          <w:sz w:val="24"/>
          <w:rtl/>
          <w:szCs w:val="32"/>
        </w:rPr>
        <w:t>ם</w:t>
      </w:r>
      <w:r>
        <w:rPr>
          <w:rFonts w:ascii="Georgia" w:hAnsi="Georgia"/>
          <w:b w:val="0"/>
          <w:i w:val="0"/>
          <w:color w:val="000000"/>
          <w:sz w:val="24"/>
        </w:rPr>
        <w:t xml:space="preserve"> = 40]) составляют пятьдесят — итого сто четыре. И это равно гематрии двух [Имен] АВАЯ с наполнением хэйин [</w:t>
      </w:r>
      <w:r>
        <w:rPr>
          <w:rFonts w:ascii="Georgia" w:hAnsi="Georgia" w:cs="Times New Roman"/>
          <w:b/>
          <w:i w:val="0"/>
          <w:color w:val="000000"/>
          <w:sz w:val="24"/>
          <w:rtl/>
          <w:szCs w:val="32"/>
        </w:rPr>
        <w:t>הה</w:t>
      </w:r>
      <w:r>
        <w:rPr>
          <w:rFonts w:ascii="Georgia" w:hAnsi="Georgia"/>
          <w:b w:val="0"/>
          <w:i w:val="0"/>
          <w:color w:val="000000"/>
          <w:sz w:val="24"/>
        </w:rPr>
        <w:t xml:space="preserve"> = 52, 52 × 2 = 104]. Вторая стадия (бхина бэт) — в Хохма де-ЗА, которая служит первым мозгом в нем.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в нем всегда мысленно представляется как </w:t>
      </w:r>
      <w:r>
        <w:rPr>
          <w:rFonts w:ascii="Georgia" w:hAnsi="Georgia"/>
          <w:b w:val="0"/>
          <w:i/>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יו״ד</w:t>
      </w:r>
      <w:r>
        <w:rPr>
          <w:rFonts w:ascii="Georgia" w:hAnsi="Georgia"/>
          <w:b w:val="0"/>
          <w:i w:val="0"/>
          <w:color w:val="000000"/>
          <w:sz w:val="24"/>
        </w:rPr>
        <w:t>), как сказано выше, но в остальных его буквах мысленное представление отличается, и смысл этого таков. Говорит пишущий: «Здесь я нашел бумагу чистой, [с пропуском] величиной в слово, а в конце страницы нашел следующее: также [буквы] хэй-хэй, хэй-хэй (</w:t>
      </w:r>
      <w:r>
        <w:rPr>
          <w:rFonts w:ascii="Georgia" w:hAnsi="Georgia" w:cs="Times New Roman"/>
          <w:b/>
          <w:i w:val="0"/>
          <w:color w:val="000000"/>
          <w:sz w:val="24"/>
          <w:rtl/>
          <w:szCs w:val="32"/>
        </w:rPr>
        <w:t>ה״ה ה״ה</w:t>
      </w:r>
      <w:r>
        <w:rPr>
          <w:rFonts w:ascii="Georgia" w:hAnsi="Georgia"/>
          <w:b w:val="0"/>
          <w:i w:val="0"/>
          <w:color w:val="000000"/>
          <w:sz w:val="24"/>
        </w:rPr>
        <w:t>) указывают на два глаза (эйнаим). Каким образом? Буква хэй (</w:t>
      </w:r>
      <w:r>
        <w:rPr>
          <w:rFonts w:ascii="Georgia" w:hAnsi="Georgia" w:cs="Times New Roman"/>
          <w:b/>
          <w:i w:val="0"/>
          <w:color w:val="000000"/>
          <w:sz w:val="24"/>
          <w:rtl/>
          <w:szCs w:val="32"/>
        </w:rPr>
        <w:t>ה</w:t>
      </w:r>
      <w:r>
        <w:rPr>
          <w:rFonts w:ascii="Georgia" w:hAnsi="Georgia"/>
          <w:b w:val="0"/>
          <w:i w:val="0"/>
          <w:color w:val="000000"/>
          <w:sz w:val="24"/>
        </w:rPr>
        <w:t>) мысленно представляется как далет-йод, далет-вав, вав-вав-вав (</w:t>
      </w:r>
      <w:r>
        <w:rPr>
          <w:rFonts w:ascii="Georgia" w:hAnsi="Georgia" w:cs="Times New Roman"/>
          <w:b/>
          <w:i w:val="0"/>
          <w:color w:val="000000"/>
          <w:sz w:val="24"/>
          <w:rtl/>
          <w:szCs w:val="32"/>
        </w:rPr>
        <w:t>ד״י ד״ו וו״ו</w:t>
      </w:r>
      <w:r>
        <w:rPr>
          <w:rFonts w:ascii="Georgia" w:hAnsi="Georgia"/>
          <w:b w:val="0"/>
          <w:i w:val="0"/>
          <w:color w:val="000000"/>
          <w:sz w:val="24"/>
        </w:rPr>
        <w:t xml:space="preserve"> [14 + 10 + 18 = 42]), и эти три представления дают по гематрии 42 (</w:t>
      </w:r>
      <w:r>
        <w:rPr>
          <w:rFonts w:ascii="Georgia" w:hAnsi="Georgia" w:cs="Times New Roman"/>
          <w:b/>
          <w:i w:val="0"/>
          <w:color w:val="000000"/>
          <w:sz w:val="24"/>
          <w:rtl/>
          <w:szCs w:val="32"/>
        </w:rPr>
        <w:t>מ״ב</w:t>
      </w:r>
      <w:r>
        <w:rPr>
          <w:rFonts w:ascii="Georgia" w:hAnsi="Georgia"/>
          <w:b w:val="0"/>
          <w:i w:val="0"/>
          <w:color w:val="000000"/>
          <w:sz w:val="24"/>
        </w:rPr>
        <w:t>). Получается, что две буквы хэй равны дважды по 42 [84], а вместе с колелем составляют 85 (</w:t>
      </w:r>
      <w:r>
        <w:rPr>
          <w:rFonts w:ascii="Georgia" w:hAnsi="Georgia" w:cs="Times New Roman"/>
          <w:b/>
          <w:i w:val="0"/>
          <w:color w:val="000000"/>
          <w:sz w:val="24"/>
          <w:rtl/>
          <w:szCs w:val="32"/>
        </w:rPr>
        <w:t>פ״ה</w:t>
      </w:r>
      <w:r>
        <w:rPr>
          <w:rFonts w:ascii="Georgia" w:hAnsi="Georgia"/>
          <w:b w:val="0"/>
          <w:i w:val="0"/>
          <w:color w:val="000000"/>
          <w:sz w:val="24"/>
        </w:rPr>
        <w:t>). И это тайна обратной стороны (ахораим) АВАЯ с наполнением алефин, которая составляет 130 (</w:t>
      </w:r>
      <w:r>
        <w:rPr>
          <w:rFonts w:ascii="Georgia" w:hAnsi="Georgia" w:cs="Times New Roman"/>
          <w:b/>
          <w:i w:val="0"/>
          <w:color w:val="000000"/>
          <w:sz w:val="24"/>
          <w:rtl/>
          <w:szCs w:val="32"/>
        </w:rPr>
        <w:t>ק״ל</w:t>
      </w:r>
      <w:r>
        <w:rPr>
          <w:rFonts w:ascii="Georgia" w:hAnsi="Georgia"/>
          <w:b w:val="0"/>
          <w:i w:val="0"/>
          <w:color w:val="000000"/>
          <w:sz w:val="24"/>
        </w:rPr>
        <w:t xml:space="preserve">); а ее наполнение отдельно составляет по гематрии 85, и вместе с МА (45), что составляет гематрию слова </w:t>
      </w:r>
      <w:r>
        <w:rPr>
          <w:rFonts w:ascii="Georgia" w:hAnsi="Georgia"/>
          <w:b w:val="0"/>
          <w:i/>
          <w:color w:val="000000"/>
          <w:sz w:val="24"/>
        </w:rPr>
        <w:t>адам</w:t>
      </w:r>
      <w:r>
        <w:rPr>
          <w:rFonts w:ascii="Georgia" w:hAnsi="Georgia"/>
          <w:b w:val="0"/>
          <w:i w:val="0"/>
          <w:color w:val="000000"/>
          <w:sz w:val="24"/>
        </w:rPr>
        <w:t xml:space="preserve"> — «человек» (</w:t>
      </w:r>
      <w:r>
        <w:rPr>
          <w:rFonts w:ascii="Georgia" w:hAnsi="Georgia" w:cs="Times New Roman"/>
          <w:b/>
          <w:i w:val="0"/>
          <w:color w:val="000000"/>
          <w:sz w:val="24"/>
          <w:rtl/>
          <w:szCs w:val="32"/>
        </w:rPr>
        <w:t>אָדָם</w:t>
      </w:r>
      <w:r>
        <w:rPr>
          <w:rFonts w:ascii="Georgia" w:hAnsi="Georgia"/>
          <w:b w:val="0"/>
          <w:i w:val="0"/>
          <w:color w:val="000000"/>
          <w:sz w:val="24"/>
        </w:rPr>
        <w:t xml:space="preserve"> = 45), получается 130. И ты уже знаешь, что слово </w:t>
      </w:r>
      <w:r>
        <w:rPr>
          <w:rFonts w:ascii="Georgia" w:hAnsi="Georgia"/>
          <w:b w:val="0"/>
          <w:i/>
          <w:color w:val="000000"/>
          <w:sz w:val="24"/>
        </w:rPr>
        <w:t>айн</w:t>
      </w:r>
      <w:r>
        <w:rPr>
          <w:rFonts w:ascii="Georgia" w:hAnsi="Georgia"/>
          <w:b w:val="0"/>
          <w:i w:val="0"/>
          <w:color w:val="000000"/>
          <w:sz w:val="24"/>
        </w:rPr>
        <w:t xml:space="preserve"> — «глаз» (</w:t>
      </w:r>
      <w:r>
        <w:rPr>
          <w:rFonts w:ascii="Georgia" w:hAnsi="Georgia" w:cs="Times New Roman"/>
          <w:b/>
          <w:i w:val="0"/>
          <w:color w:val="000000"/>
          <w:sz w:val="24"/>
          <w:rtl/>
          <w:szCs w:val="32"/>
        </w:rPr>
        <w:t>עַיִן</w:t>
      </w:r>
      <w:r>
        <w:rPr>
          <w:rFonts w:ascii="Georgia" w:hAnsi="Georgia"/>
          <w:b w:val="0"/>
          <w:i w:val="0"/>
          <w:color w:val="000000"/>
          <w:sz w:val="24"/>
        </w:rPr>
        <w:t xml:space="preserve">) по гематрии равно 130. Есть еще [Имя] ЭЛОКИМ в значении глаз, и в этом тайна [стиха]: </w:t>
      </w:r>
      <w:r>
        <w:rPr>
          <w:rFonts w:ascii="Georgia" w:hAnsi="Georgia"/>
          <w:b w:val="0"/>
          <w:i/>
          <w:color w:val="000000"/>
          <w:sz w:val="24"/>
        </w:rPr>
        <w:t xml:space="preserve">«И увидел Г-сподь, что он сошел (сар, </w:t>
      </w:r>
      <w:r>
        <w:rPr>
          <w:rFonts w:ascii="Georgia" w:hAnsi="Georgia" w:cs="Times New Roman"/>
          <w:b/>
          <w:i/>
          <w:color w:val="000000"/>
          <w:sz w:val="24"/>
          <w:rtl/>
          <w:szCs w:val="32"/>
        </w:rPr>
        <w:t>סָר</w:t>
      </w:r>
      <w:r>
        <w:rPr>
          <w:rFonts w:ascii="Georgia" w:hAnsi="Georgia"/>
          <w:b w:val="0"/>
          <w:i/>
          <w:color w:val="000000"/>
          <w:sz w:val="24"/>
        </w:rPr>
        <w:t>) посмотреть…»</w:t>
      </w:r>
      <w:r>
        <w:rPr>
          <w:rFonts w:ascii="Georgia" w:hAnsi="Georgia"/>
          <w:b w:val="0"/>
          <w:i w:val="0"/>
          <w:color w:val="000000"/>
          <w:sz w:val="24"/>
        </w:rPr>
        <w:t xml:space="preserve"> (Шмот 3:4). Смысл же в том, что три раза ЭЛОКИМ [86 × 3] составляют по гематрии 258 (</w:t>
      </w:r>
      <w:r>
        <w:rPr>
          <w:rFonts w:ascii="Georgia" w:hAnsi="Georgia" w:cs="Times New Roman"/>
          <w:b/>
          <w:i w:val="0"/>
          <w:color w:val="000000"/>
          <w:sz w:val="24"/>
          <w:rtl/>
          <w:szCs w:val="32"/>
        </w:rPr>
        <w:t>רנ״ח</w:t>
      </w:r>
      <w:r>
        <w:rPr>
          <w:rFonts w:ascii="Georgia" w:hAnsi="Georgia"/>
          <w:b w:val="0"/>
          <w:i w:val="0"/>
          <w:color w:val="000000"/>
          <w:sz w:val="24"/>
        </w:rPr>
        <w:t>). Прибавь еще два [к трем] ЭЛОКИМ — будет 260 (</w:t>
      </w:r>
      <w:r>
        <w:rPr>
          <w:rFonts w:ascii="Georgia" w:hAnsi="Georgia" w:cs="Times New Roman"/>
          <w:b/>
          <w:i w:val="0"/>
          <w:color w:val="000000"/>
          <w:sz w:val="24"/>
          <w:rtl/>
          <w:szCs w:val="32"/>
        </w:rPr>
        <w:t>ר״ס</w:t>
      </w:r>
      <w:r>
        <w:rPr>
          <w:rFonts w:ascii="Georgia" w:hAnsi="Georgia"/>
          <w:b w:val="0"/>
          <w:i w:val="0"/>
          <w:color w:val="000000"/>
          <w:sz w:val="24"/>
        </w:rPr>
        <w:t xml:space="preserve">), и в этом [смысл слов]: «что сошел посмотреть» [где слово </w:t>
      </w:r>
      <w:r>
        <w:rPr>
          <w:rFonts w:ascii="Georgia" w:hAnsi="Georgia"/>
          <w:b w:val="0"/>
          <w:i/>
          <w:color w:val="000000"/>
          <w:sz w:val="24"/>
        </w:rPr>
        <w:t>сар</w:t>
      </w:r>
      <w:r>
        <w:rPr>
          <w:rFonts w:ascii="Georgia" w:hAnsi="Georgia"/>
          <w:b w:val="0"/>
          <w:i w:val="0"/>
          <w:color w:val="000000"/>
          <w:sz w:val="24"/>
        </w:rPr>
        <w:t xml:space="preserve"> равно 260]. Затем я нашел на одном листке, написанном рукой первого переписчика, следующее, как я запишу это с Б-жьей помощью. И представляется мне, Хаиму, что это, несомненно, те шесть видов мысленного представления в Имени ЭЛОКИМ, о которых говорилось выше. И вот то, что я нашел записанным: мысленные представления [Имени] ЭЛОКИМ во всех его свойствах».</w:t>
      </w:r>
    </w:p>
    <w:p>
      <w:pPr>
        <w:spacing w:before="40" w:after="120"/>
        <w:jc w:val="center"/>
      </w:pPr>
      <w:r>
        <w:rPr>
          <w:rFonts w:ascii="Georgia" w:hAnsi="Georgia" w:cs="Times New Roman"/>
          <w:b/>
          <w:i w:val="0"/>
          <w:color w:val="000000"/>
          <w:sz w:val="32"/>
          <w:rtl/>
          <w:szCs w:val="44"/>
        </w:rPr>
        <w:t>א ל ה</w:t>
      </w:r>
    </w:p>
    <w:p>
      <w:pPr>
        <w:spacing w:before="40" w:after="120"/>
        <w:jc w:val="center"/>
      </w:pPr>
      <w:r>
        <w:rPr>
          <w:rFonts w:ascii="Georgia" w:hAnsi="Georgia" w:cs="Times New Roman"/>
          <w:b/>
          <w:i w:val="0"/>
          <w:color w:val="000000"/>
          <w:sz w:val="32"/>
          <w:rtl/>
          <w:szCs w:val="44"/>
        </w:rPr>
        <w:t>יֹוַדָ יַוַדַ דַיַ</w:t>
      </w:r>
    </w:p>
    <w:p>
      <w:pPr>
        <w:spacing w:before="40" w:after="120"/>
        <w:jc w:val="center"/>
      </w:pPr>
      <w:r>
        <w:rPr>
          <w:rFonts w:ascii="Georgia" w:hAnsi="Georgia" w:cs="Times New Roman"/>
          <w:b/>
          <w:i w:val="0"/>
          <w:color w:val="000000"/>
          <w:sz w:val="32"/>
          <w:rtl/>
          <w:szCs w:val="44"/>
        </w:rPr>
        <w:t>יֹםִ</w:t>
      </w:r>
    </w:p>
    <w:p>
      <w:pPr>
        <w:spacing w:before="40" w:after="120"/>
        <w:jc w:val="center"/>
      </w:pPr>
      <w:r>
        <w:rPr>
          <w:rFonts w:ascii="Georgia" w:hAnsi="Georgia" w:cs="Times New Roman"/>
          <w:b/>
          <w:i w:val="0"/>
          <w:color w:val="000000"/>
          <w:sz w:val="32"/>
          <w:rtl/>
          <w:szCs w:val="44"/>
        </w:rPr>
        <w:t>יוד הי ואו הא</w:t>
      </w:r>
    </w:p>
    <w:p>
      <w:pPr>
        <w:spacing w:before="40" w:after="120"/>
        <w:jc w:val="center"/>
      </w:pPr>
      <w:r>
        <w:rPr>
          <w:rFonts w:ascii="Georgia" w:hAnsi="Georgia" w:cs="Times New Roman"/>
          <w:b/>
          <w:i w:val="0"/>
          <w:color w:val="000000"/>
          <w:sz w:val="32"/>
          <w:rtl/>
          <w:szCs w:val="44"/>
        </w:rPr>
        <w:t>א ל ה</w:t>
      </w:r>
    </w:p>
    <w:p>
      <w:pPr>
        <w:spacing w:before="40" w:after="120"/>
        <w:jc w:val="center"/>
      </w:pPr>
      <w:r>
        <w:rPr>
          <w:rFonts w:ascii="Georgia" w:hAnsi="Georgia" w:cs="Times New Roman"/>
          <w:b/>
          <w:i w:val="0"/>
          <w:color w:val="000000"/>
          <w:sz w:val="32"/>
          <w:rtl/>
          <w:szCs w:val="44"/>
        </w:rPr>
        <w:t>יֹוָדַ יַכַ וַוַיָ</w:t>
      </w:r>
    </w:p>
    <w:p>
      <w:pPr>
        <w:spacing w:before="40" w:after="120"/>
        <w:jc w:val="center"/>
      </w:pPr>
      <w:r>
        <w:rPr>
          <w:rFonts w:ascii="Georgia" w:hAnsi="Georgia" w:cs="Times New Roman"/>
          <w:b/>
          <w:i w:val="0"/>
          <w:color w:val="000000"/>
          <w:sz w:val="32"/>
          <w:rtl/>
          <w:szCs w:val="44"/>
        </w:rPr>
        <w:t>יַםַ</w:t>
      </w:r>
    </w:p>
    <w:p>
      <w:pPr>
        <w:spacing w:before="40" w:after="120"/>
        <w:jc w:val="center"/>
      </w:pPr>
      <w:r>
        <w:rPr>
          <w:rFonts w:ascii="Georgia" w:hAnsi="Georgia" w:cs="Times New Roman"/>
          <w:b/>
          <w:i w:val="0"/>
          <w:color w:val="000000"/>
          <w:sz w:val="32"/>
          <w:rtl/>
          <w:szCs w:val="44"/>
        </w:rPr>
        <w:t>נ״ה ס״ג קי״ח</w:t>
      </w:r>
    </w:p>
    <w:p>
      <w:pPr>
        <w:spacing w:before="40" w:after="120"/>
        <w:jc w:val="both"/>
      </w:pPr>
      <w:r>
        <w:rPr>
          <w:rFonts w:ascii="Georgia" w:hAnsi="Georgia" w:cs="Times New Roman"/>
          <w:b/>
          <w:i w:val="0"/>
          <w:color w:val="000000"/>
          <w:sz w:val="24"/>
          <w:rtl/>
          <w:szCs w:val="32"/>
        </w:rPr>
        <w:t>צ״ח</w:t>
      </w:r>
      <w:r>
        <w:rPr>
          <w:rFonts w:ascii="Georgia" w:hAnsi="Georgia"/>
          <w:b w:val="0"/>
          <w:i w:val="0"/>
          <w:color w:val="000000"/>
          <w:sz w:val="24"/>
        </w:rPr>
        <w:t xml:space="preserve"> и 10 букв — </w:t>
      </w:r>
      <w:r>
        <w:rPr>
          <w:rFonts w:ascii="Georgia" w:hAnsi="Georgia" w:cs="Times New Roman"/>
          <w:b/>
          <w:i w:val="0"/>
          <w:color w:val="000000"/>
          <w:sz w:val="24"/>
          <w:rtl/>
          <w:szCs w:val="32"/>
        </w:rPr>
        <w:t>ק״ח קי״ח ד״ן ד״ן</w:t>
      </w:r>
      <w:r>
        <w:rPr>
          <w:rFonts w:ascii="Georgia" w:hAnsi="Georgia"/>
          <w:b w:val="0"/>
          <w:i w:val="0"/>
          <w:color w:val="000000"/>
          <w:sz w:val="24"/>
        </w:rPr>
        <w:t>, половина и т. д.</w:t>
      </w:r>
    </w:p>
    <w:p>
      <w:pPr>
        <w:spacing w:before="40" w:after="120"/>
        <w:jc w:val="center"/>
      </w:pPr>
      <w:r>
        <w:rPr>
          <w:rFonts w:ascii="Georgia" w:hAnsi="Georgia" w:cs="Times New Roman"/>
          <w:b/>
          <w:i w:val="0"/>
          <w:color w:val="000000"/>
          <w:sz w:val="32"/>
          <w:rtl/>
          <w:szCs w:val="44"/>
        </w:rPr>
        <w:t>א ל ה</w:t>
      </w:r>
    </w:p>
    <w:p>
      <w:pPr>
        <w:spacing w:before="40" w:after="120"/>
        <w:jc w:val="center"/>
      </w:pPr>
      <w:r>
        <w:rPr>
          <w:rFonts w:ascii="Georgia" w:hAnsi="Georgia" w:cs="Times New Roman"/>
          <w:b/>
          <w:i w:val="0"/>
          <w:color w:val="000000"/>
          <w:sz w:val="32"/>
          <w:rtl/>
          <w:szCs w:val="44"/>
        </w:rPr>
        <w:t>אלהים ע״ב צ יִהַ יֹוַדָ וַדַ דַוַ יֹוָדָ וַוַוַ וַוַהַ צ״ד ע״ג כ״א ל נד א</w:t>
      </w:r>
    </w:p>
    <w:p>
      <w:pPr>
        <w:spacing w:before="40" w:after="120"/>
        <w:jc w:val="both"/>
      </w:pPr>
      <w:r>
        <w:rPr>
          <w:rFonts w:ascii="Georgia" w:hAnsi="Georgia"/>
          <w:b w:val="0"/>
          <w:i w:val="0"/>
          <w:color w:val="000000"/>
          <w:sz w:val="24"/>
        </w:rPr>
        <w:t>90 (</w:t>
      </w:r>
      <w:r>
        <w:rPr>
          <w:rFonts w:ascii="Georgia" w:hAnsi="Georgia" w:cs="Times New Roman"/>
          <w:b/>
          <w:i w:val="0"/>
          <w:color w:val="000000"/>
          <w:sz w:val="24"/>
          <w:rtl/>
          <w:szCs w:val="32"/>
        </w:rPr>
        <w:t>צ</w:t>
      </w:r>
      <w:r>
        <w:rPr>
          <w:rFonts w:ascii="Georgia" w:hAnsi="Georgia"/>
          <w:b w:val="0"/>
          <w:i w:val="0"/>
          <w:color w:val="000000"/>
          <w:sz w:val="24"/>
        </w:rPr>
        <w:t>), 84 (</w:t>
      </w:r>
      <w:r>
        <w:rPr>
          <w:rFonts w:ascii="Georgia" w:hAnsi="Georgia" w:cs="Times New Roman"/>
          <w:b/>
          <w:i w:val="0"/>
          <w:color w:val="000000"/>
          <w:sz w:val="24"/>
          <w:rtl/>
          <w:szCs w:val="32"/>
        </w:rPr>
        <w:t>פ״ד</w:t>
      </w:r>
      <w:r>
        <w:rPr>
          <w:rFonts w:ascii="Georgia" w:hAnsi="Georgia"/>
          <w:b w:val="0"/>
          <w:i w:val="0"/>
          <w:color w:val="000000"/>
          <w:sz w:val="24"/>
        </w:rPr>
        <w:t>), сорок две [буквы] йод (</w:t>
      </w:r>
      <w:r>
        <w:rPr>
          <w:rFonts w:ascii="Georgia" w:hAnsi="Georgia" w:cs="Times New Roman"/>
          <w:b/>
          <w:i w:val="0"/>
          <w:color w:val="000000"/>
          <w:sz w:val="24"/>
          <w:rtl/>
          <w:szCs w:val="32"/>
        </w:rPr>
        <w:t>מ״ב יודי״ן</w:t>
      </w:r>
      <w:r>
        <w:rPr>
          <w:rFonts w:ascii="Georgia" w:hAnsi="Georgia"/>
          <w:b w:val="0"/>
          <w:i w:val="0"/>
          <w:color w:val="000000"/>
          <w:sz w:val="24"/>
        </w:rPr>
        <w:t>); [Имя] ЭЛОКИМ, 42, САГ (</w:t>
      </w:r>
      <w:r>
        <w:rPr>
          <w:rFonts w:ascii="Georgia" w:hAnsi="Georgia" w:cs="Times New Roman"/>
          <w:b/>
          <w:i w:val="0"/>
          <w:color w:val="000000"/>
          <w:sz w:val="24"/>
          <w:rtl/>
          <w:szCs w:val="32"/>
        </w:rPr>
        <w:t>ס״ג</w:t>
      </w:r>
      <w:r>
        <w:rPr>
          <w:rFonts w:ascii="Georgia" w:hAnsi="Georgia"/>
          <w:b w:val="0"/>
          <w:i w:val="0"/>
          <w:color w:val="000000"/>
          <w:sz w:val="24"/>
        </w:rPr>
        <w:t xml:space="preserve"> = 63), и это Имя МА (</w:t>
      </w:r>
      <w:r>
        <w:rPr>
          <w:rFonts w:ascii="Georgia" w:hAnsi="Georgia" w:cs="Times New Roman"/>
          <w:b/>
          <w:i w:val="0"/>
          <w:color w:val="000000"/>
          <w:sz w:val="24"/>
          <w:rtl/>
          <w:szCs w:val="32"/>
        </w:rPr>
        <w:t>מ״ה</w:t>
      </w:r>
      <w:r>
        <w:rPr>
          <w:rFonts w:ascii="Georgia" w:hAnsi="Georgia"/>
          <w:b w:val="0"/>
          <w:i w:val="0"/>
          <w:color w:val="000000"/>
          <w:sz w:val="24"/>
        </w:rPr>
        <w:t xml:space="preserve"> = 45). </w:t>
      </w:r>
      <w:r>
        <w:rPr>
          <w:rFonts w:ascii="Georgia" w:hAnsi="Georgia" w:cs="Times New Roman"/>
          <w:b/>
          <w:i w:val="0"/>
          <w:color w:val="000000"/>
          <w:sz w:val="24"/>
          <w:rtl/>
          <w:szCs w:val="32"/>
        </w:rPr>
        <w:t>יוד וד די קדה ווי סד עד דמ״ב יוד יוב וד ווו יוד יוד יוב וד ווו די דו ווו ים וווו</w:t>
      </w:r>
      <w:r>
        <w:rPr>
          <w:rFonts w:ascii="Georgia" w:hAnsi="Georgia"/>
          <w:b w:val="0"/>
          <w:i w:val="0"/>
          <w:color w:val="000000"/>
          <w:sz w:val="24"/>
        </w:rPr>
        <w:t>. [Имя] ЭЛОКИМ: песнь простая, двойная и так далее — двести; 252 (</w:t>
      </w:r>
      <w:r>
        <w:rPr>
          <w:rFonts w:ascii="Georgia" w:hAnsi="Georgia" w:cs="Times New Roman"/>
          <w:b/>
          <w:i w:val="0"/>
          <w:color w:val="000000"/>
          <w:sz w:val="24"/>
          <w:rtl/>
          <w:szCs w:val="32"/>
        </w:rPr>
        <w:t>רנ״ב</w:t>
      </w:r>
      <w:r>
        <w:rPr>
          <w:rFonts w:ascii="Georgia" w:hAnsi="Georgia"/>
          <w:b w:val="0"/>
          <w:i w:val="0"/>
          <w:color w:val="000000"/>
          <w:sz w:val="24"/>
        </w:rPr>
        <w:t>). Буква алеф — йод (</w:t>
      </w:r>
      <w:r>
        <w:rPr>
          <w:rFonts w:ascii="Georgia" w:hAnsi="Georgia" w:cs="Times New Roman"/>
          <w:b/>
          <w:i w:val="0"/>
          <w:color w:val="000000"/>
          <w:sz w:val="24"/>
          <w:rtl/>
          <w:szCs w:val="32"/>
        </w:rPr>
        <w:t>א יוד</w:t>
      </w:r>
      <w:r>
        <w:rPr>
          <w:rFonts w:ascii="Georgia" w:hAnsi="Georgia"/>
          <w:b w:val="0"/>
          <w:i w:val="0"/>
          <w:color w:val="000000"/>
          <w:sz w:val="24"/>
        </w:rPr>
        <w:t>), алеф-ламэд — хэй-хэй (</w:t>
      </w:r>
      <w:r>
        <w:rPr>
          <w:rFonts w:ascii="Georgia" w:hAnsi="Georgia" w:cs="Times New Roman"/>
          <w:b/>
          <w:i w:val="0"/>
          <w:color w:val="000000"/>
          <w:sz w:val="24"/>
          <w:rtl/>
          <w:szCs w:val="32"/>
        </w:rPr>
        <w:t>אל הה</w:t>
      </w:r>
      <w:r>
        <w:rPr>
          <w:rFonts w:ascii="Georgia" w:hAnsi="Georgia"/>
          <w:b w:val="0"/>
          <w:i w:val="0"/>
          <w:color w:val="000000"/>
          <w:sz w:val="24"/>
        </w:rPr>
        <w:t>), алеф-ламэд-хэй — самэх-хэй, вав-вав (</w:t>
      </w:r>
      <w:r>
        <w:rPr>
          <w:rFonts w:ascii="Georgia" w:hAnsi="Georgia" w:cs="Times New Roman"/>
          <w:b/>
          <w:i w:val="0"/>
          <w:color w:val="000000"/>
          <w:sz w:val="24"/>
          <w:rtl/>
          <w:szCs w:val="32"/>
        </w:rPr>
        <w:t>אלה סה וו</w:t>
      </w:r>
      <w:r>
        <w:rPr>
          <w:rFonts w:ascii="Georgia" w:hAnsi="Georgia"/>
          <w:b w:val="0"/>
          <w:i w:val="0"/>
          <w:color w:val="000000"/>
          <w:sz w:val="24"/>
        </w:rPr>
        <w:t>), алеф-ламэд-хэй-йод — мэм-вав, хэй-хэй (</w:t>
      </w:r>
      <w:r>
        <w:rPr>
          <w:rFonts w:ascii="Georgia" w:hAnsi="Georgia" w:cs="Times New Roman"/>
          <w:b/>
          <w:i w:val="0"/>
          <w:color w:val="000000"/>
          <w:sz w:val="24"/>
          <w:rtl/>
          <w:szCs w:val="32"/>
        </w:rPr>
        <w:t>אלהי מו הה</w:t>
      </w:r>
      <w:r>
        <w:rPr>
          <w:rFonts w:ascii="Georgia" w:hAnsi="Georgia"/>
          <w:b w:val="0"/>
          <w:i w:val="0"/>
          <w:color w:val="000000"/>
          <w:sz w:val="24"/>
        </w:rPr>
        <w:t>), алеф-ламэд-хэй-йод-мэм — 86 (</w:t>
      </w:r>
      <w:r>
        <w:rPr>
          <w:rFonts w:ascii="Georgia" w:hAnsi="Georgia" w:cs="Times New Roman"/>
          <w:b/>
          <w:i w:val="0"/>
          <w:color w:val="000000"/>
          <w:sz w:val="24"/>
          <w:rtl/>
          <w:szCs w:val="32"/>
        </w:rPr>
        <w:t>אלהים פ״ו</w:t>
      </w:r>
      <w:r>
        <w:rPr>
          <w:rFonts w:ascii="Georgia" w:hAnsi="Georgia"/>
          <w:b w:val="0"/>
          <w:i w:val="0"/>
          <w:color w:val="000000"/>
          <w:sz w:val="24"/>
        </w:rPr>
        <w:t xml:space="preserve">); </w:t>
      </w:r>
      <w:r>
        <w:rPr>
          <w:rFonts w:ascii="Georgia" w:hAnsi="Georgia" w:cs="Times New Roman"/>
          <w:b/>
          <w:i w:val="0"/>
          <w:color w:val="000000"/>
          <w:sz w:val="24"/>
          <w:rtl/>
          <w:szCs w:val="32"/>
        </w:rPr>
        <w:t>יוד הה וו הה</w:t>
      </w:r>
      <w:r>
        <w:rPr>
          <w:rFonts w:ascii="Georgia" w:hAnsi="Georgia"/>
          <w:b w:val="0"/>
          <w:i w:val="0"/>
          <w:color w:val="000000"/>
          <w:sz w:val="24"/>
        </w:rPr>
        <w:t xml:space="preserve">; слово </w:t>
      </w:r>
      <w:r>
        <w:rPr>
          <w:rFonts w:ascii="Georgia" w:hAnsi="Georgia"/>
          <w:b w:val="0"/>
          <w:i/>
          <w:color w:val="000000"/>
          <w:sz w:val="24"/>
        </w:rPr>
        <w:t>зехира</w:t>
      </w:r>
      <w:r>
        <w:rPr>
          <w:rFonts w:ascii="Georgia" w:hAnsi="Georgia"/>
          <w:b w:val="0"/>
          <w:i w:val="0"/>
          <w:color w:val="000000"/>
          <w:sz w:val="24"/>
        </w:rPr>
        <w:t xml:space="preserve"> («памятование», </w:t>
      </w:r>
      <w:r>
        <w:rPr>
          <w:rFonts w:ascii="Georgia" w:hAnsi="Georgia" w:cs="Times New Roman"/>
          <w:b/>
          <w:i w:val="0"/>
          <w:color w:val="000000"/>
          <w:sz w:val="24"/>
          <w:rtl/>
          <w:szCs w:val="32"/>
        </w:rPr>
        <w:t>זְכִירָה</w:t>
      </w:r>
      <w:r>
        <w:rPr>
          <w:rFonts w:ascii="Georgia" w:hAnsi="Georgia"/>
          <w:b w:val="0"/>
          <w:i w:val="0"/>
          <w:color w:val="000000"/>
          <w:sz w:val="24"/>
        </w:rPr>
        <w:t>) по гематрии равно 242 (</w:t>
      </w:r>
      <w:r>
        <w:rPr>
          <w:rFonts w:ascii="Georgia" w:hAnsi="Georgia" w:cs="Times New Roman"/>
          <w:b/>
          <w:i w:val="0"/>
          <w:color w:val="000000"/>
          <w:sz w:val="24"/>
          <w:rtl/>
          <w:szCs w:val="32"/>
        </w:rPr>
        <w:t>רמ״ב</w:t>
      </w:r>
      <w:r>
        <w:rPr>
          <w:rFonts w:ascii="Georgia" w:hAnsi="Georgia"/>
          <w:b w:val="0"/>
          <w:i w:val="0"/>
          <w:color w:val="000000"/>
          <w:sz w:val="24"/>
        </w:rPr>
        <w:t xml:space="preserve">). </w:t>
      </w:r>
      <w:r>
        <w:rPr>
          <w:rFonts w:ascii="Georgia" w:hAnsi="Georgia" w:cs="Times New Roman"/>
          <w:b/>
          <w:i w:val="0"/>
          <w:color w:val="000000"/>
          <w:sz w:val="24"/>
          <w:rtl/>
          <w:szCs w:val="32"/>
        </w:rPr>
        <w:t>יוד יוד הה יוד הה וו יוד ה״ה וו הה</w:t>
      </w:r>
      <w:r>
        <w:rPr>
          <w:rFonts w:ascii="Georgia" w:hAnsi="Georgia"/>
          <w:b w:val="0"/>
          <w:i w:val="0"/>
          <w:color w:val="000000"/>
          <w:sz w:val="24"/>
        </w:rPr>
        <w:t xml:space="preserve"> — по гематрии равно слову </w:t>
      </w:r>
      <w:r>
        <w:rPr>
          <w:rFonts w:ascii="Georgia" w:hAnsi="Georgia"/>
          <w:b w:val="0"/>
          <w:i/>
          <w:color w:val="000000"/>
          <w:sz w:val="24"/>
        </w:rPr>
        <w:t>кедем</w:t>
      </w:r>
      <w:r>
        <w:rPr>
          <w:rFonts w:ascii="Georgia" w:hAnsi="Georgia"/>
          <w:b w:val="0"/>
          <w:i w:val="0"/>
          <w:color w:val="000000"/>
          <w:sz w:val="24"/>
        </w:rPr>
        <w:t xml:space="preserve"> (</w:t>
      </w:r>
      <w:r>
        <w:rPr>
          <w:rFonts w:ascii="Georgia" w:hAnsi="Georgia" w:cs="Times New Roman"/>
          <w:b/>
          <w:i w:val="0"/>
          <w:color w:val="000000"/>
          <w:sz w:val="24"/>
          <w:rtl/>
          <w:szCs w:val="32"/>
        </w:rPr>
        <w:t>קֶדֶם</w:t>
      </w:r>
      <w:r>
        <w:rPr>
          <w:rFonts w:ascii="Georgia" w:hAnsi="Georgia"/>
          <w:b w:val="0"/>
          <w:i w:val="0"/>
          <w:color w:val="000000"/>
          <w:sz w:val="24"/>
        </w:rPr>
        <w:t xml:space="preserve"> = 144). [?</w:t>
      </w:r>
      <w:r>
        <w:rPr>
          <w:rFonts w:ascii="Georgia" w:hAnsi="Georgia" w:cs="Times New Roman"/>
          <w:b/>
          <w:i w:val="0"/>
          <w:color w:val="000000"/>
          <w:sz w:val="24"/>
          <w:rtl/>
          <w:szCs w:val="32"/>
        </w:rPr>
        <w:t>א</w:t>
      </w:r>
      <w:r>
        <w:rPr>
          <w:rFonts w:ascii="Georgia" w:hAnsi="Georgia"/>
          <w:b w:val="0"/>
          <w:i w:val="0"/>
          <w:color w:val="000000"/>
          <w:sz w:val="24"/>
        </w:rPr>
        <w:t xml:space="preserve"> ?</w:t>
      </w:r>
      <w:r>
        <w:rPr>
          <w:rFonts w:ascii="Georgia" w:hAnsi="Georgia" w:cs="Times New Roman"/>
          <w:b/>
          <w:i w:val="0"/>
          <w:color w:val="000000"/>
          <w:sz w:val="24"/>
          <w:rtl/>
          <w:szCs w:val="32"/>
        </w:rPr>
        <w:t>ט</w:t>
      </w:r>
      <w:r>
        <w:rPr>
          <w:rFonts w:ascii="Georgia" w:hAnsi="Georgia"/>
          <w:b w:val="0"/>
          <w:i w:val="0"/>
          <w:color w:val="000000"/>
          <w:sz w:val="24"/>
        </w:rPr>
        <w:t xml:space="preserve">]: </w:t>
      </w:r>
      <w:r>
        <w:rPr>
          <w:rFonts w:ascii="Georgia" w:hAnsi="Georgia" w:cs="Times New Roman"/>
          <w:b/>
          <w:i w:val="0"/>
          <w:color w:val="000000"/>
          <w:sz w:val="24"/>
          <w:rtl/>
          <w:szCs w:val="32"/>
        </w:rPr>
        <w:t>יוד יוד הי יוד הי ויו יוד הי ויו הי</w:t>
      </w:r>
      <w:r>
        <w:rPr>
          <w:rFonts w:ascii="Georgia" w:hAnsi="Georgia"/>
          <w:b w:val="0"/>
          <w:i w:val="0"/>
          <w:color w:val="000000"/>
          <w:sz w:val="24"/>
        </w:rPr>
        <w:t xml:space="preserve"> — составляют по гематрии 184 (</w:t>
      </w:r>
      <w:r>
        <w:rPr>
          <w:rFonts w:ascii="Georgia" w:hAnsi="Georgia" w:cs="Times New Roman"/>
          <w:b/>
          <w:i w:val="0"/>
          <w:color w:val="000000"/>
          <w:sz w:val="24"/>
          <w:rtl/>
          <w:szCs w:val="32"/>
        </w:rPr>
        <w:t>קפ״ד</w:t>
      </w:r>
      <w:r>
        <w:rPr>
          <w:rFonts w:ascii="Georgia" w:hAnsi="Georgia"/>
          <w:b w:val="0"/>
          <w:i w:val="0"/>
          <w:color w:val="000000"/>
          <w:sz w:val="24"/>
        </w:rPr>
        <w:t xml:space="preserve">). </w:t>
      </w:r>
      <w:r>
        <w:rPr>
          <w:rFonts w:ascii="Georgia" w:hAnsi="Georgia" w:cs="Times New Roman"/>
          <w:b/>
          <w:i w:val="0"/>
          <w:color w:val="000000"/>
          <w:sz w:val="24"/>
          <w:rtl/>
          <w:szCs w:val="32"/>
        </w:rPr>
        <w:t>אלף אלף הי אלף הי יו״ד אלף הי יוד הי</w:t>
      </w:r>
      <w:r>
        <w:rPr>
          <w:rFonts w:ascii="Georgia" w:hAnsi="Georgia"/>
          <w:b w:val="0"/>
          <w:i w:val="0"/>
          <w:color w:val="000000"/>
          <w:sz w:val="24"/>
        </w:rPr>
        <w:t xml:space="preserve"> — по гематрии равно слову </w:t>
      </w:r>
      <w:r>
        <w:rPr>
          <w:rFonts w:ascii="Georgia" w:hAnsi="Georgia"/>
          <w:b w:val="0"/>
          <w:i/>
          <w:color w:val="000000"/>
          <w:sz w:val="24"/>
        </w:rPr>
        <w:t>кадмат</w:t>
      </w:r>
      <w:r>
        <w:rPr>
          <w:rFonts w:ascii="Georgia" w:hAnsi="Georgia"/>
          <w:b w:val="0"/>
          <w:i w:val="0"/>
          <w:color w:val="000000"/>
          <w:sz w:val="24"/>
        </w:rPr>
        <w:t xml:space="preserve"> (</w:t>
      </w:r>
      <w:r>
        <w:rPr>
          <w:rFonts w:ascii="Georgia" w:hAnsi="Georgia" w:cs="Times New Roman"/>
          <w:b/>
          <w:i w:val="0"/>
          <w:color w:val="000000"/>
          <w:sz w:val="24"/>
          <w:rtl/>
          <w:szCs w:val="32"/>
        </w:rPr>
        <w:t>קַדְמַת</w:t>
      </w:r>
      <w:r>
        <w:rPr>
          <w:rFonts w:ascii="Georgia" w:hAnsi="Georgia"/>
          <w:b w:val="0"/>
          <w:i w:val="0"/>
          <w:color w:val="000000"/>
          <w:sz w:val="24"/>
        </w:rPr>
        <w:t xml:space="preserve"> = 544). [?</w:t>
      </w:r>
      <w:r>
        <w:rPr>
          <w:rFonts w:ascii="Georgia" w:hAnsi="Georgia" w:cs="Times New Roman"/>
          <w:b/>
          <w:i w:val="0"/>
          <w:color w:val="000000"/>
          <w:sz w:val="24"/>
          <w:rtl/>
          <w:szCs w:val="32"/>
        </w:rPr>
        <w:t>ב</w:t>
      </w:r>
      <w:r>
        <w:rPr>
          <w:rFonts w:ascii="Georgia" w:hAnsi="Georgia"/>
          <w:b w:val="0"/>
          <w:i w:val="0"/>
          <w:color w:val="000000"/>
          <w:sz w:val="24"/>
        </w:rPr>
        <w:t xml:space="preserve"> ?</w:t>
      </w:r>
      <w:r>
        <w:rPr>
          <w:rFonts w:ascii="Georgia" w:hAnsi="Georgia" w:cs="Times New Roman"/>
          <w:b/>
          <w:i w:val="0"/>
          <w:color w:val="000000"/>
          <w:sz w:val="24"/>
          <w:rtl/>
          <w:szCs w:val="32"/>
        </w:rPr>
        <w:t>ג</w:t>
      </w:r>
      <w:r>
        <w:rPr>
          <w:rFonts w:ascii="Georgia" w:hAnsi="Georgia"/>
          <w:b w:val="0"/>
          <w:i w:val="0"/>
          <w:color w:val="000000"/>
          <w:sz w:val="24"/>
        </w:rPr>
        <w:t xml:space="preserve">]: </w:t>
      </w:r>
      <w:r>
        <w:rPr>
          <w:rFonts w:ascii="Georgia" w:hAnsi="Georgia" w:cs="Times New Roman"/>
          <w:b/>
          <w:i w:val="0"/>
          <w:color w:val="000000"/>
          <w:sz w:val="24"/>
          <w:rtl/>
          <w:szCs w:val="32"/>
        </w:rPr>
        <w:t>יוד הי ויו הי</w:t>
      </w:r>
      <w:r>
        <w:rPr>
          <w:rFonts w:ascii="Georgia" w:hAnsi="Georgia"/>
          <w:b w:val="0"/>
          <w:i w:val="0"/>
          <w:color w:val="000000"/>
          <w:sz w:val="24"/>
        </w:rPr>
        <w:t>; 51 (</w:t>
      </w:r>
      <w:r>
        <w:rPr>
          <w:rFonts w:ascii="Georgia" w:hAnsi="Georgia" w:cs="Times New Roman"/>
          <w:b/>
          <w:i w:val="0"/>
          <w:color w:val="000000"/>
          <w:sz w:val="24"/>
          <w:rtl/>
          <w:szCs w:val="32"/>
        </w:rPr>
        <w:t>נ״א</w:t>
      </w:r>
      <w:r>
        <w:rPr>
          <w:rFonts w:ascii="Georgia" w:hAnsi="Georgia"/>
          <w:b w:val="0"/>
          <w:i w:val="0"/>
          <w:color w:val="000000"/>
          <w:sz w:val="24"/>
        </w:rPr>
        <w:t>), 22 (</w:t>
      </w:r>
      <w:r>
        <w:rPr>
          <w:rFonts w:ascii="Georgia" w:hAnsi="Georgia" w:cs="Times New Roman"/>
          <w:b/>
          <w:i w:val="0"/>
          <w:color w:val="000000"/>
          <w:sz w:val="24"/>
          <w:rtl/>
          <w:szCs w:val="32"/>
        </w:rPr>
        <w:t>כ״ב</w:t>
      </w:r>
      <w:r>
        <w:rPr>
          <w:rFonts w:ascii="Georgia" w:hAnsi="Georgia"/>
          <w:b w:val="0"/>
          <w:i w:val="0"/>
          <w:color w:val="000000"/>
          <w:sz w:val="24"/>
        </w:rPr>
        <w:t>), 75 (</w:t>
      </w:r>
      <w:r>
        <w:rPr>
          <w:rFonts w:ascii="Georgia" w:hAnsi="Georgia" w:cs="Times New Roman"/>
          <w:b/>
          <w:i w:val="0"/>
          <w:color w:val="000000"/>
          <w:sz w:val="24"/>
          <w:rtl/>
          <w:szCs w:val="32"/>
        </w:rPr>
        <w:t>ע״ה</w:t>
      </w:r>
      <w:r>
        <w:rPr>
          <w:rFonts w:ascii="Georgia" w:hAnsi="Georgia"/>
          <w:b w:val="0"/>
          <w:i w:val="0"/>
          <w:color w:val="000000"/>
          <w:sz w:val="24"/>
        </w:rPr>
        <w:t>), 48 (</w:t>
      </w:r>
      <w:r>
        <w:rPr>
          <w:rFonts w:ascii="Georgia" w:hAnsi="Georgia" w:cs="Times New Roman"/>
          <w:b/>
          <w:i w:val="0"/>
          <w:color w:val="000000"/>
          <w:sz w:val="24"/>
          <w:rtl/>
          <w:szCs w:val="32"/>
        </w:rPr>
        <w:t>מ״ח</w:t>
      </w:r>
      <w:r>
        <w:rPr>
          <w:rFonts w:ascii="Georgia" w:hAnsi="Georgia"/>
          <w:b w:val="0"/>
          <w:i w:val="0"/>
          <w:color w:val="000000"/>
          <w:sz w:val="24"/>
        </w:rPr>
        <w:t>), 21 (</w:t>
      </w:r>
      <w:r>
        <w:rPr>
          <w:rFonts w:ascii="Georgia" w:hAnsi="Georgia" w:cs="Times New Roman"/>
          <w:b/>
          <w:i w:val="0"/>
          <w:color w:val="000000"/>
          <w:sz w:val="24"/>
          <w:rtl/>
          <w:szCs w:val="32"/>
        </w:rPr>
        <w:t>כ״א</w:t>
      </w:r>
      <w:r>
        <w:rPr>
          <w:rFonts w:ascii="Georgia" w:hAnsi="Georgia"/>
          <w:b w:val="0"/>
          <w:i w:val="0"/>
          <w:color w:val="000000"/>
          <w:sz w:val="24"/>
        </w:rPr>
        <w:t>). 162 (</w:t>
      </w:r>
      <w:r>
        <w:rPr>
          <w:rFonts w:ascii="Georgia" w:hAnsi="Georgia" w:cs="Times New Roman"/>
          <w:b/>
          <w:i w:val="0"/>
          <w:color w:val="000000"/>
          <w:sz w:val="24"/>
          <w:rtl/>
          <w:szCs w:val="32"/>
        </w:rPr>
        <w:t>קס״ב</w:t>
      </w:r>
      <w:r>
        <w:rPr>
          <w:rFonts w:ascii="Georgia" w:hAnsi="Georgia"/>
          <w:b w:val="0"/>
          <w:i w:val="0"/>
          <w:color w:val="000000"/>
          <w:sz w:val="24"/>
        </w:rPr>
        <w:t xml:space="preserve">), наполнение </w:t>
      </w:r>
      <w:r>
        <w:rPr>
          <w:rFonts w:ascii="Georgia" w:hAnsi="Georgia"/>
          <w:b w:val="0"/>
          <w:i/>
          <w:color w:val="000000"/>
          <w:sz w:val="24"/>
        </w:rPr>
        <w:t>алеф-хэй-йод-хэй</w:t>
      </w:r>
      <w:r>
        <w:rPr>
          <w:rFonts w:ascii="Georgia" w:hAnsi="Georgia"/>
          <w:b w:val="0"/>
          <w:i w:val="0"/>
          <w:color w:val="000000"/>
          <w:sz w:val="24"/>
        </w:rPr>
        <w:t xml:space="preserve"> (</w:t>
      </w:r>
      <w:r>
        <w:rPr>
          <w:rFonts w:ascii="Georgia" w:hAnsi="Georgia" w:cs="Times New Roman"/>
          <w:b/>
          <w:i w:val="0"/>
          <w:color w:val="000000"/>
          <w:sz w:val="24"/>
          <w:rtl/>
          <w:szCs w:val="32"/>
        </w:rPr>
        <w:t>אלפ הי יוד הי</w:t>
      </w:r>
      <w:r>
        <w:rPr>
          <w:rFonts w:ascii="Georgia" w:hAnsi="Georgia"/>
          <w:b w:val="0"/>
          <w:i w:val="0"/>
          <w:color w:val="000000"/>
          <w:sz w:val="24"/>
        </w:rPr>
        <w:t xml:space="preserve">), </w:t>
      </w:r>
      <w:r>
        <w:rPr>
          <w:rFonts w:ascii="Georgia" w:hAnsi="Georgia"/>
          <w:b w:val="0"/>
          <w:i/>
          <w:color w:val="000000"/>
          <w:sz w:val="24"/>
        </w:rPr>
        <w:t>батим</w:t>
      </w:r>
      <w:r>
        <w:rPr>
          <w:rFonts w:ascii="Georgia" w:hAnsi="Georgia"/>
          <w:b w:val="0"/>
          <w:i w:val="0"/>
          <w:color w:val="000000"/>
          <w:sz w:val="24"/>
        </w:rPr>
        <w:t xml:space="preserve"> (</w:t>
      </w:r>
      <w:r>
        <w:rPr>
          <w:rFonts w:ascii="Georgia" w:hAnsi="Georgia" w:cs="Times New Roman"/>
          <w:b/>
          <w:i w:val="0"/>
          <w:color w:val="000000"/>
          <w:sz w:val="24"/>
          <w:rtl/>
          <w:szCs w:val="32"/>
        </w:rPr>
        <w:t>בטים</w:t>
      </w:r>
      <w:r>
        <w:rPr>
          <w:rFonts w:ascii="Georgia" w:hAnsi="Georgia"/>
          <w:b w:val="0"/>
          <w:i w:val="0"/>
          <w:color w:val="000000"/>
          <w:sz w:val="24"/>
        </w:rPr>
        <w:t xml:space="preserve">), слово </w:t>
      </w:r>
      <w:r>
        <w:rPr>
          <w:rFonts w:ascii="Georgia" w:hAnsi="Georgia"/>
          <w:b w:val="0"/>
          <w:i/>
          <w:color w:val="000000"/>
          <w:sz w:val="24"/>
        </w:rPr>
        <w:t>захор</w:t>
      </w:r>
      <w:r>
        <w:rPr>
          <w:rFonts w:ascii="Georgia" w:hAnsi="Georgia"/>
          <w:b w:val="0"/>
          <w:i w:val="0"/>
          <w:color w:val="000000"/>
          <w:sz w:val="24"/>
        </w:rPr>
        <w:t xml:space="preserve"> («помни», </w:t>
      </w:r>
      <w:r>
        <w:rPr>
          <w:rFonts w:ascii="Georgia" w:hAnsi="Georgia" w:cs="Times New Roman"/>
          <w:b/>
          <w:i w:val="0"/>
          <w:color w:val="000000"/>
          <w:sz w:val="24"/>
          <w:rtl/>
          <w:szCs w:val="32"/>
        </w:rPr>
        <w:t>זָכוֹר</w:t>
      </w:r>
      <w:r>
        <w:rPr>
          <w:rFonts w:ascii="Georgia" w:hAnsi="Georgia"/>
          <w:b w:val="0"/>
          <w:i w:val="0"/>
          <w:color w:val="000000"/>
          <w:sz w:val="24"/>
        </w:rPr>
        <w:t>); 81 (</w:t>
      </w:r>
      <w:r>
        <w:rPr>
          <w:rFonts w:ascii="Georgia" w:hAnsi="Georgia" w:cs="Times New Roman"/>
          <w:b/>
          <w:i w:val="0"/>
          <w:color w:val="000000"/>
          <w:sz w:val="24"/>
          <w:rtl/>
          <w:szCs w:val="32"/>
        </w:rPr>
        <w:t>פ״א</w:t>
      </w:r>
      <w:r>
        <w:rPr>
          <w:rFonts w:ascii="Georgia" w:hAnsi="Georgia"/>
          <w:b w:val="0"/>
          <w:i w:val="0"/>
          <w:color w:val="000000"/>
          <w:sz w:val="24"/>
        </w:rPr>
        <w:t>), 108 (</w:t>
      </w:r>
      <w:r>
        <w:rPr>
          <w:rFonts w:ascii="Georgia" w:hAnsi="Georgia" w:cs="Times New Roman"/>
          <w:b/>
          <w:i w:val="0"/>
          <w:color w:val="000000"/>
          <w:sz w:val="24"/>
          <w:rtl/>
          <w:szCs w:val="32"/>
        </w:rPr>
        <w:t>ק״ח</w:t>
      </w:r>
      <w:r>
        <w:rPr>
          <w:rFonts w:ascii="Georgia" w:hAnsi="Georgia"/>
          <w:b w:val="0"/>
          <w:i w:val="0"/>
          <w:color w:val="000000"/>
          <w:sz w:val="24"/>
        </w:rPr>
        <w:t>), 161 (</w:t>
      </w:r>
      <w:r>
        <w:rPr>
          <w:rFonts w:ascii="Georgia" w:hAnsi="Georgia" w:cs="Times New Roman"/>
          <w:b/>
          <w:i w:val="0"/>
          <w:color w:val="000000"/>
          <w:sz w:val="24"/>
          <w:rtl/>
          <w:szCs w:val="32"/>
        </w:rPr>
        <w:t>קס״א</w:t>
      </w:r>
      <w:r>
        <w:rPr>
          <w:rFonts w:ascii="Georgia" w:hAnsi="Georgia"/>
          <w:b w:val="0"/>
          <w:i w:val="0"/>
          <w:color w:val="000000"/>
          <w:sz w:val="24"/>
        </w:rPr>
        <w:t>), 135 (</w:t>
      </w:r>
      <w:r>
        <w:rPr>
          <w:rFonts w:ascii="Georgia" w:hAnsi="Georgia" w:cs="Times New Roman"/>
          <w:b/>
          <w:i w:val="0"/>
          <w:color w:val="000000"/>
          <w:sz w:val="24"/>
          <w:rtl/>
          <w:szCs w:val="32"/>
        </w:rPr>
        <w:t>קל״ה</w:t>
      </w:r>
      <w:r>
        <w:rPr>
          <w:rFonts w:ascii="Georgia" w:hAnsi="Georgia"/>
          <w:b w:val="0"/>
          <w:i w:val="0"/>
          <w:color w:val="000000"/>
          <w:sz w:val="24"/>
        </w:rPr>
        <w:t>), 162, 179 (</w:t>
      </w:r>
      <w:r>
        <w:rPr>
          <w:rFonts w:ascii="Georgia" w:hAnsi="Georgia" w:cs="Times New Roman"/>
          <w:b/>
          <w:i w:val="0"/>
          <w:color w:val="000000"/>
          <w:sz w:val="24"/>
          <w:rtl/>
          <w:szCs w:val="32"/>
        </w:rPr>
        <w:t>קע״ט</w:t>
      </w:r>
      <w:r>
        <w:rPr>
          <w:rFonts w:ascii="Georgia" w:hAnsi="Georgia"/>
          <w:b w:val="0"/>
          <w:i w:val="0"/>
          <w:color w:val="000000"/>
          <w:sz w:val="24"/>
        </w:rPr>
        <w:t>), 26 (</w:t>
      </w:r>
      <w:r>
        <w:rPr>
          <w:rFonts w:ascii="Georgia" w:hAnsi="Georgia" w:cs="Times New Roman"/>
          <w:b/>
          <w:i w:val="0"/>
          <w:color w:val="000000"/>
          <w:sz w:val="24"/>
          <w:rtl/>
          <w:szCs w:val="32"/>
        </w:rPr>
        <w:t>כ״ו</w:t>
      </w:r>
      <w:r>
        <w:rPr>
          <w:rFonts w:ascii="Georgia" w:hAnsi="Georgia"/>
          <w:b w:val="0"/>
          <w:i w:val="0"/>
          <w:color w:val="000000"/>
          <w:sz w:val="24"/>
        </w:rPr>
        <w:t>), 54 (</w:t>
      </w:r>
      <w:r>
        <w:rPr>
          <w:rFonts w:ascii="Georgia" w:hAnsi="Georgia" w:cs="Times New Roman"/>
          <w:b/>
          <w:i w:val="0"/>
          <w:color w:val="000000"/>
          <w:sz w:val="24"/>
          <w:rtl/>
          <w:szCs w:val="32"/>
        </w:rPr>
        <w:t>נ״ד</w:t>
      </w:r>
      <w:r>
        <w:rPr>
          <w:rFonts w:ascii="Georgia" w:hAnsi="Georgia"/>
          <w:b w:val="0"/>
          <w:i w:val="0"/>
          <w:color w:val="000000"/>
          <w:sz w:val="24"/>
        </w:rPr>
        <w:t>), 184.</w:t>
      </w:r>
    </w:p>
    <w:p>
      <w:pPr>
        <w:keepNext/>
        <w:spacing w:before="320" w:after="120"/>
      </w:pPr>
      <w:r>
        <w:rPr>
          <w:rFonts w:ascii="Georgia" w:hAnsi="Georgia"/>
          <w:b w:val="0"/>
          <w:i w:val="0"/>
          <w:color w:val="000000"/>
          <w:sz w:val="32"/>
        </w:rPr>
        <w:t>Ихуд 12</w:t>
      </w:r>
    </w:p>
    <w:p>
      <w:pPr>
        <w:spacing w:before="40" w:after="120"/>
        <w:jc w:val="both"/>
      </w:pPr>
      <w:r>
        <w:rPr>
          <w:rFonts w:ascii="Georgia" w:hAnsi="Georgia"/>
          <w:b w:val="0"/>
          <w:i w:val="0"/>
          <w:color w:val="000000"/>
          <w:sz w:val="24"/>
        </w:rPr>
        <w:t xml:space="preserve">И они — от рабби Гедальи, благословенной памяти: в Шахарит — </w:t>
      </w:r>
      <w:r>
        <w:rPr>
          <w:rFonts w:ascii="Georgia" w:hAnsi="Georgia" w:cs="Times New Roman"/>
          <w:b/>
          <w:i w:val="0"/>
          <w:color w:val="000000"/>
          <w:sz w:val="24"/>
          <w:rtl/>
          <w:szCs w:val="32"/>
        </w:rPr>
        <w:t>יָוָדָ הָיָ</w:t>
      </w:r>
      <w:r>
        <w:rPr>
          <w:rFonts w:ascii="Georgia" w:hAnsi="Georgia"/>
          <w:b w:val="0"/>
          <w:i w:val="0"/>
          <w:color w:val="000000"/>
          <w:sz w:val="24"/>
        </w:rPr>
        <w:t xml:space="preserve">, в Минху — </w:t>
      </w:r>
      <w:r>
        <w:rPr>
          <w:rFonts w:ascii="Georgia" w:hAnsi="Georgia" w:cs="Times New Roman"/>
          <w:b/>
          <w:i w:val="0"/>
          <w:color w:val="000000"/>
          <w:sz w:val="24"/>
          <w:rtl/>
          <w:szCs w:val="32"/>
        </w:rPr>
        <w:t>יַוַדַ הַאַ</w:t>
      </w:r>
      <w:r>
        <w:rPr>
          <w:rFonts w:ascii="Georgia" w:hAnsi="Georgia"/>
          <w:b w:val="0"/>
          <w:i w:val="0"/>
          <w:color w:val="000000"/>
          <w:sz w:val="24"/>
        </w:rPr>
        <w:t xml:space="preserve">, в Арвит — </w:t>
      </w:r>
      <w:r>
        <w:rPr>
          <w:rFonts w:ascii="Georgia" w:hAnsi="Georgia" w:cs="Times New Roman"/>
          <w:b/>
          <w:i w:val="0"/>
          <w:color w:val="000000"/>
          <w:sz w:val="24"/>
          <w:rtl/>
          <w:szCs w:val="32"/>
        </w:rPr>
        <w:t>יֵוֶדְ הֵהֵ</w:t>
      </w:r>
      <w:r>
        <w:rPr>
          <w:rFonts w:ascii="Georgia" w:hAnsi="Georgia"/>
          <w:b w:val="0"/>
          <w:i w:val="0"/>
          <w:color w:val="000000"/>
          <w:sz w:val="24"/>
        </w:rPr>
        <w:t>, для защиты (</w:t>
      </w:r>
      <w:r>
        <w:rPr>
          <w:rFonts w:ascii="Georgia" w:hAnsi="Georgia"/>
          <w:b w:val="0"/>
          <w:i/>
          <w:color w:val="000000"/>
          <w:sz w:val="24"/>
        </w:rPr>
        <w:t>маген</w:t>
      </w:r>
      <w:r>
        <w:rPr>
          <w:rFonts w:ascii="Georgia" w:hAnsi="Georgia"/>
          <w:b w:val="0"/>
          <w:i w:val="0"/>
          <w:color w:val="000000"/>
          <w:sz w:val="24"/>
        </w:rPr>
        <w:t xml:space="preserve">) — </w:t>
      </w:r>
      <w:r>
        <w:rPr>
          <w:rFonts w:ascii="Georgia" w:hAnsi="Georgia" w:cs="Times New Roman"/>
          <w:b/>
          <w:i w:val="0"/>
          <w:color w:val="000000"/>
          <w:sz w:val="24"/>
          <w:rtl/>
          <w:szCs w:val="32"/>
        </w:rPr>
        <w:t>אֶלֶ אֶלֶ אֶלֶ</w:t>
      </w:r>
      <w:r>
        <w:rPr>
          <w:rFonts w:ascii="Georgia" w:hAnsi="Georgia"/>
          <w:b w:val="0"/>
          <w:i w:val="0"/>
          <w:color w:val="000000"/>
          <w:sz w:val="24"/>
        </w:rPr>
        <w:t>. Это исправление Учитель записал на листе 24а для того, кто согрешил против почитания своего отца и своей матери.</w:t>
      </w:r>
    </w:p>
    <w:p>
      <w:pPr>
        <w:keepNext/>
        <w:spacing w:before="320" w:after="120"/>
      </w:pPr>
      <w:r>
        <w:rPr>
          <w:rFonts w:ascii="Georgia" w:hAnsi="Georgia"/>
          <w:b w:val="0"/>
          <w:i w:val="0"/>
          <w:color w:val="000000"/>
          <w:sz w:val="32"/>
        </w:rPr>
        <w:t>Ихуд 13</w:t>
      </w:r>
    </w:p>
    <w:p>
      <w:pPr>
        <w:spacing w:before="40" w:after="120"/>
        <w:jc w:val="both"/>
      </w:pPr>
      <w:r>
        <w:rPr>
          <w:rFonts w:ascii="Georgia" w:hAnsi="Georgia"/>
          <w:b w:val="0"/>
          <w:i w:val="0"/>
          <w:color w:val="000000"/>
          <w:sz w:val="24"/>
        </w:rPr>
        <w:t xml:space="preserve">Также в отношении вышеупомянутого: [начертание] </w:t>
      </w:r>
      <w:r>
        <w:rPr>
          <w:rFonts w:ascii="Georgia" w:hAnsi="Georgia" w:cs="Times New Roman"/>
          <w:b/>
          <w:i w:val="0"/>
          <w:color w:val="000000"/>
          <w:sz w:val="24"/>
          <w:rtl/>
          <w:szCs w:val="32"/>
        </w:rPr>
        <w:t>יוֹד הָי וַיֶוִ הֶי</w:t>
      </w:r>
      <w:r>
        <w:rPr>
          <w:rFonts w:ascii="Georgia" w:hAnsi="Georgia"/>
          <w:b w:val="0"/>
          <w:i w:val="0"/>
          <w:color w:val="000000"/>
          <w:sz w:val="24"/>
        </w:rPr>
        <w:t xml:space="preserve"> содержит 102 (</w:t>
      </w:r>
      <w:r>
        <w:rPr>
          <w:rFonts w:ascii="Georgia" w:hAnsi="Georgia" w:cs="Times New Roman"/>
          <w:b/>
          <w:i w:val="0"/>
          <w:color w:val="000000"/>
          <w:sz w:val="24"/>
          <w:rtl/>
          <w:szCs w:val="32"/>
        </w:rPr>
        <w:t>ק״ב</w:t>
      </w:r>
      <w:r>
        <w:rPr>
          <w:rFonts w:ascii="Georgia" w:hAnsi="Georgia"/>
          <w:b w:val="0"/>
          <w:i w:val="0"/>
          <w:color w:val="000000"/>
          <w:sz w:val="24"/>
        </w:rPr>
        <w:t>) огласовки и 10 букв, что составляет 112, [число] ЯБОК (</w:t>
      </w:r>
      <w:r>
        <w:rPr>
          <w:rFonts w:ascii="Georgia" w:hAnsi="Georgia" w:cs="Times New Roman"/>
          <w:b/>
          <w:i w:val="0"/>
          <w:color w:val="000000"/>
          <w:sz w:val="24"/>
          <w:rtl/>
          <w:szCs w:val="32"/>
        </w:rPr>
        <w:t>יב״ק</w:t>
      </w:r>
      <w:r>
        <w:rPr>
          <w:rFonts w:ascii="Georgia" w:hAnsi="Georgia"/>
          <w:b w:val="0"/>
          <w:i w:val="0"/>
          <w:color w:val="000000"/>
          <w:sz w:val="24"/>
        </w:rPr>
        <w:t xml:space="preserve">). В [начертании] </w:t>
      </w:r>
      <w:r>
        <w:rPr>
          <w:rFonts w:ascii="Georgia" w:hAnsi="Georgia" w:cs="Times New Roman"/>
          <w:b/>
          <w:i w:val="0"/>
          <w:color w:val="000000"/>
          <w:sz w:val="24"/>
          <w:rtl/>
          <w:szCs w:val="32"/>
        </w:rPr>
        <w:t>יֵוֲדֵ הַהֵ הֹה</w:t>
      </w:r>
      <w:r>
        <w:rPr>
          <w:rFonts w:ascii="Georgia" w:hAnsi="Georgia"/>
          <w:b w:val="0"/>
          <w:i w:val="0"/>
          <w:color w:val="000000"/>
          <w:sz w:val="24"/>
        </w:rPr>
        <w:t xml:space="preserve"> огласовки составляют 92 (</w:t>
      </w:r>
      <w:r>
        <w:rPr>
          <w:rFonts w:ascii="Georgia" w:hAnsi="Georgia" w:cs="Times New Roman"/>
          <w:b/>
          <w:i w:val="0"/>
          <w:color w:val="000000"/>
          <w:sz w:val="24"/>
          <w:rtl/>
          <w:szCs w:val="32"/>
        </w:rPr>
        <w:t>צ״ב</w:t>
      </w:r>
      <w:r>
        <w:rPr>
          <w:rFonts w:ascii="Georgia" w:hAnsi="Georgia"/>
          <w:b w:val="0"/>
          <w:i w:val="0"/>
          <w:color w:val="000000"/>
          <w:sz w:val="24"/>
        </w:rPr>
        <w:t xml:space="preserve">), а упомянутая буква йод без огласовки [в полном написании </w:t>
      </w:r>
      <w:r>
        <w:rPr>
          <w:rFonts w:ascii="Georgia" w:hAnsi="Georgia" w:cs="Times New Roman"/>
          <w:b/>
          <w:i w:val="0"/>
          <w:color w:val="000000"/>
          <w:sz w:val="24"/>
          <w:rtl/>
          <w:szCs w:val="32"/>
        </w:rPr>
        <w:t>יו״ד</w:t>
      </w:r>
      <w:r>
        <w:rPr>
          <w:rFonts w:ascii="Georgia" w:hAnsi="Georgia"/>
          <w:b w:val="0"/>
          <w:i w:val="0"/>
          <w:color w:val="000000"/>
          <w:sz w:val="24"/>
        </w:rPr>
        <w:t xml:space="preserve"> = 20 дает вместе] 112, [число] ЯБОК. АБ (72) и БОН (52) составляют 124 (</w:t>
      </w:r>
      <w:r>
        <w:rPr>
          <w:rFonts w:ascii="Georgia" w:hAnsi="Georgia" w:cs="Times New Roman"/>
          <w:b/>
          <w:i w:val="0"/>
          <w:color w:val="000000"/>
          <w:sz w:val="24"/>
          <w:rtl/>
          <w:szCs w:val="32"/>
        </w:rPr>
        <w:t>קכ״ד</w:t>
      </w:r>
      <w:r>
        <w:rPr>
          <w:rFonts w:ascii="Georgia" w:hAnsi="Georgia"/>
          <w:b w:val="0"/>
          <w:i w:val="0"/>
          <w:color w:val="000000"/>
          <w:sz w:val="24"/>
        </w:rPr>
        <w:t xml:space="preserve">), что по гематрии равно [имени] </w:t>
      </w:r>
      <w:r>
        <w:rPr>
          <w:rFonts w:ascii="Georgia" w:hAnsi="Georgia"/>
          <w:b w:val="0"/>
          <w:i/>
          <w:color w:val="000000"/>
          <w:sz w:val="24"/>
        </w:rPr>
        <w:t>Йоханан</w:t>
      </w:r>
      <w:r>
        <w:rPr>
          <w:rFonts w:ascii="Georgia" w:hAnsi="Georgia"/>
          <w:b w:val="0"/>
          <w:i w:val="0"/>
          <w:color w:val="000000"/>
          <w:sz w:val="24"/>
        </w:rPr>
        <w:t xml:space="preserve"> (</w:t>
      </w:r>
      <w:r>
        <w:rPr>
          <w:rFonts w:ascii="Georgia" w:hAnsi="Georgia" w:cs="Times New Roman"/>
          <w:b/>
          <w:i w:val="0"/>
          <w:color w:val="000000"/>
          <w:sz w:val="24"/>
          <w:rtl/>
          <w:szCs w:val="32"/>
        </w:rPr>
        <w:t>יוֹחָנָן</w:t>
      </w:r>
      <w:r>
        <w:rPr>
          <w:rFonts w:ascii="Georgia" w:hAnsi="Georgia"/>
          <w:b w:val="0"/>
          <w:i w:val="0"/>
          <w:color w:val="000000"/>
          <w:sz w:val="24"/>
        </w:rPr>
        <w:t xml:space="preserve"> = 124) [в имени рабби Йоханана] бен Брока. [Буквенное сплетение] </w:t>
      </w:r>
      <w:r>
        <w:rPr>
          <w:rFonts w:ascii="Georgia" w:hAnsi="Georgia" w:cs="Times New Roman"/>
          <w:b/>
          <w:i w:val="0"/>
          <w:color w:val="000000"/>
          <w:sz w:val="24"/>
          <w:rtl/>
          <w:szCs w:val="32"/>
        </w:rPr>
        <w:t>יֹיַ וִוֲ דֵדַ הַה יהְ וַֹה יֶה והֶי</w:t>
      </w:r>
      <w:r>
        <w:rPr>
          <w:rFonts w:ascii="Georgia" w:hAnsi="Georgia"/>
          <w:b w:val="0"/>
          <w:i w:val="0"/>
          <w:color w:val="000000"/>
          <w:sz w:val="24"/>
        </w:rPr>
        <w:t xml:space="preserve"> дает [число] ЯБОК; сплетение </w:t>
      </w:r>
      <w:r>
        <w:rPr>
          <w:rFonts w:ascii="Georgia" w:hAnsi="Georgia" w:cs="Times New Roman"/>
          <w:b/>
          <w:i w:val="0"/>
          <w:color w:val="000000"/>
          <w:sz w:val="24"/>
          <w:rtl/>
          <w:szCs w:val="32"/>
        </w:rPr>
        <w:t>יאהדונה״י</w:t>
      </w:r>
      <w:r>
        <w:rPr>
          <w:rFonts w:ascii="Georgia" w:hAnsi="Georgia"/>
          <w:b w:val="0"/>
          <w:i w:val="0"/>
          <w:color w:val="000000"/>
          <w:sz w:val="24"/>
        </w:rPr>
        <w:t xml:space="preserve"> равно 91 (</w:t>
      </w:r>
      <w:r>
        <w:rPr>
          <w:rFonts w:ascii="Georgia" w:hAnsi="Georgia" w:cs="Times New Roman"/>
          <w:b/>
          <w:i w:val="0"/>
          <w:color w:val="000000"/>
          <w:sz w:val="24"/>
          <w:rtl/>
          <w:szCs w:val="32"/>
        </w:rPr>
        <w:t>צ״א</w:t>
      </w:r>
      <w:r>
        <w:rPr>
          <w:rFonts w:ascii="Georgia" w:hAnsi="Georgia"/>
          <w:b w:val="0"/>
          <w:i w:val="0"/>
          <w:color w:val="000000"/>
          <w:sz w:val="24"/>
        </w:rPr>
        <w:t xml:space="preserve">); [сплетение] </w:t>
      </w:r>
      <w:r>
        <w:rPr>
          <w:rFonts w:ascii="Georgia" w:hAnsi="Georgia" w:cs="Times New Roman"/>
          <w:b/>
          <w:i w:val="0"/>
          <w:color w:val="000000"/>
          <w:sz w:val="24"/>
          <w:rtl/>
          <w:szCs w:val="32"/>
        </w:rPr>
        <w:t>אילההויה״ס</w:t>
      </w:r>
      <w:r>
        <w:rPr>
          <w:rFonts w:ascii="Georgia" w:hAnsi="Georgia"/>
          <w:b w:val="0"/>
          <w:i w:val="0"/>
          <w:color w:val="000000"/>
          <w:sz w:val="24"/>
        </w:rPr>
        <w:t xml:space="preserve"> равно 112, [числу] ЯБОК. Начальные буквы слов стиха </w:t>
      </w:r>
      <w:r>
        <w:rPr>
          <w:rFonts w:ascii="Georgia" w:hAnsi="Georgia"/>
          <w:b w:val="0"/>
          <w:i/>
          <w:color w:val="000000"/>
          <w:sz w:val="24"/>
        </w:rPr>
        <w:t>«В Твою руку вверяю дух мой»</w:t>
      </w:r>
      <w:r>
        <w:rPr>
          <w:rFonts w:ascii="Georgia" w:hAnsi="Georgia"/>
          <w:b w:val="0"/>
          <w:i w:val="0"/>
          <w:color w:val="000000"/>
          <w:sz w:val="24"/>
        </w:rPr>
        <w:t xml:space="preserve"> (Теилим 31:6) составляют [слово] </w:t>
      </w:r>
      <w:r>
        <w:rPr>
          <w:rFonts w:ascii="Georgia" w:hAnsi="Georgia"/>
          <w:b w:val="0"/>
          <w:i/>
          <w:color w:val="000000"/>
          <w:sz w:val="24"/>
        </w:rPr>
        <w:t>баар</w:t>
      </w:r>
      <w:r>
        <w:rPr>
          <w:rFonts w:ascii="Georgia" w:hAnsi="Georgia"/>
          <w:b w:val="0"/>
          <w:i w:val="0"/>
          <w:color w:val="000000"/>
          <w:sz w:val="24"/>
        </w:rPr>
        <w:t xml:space="preserve"> (</w:t>
      </w:r>
      <w:r>
        <w:rPr>
          <w:rFonts w:ascii="Georgia" w:hAnsi="Georgia" w:cs="Times New Roman"/>
          <w:b/>
          <w:i w:val="0"/>
          <w:color w:val="000000"/>
          <w:sz w:val="24"/>
          <w:rtl/>
          <w:szCs w:val="32"/>
        </w:rPr>
        <w:t>בא״ר</w:t>
      </w:r>
      <w:r>
        <w:rPr>
          <w:rFonts w:ascii="Georgia" w:hAnsi="Georgia"/>
          <w:b w:val="0"/>
          <w:i w:val="0"/>
          <w:color w:val="000000"/>
          <w:sz w:val="24"/>
        </w:rPr>
        <w:t xml:space="preserve">). [Затем следуют] БОН, МА, САГ, АБ; «меч обоюдоострый»; благословение «а-Мапиль»; чтение Шма; </w:t>
      </w:r>
      <w:r>
        <w:rPr>
          <w:rFonts w:ascii="Georgia" w:hAnsi="Georgia"/>
          <w:b w:val="0"/>
          <w:i/>
          <w:color w:val="000000"/>
          <w:sz w:val="24"/>
        </w:rPr>
        <w:t>«Вот ложе его...»</w:t>
      </w:r>
      <w:r>
        <w:rPr>
          <w:rFonts w:ascii="Georgia" w:hAnsi="Georgia"/>
          <w:b w:val="0"/>
          <w:i w:val="0"/>
          <w:color w:val="000000"/>
          <w:sz w:val="24"/>
        </w:rPr>
        <w:t xml:space="preserve"> (Шир а-Ширим 3:7); трижды благословение коэнов; [псалом] </w:t>
      </w:r>
      <w:r>
        <w:rPr>
          <w:rFonts w:ascii="Georgia" w:hAnsi="Georgia"/>
          <w:b w:val="0"/>
          <w:i/>
          <w:color w:val="000000"/>
          <w:sz w:val="24"/>
        </w:rPr>
        <w:t>«Живущий под кровом [Всевышнего]...»</w:t>
      </w:r>
      <w:r>
        <w:rPr>
          <w:rFonts w:ascii="Georgia" w:hAnsi="Georgia"/>
          <w:b w:val="0"/>
          <w:i w:val="0"/>
          <w:color w:val="000000"/>
          <w:sz w:val="24"/>
        </w:rPr>
        <w:t xml:space="preserve"> (Теилим 91:1) до [слов] </w:t>
      </w:r>
      <w:r>
        <w:rPr>
          <w:rFonts w:ascii="Georgia" w:hAnsi="Georgia"/>
          <w:b w:val="0"/>
          <w:i/>
          <w:color w:val="000000"/>
          <w:sz w:val="24"/>
        </w:rPr>
        <w:t>«Ибо Ты, Г-сподь, упование мое»</w:t>
      </w:r>
      <w:r>
        <w:rPr>
          <w:rFonts w:ascii="Georgia" w:hAnsi="Georgia"/>
          <w:b w:val="0"/>
          <w:i w:val="0"/>
          <w:color w:val="000000"/>
          <w:sz w:val="24"/>
        </w:rPr>
        <w:t xml:space="preserve"> (Теилим 91:9); исповедь (</w:t>
      </w:r>
      <w:r>
        <w:rPr>
          <w:rFonts w:ascii="Georgia" w:hAnsi="Georgia"/>
          <w:b w:val="0"/>
          <w:i/>
          <w:color w:val="000000"/>
          <w:sz w:val="24"/>
        </w:rPr>
        <w:t>видуй</w:t>
      </w:r>
      <w:r>
        <w:rPr>
          <w:rFonts w:ascii="Georgia" w:hAnsi="Georgia"/>
          <w:b w:val="0"/>
          <w:i w:val="0"/>
          <w:color w:val="000000"/>
          <w:sz w:val="24"/>
        </w:rPr>
        <w:t xml:space="preserve">); [молитва] </w:t>
      </w:r>
      <w:r>
        <w:rPr>
          <w:rFonts w:ascii="Georgia" w:hAnsi="Georgia"/>
          <w:b w:val="0"/>
          <w:i/>
          <w:color w:val="000000"/>
          <w:sz w:val="24"/>
        </w:rPr>
        <w:t>«Ана бе-хоах гдулат...»</w:t>
      </w:r>
      <w:r>
        <w:rPr>
          <w:rFonts w:ascii="Georgia" w:hAnsi="Georgia"/>
          <w:b w:val="0"/>
          <w:i w:val="0"/>
          <w:color w:val="000000"/>
          <w:sz w:val="24"/>
        </w:rPr>
        <w:t xml:space="preserve"> («Молим [мы]: великой силой...»); стих </w:t>
      </w:r>
      <w:r>
        <w:rPr>
          <w:rFonts w:ascii="Georgia" w:hAnsi="Georgia"/>
          <w:b w:val="0"/>
          <w:i/>
          <w:color w:val="000000"/>
          <w:sz w:val="24"/>
        </w:rPr>
        <w:t>«Г-сподь, спаси!..»</w:t>
      </w:r>
      <w:r>
        <w:rPr>
          <w:rFonts w:ascii="Georgia" w:hAnsi="Georgia"/>
          <w:b w:val="0"/>
          <w:i w:val="0"/>
          <w:color w:val="000000"/>
          <w:sz w:val="24"/>
        </w:rPr>
        <w:t xml:space="preserve"> (Теилим 20:10). Пояснение к нему: стих </w:t>
      </w:r>
      <w:r>
        <w:rPr>
          <w:rFonts w:ascii="Georgia" w:hAnsi="Georgia"/>
          <w:b w:val="0"/>
          <w:i/>
          <w:color w:val="000000"/>
          <w:sz w:val="24"/>
        </w:rPr>
        <w:t>«Г-сподь, спаси! Царь да ответит нам в день, когда мы взываем»</w:t>
      </w:r>
      <w:r>
        <w:rPr>
          <w:rFonts w:ascii="Georgia" w:hAnsi="Georgia"/>
          <w:b w:val="0"/>
          <w:i w:val="0"/>
          <w:color w:val="000000"/>
          <w:sz w:val="24"/>
        </w:rPr>
        <w:t xml:space="preserve"> (Теилим 20:10) — при [произнесении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направь намерение на Имя АВАЯ с наполнением буквами йод [АБ]. Начальные буквы слов </w:t>
      </w:r>
      <w:r>
        <w:rPr>
          <w:rFonts w:ascii="Georgia" w:hAnsi="Georgia"/>
          <w:b w:val="0"/>
          <w:i/>
          <w:color w:val="000000"/>
          <w:sz w:val="24"/>
        </w:rPr>
        <w:t>«Г-сподь, спаси! Царь...»</w:t>
      </w:r>
      <w:r>
        <w:rPr>
          <w:rFonts w:ascii="Georgia" w:hAnsi="Georgia"/>
          <w:b w:val="0"/>
          <w:i w:val="0"/>
          <w:color w:val="000000"/>
          <w:sz w:val="24"/>
        </w:rPr>
        <w:t xml:space="preserve"> дают буквы йод, хэй, хэй (</w:t>
      </w:r>
      <w:r>
        <w:rPr>
          <w:rFonts w:ascii="Georgia" w:hAnsi="Georgia" w:cs="Times New Roman"/>
          <w:b/>
          <w:i w:val="0"/>
          <w:color w:val="000000"/>
          <w:sz w:val="24"/>
          <w:rtl/>
          <w:szCs w:val="32"/>
        </w:rPr>
        <w:t>יה״ה</w:t>
      </w:r>
      <w:r>
        <w:rPr>
          <w:rFonts w:ascii="Georgia" w:hAnsi="Georgia"/>
          <w:b w:val="0"/>
          <w:i w:val="0"/>
          <w:color w:val="000000"/>
          <w:sz w:val="24"/>
        </w:rPr>
        <w:t xml:space="preserve">); в наполнении буквами хэй это [записывается как] </w:t>
      </w:r>
      <w:r>
        <w:rPr>
          <w:rFonts w:ascii="Georgia" w:hAnsi="Georgia" w:cs="Times New Roman"/>
          <w:b/>
          <w:i w:val="0"/>
          <w:color w:val="000000"/>
          <w:sz w:val="24"/>
          <w:rtl/>
          <w:szCs w:val="32"/>
        </w:rPr>
        <w:t>יוֹד ה״ה ה״ה</w:t>
      </w:r>
      <w:r>
        <w:rPr>
          <w:rFonts w:ascii="Georgia" w:hAnsi="Georgia"/>
          <w:b w:val="0"/>
          <w:i w:val="0"/>
          <w:color w:val="000000"/>
          <w:sz w:val="24"/>
        </w:rPr>
        <w:t>, и здесь недостает буквы вав (</w:t>
      </w:r>
      <w:r>
        <w:rPr>
          <w:rFonts w:ascii="Georgia" w:hAnsi="Georgia" w:cs="Times New Roman"/>
          <w:b/>
          <w:i w:val="0"/>
          <w:color w:val="000000"/>
          <w:sz w:val="24"/>
          <w:rtl/>
          <w:szCs w:val="32"/>
        </w:rPr>
        <w:t>ו</w:t>
      </w:r>
      <w:r>
        <w:rPr>
          <w:rFonts w:ascii="Georgia" w:hAnsi="Georgia"/>
          <w:b w:val="0"/>
          <w:i w:val="0"/>
          <w:color w:val="000000"/>
          <w:sz w:val="24"/>
        </w:rPr>
        <w:t xml:space="preserve">) из Имени АВАЯ. Для слов </w:t>
      </w:r>
      <w:r>
        <w:rPr>
          <w:rFonts w:ascii="Georgia" w:hAnsi="Georgia"/>
          <w:b w:val="0"/>
          <w:i/>
          <w:color w:val="000000"/>
          <w:sz w:val="24"/>
        </w:rPr>
        <w:t>«ответит нам в день, когда мы взываем»</w:t>
      </w:r>
      <w:r>
        <w:rPr>
          <w:rFonts w:ascii="Georgia" w:hAnsi="Georgia"/>
          <w:b w:val="0"/>
          <w:i w:val="0"/>
          <w:color w:val="000000"/>
          <w:sz w:val="24"/>
        </w:rPr>
        <w:t xml:space="preserve"> и Имени АВАЯ берется [начертание] </w:t>
      </w:r>
      <w:r>
        <w:rPr>
          <w:rFonts w:ascii="Georgia" w:hAnsi="Georgia" w:cs="Times New Roman"/>
          <w:b/>
          <w:i w:val="0"/>
          <w:color w:val="000000"/>
          <w:sz w:val="24"/>
          <w:rtl/>
          <w:szCs w:val="32"/>
        </w:rPr>
        <w:t>יוֵֹד הָי וַיֶו הֶי</w:t>
      </w:r>
      <w:r>
        <w:rPr>
          <w:rFonts w:ascii="Georgia" w:hAnsi="Georgia"/>
          <w:b w:val="0"/>
          <w:i w:val="0"/>
          <w:color w:val="000000"/>
          <w:sz w:val="24"/>
        </w:rPr>
        <w:t>, огласовки которого по гематрии равны 102 (</w:t>
      </w:r>
      <w:r>
        <w:rPr>
          <w:rFonts w:ascii="Georgia" w:hAnsi="Georgia" w:cs="Times New Roman"/>
          <w:b/>
          <w:i w:val="0"/>
          <w:color w:val="000000"/>
          <w:sz w:val="24"/>
          <w:rtl/>
          <w:szCs w:val="32"/>
        </w:rPr>
        <w:t>ק״ב</w:t>
      </w:r>
      <w:r>
        <w:rPr>
          <w:rFonts w:ascii="Georgia" w:hAnsi="Georgia"/>
          <w:b w:val="0"/>
          <w:i w:val="0"/>
          <w:color w:val="000000"/>
          <w:sz w:val="24"/>
        </w:rPr>
        <w:t>), а вместе с десятью буквами получается 112, [число] ЯБОК (</w:t>
      </w:r>
      <w:r>
        <w:rPr>
          <w:rFonts w:ascii="Georgia" w:hAnsi="Georgia" w:cs="Times New Roman"/>
          <w:b/>
          <w:i w:val="0"/>
          <w:color w:val="000000"/>
          <w:sz w:val="24"/>
          <w:rtl/>
          <w:szCs w:val="32"/>
        </w:rPr>
        <w:t>יב״ק</w:t>
      </w:r>
      <w:r>
        <w:rPr>
          <w:rFonts w:ascii="Georgia" w:hAnsi="Georgia"/>
          <w:b w:val="0"/>
          <w:i w:val="0"/>
          <w:color w:val="000000"/>
          <w:sz w:val="24"/>
        </w:rPr>
        <w:t xml:space="preserve">). А второе [начертание] — </w:t>
      </w:r>
      <w:r>
        <w:rPr>
          <w:rFonts w:ascii="Georgia" w:hAnsi="Georgia" w:cs="Times New Roman"/>
          <w:b/>
          <w:i w:val="0"/>
          <w:color w:val="000000"/>
          <w:sz w:val="24"/>
          <w:rtl/>
          <w:szCs w:val="32"/>
        </w:rPr>
        <w:t>יַוֲדֵ ההְ הֹהֹ</w:t>
      </w:r>
      <w:r>
        <w:rPr>
          <w:rFonts w:ascii="Georgia" w:hAnsi="Georgia"/>
          <w:b w:val="0"/>
          <w:i w:val="0"/>
          <w:color w:val="000000"/>
          <w:sz w:val="24"/>
        </w:rPr>
        <w:t>, огласовки которого по гематрии равны 92 (</w:t>
      </w:r>
      <w:r>
        <w:rPr>
          <w:rFonts w:ascii="Georgia" w:hAnsi="Georgia" w:cs="Times New Roman"/>
          <w:b/>
          <w:i w:val="0"/>
          <w:color w:val="000000"/>
          <w:sz w:val="24"/>
          <w:rtl/>
          <w:szCs w:val="32"/>
        </w:rPr>
        <w:t>צ״ב</w:t>
      </w:r>
      <w:r>
        <w:rPr>
          <w:rFonts w:ascii="Georgia" w:hAnsi="Georgia"/>
          <w:b w:val="0"/>
          <w:i w:val="0"/>
          <w:color w:val="000000"/>
          <w:sz w:val="24"/>
        </w:rPr>
        <w:t xml:space="preserve">); и три буквы [далет, йод, вав — </w:t>
      </w:r>
      <w:r>
        <w:rPr>
          <w:rFonts w:ascii="Georgia" w:hAnsi="Georgia" w:cs="Times New Roman"/>
          <w:b/>
          <w:i w:val="0"/>
          <w:color w:val="000000"/>
          <w:sz w:val="24"/>
          <w:rtl/>
          <w:szCs w:val="32"/>
        </w:rPr>
        <w:t>רי״ו</w:t>
      </w:r>
      <w:r>
        <w:rPr>
          <w:rFonts w:ascii="Georgia" w:hAnsi="Georgia"/>
          <w:b w:val="0"/>
          <w:i w:val="0"/>
          <w:color w:val="000000"/>
          <w:sz w:val="24"/>
        </w:rPr>
        <w:t>], не получившие огласовок из вышеупомянутого Имени АВАЯ с наполнением буквами йод [дают 20 и вместе с 92], образуют ЯБОК (</w:t>
      </w:r>
      <w:r>
        <w:rPr>
          <w:rFonts w:ascii="Georgia" w:hAnsi="Georgia" w:cs="Times New Roman"/>
          <w:b/>
          <w:i w:val="0"/>
          <w:color w:val="000000"/>
          <w:sz w:val="24"/>
          <w:rtl/>
          <w:szCs w:val="32"/>
        </w:rPr>
        <w:t>יב״ק</w:t>
      </w:r>
      <w:r>
        <w:rPr>
          <w:rFonts w:ascii="Georgia" w:hAnsi="Georgia"/>
          <w:b w:val="0"/>
          <w:i w:val="0"/>
          <w:color w:val="000000"/>
          <w:sz w:val="24"/>
        </w:rPr>
        <w:t xml:space="preserve"> = 112), и получается дважды ЯБОК. [Сплетения] </w:t>
      </w:r>
      <w:r>
        <w:rPr>
          <w:rFonts w:ascii="Georgia" w:hAnsi="Georgia" w:cs="Times New Roman"/>
          <w:b/>
          <w:i w:val="0"/>
          <w:color w:val="000000"/>
          <w:sz w:val="24"/>
          <w:rtl/>
          <w:szCs w:val="32"/>
        </w:rPr>
        <w:t>יֹיַ וִוֲ דֵדָ הָֹה יהְוַֹה יהוֶֹהֵ יֹיַ וִוֲ דֹדָ הַה יהְוַֹה יֶהוהֶ</w:t>
      </w:r>
      <w:r>
        <w:rPr>
          <w:rFonts w:ascii="Georgia" w:hAnsi="Georgia"/>
          <w:b w:val="0"/>
          <w:i w:val="0"/>
          <w:color w:val="000000"/>
          <w:sz w:val="24"/>
        </w:rPr>
        <w:t xml:space="preserve"> дают [число] ЯБОК — чтобы притянуть [душу] рабби Йоханана бен Брока. Начальные буквы слов </w:t>
      </w:r>
      <w:r>
        <w:rPr>
          <w:rFonts w:ascii="Georgia" w:hAnsi="Georgia"/>
          <w:b w:val="0"/>
          <w:i/>
          <w:color w:val="000000"/>
          <w:sz w:val="24"/>
        </w:rPr>
        <w:t>яанену бе-йом корэну</w:t>
      </w:r>
      <w:r>
        <w:rPr>
          <w:rFonts w:ascii="Georgia" w:hAnsi="Georgia"/>
          <w:b w:val="0"/>
          <w:i w:val="0"/>
          <w:color w:val="000000"/>
          <w:sz w:val="24"/>
        </w:rPr>
        <w:t xml:space="preserve"> — </w:t>
      </w:r>
      <w:r>
        <w:rPr>
          <w:rFonts w:ascii="Georgia" w:hAnsi="Georgia"/>
          <w:b w:val="0"/>
          <w:i/>
          <w:color w:val="000000"/>
          <w:sz w:val="24"/>
        </w:rPr>
        <w:t>«ответит нам в день, когда мы взываем»</w:t>
      </w:r>
      <w:r>
        <w:rPr>
          <w:rFonts w:ascii="Georgia" w:hAnsi="Georgia"/>
          <w:b w:val="0"/>
          <w:i w:val="0"/>
          <w:color w:val="000000"/>
          <w:sz w:val="24"/>
        </w:rPr>
        <w:t xml:space="preserve"> (</w:t>
      </w:r>
      <w:r>
        <w:rPr>
          <w:rFonts w:ascii="Georgia" w:hAnsi="Georgia" w:cs="Times New Roman"/>
          <w:b/>
          <w:i w:val="0"/>
          <w:color w:val="000000"/>
          <w:sz w:val="24"/>
          <w:rtl/>
          <w:szCs w:val="32"/>
        </w:rPr>
        <w:t>יַעֲנֵנוּ בְיוֹם קָרְאֵנוּ</w:t>
      </w:r>
      <w:r>
        <w:rPr>
          <w:rFonts w:ascii="Georgia" w:hAnsi="Georgia"/>
          <w:b w:val="0"/>
          <w:i w:val="0"/>
          <w:color w:val="000000"/>
          <w:sz w:val="24"/>
        </w:rPr>
        <w:t>) образуют ЯБОК (</w:t>
      </w:r>
      <w:r>
        <w:rPr>
          <w:rFonts w:ascii="Georgia" w:hAnsi="Georgia" w:cs="Times New Roman"/>
          <w:b/>
          <w:i w:val="0"/>
          <w:color w:val="000000"/>
          <w:sz w:val="24"/>
          <w:rtl/>
          <w:szCs w:val="32"/>
        </w:rPr>
        <w:t>יב״ק</w:t>
      </w:r>
      <w:r>
        <w:rPr>
          <w:rFonts w:ascii="Georgia" w:hAnsi="Georgia"/>
          <w:b w:val="0"/>
          <w:i w:val="0"/>
          <w:color w:val="000000"/>
          <w:sz w:val="24"/>
        </w:rPr>
        <w:t xml:space="preserve"> = 112): йод (</w:t>
      </w:r>
      <w:r>
        <w:rPr>
          <w:rFonts w:ascii="Georgia" w:hAnsi="Georgia" w:cs="Times New Roman"/>
          <w:b/>
          <w:i w:val="0"/>
          <w:color w:val="000000"/>
          <w:sz w:val="24"/>
          <w:rtl/>
          <w:szCs w:val="32"/>
        </w:rPr>
        <w:t>י</w:t>
      </w:r>
      <w:r>
        <w:rPr>
          <w:rFonts w:ascii="Georgia" w:hAnsi="Georgia"/>
          <w:b w:val="0"/>
          <w:i w:val="0"/>
          <w:color w:val="000000"/>
          <w:sz w:val="24"/>
        </w:rPr>
        <w:t xml:space="preserve"> = 10), бэт (</w:t>
      </w:r>
      <w:r>
        <w:rPr>
          <w:rFonts w:ascii="Georgia" w:hAnsi="Georgia" w:cs="Times New Roman"/>
          <w:b/>
          <w:i w:val="0"/>
          <w:color w:val="000000"/>
          <w:sz w:val="24"/>
          <w:rtl/>
          <w:szCs w:val="32"/>
        </w:rPr>
        <w:t>ב</w:t>
      </w:r>
      <w:r>
        <w:rPr>
          <w:rFonts w:ascii="Georgia" w:hAnsi="Georgia"/>
          <w:b w:val="0"/>
          <w:i w:val="0"/>
          <w:color w:val="000000"/>
          <w:sz w:val="24"/>
        </w:rPr>
        <w:t xml:space="preserve"> = 2), куф (</w:t>
      </w:r>
      <w:r>
        <w:rPr>
          <w:rFonts w:ascii="Georgia" w:hAnsi="Georgia" w:cs="Times New Roman"/>
          <w:b/>
          <w:i w:val="0"/>
          <w:color w:val="000000"/>
          <w:sz w:val="24"/>
          <w:rtl/>
          <w:szCs w:val="32"/>
        </w:rPr>
        <w:t>ק</w:t>
      </w:r>
      <w:r>
        <w:rPr>
          <w:rFonts w:ascii="Georgia" w:hAnsi="Georgia"/>
          <w:b w:val="0"/>
          <w:i w:val="0"/>
          <w:color w:val="000000"/>
          <w:sz w:val="24"/>
        </w:rPr>
        <w:t xml:space="preserve"> = 100); а конечные буквы — [Имя] БОН (</w:t>
      </w:r>
      <w:r>
        <w:rPr>
          <w:rFonts w:ascii="Georgia" w:hAnsi="Georgia" w:cs="Times New Roman"/>
          <w:b/>
          <w:i w:val="0"/>
          <w:color w:val="000000"/>
          <w:sz w:val="24"/>
          <w:rtl/>
          <w:szCs w:val="32"/>
        </w:rPr>
        <w:t>ב״ן</w:t>
      </w:r>
      <w:r>
        <w:rPr>
          <w:rFonts w:ascii="Georgia" w:hAnsi="Georgia"/>
          <w:b w:val="0"/>
          <w:i w:val="0"/>
          <w:color w:val="000000"/>
          <w:sz w:val="24"/>
        </w:rPr>
        <w:t xml:space="preserve"> = 52): вав (</w:t>
      </w:r>
      <w:r>
        <w:rPr>
          <w:rFonts w:ascii="Georgia" w:hAnsi="Georgia" w:cs="Times New Roman"/>
          <w:b/>
          <w:i w:val="0"/>
          <w:color w:val="000000"/>
          <w:sz w:val="24"/>
          <w:rtl/>
          <w:szCs w:val="32"/>
        </w:rPr>
        <w:t>ו</w:t>
      </w:r>
      <w:r>
        <w:rPr>
          <w:rFonts w:ascii="Georgia" w:hAnsi="Georgia"/>
          <w:b w:val="0"/>
          <w:i w:val="0"/>
          <w:color w:val="000000"/>
          <w:sz w:val="24"/>
        </w:rPr>
        <w:t xml:space="preserve"> = 6), мэм (</w:t>
      </w:r>
      <w:r>
        <w:rPr>
          <w:rFonts w:ascii="Georgia" w:hAnsi="Georgia" w:cs="Times New Roman"/>
          <w:b/>
          <w:i w:val="0"/>
          <w:color w:val="000000"/>
          <w:sz w:val="24"/>
          <w:rtl/>
          <w:szCs w:val="32"/>
        </w:rPr>
        <w:t>ם</w:t>
      </w:r>
      <w:r>
        <w:rPr>
          <w:rFonts w:ascii="Georgia" w:hAnsi="Georgia"/>
          <w:b w:val="0"/>
          <w:i w:val="0"/>
          <w:color w:val="000000"/>
          <w:sz w:val="24"/>
        </w:rPr>
        <w:t xml:space="preserve"> = 40), вав (</w:t>
      </w:r>
      <w:r>
        <w:rPr>
          <w:rFonts w:ascii="Georgia" w:hAnsi="Georgia" w:cs="Times New Roman"/>
          <w:b/>
          <w:i w:val="0"/>
          <w:color w:val="000000"/>
          <w:sz w:val="24"/>
          <w:rtl/>
          <w:szCs w:val="32"/>
        </w:rPr>
        <w:t>ו</w:t>
      </w:r>
      <w:r>
        <w:rPr>
          <w:rFonts w:ascii="Georgia" w:hAnsi="Georgia"/>
          <w:b w:val="0"/>
          <w:i w:val="0"/>
          <w:color w:val="000000"/>
          <w:sz w:val="24"/>
        </w:rPr>
        <w:t xml:space="preserve"> = 6). АБ (72) и БОН (52) вместе составляют 124 (</w:t>
      </w:r>
      <w:r>
        <w:rPr>
          <w:rFonts w:ascii="Georgia" w:hAnsi="Georgia" w:cs="Times New Roman"/>
          <w:b/>
          <w:i w:val="0"/>
          <w:color w:val="000000"/>
          <w:sz w:val="24"/>
          <w:rtl/>
          <w:szCs w:val="32"/>
        </w:rPr>
        <w:t>קכ״ד</w:t>
      </w:r>
      <w:r>
        <w:rPr>
          <w:rFonts w:ascii="Georgia" w:hAnsi="Georgia"/>
          <w:b w:val="0"/>
          <w:i w:val="0"/>
          <w:color w:val="000000"/>
          <w:sz w:val="24"/>
        </w:rPr>
        <w:t xml:space="preserve">), что по гематрии равно [имени] </w:t>
      </w:r>
      <w:r>
        <w:rPr>
          <w:rFonts w:ascii="Georgia" w:hAnsi="Georgia"/>
          <w:b w:val="0"/>
          <w:i/>
          <w:color w:val="000000"/>
          <w:sz w:val="24"/>
        </w:rPr>
        <w:t>Йоханан</w:t>
      </w:r>
      <w:r>
        <w:rPr>
          <w:rFonts w:ascii="Georgia" w:hAnsi="Georgia"/>
          <w:b w:val="0"/>
          <w:i w:val="0"/>
          <w:color w:val="000000"/>
          <w:sz w:val="24"/>
        </w:rPr>
        <w:t xml:space="preserve"> (</w:t>
      </w:r>
      <w:r>
        <w:rPr>
          <w:rFonts w:ascii="Georgia" w:hAnsi="Georgia" w:cs="Times New Roman"/>
          <w:b/>
          <w:i w:val="0"/>
          <w:color w:val="000000"/>
          <w:sz w:val="24"/>
          <w:rtl/>
          <w:szCs w:val="32"/>
        </w:rPr>
        <w:t>יוֹחָנָן</w:t>
      </w:r>
      <w:r>
        <w:rPr>
          <w:rFonts w:ascii="Georgia" w:hAnsi="Georgia"/>
          <w:b w:val="0"/>
          <w:i w:val="0"/>
          <w:color w:val="000000"/>
          <w:sz w:val="24"/>
        </w:rPr>
        <w:t xml:space="preserve"> = 124). Объединяющее же их Имя — это ступени обратной стороны (ахораим) наполнения Имени АВАЯ буквами хэй [БОН], сумма которых составляет 144 (</w:t>
      </w:r>
      <w:r>
        <w:rPr>
          <w:rFonts w:ascii="Georgia" w:hAnsi="Georgia" w:cs="Times New Roman"/>
          <w:b/>
          <w:i w:val="0"/>
          <w:color w:val="000000"/>
          <w:sz w:val="24"/>
          <w:rtl/>
          <w:szCs w:val="32"/>
        </w:rPr>
        <w:t>קד״ם</w:t>
      </w:r>
      <w:r>
        <w:rPr>
          <w:rFonts w:ascii="Georgia" w:hAnsi="Georgia"/>
          <w:b w:val="0"/>
          <w:i w:val="0"/>
          <w:color w:val="000000"/>
          <w:sz w:val="24"/>
        </w:rPr>
        <w:t>). Если вычесть 26 (</w:t>
      </w:r>
      <w:r>
        <w:rPr>
          <w:rFonts w:ascii="Georgia" w:hAnsi="Georgia" w:cs="Times New Roman"/>
          <w:b/>
          <w:i w:val="0"/>
          <w:color w:val="000000"/>
          <w:sz w:val="24"/>
          <w:rtl/>
          <w:szCs w:val="32"/>
        </w:rPr>
        <w:t>כ״ו</w:t>
      </w:r>
      <w:r>
        <w:rPr>
          <w:rFonts w:ascii="Georgia" w:hAnsi="Georgia"/>
          <w:b w:val="0"/>
          <w:i w:val="0"/>
          <w:color w:val="000000"/>
          <w:sz w:val="24"/>
        </w:rPr>
        <w:t>) из самого простого Имени АВАЯ, останется 118 (</w:t>
      </w:r>
      <w:r>
        <w:rPr>
          <w:rFonts w:ascii="Georgia" w:hAnsi="Georgia" w:cs="Times New Roman"/>
          <w:b/>
          <w:i w:val="0"/>
          <w:color w:val="000000"/>
          <w:sz w:val="24"/>
          <w:rtl/>
          <w:szCs w:val="32"/>
        </w:rPr>
        <w:t>קי״ח</w:t>
      </w:r>
      <w:r>
        <w:rPr>
          <w:rFonts w:ascii="Georgia" w:hAnsi="Georgia"/>
          <w:b w:val="0"/>
          <w:i w:val="0"/>
          <w:color w:val="000000"/>
          <w:sz w:val="24"/>
        </w:rPr>
        <w:t xml:space="preserve">), а первая буква вав в наполнении [Имени АВАЯ] буквами йод [в слове </w:t>
      </w:r>
      <w:r>
        <w:rPr>
          <w:rFonts w:ascii="Georgia" w:hAnsi="Georgia" w:cs="Times New Roman"/>
          <w:b/>
          <w:i w:val="0"/>
          <w:color w:val="000000"/>
          <w:sz w:val="24"/>
          <w:rtl/>
          <w:szCs w:val="32"/>
        </w:rPr>
        <w:t>יו״ד</w:t>
      </w:r>
      <w:r>
        <w:rPr>
          <w:rFonts w:ascii="Georgia" w:hAnsi="Georgia"/>
          <w:b w:val="0"/>
          <w:i w:val="0"/>
          <w:color w:val="000000"/>
          <w:sz w:val="24"/>
        </w:rPr>
        <w:t>, равная 6, дает вместе] 124 (</w:t>
      </w:r>
      <w:r>
        <w:rPr>
          <w:rFonts w:ascii="Georgia" w:hAnsi="Georgia" w:cs="Times New Roman"/>
          <w:b/>
          <w:i w:val="0"/>
          <w:color w:val="000000"/>
          <w:sz w:val="24"/>
          <w:rtl/>
          <w:szCs w:val="32"/>
        </w:rPr>
        <w:t>קכ״ד</w:t>
      </w:r>
      <w:r>
        <w:rPr>
          <w:rFonts w:ascii="Georgia" w:hAnsi="Georgia"/>
          <w:b w:val="0"/>
          <w:i w:val="0"/>
          <w:color w:val="000000"/>
          <w:sz w:val="24"/>
        </w:rPr>
        <w:t>).</w:t>
      </w:r>
    </w:p>
    <w:p>
      <w:pPr>
        <w:keepNext/>
        <w:spacing w:before="320" w:after="120"/>
      </w:pPr>
      <w:r>
        <w:rPr>
          <w:rFonts w:ascii="Georgia" w:hAnsi="Georgia"/>
          <w:b w:val="0"/>
          <w:i w:val="0"/>
          <w:color w:val="000000"/>
          <w:sz w:val="32"/>
        </w:rPr>
        <w:t>Ихуд 14</w:t>
      </w:r>
    </w:p>
    <w:p>
      <w:pPr>
        <w:spacing w:before="40" w:after="120"/>
        <w:jc w:val="both"/>
      </w:pPr>
      <w:r>
        <w:rPr>
          <w:rFonts w:ascii="Georgia" w:hAnsi="Georgia"/>
          <w:b w:val="0"/>
          <w:i w:val="0"/>
          <w:color w:val="000000"/>
          <w:sz w:val="24"/>
        </w:rPr>
        <w:t xml:space="preserve">Упомянутое выше [Имя] ЭЛЬ также основано на стихе: </w:t>
      </w:r>
      <w:r>
        <w:rPr>
          <w:rFonts w:ascii="Georgia" w:hAnsi="Georgia"/>
          <w:b w:val="0"/>
          <w:i/>
          <w:color w:val="000000"/>
          <w:sz w:val="24"/>
        </w:rPr>
        <w:t>«Мелеха в красоте его увидят глаза твои…»</w:t>
      </w:r>
      <w:r>
        <w:rPr>
          <w:rFonts w:ascii="Georgia" w:hAnsi="Georgia"/>
          <w:b w:val="0"/>
          <w:i w:val="0"/>
          <w:color w:val="000000"/>
          <w:sz w:val="24"/>
        </w:rPr>
        <w:t xml:space="preserve"> (Йешаяу 33:17). Начальные буквы слов </w:t>
      </w:r>
      <w:r>
        <w:rPr>
          <w:rFonts w:ascii="Georgia" w:hAnsi="Georgia"/>
          <w:b w:val="0"/>
          <w:i/>
          <w:color w:val="000000"/>
          <w:sz w:val="24"/>
        </w:rPr>
        <w:t>мелех бе-йофйо</w:t>
      </w:r>
      <w:r>
        <w:rPr>
          <w:rFonts w:ascii="Georgia" w:hAnsi="Georgia"/>
          <w:b w:val="0"/>
          <w:i w:val="0"/>
          <w:color w:val="000000"/>
          <w:sz w:val="24"/>
        </w:rPr>
        <w:t xml:space="preserve"> —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и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 составляют сорок два (</w:t>
      </w:r>
      <w:r>
        <w:rPr>
          <w:rFonts w:ascii="Georgia" w:hAnsi="Georgia" w:cs="Times New Roman"/>
          <w:b/>
          <w:i w:val="0"/>
          <w:color w:val="000000"/>
          <w:sz w:val="24"/>
          <w:rtl/>
          <w:szCs w:val="32"/>
        </w:rPr>
        <w:t>מ״ב</w:t>
      </w:r>
      <w:r>
        <w:rPr>
          <w:rFonts w:ascii="Georgia" w:hAnsi="Georgia"/>
          <w:b w:val="0"/>
          <w:i w:val="0"/>
          <w:color w:val="000000"/>
          <w:sz w:val="24"/>
        </w:rPr>
        <w:t xml:space="preserve">), что указывает на 42 буквы [развернутого наполнения] АВАЯ де-МА с алефами. Начальные буквы слов </w:t>
      </w:r>
      <w:r>
        <w:rPr>
          <w:rFonts w:ascii="Georgia" w:hAnsi="Georgia"/>
          <w:b w:val="0"/>
          <w:i/>
          <w:color w:val="000000"/>
          <w:sz w:val="24"/>
        </w:rPr>
        <w:t>тэхезена энеха</w:t>
      </w:r>
      <w:r>
        <w:rPr>
          <w:rFonts w:ascii="Georgia" w:hAnsi="Georgia"/>
          <w:b w:val="0"/>
          <w:i w:val="0"/>
          <w:color w:val="000000"/>
          <w:sz w:val="24"/>
        </w:rPr>
        <w:t xml:space="preserve"> — буква тав (</w:t>
      </w:r>
      <w:r>
        <w:rPr>
          <w:rFonts w:ascii="Georgia" w:hAnsi="Georgia" w:cs="Times New Roman"/>
          <w:b/>
          <w:i w:val="0"/>
          <w:color w:val="000000"/>
          <w:sz w:val="24"/>
          <w:rtl/>
          <w:szCs w:val="32"/>
        </w:rPr>
        <w:t>ת</w:t>
      </w:r>
      <w:r>
        <w:rPr>
          <w:rFonts w:ascii="Georgia" w:hAnsi="Georgia"/>
          <w:b w:val="0"/>
          <w:i w:val="0"/>
          <w:color w:val="000000"/>
          <w:sz w:val="24"/>
        </w:rPr>
        <w:t xml:space="preserve"> = 400) и буква айн (</w:t>
      </w:r>
      <w:r>
        <w:rPr>
          <w:rFonts w:ascii="Georgia" w:hAnsi="Georgia" w:cs="Times New Roman"/>
          <w:b/>
          <w:i w:val="0"/>
          <w:color w:val="000000"/>
          <w:sz w:val="24"/>
          <w:rtl/>
          <w:szCs w:val="32"/>
        </w:rPr>
        <w:t>ע</w:t>
      </w:r>
      <w:r>
        <w:rPr>
          <w:rFonts w:ascii="Georgia" w:hAnsi="Georgia"/>
          <w:b w:val="0"/>
          <w:i w:val="0"/>
          <w:color w:val="000000"/>
          <w:sz w:val="24"/>
        </w:rPr>
        <w:t xml:space="preserve"> = 70) — составляют число 470 (</w:t>
      </w:r>
      <w:r>
        <w:rPr>
          <w:rFonts w:ascii="Georgia" w:hAnsi="Georgia" w:cs="Times New Roman"/>
          <w:b/>
          <w:i w:val="0"/>
          <w:color w:val="000000"/>
          <w:sz w:val="24"/>
          <w:rtl/>
          <w:szCs w:val="32"/>
        </w:rPr>
        <w:t>ע״ת</w:t>
      </w:r>
      <w:r>
        <w:rPr>
          <w:rFonts w:ascii="Georgia" w:hAnsi="Georgia"/>
          <w:b w:val="0"/>
          <w:i w:val="0"/>
          <w:color w:val="000000"/>
          <w:sz w:val="24"/>
        </w:rPr>
        <w:t>). Они складываются из АБ (72) [плюс] 130 (</w:t>
      </w:r>
      <w:r>
        <w:rPr>
          <w:rFonts w:ascii="Georgia" w:hAnsi="Georgia" w:cs="Times New Roman"/>
          <w:b/>
          <w:i w:val="0"/>
          <w:color w:val="000000"/>
          <w:sz w:val="24"/>
          <w:rtl/>
          <w:szCs w:val="32"/>
        </w:rPr>
        <w:t>ק״ל</w:t>
      </w:r>
      <w:r>
        <w:rPr>
          <w:rFonts w:ascii="Georgia" w:hAnsi="Georgia"/>
          <w:b w:val="0"/>
          <w:i w:val="0"/>
          <w:color w:val="000000"/>
          <w:sz w:val="24"/>
        </w:rPr>
        <w:t xml:space="preserve">), АБ (72) [плюс] </w:t>
      </w:r>
      <w:r>
        <w:rPr>
          <w:rFonts w:ascii="Georgia" w:hAnsi="Georgia"/>
          <w:b w:val="0"/>
          <w:i/>
          <w:color w:val="000000"/>
          <w:sz w:val="24"/>
        </w:rPr>
        <w:t>кедем</w:t>
      </w:r>
      <w:r>
        <w:rPr>
          <w:rFonts w:ascii="Georgia" w:hAnsi="Georgia"/>
          <w:b w:val="0"/>
          <w:i w:val="0"/>
          <w:color w:val="000000"/>
          <w:sz w:val="24"/>
        </w:rPr>
        <w:t xml:space="preserve"> (</w:t>
      </w:r>
      <w:r>
        <w:rPr>
          <w:rFonts w:ascii="Georgia" w:hAnsi="Georgia" w:cs="Times New Roman"/>
          <w:b/>
          <w:i w:val="0"/>
          <w:color w:val="000000"/>
          <w:sz w:val="24"/>
          <w:rtl/>
          <w:szCs w:val="32"/>
        </w:rPr>
        <w:t>קֶדֶם</w:t>
      </w:r>
      <w:r>
        <w:rPr>
          <w:rFonts w:ascii="Georgia" w:hAnsi="Georgia"/>
          <w:b w:val="0"/>
          <w:i w:val="0"/>
          <w:color w:val="000000"/>
          <w:sz w:val="24"/>
        </w:rPr>
        <w:t xml:space="preserve"> = 144) и БОН (52) — [что соответствует] двум глазам (</w:t>
      </w:r>
      <w:r>
        <w:rPr>
          <w:rFonts w:ascii="Georgia" w:hAnsi="Georgia"/>
          <w:b w:val="0"/>
          <w:i/>
          <w:color w:val="000000"/>
          <w:sz w:val="24"/>
        </w:rPr>
        <w:t>эйнаим</w:t>
      </w:r>
      <w:r>
        <w:rPr>
          <w:rFonts w:ascii="Georgia" w:hAnsi="Georgia"/>
          <w:b w:val="0"/>
          <w:i w:val="0"/>
          <w:color w:val="000000"/>
          <w:sz w:val="24"/>
        </w:rPr>
        <w:t xml:space="preserve">) нуквы, [и цель в том], чтобы подсластить их упомянутым числом 42, чтобы Зеир Анпин (ЗА) не сказал ей: </w:t>
      </w:r>
      <w:r>
        <w:rPr>
          <w:rFonts w:ascii="Georgia" w:hAnsi="Georgia"/>
          <w:b w:val="0"/>
          <w:i/>
          <w:color w:val="000000"/>
          <w:sz w:val="24"/>
        </w:rPr>
        <w:t>«Отврати глаза твои от Меня…»</w:t>
      </w:r>
      <w:r>
        <w:rPr>
          <w:rFonts w:ascii="Georgia" w:hAnsi="Georgia"/>
          <w:b w:val="0"/>
          <w:i w:val="0"/>
          <w:color w:val="000000"/>
          <w:sz w:val="24"/>
        </w:rPr>
        <w:t xml:space="preserve"> (Шир а-Ширим 6:5). [Примечание издателя: раввин Йосеф Д., благословенной памяти, отмечает, что следует читать: «правый — это сорок два [и] 130 (</w:t>
      </w:r>
      <w:r>
        <w:rPr>
          <w:rFonts w:ascii="Georgia" w:hAnsi="Georgia" w:cs="Times New Roman"/>
          <w:b/>
          <w:i w:val="0"/>
          <w:color w:val="000000"/>
          <w:sz w:val="24"/>
          <w:rtl/>
          <w:szCs w:val="32"/>
        </w:rPr>
        <w:t>מ״ב ק״ל</w:t>
      </w:r>
      <w:r>
        <w:rPr>
          <w:rFonts w:ascii="Georgia" w:hAnsi="Georgia"/>
          <w:b w:val="0"/>
          <w:i w:val="0"/>
          <w:color w:val="000000"/>
          <w:sz w:val="24"/>
        </w:rPr>
        <w:t xml:space="preserve">)»]. А левый [глаз] — это АБ [и] </w:t>
      </w:r>
      <w:r>
        <w:rPr>
          <w:rFonts w:ascii="Georgia" w:hAnsi="Georgia"/>
          <w:b w:val="0"/>
          <w:i/>
          <w:color w:val="000000"/>
          <w:sz w:val="24"/>
        </w:rPr>
        <w:t>кедем</w:t>
      </w:r>
      <w:r>
        <w:rPr>
          <w:rFonts w:ascii="Georgia" w:hAnsi="Georgia"/>
          <w:b w:val="0"/>
          <w:i w:val="0"/>
          <w:color w:val="000000"/>
          <w:sz w:val="24"/>
        </w:rPr>
        <w:t xml:space="preserve">, [что] численно равно 130 (то есть АБ [и] 130, то есть МА справа, и АБ [и] </w:t>
      </w:r>
      <w:r>
        <w:rPr>
          <w:rFonts w:ascii="Georgia" w:hAnsi="Georgia"/>
          <w:b w:val="0"/>
          <w:i/>
          <w:color w:val="000000"/>
          <w:sz w:val="24"/>
        </w:rPr>
        <w:t>кедем</w:t>
      </w:r>
      <w:r>
        <w:rPr>
          <w:rFonts w:ascii="Georgia" w:hAnsi="Georgia"/>
          <w:b w:val="0"/>
          <w:i w:val="0"/>
          <w:color w:val="000000"/>
          <w:sz w:val="24"/>
        </w:rPr>
        <w:t xml:space="preserve">, то есть БОН слева, а излишек от </w:t>
      </w:r>
      <w:r>
        <w:rPr>
          <w:rFonts w:ascii="Georgia" w:hAnsi="Georgia"/>
          <w:b w:val="0"/>
          <w:i/>
          <w:color w:val="000000"/>
          <w:sz w:val="24"/>
        </w:rPr>
        <w:t>кедем</w:t>
      </w:r>
      <w:r>
        <w:rPr>
          <w:rFonts w:ascii="Georgia" w:hAnsi="Georgia"/>
          <w:b w:val="0"/>
          <w:i w:val="0"/>
          <w:color w:val="000000"/>
          <w:sz w:val="24"/>
        </w:rPr>
        <w:t xml:space="preserve"> над 130 составляет 14; до сих пор его слова там), что соответствует числу слова </w:t>
      </w:r>
      <w:r>
        <w:rPr>
          <w:rFonts w:ascii="Georgia" w:hAnsi="Georgia"/>
          <w:b w:val="0"/>
          <w:i/>
          <w:color w:val="000000"/>
          <w:sz w:val="24"/>
        </w:rPr>
        <w:t>айн</w:t>
      </w:r>
      <w:r>
        <w:rPr>
          <w:rFonts w:ascii="Georgia" w:hAnsi="Georgia"/>
          <w:b w:val="0"/>
          <w:i w:val="0"/>
          <w:color w:val="000000"/>
          <w:sz w:val="24"/>
        </w:rPr>
        <w:t xml:space="preserve"> (</w:t>
      </w:r>
      <w:r>
        <w:rPr>
          <w:rFonts w:ascii="Georgia" w:hAnsi="Georgia" w:cs="Times New Roman"/>
          <w:b/>
          <w:i w:val="0"/>
          <w:color w:val="000000"/>
          <w:sz w:val="24"/>
          <w:rtl/>
          <w:szCs w:val="32"/>
        </w:rPr>
        <w:t>עי״ן</w:t>
      </w:r>
      <w:r>
        <w:rPr>
          <w:rFonts w:ascii="Georgia" w:hAnsi="Georgia"/>
          <w:b w:val="0"/>
          <w:i w:val="0"/>
          <w:color w:val="000000"/>
          <w:sz w:val="24"/>
        </w:rPr>
        <w:t xml:space="preserve"> = 130), и еще 14 избыточных [единиц], представляющих собой четырнадцать букв АВАЯ де-МА, чтобы подсластить его, поскольку он склоняется к суду. И посредством этих 14 (</w:t>
      </w:r>
      <w:r>
        <w:rPr>
          <w:rFonts w:ascii="Georgia" w:hAnsi="Georgia" w:cs="Times New Roman"/>
          <w:b/>
          <w:i w:val="0"/>
          <w:color w:val="000000"/>
          <w:sz w:val="24"/>
          <w:rtl/>
          <w:szCs w:val="32"/>
        </w:rPr>
        <w:t>י״ד</w:t>
      </w:r>
      <w:r>
        <w:rPr>
          <w:rFonts w:ascii="Georgia" w:hAnsi="Georgia"/>
          <w:b w:val="0"/>
          <w:i w:val="0"/>
          <w:color w:val="000000"/>
          <w:sz w:val="24"/>
        </w:rPr>
        <w:t xml:space="preserve">) Он говорит ей: </w:t>
      </w:r>
      <w:r>
        <w:rPr>
          <w:rFonts w:ascii="Georgia" w:hAnsi="Georgia"/>
          <w:b w:val="0"/>
          <w:i/>
          <w:color w:val="000000"/>
          <w:sz w:val="24"/>
        </w:rPr>
        <w:t>дай</w:t>
      </w:r>
      <w:r>
        <w:rPr>
          <w:rFonts w:ascii="Georgia" w:hAnsi="Georgia"/>
          <w:b w:val="0"/>
          <w:i w:val="0"/>
          <w:color w:val="000000"/>
          <w:sz w:val="24"/>
        </w:rPr>
        <w:t xml:space="preserve"> (</w:t>
      </w:r>
      <w:r>
        <w:rPr>
          <w:rFonts w:ascii="Georgia" w:hAnsi="Georgia" w:cs="Times New Roman"/>
          <w:b/>
          <w:i w:val="0"/>
          <w:color w:val="000000"/>
          <w:sz w:val="24"/>
          <w:rtl/>
          <w:szCs w:val="32"/>
        </w:rPr>
        <w:t>ד״י</w:t>
      </w:r>
      <w:r>
        <w:rPr>
          <w:rFonts w:ascii="Georgia" w:hAnsi="Georgia"/>
          <w:b w:val="0"/>
          <w:i w:val="0"/>
          <w:color w:val="000000"/>
          <w:sz w:val="24"/>
        </w:rPr>
        <w:t xml:space="preserve"> — «довольно»); и в этом тайна Давида, о котором сказано, что он был </w:t>
      </w:r>
      <w:r>
        <w:rPr>
          <w:rFonts w:ascii="Georgia" w:hAnsi="Georgia"/>
          <w:b w:val="0"/>
          <w:i/>
          <w:color w:val="000000"/>
          <w:sz w:val="24"/>
        </w:rPr>
        <w:t>«с красивыми глазами…»</w:t>
      </w:r>
      <w:r>
        <w:rPr>
          <w:rFonts w:ascii="Georgia" w:hAnsi="Georgia"/>
          <w:b w:val="0"/>
          <w:i w:val="0"/>
          <w:color w:val="000000"/>
          <w:sz w:val="24"/>
        </w:rPr>
        <w:t xml:space="preserve"> (Шмуэль I 16:12). А конечные буквы слов </w:t>
      </w:r>
      <w:r>
        <w:rPr>
          <w:rFonts w:ascii="Georgia" w:hAnsi="Georgia"/>
          <w:b w:val="0"/>
          <w:i/>
          <w:color w:val="000000"/>
          <w:sz w:val="24"/>
        </w:rPr>
        <w:t>мелех бе-йофйо</w:t>
      </w:r>
      <w:r>
        <w:rPr>
          <w:rFonts w:ascii="Georgia" w:hAnsi="Georgia"/>
          <w:b w:val="0"/>
          <w:i w:val="0"/>
          <w:color w:val="000000"/>
          <w:sz w:val="24"/>
        </w:rPr>
        <w:t xml:space="preserve"> — буква каф софит (</w:t>
      </w:r>
      <w:r>
        <w:rPr>
          <w:rFonts w:ascii="Georgia" w:hAnsi="Georgia" w:cs="Times New Roman"/>
          <w:b/>
          <w:i w:val="0"/>
          <w:color w:val="000000"/>
          <w:sz w:val="24"/>
          <w:rtl/>
          <w:szCs w:val="32"/>
        </w:rPr>
        <w:t>ך</w:t>
      </w:r>
      <w:r>
        <w:rPr>
          <w:rFonts w:ascii="Georgia" w:hAnsi="Georgia"/>
          <w:b w:val="0"/>
          <w:i w:val="0"/>
          <w:color w:val="000000"/>
          <w:sz w:val="24"/>
        </w:rPr>
        <w:t xml:space="preserve"> = 20) и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 составляют 26 (</w:t>
      </w:r>
      <w:r>
        <w:rPr>
          <w:rFonts w:ascii="Georgia" w:hAnsi="Georgia" w:cs="Times New Roman"/>
          <w:b/>
          <w:i w:val="0"/>
          <w:color w:val="000000"/>
          <w:sz w:val="24"/>
          <w:rtl/>
          <w:szCs w:val="32"/>
        </w:rPr>
        <w:t>כ״ו</w:t>
      </w:r>
      <w:r>
        <w:rPr>
          <w:rFonts w:ascii="Georgia" w:hAnsi="Georgia"/>
          <w:b w:val="0"/>
          <w:i w:val="0"/>
          <w:color w:val="000000"/>
          <w:sz w:val="24"/>
        </w:rPr>
        <w:t xml:space="preserve">), и это — АВАЯ с алефами, его правый глаз, который смотрит [на нее]. Конечные буквы слов </w:t>
      </w:r>
      <w:r>
        <w:rPr>
          <w:rFonts w:ascii="Georgia" w:hAnsi="Georgia"/>
          <w:b w:val="0"/>
          <w:i/>
          <w:color w:val="000000"/>
          <w:sz w:val="24"/>
        </w:rPr>
        <w:t>тэхезена энеха</w:t>
      </w:r>
      <w:r>
        <w:rPr>
          <w:rFonts w:ascii="Georgia" w:hAnsi="Georgia"/>
          <w:b w:val="0"/>
          <w:i w:val="0"/>
          <w:color w:val="000000"/>
          <w:sz w:val="24"/>
        </w:rPr>
        <w:t xml:space="preserve"> —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и буква каф софит (</w:t>
      </w:r>
      <w:r>
        <w:rPr>
          <w:rFonts w:ascii="Georgia" w:hAnsi="Georgia" w:cs="Times New Roman"/>
          <w:b/>
          <w:i w:val="0"/>
          <w:color w:val="000000"/>
          <w:sz w:val="24"/>
          <w:rtl/>
          <w:szCs w:val="32"/>
        </w:rPr>
        <w:t>ך</w:t>
      </w:r>
      <w:r>
        <w:rPr>
          <w:rFonts w:ascii="Georgia" w:hAnsi="Georgia"/>
          <w:b w:val="0"/>
          <w:i w:val="0"/>
          <w:color w:val="000000"/>
          <w:sz w:val="24"/>
        </w:rPr>
        <w:t xml:space="preserve"> = 20) — составляют 25 (</w:t>
      </w:r>
      <w:r>
        <w:rPr>
          <w:rFonts w:ascii="Georgia" w:hAnsi="Georgia" w:cs="Times New Roman"/>
          <w:b/>
          <w:i w:val="0"/>
          <w:color w:val="000000"/>
          <w:sz w:val="24"/>
          <w:rtl/>
          <w:szCs w:val="32"/>
        </w:rPr>
        <w:t>כ״ה</w:t>
      </w:r>
      <w:r>
        <w:rPr>
          <w:rFonts w:ascii="Georgia" w:hAnsi="Georgia"/>
          <w:b w:val="0"/>
          <w:i w:val="0"/>
          <w:color w:val="000000"/>
          <w:sz w:val="24"/>
        </w:rPr>
        <w:t>), то есть пять на пять (</w:t>
      </w:r>
      <w:r>
        <w:rPr>
          <w:rFonts w:ascii="Georgia" w:hAnsi="Georgia" w:cs="Times New Roman"/>
          <w:b/>
          <w:i w:val="0"/>
          <w:color w:val="000000"/>
          <w:sz w:val="24"/>
          <w:rtl/>
          <w:szCs w:val="32"/>
        </w:rPr>
        <w:t>ה״ה</w:t>
      </w:r>
      <w:r>
        <w:rPr>
          <w:rFonts w:ascii="Georgia" w:hAnsi="Georgia"/>
          <w:b w:val="0"/>
          <w:i w:val="0"/>
          <w:color w:val="000000"/>
          <w:sz w:val="24"/>
        </w:rPr>
        <w:t xml:space="preserve">: 5 × 5 = 25). И это — левый глаз [нуквы]. В этом смысл стиха: </w:t>
      </w:r>
      <w:r>
        <w:rPr>
          <w:rFonts w:ascii="Georgia" w:hAnsi="Georgia"/>
          <w:b w:val="0"/>
          <w:i/>
          <w:color w:val="000000"/>
          <w:sz w:val="24"/>
        </w:rPr>
        <w:t>«И посмотрел он туда и сюда…»</w:t>
      </w:r>
      <w:r>
        <w:rPr>
          <w:rFonts w:ascii="Georgia" w:hAnsi="Georgia"/>
          <w:b w:val="0"/>
          <w:i w:val="0"/>
          <w:color w:val="000000"/>
          <w:sz w:val="24"/>
        </w:rPr>
        <w:t xml:space="preserve"> (буквально: «в сторону </w:t>
      </w:r>
      <w:r>
        <w:rPr>
          <w:rFonts w:ascii="Georgia" w:hAnsi="Georgia"/>
          <w:b w:val="0"/>
          <w:i/>
          <w:color w:val="000000"/>
          <w:sz w:val="24"/>
        </w:rPr>
        <w:t>ко</w:t>
      </w:r>
      <w:r>
        <w:rPr>
          <w:rFonts w:ascii="Georgia" w:hAnsi="Georgia"/>
          <w:b w:val="0"/>
          <w:i w:val="0"/>
          <w:color w:val="000000"/>
          <w:sz w:val="24"/>
        </w:rPr>
        <w:t xml:space="preserve"> (</w:t>
      </w:r>
      <w:r>
        <w:rPr>
          <w:rFonts w:ascii="Georgia" w:hAnsi="Georgia" w:cs="Times New Roman"/>
          <w:b/>
          <w:i w:val="0"/>
          <w:color w:val="000000"/>
          <w:sz w:val="24"/>
          <w:rtl/>
          <w:szCs w:val="32"/>
        </w:rPr>
        <w:t>כֹּה</w:t>
      </w:r>
      <w:r>
        <w:rPr>
          <w:rFonts w:ascii="Georgia" w:hAnsi="Georgia"/>
          <w:b w:val="0"/>
          <w:i w:val="0"/>
          <w:color w:val="000000"/>
          <w:sz w:val="24"/>
        </w:rPr>
        <w:t xml:space="preserve">) и в сторону </w:t>
      </w:r>
      <w:r>
        <w:rPr>
          <w:rFonts w:ascii="Georgia" w:hAnsi="Georgia"/>
          <w:b w:val="0"/>
          <w:i/>
          <w:color w:val="000000"/>
          <w:sz w:val="24"/>
        </w:rPr>
        <w:t>ко</w:t>
      </w:r>
      <w:r>
        <w:rPr>
          <w:rFonts w:ascii="Georgia" w:hAnsi="Georgia"/>
          <w:b w:val="0"/>
          <w:i w:val="0"/>
          <w:color w:val="000000"/>
          <w:sz w:val="24"/>
        </w:rPr>
        <w:t>») (Шмот 2:12), ведь она смотрит [со стороны] 25 (</w:t>
      </w:r>
      <w:r>
        <w:rPr>
          <w:rFonts w:ascii="Georgia" w:hAnsi="Georgia" w:cs="Times New Roman"/>
          <w:b/>
          <w:i w:val="0"/>
          <w:color w:val="000000"/>
          <w:sz w:val="24"/>
          <w:rtl/>
          <w:szCs w:val="32"/>
        </w:rPr>
        <w:t>כ״ה</w:t>
      </w:r>
      <w:r>
        <w:rPr>
          <w:rFonts w:ascii="Georgia" w:hAnsi="Georgia"/>
          <w:b w:val="0"/>
          <w:i w:val="0"/>
          <w:color w:val="000000"/>
          <w:sz w:val="24"/>
        </w:rPr>
        <w:t>), то есть слева. И это — [Имя] ЭЙЕ с буквами хэй (де-хэйин), развернутое наполнение (милуй де-милуй) которого содержит двадцать пять букв. А в правом глазу — ЭЙЕ с алефами (де-альфин), в развернутом наполнении которого двадцать семь букв (</w:t>
      </w:r>
      <w:r>
        <w:rPr>
          <w:rFonts w:ascii="Georgia" w:hAnsi="Georgia" w:cs="Times New Roman"/>
          <w:b/>
          <w:i w:val="0"/>
          <w:color w:val="000000"/>
          <w:sz w:val="24"/>
          <w:rtl/>
          <w:szCs w:val="32"/>
        </w:rPr>
        <w:t>כ״ז</w:t>
      </w:r>
      <w:r>
        <w:rPr>
          <w:rFonts w:ascii="Georgia" w:hAnsi="Georgia"/>
          <w:b w:val="0"/>
          <w:i w:val="0"/>
          <w:color w:val="000000"/>
          <w:sz w:val="24"/>
        </w:rPr>
        <w:t>), а вместе с четырьмя буквами простого [Имени] получается 31 (</w:t>
      </w:r>
      <w:r>
        <w:rPr>
          <w:rFonts w:ascii="Georgia" w:hAnsi="Georgia" w:cs="Times New Roman"/>
          <w:b/>
          <w:i w:val="0"/>
          <w:color w:val="000000"/>
          <w:sz w:val="24"/>
          <w:rtl/>
          <w:szCs w:val="32"/>
        </w:rPr>
        <w:t>ל״א</w:t>
      </w:r>
      <w:r>
        <w:rPr>
          <w:rFonts w:ascii="Georgia" w:hAnsi="Georgia"/>
          <w:b w:val="0"/>
          <w:i w:val="0"/>
          <w:color w:val="000000"/>
          <w:sz w:val="24"/>
        </w:rPr>
        <w:t>), по числу [Имени] ЭЛЬ (</w:t>
      </w:r>
      <w:r>
        <w:rPr>
          <w:rFonts w:ascii="Georgia" w:hAnsi="Georgia" w:cs="Times New Roman"/>
          <w:b/>
          <w:i w:val="0"/>
          <w:color w:val="000000"/>
          <w:sz w:val="24"/>
          <w:rtl/>
          <w:szCs w:val="32"/>
        </w:rPr>
        <w:t>אֵל</w:t>
      </w:r>
      <w:r>
        <w:rPr>
          <w:rFonts w:ascii="Georgia" w:hAnsi="Georgia"/>
          <w:b w:val="0"/>
          <w:i w:val="0"/>
          <w:color w:val="000000"/>
          <w:sz w:val="24"/>
        </w:rPr>
        <w:t xml:space="preserve">), как и по числу 25; и это — тайна самого Имени АВАЯ, о котором мы писали, что оно находится в правом глазу: его числовое значение [с коллелем] равно 27, а вместе с четырьмя его буквами — 30, и с общим числом (коллелем) получается 31, как [Имя] ЭЛЬ. Слово </w:t>
      </w:r>
      <w:r>
        <w:rPr>
          <w:rFonts w:ascii="Georgia" w:hAnsi="Georgia"/>
          <w:b w:val="0"/>
          <w:i/>
          <w:color w:val="000000"/>
          <w:sz w:val="24"/>
        </w:rPr>
        <w:t>мелех</w:t>
      </w:r>
      <w:r>
        <w:rPr>
          <w:rFonts w:ascii="Georgia" w:hAnsi="Georgia"/>
          <w:b w:val="0"/>
          <w:i w:val="0"/>
          <w:color w:val="000000"/>
          <w:sz w:val="24"/>
        </w:rPr>
        <w:t xml:space="preserve"> (</w:t>
      </w:r>
      <w:r>
        <w:rPr>
          <w:rFonts w:ascii="Georgia" w:hAnsi="Georgia" w:cs="Times New Roman"/>
          <w:b/>
          <w:i w:val="0"/>
          <w:color w:val="000000"/>
          <w:sz w:val="24"/>
          <w:rtl/>
          <w:szCs w:val="32"/>
        </w:rPr>
        <w:t>מֶלֶךְ</w:t>
      </w:r>
      <w:r>
        <w:rPr>
          <w:rFonts w:ascii="Georgia" w:hAnsi="Georgia"/>
          <w:b w:val="0"/>
          <w:i w:val="0"/>
          <w:color w:val="000000"/>
          <w:sz w:val="24"/>
        </w:rPr>
        <w:t>) —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и буква каф софит (</w:t>
      </w:r>
      <w:r>
        <w:rPr>
          <w:rFonts w:ascii="Georgia" w:hAnsi="Georgia" w:cs="Times New Roman"/>
          <w:b/>
          <w:i w:val="0"/>
          <w:color w:val="000000"/>
          <w:sz w:val="24"/>
          <w:rtl/>
          <w:szCs w:val="32"/>
        </w:rPr>
        <w:t>ך</w:t>
      </w:r>
      <w:r>
        <w:rPr>
          <w:rFonts w:ascii="Georgia" w:hAnsi="Georgia"/>
          <w:b w:val="0"/>
          <w:i w:val="0"/>
          <w:color w:val="000000"/>
          <w:sz w:val="24"/>
        </w:rPr>
        <w:t xml:space="preserve"> = 20) — численно равно двум [Именам] АВАЯ [де-МА: 45 + 45 = 90]. [Примечание издателя: я нашел в рукописи раввина Йосефа Д., благословенной памяти, об этом следующее, и вот его слова: «То есть светит ей из внутренних [сторон] девяти высших сфирот де-КАХАБ де-МА к ахораим де-Малхут де-Кетер [и] Хохма де-МА, к ахораим де-Малхут де-Кетер [и] Хохма де-БОН и к внутренней стороне Малхут де-Хохма де-БОН, так как... ...поскольку она является свойством нуквы, образовались два ее глаза, представляющие собой свойства судов: ее правый глаз — из ахораим де-Малхут де-Кетер [и] Хохма де-МА, а левый глаз — из ахораим де-Малхут де-Кетер [и] Хохма де-БОН. А поскольку это БОН, [левый глаз] образован также из внутренней стороны де-Малхут де-БОН; глаза же Зеир Анпина — из внутренней стороны [сфиры] Хохма де-МА, помимо упомянутых [Имен] ЭЙЕ, являющихся аспектом глаз. Конец его слов; имя же [автора рукописи] неизвестно] — де-МА, которые находятся в двух его глазах. Слово </w:t>
      </w:r>
      <w:r>
        <w:rPr>
          <w:rFonts w:ascii="Georgia" w:hAnsi="Georgia"/>
          <w:b w:val="0"/>
          <w:i/>
          <w:color w:val="000000"/>
          <w:sz w:val="24"/>
        </w:rPr>
        <w:t>бе-йофйо</w:t>
      </w:r>
      <w:r>
        <w:rPr>
          <w:rFonts w:ascii="Georgia" w:hAnsi="Georgia"/>
          <w:b w:val="0"/>
          <w:i w:val="0"/>
          <w:color w:val="000000"/>
          <w:sz w:val="24"/>
        </w:rPr>
        <w:t xml:space="preserve"> —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буква пэй (</w:t>
      </w:r>
      <w:r>
        <w:rPr>
          <w:rFonts w:ascii="Georgia" w:hAnsi="Georgia" w:cs="Times New Roman"/>
          <w:b/>
          <w:i w:val="0"/>
          <w:color w:val="000000"/>
          <w:sz w:val="24"/>
          <w:rtl/>
          <w:szCs w:val="32"/>
        </w:rPr>
        <w:t>פ</w:t>
      </w:r>
      <w:r>
        <w:rPr>
          <w:rFonts w:ascii="Georgia" w:hAnsi="Georgia"/>
          <w:b w:val="0"/>
          <w:i w:val="0"/>
          <w:color w:val="000000"/>
          <w:sz w:val="24"/>
        </w:rPr>
        <w:t xml:space="preserve"> = 80),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 численно равно 108 (</w:t>
      </w:r>
      <w:r>
        <w:rPr>
          <w:rFonts w:ascii="Georgia" w:hAnsi="Georgia" w:cs="Times New Roman"/>
          <w:b/>
          <w:i w:val="0"/>
          <w:color w:val="000000"/>
          <w:sz w:val="24"/>
          <w:rtl/>
          <w:szCs w:val="32"/>
        </w:rPr>
        <w:t>ק״ח</w:t>
      </w:r>
      <w:r>
        <w:rPr>
          <w:rFonts w:ascii="Georgia" w:hAnsi="Georgia"/>
          <w:b w:val="0"/>
          <w:i w:val="0"/>
          <w:color w:val="000000"/>
          <w:sz w:val="24"/>
        </w:rPr>
        <w:t>), что составляет сумму САГ (63) и МА (45); намерение (</w:t>
      </w:r>
      <w:r>
        <w:rPr>
          <w:rFonts w:ascii="Georgia" w:hAnsi="Georgia"/>
          <w:b w:val="0"/>
          <w:i/>
          <w:color w:val="000000"/>
          <w:sz w:val="24"/>
        </w:rPr>
        <w:t>кавана</w:t>
      </w:r>
      <w:r>
        <w:rPr>
          <w:rFonts w:ascii="Georgia" w:hAnsi="Georgia"/>
          <w:b w:val="0"/>
          <w:i w:val="0"/>
          <w:color w:val="000000"/>
          <w:sz w:val="24"/>
        </w:rPr>
        <w:t xml:space="preserve">) здесь состоит в том, чтобы притянуть [свет] от Имы, которая есть САГ, к Зеир Анпину, который есть МА. Слово </w:t>
      </w:r>
      <w:r>
        <w:rPr>
          <w:rFonts w:ascii="Georgia" w:hAnsi="Georgia"/>
          <w:b w:val="0"/>
          <w:i/>
          <w:color w:val="000000"/>
          <w:sz w:val="24"/>
        </w:rPr>
        <w:t>тэхезена</w:t>
      </w:r>
      <w:r>
        <w:rPr>
          <w:rFonts w:ascii="Georgia" w:hAnsi="Georgia"/>
          <w:b w:val="0"/>
          <w:i w:val="0"/>
          <w:color w:val="000000"/>
          <w:sz w:val="24"/>
        </w:rPr>
        <w:t xml:space="preserve"> (</w:t>
      </w:r>
      <w:r>
        <w:rPr>
          <w:rFonts w:ascii="Georgia" w:hAnsi="Georgia" w:cs="Times New Roman"/>
          <w:b/>
          <w:i w:val="0"/>
          <w:color w:val="000000"/>
          <w:sz w:val="24"/>
          <w:rtl/>
          <w:szCs w:val="32"/>
        </w:rPr>
        <w:t>תֶּחֱזֶינָה</w:t>
      </w:r>
      <w:r>
        <w:rPr>
          <w:rFonts w:ascii="Georgia" w:hAnsi="Georgia"/>
          <w:b w:val="0"/>
          <w:i w:val="0"/>
          <w:color w:val="000000"/>
          <w:sz w:val="24"/>
        </w:rPr>
        <w:t>) — буква тав (</w:t>
      </w:r>
      <w:r>
        <w:rPr>
          <w:rFonts w:ascii="Georgia" w:hAnsi="Georgia" w:cs="Times New Roman"/>
          <w:b/>
          <w:i w:val="0"/>
          <w:color w:val="000000"/>
          <w:sz w:val="24"/>
          <w:rtl/>
          <w:szCs w:val="32"/>
        </w:rPr>
        <w:t>ת</w:t>
      </w:r>
      <w:r>
        <w:rPr>
          <w:rFonts w:ascii="Georgia" w:hAnsi="Georgia"/>
          <w:b w:val="0"/>
          <w:i w:val="0"/>
          <w:color w:val="000000"/>
          <w:sz w:val="24"/>
        </w:rPr>
        <w:t xml:space="preserve"> = 400),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буква зайн (</w:t>
      </w:r>
      <w:r>
        <w:rPr>
          <w:rFonts w:ascii="Georgia" w:hAnsi="Georgia" w:cs="Times New Roman"/>
          <w:b/>
          <w:i w:val="0"/>
          <w:color w:val="000000"/>
          <w:sz w:val="24"/>
          <w:rtl/>
          <w:szCs w:val="32"/>
        </w:rPr>
        <w:t>ז</w:t>
      </w:r>
      <w:r>
        <w:rPr>
          <w:rFonts w:ascii="Georgia" w:hAnsi="Georgia"/>
          <w:b w:val="0"/>
          <w:i w:val="0"/>
          <w:color w:val="000000"/>
          <w:sz w:val="24"/>
        </w:rPr>
        <w:t xml:space="preserve"> = 7),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буква нун (</w:t>
      </w:r>
      <w:r>
        <w:rPr>
          <w:rFonts w:ascii="Georgia" w:hAnsi="Georgia" w:cs="Times New Roman"/>
          <w:b/>
          <w:i w:val="0"/>
          <w:color w:val="000000"/>
          <w:sz w:val="24"/>
          <w:rtl/>
          <w:szCs w:val="32"/>
        </w:rPr>
        <w:t>נ</w:t>
      </w:r>
      <w:r>
        <w:rPr>
          <w:rFonts w:ascii="Georgia" w:hAnsi="Georgia"/>
          <w:b w:val="0"/>
          <w:i w:val="0"/>
          <w:color w:val="000000"/>
          <w:sz w:val="24"/>
        </w:rPr>
        <w:t xml:space="preserve"> = 50)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 численно равно 480 (</w:t>
      </w:r>
      <w:r>
        <w:rPr>
          <w:rFonts w:ascii="Georgia" w:hAnsi="Georgia" w:cs="Times New Roman"/>
          <w:b/>
          <w:i w:val="0"/>
          <w:color w:val="000000"/>
          <w:sz w:val="24"/>
          <w:rtl/>
          <w:szCs w:val="32"/>
        </w:rPr>
        <w:t>ת״פ</w:t>
      </w:r>
      <w:r>
        <w:rPr>
          <w:rFonts w:ascii="Georgia" w:hAnsi="Georgia"/>
          <w:b w:val="0"/>
          <w:i w:val="0"/>
          <w:color w:val="000000"/>
          <w:sz w:val="24"/>
        </w:rPr>
        <w:t>), что соответствует пяти [Именам] АВАЯ и пяти [Именам] ЭЙЕ, которые дают в сумме 470 (</w:t>
      </w:r>
      <w:r>
        <w:rPr>
          <w:rFonts w:ascii="Georgia" w:hAnsi="Georgia" w:cs="Times New Roman"/>
          <w:b/>
          <w:i w:val="0"/>
          <w:color w:val="000000"/>
          <w:sz w:val="24"/>
          <w:rtl/>
          <w:szCs w:val="32"/>
        </w:rPr>
        <w:t>ת״ע</w:t>
      </w:r>
      <w:r>
        <w:rPr>
          <w:rFonts w:ascii="Georgia" w:hAnsi="Georgia"/>
          <w:b w:val="0"/>
          <w:i w:val="0"/>
          <w:color w:val="000000"/>
          <w:sz w:val="24"/>
        </w:rPr>
        <w:t>), а вместе с десятью Именами получается 480. Они представляют собой тайну пяти хасадим и пяти гвурот, притягиваемых от Имы к ЗОН. (Говорит Шмуэль: я утомился, пытаясь обосновать упомянутый расчет. И я говорю: здесь произошла большая описка, и сказать следует так: они — тайна десяти [Имен] АВАЯ и десяти [Имен] ЭЙЕ. Ведь десять АВАЯ — это 260 (</w:t>
      </w:r>
      <w:r>
        <w:rPr>
          <w:rFonts w:ascii="Georgia" w:hAnsi="Georgia" w:cs="Times New Roman"/>
          <w:b/>
          <w:i w:val="0"/>
          <w:color w:val="000000"/>
          <w:sz w:val="24"/>
          <w:rtl/>
          <w:szCs w:val="32"/>
        </w:rPr>
        <w:t>ר״ס</w:t>
      </w:r>
      <w:r>
        <w:rPr>
          <w:rFonts w:ascii="Georgia" w:hAnsi="Georgia"/>
          <w:b w:val="0"/>
          <w:i w:val="0"/>
          <w:color w:val="000000"/>
          <w:sz w:val="24"/>
        </w:rPr>
        <w:t>), а десять ЭЙЕ — это 210 (</w:t>
      </w:r>
      <w:r>
        <w:rPr>
          <w:rFonts w:ascii="Georgia" w:hAnsi="Georgia" w:cs="Times New Roman"/>
          <w:b/>
          <w:i w:val="0"/>
          <w:color w:val="000000"/>
          <w:sz w:val="24"/>
          <w:rtl/>
          <w:szCs w:val="32"/>
        </w:rPr>
        <w:t>רד״ו</w:t>
      </w:r>
      <w:r>
        <w:rPr>
          <w:rFonts w:ascii="Georgia" w:hAnsi="Georgia"/>
          <w:b w:val="0"/>
          <w:i w:val="0"/>
          <w:color w:val="000000"/>
          <w:sz w:val="24"/>
        </w:rPr>
        <w:t>), и вместе они дают 470 (</w:t>
      </w:r>
      <w:r>
        <w:rPr>
          <w:rFonts w:ascii="Georgia" w:hAnsi="Georgia" w:cs="Times New Roman"/>
          <w:b/>
          <w:i w:val="0"/>
          <w:color w:val="000000"/>
          <w:sz w:val="24"/>
          <w:rtl/>
          <w:szCs w:val="32"/>
        </w:rPr>
        <w:t>ת״ע</w:t>
      </w:r>
      <w:r>
        <w:rPr>
          <w:rFonts w:ascii="Georgia" w:hAnsi="Georgia"/>
          <w:b w:val="0"/>
          <w:i w:val="0"/>
          <w:color w:val="000000"/>
          <w:sz w:val="24"/>
        </w:rPr>
        <w:t>); и они представляют собой удвоение: пять хасадим и пять гвурот для Зеир Анпина, и пять хасадим и пять гвурот для его нуквы, как мне представляется. Если же мы захотим отстоять [исходное] чтение, то можем войти в игольное ушко и сказать так: это пять [Имен] АВАЯ — то есть [наполнения] АБ (72), то есть хасадим, и они составят 360 (</w:t>
      </w:r>
      <w:r>
        <w:rPr>
          <w:rFonts w:ascii="Georgia" w:hAnsi="Georgia" w:cs="Times New Roman"/>
          <w:b/>
          <w:i w:val="0"/>
          <w:color w:val="000000"/>
          <w:sz w:val="24"/>
          <w:rtl/>
          <w:szCs w:val="32"/>
        </w:rPr>
        <w:t>ש״ס</w:t>
      </w:r>
      <w:r>
        <w:rPr>
          <w:rFonts w:ascii="Georgia" w:hAnsi="Georgia"/>
          <w:b w:val="0"/>
          <w:i w:val="0"/>
          <w:color w:val="000000"/>
          <w:sz w:val="24"/>
        </w:rPr>
        <w:t>); а также пять простых [Имен] ЭЙЕ (5 × 21 = 105) вместе с пятью самими [Именами] ЭЙЕ дают 110 (</w:t>
      </w:r>
      <w:r>
        <w:rPr>
          <w:rFonts w:ascii="Georgia" w:hAnsi="Georgia" w:cs="Times New Roman"/>
          <w:b/>
          <w:i w:val="0"/>
          <w:color w:val="000000"/>
          <w:sz w:val="24"/>
          <w:rtl/>
          <w:szCs w:val="32"/>
        </w:rPr>
        <w:t>ק״י</w:t>
      </w:r>
      <w:r>
        <w:rPr>
          <w:rFonts w:ascii="Georgia" w:hAnsi="Georgia"/>
          <w:b w:val="0"/>
          <w:i w:val="0"/>
          <w:color w:val="000000"/>
          <w:sz w:val="24"/>
        </w:rPr>
        <w:t>), что в сумме составляет 470; а затем десять этих Имен в совокупности (10) дают в итоге 480 (</w:t>
      </w:r>
      <w:r>
        <w:rPr>
          <w:rFonts w:ascii="Georgia" w:hAnsi="Georgia" w:cs="Times New Roman"/>
          <w:b/>
          <w:i w:val="0"/>
          <w:color w:val="000000"/>
          <w:sz w:val="24"/>
          <w:rtl/>
          <w:szCs w:val="32"/>
        </w:rPr>
        <w:t>ת״פ</w:t>
      </w:r>
      <w:r>
        <w:rPr>
          <w:rFonts w:ascii="Georgia" w:hAnsi="Georgia"/>
          <w:b w:val="0"/>
          <w:i w:val="0"/>
          <w:color w:val="000000"/>
          <w:sz w:val="24"/>
        </w:rPr>
        <w:t xml:space="preserve">), по числу слова </w:t>
      </w:r>
      <w:r>
        <w:rPr>
          <w:rFonts w:ascii="Georgia" w:hAnsi="Georgia"/>
          <w:b w:val="0"/>
          <w:i/>
          <w:color w:val="000000"/>
          <w:sz w:val="24"/>
        </w:rPr>
        <w:t>тэхезена</w:t>
      </w:r>
      <w:r>
        <w:rPr>
          <w:rFonts w:ascii="Georgia" w:hAnsi="Georgia"/>
          <w:b w:val="0"/>
          <w:i w:val="0"/>
          <w:color w:val="000000"/>
          <w:sz w:val="24"/>
        </w:rPr>
        <w:t xml:space="preserve">, как мне представляется). Слово </w:t>
      </w:r>
      <w:r>
        <w:rPr>
          <w:rFonts w:ascii="Georgia" w:hAnsi="Georgia"/>
          <w:b w:val="0"/>
          <w:i/>
          <w:color w:val="000000"/>
          <w:sz w:val="24"/>
        </w:rPr>
        <w:t>энеха</w:t>
      </w:r>
      <w:r>
        <w:rPr>
          <w:rFonts w:ascii="Georgia" w:hAnsi="Georgia"/>
          <w:b w:val="0"/>
          <w:i w:val="0"/>
          <w:color w:val="000000"/>
          <w:sz w:val="24"/>
        </w:rPr>
        <w:t xml:space="preserve"> (</w:t>
      </w:r>
      <w:r>
        <w:rPr>
          <w:rFonts w:ascii="Georgia" w:hAnsi="Georgia" w:cs="Times New Roman"/>
          <w:b/>
          <w:i w:val="0"/>
          <w:color w:val="000000"/>
          <w:sz w:val="24"/>
          <w:rtl/>
          <w:szCs w:val="32"/>
        </w:rPr>
        <w:t>עֵינֶיךָ</w:t>
      </w:r>
      <w:r>
        <w:rPr>
          <w:rFonts w:ascii="Georgia" w:hAnsi="Georgia"/>
          <w:b w:val="0"/>
          <w:i w:val="0"/>
          <w:color w:val="000000"/>
          <w:sz w:val="24"/>
        </w:rPr>
        <w:t>) — буква айн (</w:t>
      </w:r>
      <w:r>
        <w:rPr>
          <w:rFonts w:ascii="Georgia" w:hAnsi="Georgia" w:cs="Times New Roman"/>
          <w:b/>
          <w:i w:val="0"/>
          <w:color w:val="000000"/>
          <w:sz w:val="24"/>
          <w:rtl/>
          <w:szCs w:val="32"/>
        </w:rPr>
        <w:t>ע</w:t>
      </w:r>
      <w:r>
        <w:rPr>
          <w:rFonts w:ascii="Georgia" w:hAnsi="Georgia"/>
          <w:b w:val="0"/>
          <w:i w:val="0"/>
          <w:color w:val="000000"/>
          <w:sz w:val="24"/>
        </w:rPr>
        <w:t xml:space="preserve"> = 70),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буква нун (</w:t>
      </w:r>
      <w:r>
        <w:rPr>
          <w:rFonts w:ascii="Georgia" w:hAnsi="Georgia" w:cs="Times New Roman"/>
          <w:b/>
          <w:i w:val="0"/>
          <w:color w:val="000000"/>
          <w:sz w:val="24"/>
          <w:rtl/>
          <w:szCs w:val="32"/>
        </w:rPr>
        <w:t>נ</w:t>
      </w:r>
      <w:r>
        <w:rPr>
          <w:rFonts w:ascii="Georgia" w:hAnsi="Georgia"/>
          <w:b w:val="0"/>
          <w:i w:val="0"/>
          <w:color w:val="000000"/>
          <w:sz w:val="24"/>
        </w:rPr>
        <w:t xml:space="preserve"> = 50),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каф софит (</w:t>
      </w:r>
      <w:r>
        <w:rPr>
          <w:rFonts w:ascii="Georgia" w:hAnsi="Georgia" w:cs="Times New Roman"/>
          <w:b/>
          <w:i w:val="0"/>
          <w:color w:val="000000"/>
          <w:sz w:val="24"/>
          <w:rtl/>
          <w:szCs w:val="32"/>
        </w:rPr>
        <w:t>ך</w:t>
      </w:r>
      <w:r>
        <w:rPr>
          <w:rFonts w:ascii="Georgia" w:hAnsi="Georgia"/>
          <w:b w:val="0"/>
          <w:i w:val="0"/>
          <w:color w:val="000000"/>
          <w:sz w:val="24"/>
        </w:rPr>
        <w:t xml:space="preserve"> = 20), всего 160 — с коллелем численно равно 161 (</w:t>
      </w:r>
      <w:r>
        <w:rPr>
          <w:rFonts w:ascii="Georgia" w:hAnsi="Georgia" w:cs="Times New Roman"/>
          <w:b/>
          <w:i w:val="0"/>
          <w:color w:val="000000"/>
          <w:sz w:val="24"/>
          <w:rtl/>
          <w:szCs w:val="32"/>
        </w:rPr>
        <w:t>קס״א</w:t>
      </w:r>
      <w:r>
        <w:rPr>
          <w:rFonts w:ascii="Georgia" w:hAnsi="Georgia"/>
          <w:b w:val="0"/>
          <w:i w:val="0"/>
          <w:color w:val="000000"/>
          <w:sz w:val="24"/>
        </w:rPr>
        <w:t xml:space="preserve">), что соответствует [наполнению] ЭЙЕ с йодами (де-йодин). Имя, выводимое из этого стиха, на которое направлено главное намерение, — это </w:t>
      </w:r>
      <w:r>
        <w:rPr>
          <w:rFonts w:ascii="Georgia" w:hAnsi="Georgia" w:cs="Times New Roman"/>
          <w:b/>
          <w:i w:val="0"/>
          <w:color w:val="000000"/>
          <w:sz w:val="24"/>
          <w:rtl/>
          <w:szCs w:val="32"/>
        </w:rPr>
        <w:t>יְכֳלֹ</w:t>
      </w:r>
      <w:r>
        <w:rPr>
          <w:rFonts w:ascii="Georgia" w:hAnsi="Georgia"/>
          <w:b w:val="0"/>
          <w:i w:val="0"/>
          <w:color w:val="000000"/>
          <w:sz w:val="24"/>
        </w:rPr>
        <w:t xml:space="preserve"> (</w:t>
      </w:r>
      <w:r>
        <w:rPr>
          <w:rFonts w:ascii="Georgia" w:hAnsi="Georgia"/>
          <w:b w:val="0"/>
          <w:i/>
          <w:color w:val="000000"/>
          <w:sz w:val="24"/>
        </w:rPr>
        <w:t>Йехол</w:t>
      </w:r>
      <w:r>
        <w:rPr>
          <w:rFonts w:ascii="Georgia" w:hAnsi="Georgia"/>
          <w:b w:val="0"/>
          <w:i w:val="0"/>
          <w:color w:val="000000"/>
          <w:sz w:val="24"/>
        </w:rPr>
        <w:t xml:space="preserve">). Оно образуется заменой букв слова </w:t>
      </w:r>
      <w:r>
        <w:rPr>
          <w:rFonts w:ascii="Georgia" w:hAnsi="Georgia"/>
          <w:b w:val="0"/>
          <w:i/>
          <w:color w:val="000000"/>
          <w:sz w:val="24"/>
        </w:rPr>
        <w:t>мелех</w:t>
      </w:r>
      <w:r>
        <w:rPr>
          <w:rFonts w:ascii="Georgia" w:hAnsi="Georgia"/>
          <w:b w:val="0"/>
          <w:i w:val="0"/>
          <w:color w:val="000000"/>
          <w:sz w:val="24"/>
        </w:rPr>
        <w:t xml:space="preserve"> (</w:t>
      </w:r>
      <w:r>
        <w:rPr>
          <w:rFonts w:ascii="Georgia" w:hAnsi="Georgia" w:cs="Times New Roman"/>
          <w:b/>
          <w:i w:val="0"/>
          <w:color w:val="000000"/>
          <w:sz w:val="24"/>
          <w:rtl/>
          <w:szCs w:val="32"/>
        </w:rPr>
        <w:t>מֶלֶךְ</w:t>
      </w:r>
      <w:r>
        <w:rPr>
          <w:rFonts w:ascii="Georgia" w:hAnsi="Georgia"/>
          <w:b w:val="0"/>
          <w:i w:val="0"/>
          <w:color w:val="000000"/>
          <w:sz w:val="24"/>
        </w:rPr>
        <w:t>)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буква мэм (</w:t>
      </w:r>
      <w:r>
        <w:rPr>
          <w:rFonts w:ascii="Georgia" w:hAnsi="Georgia" w:cs="Times New Roman"/>
          <w:b/>
          <w:i w:val="0"/>
          <w:color w:val="000000"/>
          <w:sz w:val="24"/>
          <w:rtl/>
          <w:szCs w:val="32"/>
        </w:rPr>
        <w:t>מ</w:t>
      </w:r>
      <w:r>
        <w:rPr>
          <w:rFonts w:ascii="Georgia" w:hAnsi="Georgia"/>
          <w:b w:val="0"/>
          <w:i w:val="0"/>
          <w:color w:val="000000"/>
          <w:sz w:val="24"/>
        </w:rPr>
        <w:t>) переходит в йод (</w:t>
      </w:r>
      <w:r>
        <w:rPr>
          <w:rFonts w:ascii="Georgia" w:hAnsi="Georgia" w:cs="Times New Roman"/>
          <w:b/>
          <w:i w:val="0"/>
          <w:color w:val="000000"/>
          <w:sz w:val="24"/>
          <w:rtl/>
          <w:szCs w:val="32"/>
        </w:rPr>
        <w:t>י</w:t>
      </w:r>
      <w:r>
        <w:rPr>
          <w:rFonts w:ascii="Georgia" w:hAnsi="Georgia"/>
          <w:b w:val="0"/>
          <w:i w:val="0"/>
          <w:color w:val="000000"/>
          <w:sz w:val="24"/>
        </w:rPr>
        <w:t>), ламэд (</w:t>
      </w:r>
      <w:r>
        <w:rPr>
          <w:rFonts w:ascii="Georgia" w:hAnsi="Georgia" w:cs="Times New Roman"/>
          <w:b/>
          <w:i w:val="0"/>
          <w:color w:val="000000"/>
          <w:sz w:val="24"/>
          <w:rtl/>
          <w:szCs w:val="32"/>
        </w:rPr>
        <w:t>ל</w:t>
      </w:r>
      <w:r>
        <w:rPr>
          <w:rFonts w:ascii="Georgia" w:hAnsi="Georgia"/>
          <w:b w:val="0"/>
          <w:i w:val="0"/>
          <w:color w:val="000000"/>
          <w:sz w:val="24"/>
        </w:rPr>
        <w:t>) — в каф (</w:t>
      </w:r>
      <w:r>
        <w:rPr>
          <w:rFonts w:ascii="Georgia" w:hAnsi="Georgia" w:cs="Times New Roman"/>
          <w:b/>
          <w:i w:val="0"/>
          <w:color w:val="000000"/>
          <w:sz w:val="24"/>
          <w:rtl/>
          <w:szCs w:val="32"/>
        </w:rPr>
        <w:t>כ</w:t>
      </w:r>
      <w:r>
        <w:rPr>
          <w:rFonts w:ascii="Georgia" w:hAnsi="Georgia"/>
          <w:b w:val="0"/>
          <w:i w:val="0"/>
          <w:color w:val="000000"/>
          <w:sz w:val="24"/>
        </w:rPr>
        <w:t>), а каф софит (</w:t>
      </w:r>
      <w:r>
        <w:rPr>
          <w:rFonts w:ascii="Georgia" w:hAnsi="Georgia" w:cs="Times New Roman"/>
          <w:b/>
          <w:i w:val="0"/>
          <w:color w:val="000000"/>
          <w:sz w:val="24"/>
          <w:rtl/>
          <w:szCs w:val="32"/>
        </w:rPr>
        <w:t>ך</w:t>
      </w:r>
      <w:r>
        <w:rPr>
          <w:rFonts w:ascii="Georgia" w:hAnsi="Georgia"/>
          <w:b w:val="0"/>
          <w:i w:val="0"/>
          <w:color w:val="000000"/>
          <w:sz w:val="24"/>
        </w:rPr>
        <w:t>) — в ламэд (</w:t>
      </w:r>
      <w:r>
        <w:rPr>
          <w:rFonts w:ascii="Georgia" w:hAnsi="Georgia" w:cs="Times New Roman"/>
          <w:b/>
          <w:i w:val="0"/>
          <w:color w:val="000000"/>
          <w:sz w:val="24"/>
          <w:rtl/>
          <w:szCs w:val="32"/>
        </w:rPr>
        <w:t>ל</w:t>
      </w:r>
      <w:r>
        <w:rPr>
          <w:rFonts w:ascii="Georgia" w:hAnsi="Georgia"/>
          <w:b w:val="0"/>
          <w:i w:val="0"/>
          <w:color w:val="000000"/>
          <w:sz w:val="24"/>
        </w:rPr>
        <w:t xml:space="preserve">); а огласовка его берется из букв слова </w:t>
      </w:r>
      <w:r>
        <w:rPr>
          <w:rFonts w:ascii="Georgia" w:hAnsi="Georgia"/>
          <w:b w:val="0"/>
          <w:i/>
          <w:color w:val="000000"/>
          <w:sz w:val="24"/>
        </w:rPr>
        <w:t>бе-йофйо</w:t>
      </w:r>
      <w:r>
        <w:rPr>
          <w:rFonts w:ascii="Georgia" w:hAnsi="Georgia"/>
          <w:b w:val="0"/>
          <w:i w:val="0"/>
          <w:color w:val="000000"/>
          <w:sz w:val="24"/>
        </w:rPr>
        <w:t>. Оно —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буква каф (</w:t>
      </w:r>
      <w:r>
        <w:rPr>
          <w:rFonts w:ascii="Georgia" w:hAnsi="Georgia" w:cs="Times New Roman"/>
          <w:b/>
          <w:i w:val="0"/>
          <w:color w:val="000000"/>
          <w:sz w:val="24"/>
          <w:rtl/>
          <w:szCs w:val="32"/>
        </w:rPr>
        <w:t>כ</w:t>
      </w:r>
      <w:r>
        <w:rPr>
          <w:rFonts w:ascii="Georgia" w:hAnsi="Georgia"/>
          <w:b w:val="0"/>
          <w:i w:val="0"/>
          <w:color w:val="000000"/>
          <w:sz w:val="24"/>
        </w:rPr>
        <w:t xml:space="preserve"> = 20) и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 численно равно 60, что соответствует [сумме] ЙА и АВАЯ. Говорит Шмуэль: это тоже необходимо разъяснить, и мне представляется, что здесь [имеется в виду] АВАЯ де-МА с алефами [равное 45] и простое Имя ЙА [равное 15, что в сумме дает 60].</w:t>
      </w:r>
    </w:p>
    <w:p>
      <w:pPr>
        <w:keepNext/>
        <w:spacing w:before="320" w:after="120"/>
      </w:pPr>
      <w:r>
        <w:rPr>
          <w:rFonts w:ascii="Georgia" w:hAnsi="Georgia"/>
          <w:b w:val="0"/>
          <w:i w:val="0"/>
          <w:color w:val="000000"/>
          <w:sz w:val="32"/>
        </w:rPr>
        <w:t>Ихуд 15</w:t>
      </w:r>
    </w:p>
    <w:p>
      <w:pPr>
        <w:spacing w:before="40" w:after="120"/>
        <w:jc w:val="both"/>
      </w:pPr>
      <w:r>
        <w:rPr>
          <w:rFonts w:ascii="Georgia" w:hAnsi="Georgia"/>
          <w:b w:val="0"/>
          <w:i w:val="0"/>
          <w:color w:val="000000"/>
          <w:sz w:val="24"/>
        </w:rPr>
        <w:t xml:space="preserve">Вышеупомянутый [учитель] сказал мне: [это единение] основано на стихе </w:t>
      </w:r>
      <w:r>
        <w:rPr>
          <w:rFonts w:ascii="Georgia" w:hAnsi="Georgia"/>
          <w:b w:val="0"/>
          <w:i/>
          <w:color w:val="000000"/>
          <w:sz w:val="24"/>
        </w:rPr>
        <w:t>«Да торжествуют благочестивые в славе...»</w:t>
      </w:r>
      <w:r>
        <w:rPr>
          <w:rFonts w:ascii="Georgia" w:hAnsi="Georgia"/>
          <w:b w:val="0"/>
          <w:i w:val="0"/>
          <w:color w:val="000000"/>
          <w:sz w:val="24"/>
        </w:rPr>
        <w:t xml:space="preserve"> (Теилим 149:5). Начальные буквы трех упомянутых слов составляют 20 (</w:t>
      </w:r>
      <w:r>
        <w:rPr>
          <w:rFonts w:ascii="Georgia" w:hAnsi="Georgia" w:cs="Times New Roman"/>
          <w:b/>
          <w:i w:val="0"/>
          <w:color w:val="000000"/>
          <w:sz w:val="24"/>
          <w:rtl/>
          <w:szCs w:val="32"/>
        </w:rPr>
        <w:t>כ</w:t>
      </w:r>
      <w:r>
        <w:rPr>
          <w:rFonts w:ascii="Georgia" w:hAnsi="Georgia"/>
          <w:b w:val="0"/>
          <w:i w:val="0"/>
          <w:color w:val="000000"/>
          <w:sz w:val="24"/>
        </w:rPr>
        <w:t>), что соответствует числу 20 букв АВАЯ с наполнением йод и ЭЙЕ с наполнением йод; и начальные буквы имеют гематрию 20. Говорит Шмуэль: несомненно, здесь вкралась описка, и нужно написать: «а конечные буквы имеют гематрию 50 (</w:t>
      </w:r>
      <w:r>
        <w:rPr>
          <w:rFonts w:ascii="Georgia" w:hAnsi="Georgia" w:cs="Times New Roman"/>
          <w:b/>
          <w:i w:val="0"/>
          <w:color w:val="000000"/>
          <w:sz w:val="24"/>
          <w:rtl/>
          <w:szCs w:val="32"/>
        </w:rPr>
        <w:t>נ</w:t>
      </w:r>
      <w:r>
        <w:rPr>
          <w:rFonts w:ascii="Georgia" w:hAnsi="Georgia"/>
          <w:b w:val="0"/>
          <w:i w:val="0"/>
          <w:color w:val="000000"/>
          <w:sz w:val="24"/>
        </w:rPr>
        <w:t>)». И они [соответствуют] 41 (</w:t>
      </w:r>
      <w:r>
        <w:rPr>
          <w:rFonts w:ascii="Georgia" w:hAnsi="Georgia" w:cs="Times New Roman"/>
          <w:b/>
          <w:i w:val="0"/>
          <w:color w:val="000000"/>
          <w:sz w:val="24"/>
          <w:rtl/>
          <w:szCs w:val="32"/>
        </w:rPr>
        <w:t>מ״א</w:t>
      </w:r>
      <w:r>
        <w:rPr>
          <w:rFonts w:ascii="Georgia" w:hAnsi="Georgia"/>
          <w:b w:val="0"/>
          <w:i w:val="0"/>
          <w:color w:val="000000"/>
          <w:sz w:val="24"/>
        </w:rPr>
        <w:t>) букве АВАЯ с наполнением йод и 8 (</w:t>
      </w:r>
      <w:r>
        <w:rPr>
          <w:rFonts w:ascii="Georgia" w:hAnsi="Georgia" w:cs="Times New Roman"/>
          <w:b/>
          <w:i w:val="0"/>
          <w:color w:val="000000"/>
          <w:sz w:val="24"/>
          <w:rtl/>
          <w:szCs w:val="32"/>
        </w:rPr>
        <w:t>ח</w:t>
      </w:r>
      <w:r>
        <w:rPr>
          <w:rFonts w:ascii="Georgia" w:hAnsi="Georgia"/>
          <w:b w:val="0"/>
          <w:i w:val="0"/>
          <w:color w:val="000000"/>
          <w:sz w:val="24"/>
        </w:rPr>
        <w:t>) буквам АВАЯ и ЭЙЕ — вот 50. Это также 41 буква (</w:t>
      </w:r>
      <w:r>
        <w:rPr>
          <w:rFonts w:ascii="Georgia" w:hAnsi="Georgia" w:cs="Times New Roman"/>
          <w:b/>
          <w:i w:val="0"/>
          <w:color w:val="000000"/>
          <w:sz w:val="24"/>
          <w:rtl/>
          <w:szCs w:val="32"/>
        </w:rPr>
        <w:t>א״ס</w:t>
      </w:r>
      <w:r>
        <w:rPr>
          <w:rFonts w:ascii="Georgia" w:hAnsi="Georgia"/>
          <w:b w:val="0"/>
          <w:i w:val="0"/>
          <w:color w:val="000000"/>
          <w:sz w:val="24"/>
        </w:rPr>
        <w:t>) ЭЙЕ с наполнением йод и 8 букв АВАЯ и ЭЙЕ — вот [еще] 50. Также 14 (</w:t>
      </w:r>
      <w:r>
        <w:rPr>
          <w:rFonts w:ascii="Georgia" w:hAnsi="Georgia" w:cs="Times New Roman"/>
          <w:b/>
          <w:i w:val="0"/>
          <w:color w:val="000000"/>
          <w:sz w:val="24"/>
          <w:rtl/>
          <w:szCs w:val="32"/>
        </w:rPr>
        <w:t>י״ד</w:t>
      </w:r>
      <w:r>
        <w:rPr>
          <w:rFonts w:ascii="Georgia" w:hAnsi="Georgia"/>
          <w:b w:val="0"/>
          <w:i w:val="0"/>
          <w:color w:val="000000"/>
          <w:sz w:val="24"/>
        </w:rPr>
        <w:t>) букв АВАЯ с наполнением йод и 14 — ЭЙЕ с наполнением йод составляют 28 (</w:t>
      </w:r>
      <w:r>
        <w:rPr>
          <w:rFonts w:ascii="Georgia" w:hAnsi="Georgia" w:cs="Times New Roman"/>
          <w:b/>
          <w:i w:val="0"/>
          <w:color w:val="000000"/>
          <w:sz w:val="24"/>
          <w:rtl/>
          <w:szCs w:val="32"/>
        </w:rPr>
        <w:t>כ״ח</w:t>
      </w:r>
      <w:r>
        <w:rPr>
          <w:rFonts w:ascii="Georgia" w:hAnsi="Georgia"/>
          <w:b w:val="0"/>
          <w:i w:val="0"/>
          <w:color w:val="000000"/>
          <w:sz w:val="24"/>
        </w:rPr>
        <w:t>); а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последняя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в ЭЙЕ с наполнением йод, сама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в ЭЙЕ с наполнением йод и первая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в АВАЯ с наполнением йод составляют 22 (</w:t>
      </w:r>
      <w:r>
        <w:rPr>
          <w:rFonts w:ascii="Georgia" w:hAnsi="Georgia" w:cs="Times New Roman"/>
          <w:b/>
          <w:i w:val="0"/>
          <w:color w:val="000000"/>
          <w:sz w:val="24"/>
          <w:rtl/>
          <w:szCs w:val="32"/>
        </w:rPr>
        <w:t>כ״ב</w:t>
      </w:r>
      <w:r>
        <w:rPr>
          <w:rFonts w:ascii="Georgia" w:hAnsi="Georgia"/>
          <w:b w:val="0"/>
          <w:i w:val="0"/>
          <w:color w:val="000000"/>
          <w:sz w:val="24"/>
        </w:rPr>
        <w:t>), что вместе с упомянутыми 28 дает 50. Так объяснены три буквы нун, и в гематрии они составляют 151 (</w:t>
      </w:r>
      <w:r>
        <w:rPr>
          <w:rFonts w:ascii="Georgia" w:hAnsi="Georgia" w:cs="Times New Roman"/>
          <w:b/>
          <w:i w:val="0"/>
          <w:color w:val="000000"/>
          <w:sz w:val="24"/>
          <w:rtl/>
          <w:szCs w:val="32"/>
        </w:rPr>
        <w:t>קנ״א</w:t>
      </w:r>
      <w:r>
        <w:rPr>
          <w:rFonts w:ascii="Georgia" w:hAnsi="Georgia"/>
          <w:b w:val="0"/>
          <w:i w:val="0"/>
          <w:color w:val="000000"/>
          <w:sz w:val="24"/>
        </w:rPr>
        <w:t>). Говорит Шмуэль: [это число получается] с колелем. И намерение (</w:t>
      </w:r>
      <w:r>
        <w:rPr>
          <w:rFonts w:ascii="Georgia" w:hAnsi="Georgia"/>
          <w:b w:val="0"/>
          <w:i/>
          <w:color w:val="000000"/>
          <w:sz w:val="24"/>
        </w:rPr>
        <w:t>кавана</w:t>
      </w:r>
      <w:r>
        <w:rPr>
          <w:rFonts w:ascii="Georgia" w:hAnsi="Georgia"/>
          <w:b w:val="0"/>
          <w:i w:val="0"/>
          <w:color w:val="000000"/>
          <w:sz w:val="24"/>
        </w:rPr>
        <w:t xml:space="preserve">) здесь — усладить с их помощью Имя ЭЙЕ с наполнением хэй, гематрия которого равна 151. Слово </w:t>
      </w:r>
      <w:r>
        <w:rPr>
          <w:rFonts w:ascii="Georgia" w:hAnsi="Georgia"/>
          <w:b w:val="0"/>
          <w:i/>
          <w:color w:val="000000"/>
          <w:sz w:val="24"/>
        </w:rPr>
        <w:t>«яальзу»</w:t>
      </w:r>
      <w:r>
        <w:rPr>
          <w:rFonts w:ascii="Georgia" w:hAnsi="Georgia"/>
          <w:b w:val="0"/>
          <w:i w:val="0"/>
          <w:color w:val="000000"/>
          <w:sz w:val="24"/>
        </w:rPr>
        <w:t xml:space="preserve"> (</w:t>
      </w:r>
      <w:r>
        <w:rPr>
          <w:rFonts w:ascii="Georgia" w:hAnsi="Georgia" w:cs="Times New Roman"/>
          <w:b/>
          <w:i w:val="0"/>
          <w:color w:val="000000"/>
          <w:sz w:val="24"/>
          <w:rtl/>
          <w:szCs w:val="32"/>
        </w:rPr>
        <w:t>יַעְלְזוּ</w:t>
      </w:r>
      <w:r>
        <w:rPr>
          <w:rFonts w:ascii="Georgia" w:hAnsi="Georgia"/>
          <w:b w:val="0"/>
          <w:i w:val="0"/>
          <w:color w:val="000000"/>
          <w:sz w:val="24"/>
        </w:rPr>
        <w:t>) в гематрии равно 123 (</w:t>
      </w:r>
      <w:r>
        <w:rPr>
          <w:rFonts w:ascii="Georgia" w:hAnsi="Georgia" w:cs="Times New Roman"/>
          <w:b/>
          <w:i w:val="0"/>
          <w:color w:val="000000"/>
          <w:sz w:val="24"/>
          <w:rtl/>
          <w:szCs w:val="32"/>
        </w:rPr>
        <w:t>קכ״ג</w:t>
      </w:r>
      <w:r>
        <w:rPr>
          <w:rFonts w:ascii="Georgia" w:hAnsi="Georgia"/>
          <w:b w:val="0"/>
          <w:i w:val="0"/>
          <w:color w:val="000000"/>
          <w:sz w:val="24"/>
        </w:rPr>
        <w:t>), и это трижды по 41 (</w:t>
      </w:r>
      <w:r>
        <w:rPr>
          <w:rFonts w:ascii="Georgia" w:hAnsi="Georgia" w:cs="Times New Roman"/>
          <w:b/>
          <w:i w:val="0"/>
          <w:color w:val="000000"/>
          <w:sz w:val="24"/>
          <w:rtl/>
          <w:szCs w:val="32"/>
        </w:rPr>
        <w:t>א״ם</w:t>
      </w:r>
      <w:r>
        <w:rPr>
          <w:rFonts w:ascii="Georgia" w:hAnsi="Georgia"/>
          <w:b w:val="0"/>
          <w:i w:val="0"/>
          <w:color w:val="000000"/>
          <w:sz w:val="24"/>
        </w:rPr>
        <w:t>) в ЭЙЕ с наполнением йод, чтобы притянуть все это к АВАЯ де-МА и сделать содержащиеся в нем три буквы алеф тремя Именами ЭЙЕ, которые в гематрии составляют 63 (</w:t>
      </w:r>
      <w:r>
        <w:rPr>
          <w:rFonts w:ascii="Georgia" w:hAnsi="Georgia" w:cs="Times New Roman"/>
          <w:b/>
          <w:i w:val="0"/>
          <w:color w:val="000000"/>
          <w:sz w:val="24"/>
          <w:rtl/>
          <w:szCs w:val="32"/>
        </w:rPr>
        <w:t>ס״ג</w:t>
      </w:r>
      <w:r>
        <w:rPr>
          <w:rFonts w:ascii="Georgia" w:hAnsi="Georgia"/>
          <w:b w:val="0"/>
          <w:i w:val="0"/>
          <w:color w:val="000000"/>
          <w:sz w:val="24"/>
        </w:rPr>
        <w:t xml:space="preserve">). Слово </w:t>
      </w:r>
      <w:r>
        <w:rPr>
          <w:rFonts w:ascii="Georgia" w:hAnsi="Georgia"/>
          <w:b w:val="0"/>
          <w:i/>
          <w:color w:val="000000"/>
          <w:sz w:val="24"/>
        </w:rPr>
        <w:t>«хасидим»</w:t>
      </w:r>
      <w:r>
        <w:rPr>
          <w:rFonts w:ascii="Georgia" w:hAnsi="Georgia"/>
          <w:b w:val="0"/>
          <w:i w:val="0"/>
          <w:color w:val="000000"/>
          <w:sz w:val="24"/>
        </w:rPr>
        <w:t xml:space="preserve"> (</w:t>
      </w:r>
      <w:r>
        <w:rPr>
          <w:rFonts w:ascii="Georgia" w:hAnsi="Georgia" w:cs="Times New Roman"/>
          <w:b/>
          <w:i w:val="0"/>
          <w:color w:val="000000"/>
          <w:sz w:val="24"/>
          <w:rtl/>
          <w:szCs w:val="32"/>
        </w:rPr>
        <w:t>חֲסִידִים</w:t>
      </w:r>
      <w:r>
        <w:rPr>
          <w:rFonts w:ascii="Georgia" w:hAnsi="Georgia"/>
          <w:b w:val="0"/>
          <w:i w:val="0"/>
          <w:color w:val="000000"/>
          <w:sz w:val="24"/>
        </w:rPr>
        <w:t>) в гематрии равно 130 (</w:t>
      </w:r>
      <w:r>
        <w:rPr>
          <w:rFonts w:ascii="Georgia" w:hAnsi="Georgia" w:cs="Times New Roman"/>
          <w:b/>
          <w:i w:val="0"/>
          <w:color w:val="000000"/>
          <w:sz w:val="24"/>
          <w:rtl/>
          <w:szCs w:val="32"/>
        </w:rPr>
        <w:t>ק״ל</w:t>
      </w:r>
      <w:r>
        <w:rPr>
          <w:rFonts w:ascii="Georgia" w:hAnsi="Georgia"/>
          <w:b w:val="0"/>
          <w:i w:val="0"/>
          <w:color w:val="000000"/>
          <w:sz w:val="24"/>
        </w:rPr>
        <w:t>). Говорит Шмуэль: нужно написать 132 (</w:t>
      </w:r>
      <w:r>
        <w:rPr>
          <w:rFonts w:ascii="Georgia" w:hAnsi="Georgia" w:cs="Times New Roman"/>
          <w:b/>
          <w:i w:val="0"/>
          <w:color w:val="000000"/>
          <w:sz w:val="24"/>
          <w:rtl/>
          <w:szCs w:val="32"/>
        </w:rPr>
        <w:t>קל״ב</w:t>
      </w:r>
      <w:r>
        <w:rPr>
          <w:rFonts w:ascii="Georgia" w:hAnsi="Georgia"/>
          <w:b w:val="0"/>
          <w:i w:val="0"/>
          <w:color w:val="000000"/>
          <w:sz w:val="24"/>
        </w:rPr>
        <w:t>), и это пять Имен АВАЯ де-гвурот и два [дополнительных начала] (</w:t>
      </w:r>
      <w:r>
        <w:rPr>
          <w:rFonts w:ascii="Georgia" w:hAnsi="Georgia" w:cs="Times New Roman"/>
          <w:b/>
          <w:i w:val="0"/>
          <w:color w:val="000000"/>
          <w:sz w:val="24"/>
          <w:rtl/>
          <w:szCs w:val="32"/>
        </w:rPr>
        <w:t>תו״ג</w:t>
      </w:r>
      <w:r>
        <w:rPr>
          <w:rFonts w:ascii="Georgia" w:hAnsi="Georgia"/>
          <w:b w:val="0"/>
          <w:i w:val="0"/>
          <w:color w:val="000000"/>
          <w:sz w:val="24"/>
        </w:rPr>
        <w:t xml:space="preserve">), чтобы усладить гвурот с помощью хасадим. Слово </w:t>
      </w:r>
      <w:r>
        <w:rPr>
          <w:rFonts w:ascii="Georgia" w:hAnsi="Georgia"/>
          <w:b w:val="0"/>
          <w:i/>
          <w:color w:val="000000"/>
          <w:sz w:val="24"/>
        </w:rPr>
        <w:t>бе-хавод</w:t>
      </w:r>
      <w:r>
        <w:rPr>
          <w:rFonts w:ascii="Georgia" w:hAnsi="Georgia"/>
          <w:b w:val="0"/>
          <w:i w:val="0"/>
          <w:color w:val="000000"/>
          <w:sz w:val="24"/>
        </w:rPr>
        <w:t xml:space="preserve"> («в славе», </w:t>
      </w:r>
      <w:r>
        <w:rPr>
          <w:rFonts w:ascii="Georgia" w:hAnsi="Georgia" w:cs="Times New Roman"/>
          <w:b/>
          <w:i w:val="0"/>
          <w:color w:val="000000"/>
          <w:sz w:val="24"/>
          <w:rtl/>
          <w:szCs w:val="32"/>
        </w:rPr>
        <w:t>בְּכָבוֹד</w:t>
      </w:r>
      <w:r>
        <w:rPr>
          <w:rFonts w:ascii="Georgia" w:hAnsi="Georgia"/>
          <w:b w:val="0"/>
          <w:i w:val="0"/>
          <w:color w:val="000000"/>
          <w:sz w:val="24"/>
        </w:rPr>
        <w:t xml:space="preserve">) имеет ту же гематрию, что и Имя </w:t>
      </w:r>
      <w:r>
        <w:rPr>
          <w:rFonts w:ascii="Georgia" w:hAnsi="Georgia"/>
          <w:b w:val="0"/>
          <w:i/>
          <w:color w:val="000000"/>
          <w:sz w:val="24"/>
        </w:rPr>
        <w:t>Бохо</w:t>
      </w:r>
      <w:r>
        <w:rPr>
          <w:rFonts w:ascii="Georgia" w:hAnsi="Georgia"/>
          <w:b w:val="0"/>
          <w:i w:val="0"/>
          <w:color w:val="000000"/>
          <w:sz w:val="24"/>
        </w:rPr>
        <w:t xml:space="preserve"> (</w:t>
      </w:r>
      <w:r>
        <w:rPr>
          <w:rFonts w:ascii="Georgia" w:hAnsi="Georgia" w:cs="Times New Roman"/>
          <w:b/>
          <w:i w:val="0"/>
          <w:color w:val="000000"/>
          <w:sz w:val="24"/>
          <w:rtl/>
          <w:szCs w:val="32"/>
        </w:rPr>
        <w:t>בוכ״ו</w:t>
      </w:r>
      <w:r>
        <w:rPr>
          <w:rFonts w:ascii="Georgia" w:hAnsi="Georgia"/>
          <w:b w:val="0"/>
          <w:i w:val="0"/>
          <w:color w:val="000000"/>
          <w:sz w:val="24"/>
        </w:rPr>
        <w:t xml:space="preserve">), выходящее из этого стиха по замене атбаш слова </w:t>
      </w:r>
      <w:r>
        <w:rPr>
          <w:rFonts w:ascii="Georgia" w:hAnsi="Georgia"/>
          <w:b w:val="0"/>
          <w:i/>
          <w:color w:val="000000"/>
          <w:sz w:val="24"/>
        </w:rPr>
        <w:t>бе-хавод</w:t>
      </w:r>
      <w:r>
        <w:rPr>
          <w:rFonts w:ascii="Georgia" w:hAnsi="Georgia"/>
          <w:b w:val="0"/>
          <w:i w:val="0"/>
          <w:color w:val="000000"/>
          <w:sz w:val="24"/>
        </w:rPr>
        <w:t xml:space="preserve">, и это [Имя] — </w:t>
      </w:r>
      <w:r>
        <w:rPr>
          <w:rFonts w:ascii="Georgia" w:hAnsi="Georgia"/>
          <w:b w:val="0"/>
          <w:i/>
          <w:color w:val="000000"/>
          <w:sz w:val="24"/>
        </w:rPr>
        <w:t>Шалшфука</w:t>
      </w:r>
      <w:r>
        <w:rPr>
          <w:rFonts w:ascii="Georgia" w:hAnsi="Georgia"/>
          <w:b w:val="0"/>
          <w:i w:val="0"/>
          <w:color w:val="000000"/>
          <w:sz w:val="24"/>
        </w:rPr>
        <w:t xml:space="preserve"> (</w:t>
      </w:r>
      <w:r>
        <w:rPr>
          <w:rFonts w:ascii="Georgia" w:hAnsi="Georgia" w:cs="Times New Roman"/>
          <w:b/>
          <w:i w:val="0"/>
          <w:color w:val="000000"/>
          <w:sz w:val="24"/>
          <w:rtl/>
          <w:szCs w:val="32"/>
        </w:rPr>
        <w:t>שַלְשְפוּקָ</w:t>
      </w:r>
      <w:r>
        <w:rPr>
          <w:rFonts w:ascii="Georgia" w:hAnsi="Georgia"/>
          <w:b w:val="0"/>
          <w:i w:val="0"/>
          <w:color w:val="000000"/>
          <w:sz w:val="24"/>
        </w:rPr>
        <w:t xml:space="preserve">), а его огласовка — [как у слов] </w:t>
      </w:r>
      <w:r>
        <w:rPr>
          <w:rFonts w:ascii="Georgia" w:hAnsi="Georgia"/>
          <w:b w:val="0"/>
          <w:i/>
          <w:color w:val="000000"/>
          <w:sz w:val="24"/>
        </w:rPr>
        <w:t>«яальзу хасидим»</w:t>
      </w:r>
      <w:r>
        <w:rPr>
          <w:rFonts w:ascii="Georgia" w:hAnsi="Georgia"/>
          <w:b w:val="0"/>
          <w:i w:val="0"/>
          <w:color w:val="000000"/>
          <w:sz w:val="24"/>
        </w:rPr>
        <w:t xml:space="preserve"> (</w:t>
      </w:r>
      <w:r>
        <w:rPr>
          <w:rFonts w:ascii="Georgia" w:hAnsi="Georgia" w:cs="Times New Roman"/>
          <w:b/>
          <w:i w:val="0"/>
          <w:color w:val="000000"/>
          <w:sz w:val="24"/>
          <w:rtl/>
          <w:szCs w:val="32"/>
        </w:rPr>
        <w:t>יַעְלְזוּ חֲסִידִים</w:t>
      </w:r>
      <w:r>
        <w:rPr>
          <w:rFonts w:ascii="Georgia" w:hAnsi="Georgia"/>
          <w:b w:val="0"/>
          <w:i w:val="0"/>
          <w:color w:val="000000"/>
          <w:sz w:val="24"/>
        </w:rPr>
        <w:t>). И оно в гематрии составляет 810 (</w:t>
      </w:r>
      <w:r>
        <w:rPr>
          <w:rFonts w:ascii="Georgia" w:hAnsi="Georgia" w:cs="Times New Roman"/>
          <w:b/>
          <w:i w:val="0"/>
          <w:color w:val="000000"/>
          <w:sz w:val="24"/>
          <w:rtl/>
          <w:szCs w:val="32"/>
        </w:rPr>
        <w:t>תת״י</w:t>
      </w:r>
      <w:r>
        <w:rPr>
          <w:rFonts w:ascii="Georgia" w:hAnsi="Georgia"/>
          <w:b w:val="0"/>
          <w:i w:val="0"/>
          <w:color w:val="000000"/>
          <w:sz w:val="24"/>
        </w:rPr>
        <w:t>), что [соответствует] четырем Именам АВАЯ: АБ, САГ, МА и БОН, составляющим 232 (</w:t>
      </w:r>
      <w:r>
        <w:rPr>
          <w:rFonts w:ascii="Georgia" w:hAnsi="Georgia" w:cs="Times New Roman"/>
          <w:b/>
          <w:i w:val="0"/>
          <w:color w:val="000000"/>
          <w:sz w:val="24"/>
          <w:rtl/>
          <w:szCs w:val="32"/>
        </w:rPr>
        <w:t>רל״ב</w:t>
      </w:r>
      <w:r>
        <w:rPr>
          <w:rFonts w:ascii="Georgia" w:hAnsi="Georgia"/>
          <w:b w:val="0"/>
          <w:i w:val="0"/>
          <w:color w:val="000000"/>
          <w:sz w:val="24"/>
        </w:rPr>
        <w:t>), а три Имени ЭЙЕ составляют 455 (</w:t>
      </w:r>
      <w:r>
        <w:rPr>
          <w:rFonts w:ascii="Georgia" w:hAnsi="Georgia" w:cs="Times New Roman"/>
          <w:b/>
          <w:i w:val="0"/>
          <w:color w:val="000000"/>
          <w:sz w:val="24"/>
          <w:rtl/>
          <w:szCs w:val="32"/>
        </w:rPr>
        <w:t>תנ״ה</w:t>
      </w:r>
      <w:r>
        <w:rPr>
          <w:rFonts w:ascii="Georgia" w:hAnsi="Georgia"/>
          <w:b w:val="0"/>
          <w:i w:val="0"/>
          <w:color w:val="000000"/>
          <w:sz w:val="24"/>
        </w:rPr>
        <w:t>), всего 687 (</w:t>
      </w:r>
      <w:r>
        <w:rPr>
          <w:rFonts w:ascii="Georgia" w:hAnsi="Georgia" w:cs="Times New Roman"/>
          <w:b/>
          <w:i w:val="0"/>
          <w:color w:val="000000"/>
          <w:sz w:val="24"/>
          <w:rtl/>
          <w:szCs w:val="32"/>
        </w:rPr>
        <w:t>תרפ״ז</w:t>
      </w:r>
      <w:r>
        <w:rPr>
          <w:rFonts w:ascii="Georgia" w:hAnsi="Georgia"/>
          <w:b w:val="0"/>
          <w:i w:val="0"/>
          <w:color w:val="000000"/>
          <w:sz w:val="24"/>
        </w:rPr>
        <w:t>); и ими ты усладишь упомянутые три [сочетания] по 41 (</w:t>
      </w:r>
      <w:r>
        <w:rPr>
          <w:rFonts w:ascii="Georgia" w:hAnsi="Georgia" w:cs="Times New Roman"/>
          <w:b/>
          <w:i w:val="0"/>
          <w:color w:val="000000"/>
          <w:sz w:val="24"/>
          <w:rtl/>
          <w:szCs w:val="32"/>
        </w:rPr>
        <w:t>א״ס</w:t>
      </w:r>
      <w:r>
        <w:rPr>
          <w:rFonts w:ascii="Georgia" w:hAnsi="Georgia"/>
          <w:b w:val="0"/>
          <w:i w:val="0"/>
          <w:color w:val="000000"/>
          <w:sz w:val="24"/>
        </w:rPr>
        <w:t>), составляющие 123, и все вместе равно 810. Говорит Шмуэль: буква вав (</w:t>
      </w:r>
      <w:r>
        <w:rPr>
          <w:rFonts w:ascii="Georgia" w:hAnsi="Georgia" w:cs="Times New Roman"/>
          <w:b/>
          <w:i w:val="0"/>
          <w:color w:val="000000"/>
          <w:sz w:val="24"/>
          <w:rtl/>
          <w:szCs w:val="32"/>
        </w:rPr>
        <w:t>ו</w:t>
      </w:r>
      <w:r>
        <w:rPr>
          <w:rFonts w:ascii="Georgia" w:hAnsi="Georgia"/>
          <w:b w:val="0"/>
          <w:i w:val="0"/>
          <w:color w:val="000000"/>
          <w:sz w:val="24"/>
        </w:rPr>
        <w:t xml:space="preserve">) в упомянутом Имени принадлежит не к основе самого Имени, а [добавлена] ради огласовки шурук; поэтому основа Имени — </w:t>
      </w:r>
      <w:r>
        <w:rPr>
          <w:rFonts w:ascii="Georgia" w:hAnsi="Georgia"/>
          <w:b w:val="0"/>
          <w:i/>
          <w:color w:val="000000"/>
          <w:sz w:val="24"/>
        </w:rPr>
        <w:t>Шалшпак</w:t>
      </w:r>
      <w:r>
        <w:rPr>
          <w:rFonts w:ascii="Georgia" w:hAnsi="Georgia"/>
          <w:b w:val="0"/>
          <w:i w:val="0"/>
          <w:color w:val="000000"/>
          <w:sz w:val="24"/>
        </w:rPr>
        <w:t xml:space="preserve"> (</w:t>
      </w:r>
      <w:r>
        <w:rPr>
          <w:rFonts w:ascii="Georgia" w:hAnsi="Georgia" w:cs="Times New Roman"/>
          <w:b/>
          <w:i w:val="0"/>
          <w:color w:val="000000"/>
          <w:sz w:val="24"/>
          <w:rtl/>
          <w:szCs w:val="32"/>
        </w:rPr>
        <w:t>שלשפ״ק</w:t>
      </w:r>
      <w:r>
        <w:rPr>
          <w:rFonts w:ascii="Georgia" w:hAnsi="Georgia"/>
          <w:b w:val="0"/>
          <w:i w:val="0"/>
          <w:color w:val="000000"/>
          <w:sz w:val="24"/>
        </w:rPr>
        <w:t xml:space="preserve">), что соответствует буквам слова </w:t>
      </w:r>
      <w:r>
        <w:rPr>
          <w:rFonts w:ascii="Georgia" w:hAnsi="Georgia"/>
          <w:b w:val="0"/>
          <w:i/>
          <w:color w:val="000000"/>
          <w:sz w:val="24"/>
        </w:rPr>
        <w:t>бе-хавод</w:t>
      </w:r>
      <w:r>
        <w:rPr>
          <w:rFonts w:ascii="Georgia" w:hAnsi="Georgia"/>
          <w:b w:val="0"/>
          <w:i w:val="0"/>
          <w:color w:val="000000"/>
          <w:sz w:val="24"/>
        </w:rPr>
        <w:t xml:space="preserve"> (</w:t>
      </w:r>
      <w:r>
        <w:rPr>
          <w:rFonts w:ascii="Georgia" w:hAnsi="Georgia" w:cs="Times New Roman"/>
          <w:b/>
          <w:i w:val="0"/>
          <w:color w:val="000000"/>
          <w:sz w:val="24"/>
          <w:rtl/>
          <w:szCs w:val="32"/>
        </w:rPr>
        <w:t>בְּכָבוֹד</w:t>
      </w:r>
      <w:r>
        <w:rPr>
          <w:rFonts w:ascii="Georgia" w:hAnsi="Georgia"/>
          <w:b w:val="0"/>
          <w:i w:val="0"/>
          <w:color w:val="000000"/>
          <w:sz w:val="24"/>
        </w:rPr>
        <w:t>), и оно в гематрии составляет 410 (</w:t>
      </w:r>
      <w:r>
        <w:rPr>
          <w:rFonts w:ascii="Georgia" w:hAnsi="Georgia" w:cs="Times New Roman"/>
          <w:b/>
          <w:i w:val="0"/>
          <w:color w:val="000000"/>
          <w:sz w:val="24"/>
          <w:rtl/>
          <w:szCs w:val="32"/>
        </w:rPr>
        <w:t>ת״י</w:t>
      </w:r>
      <w:r>
        <w:rPr>
          <w:rFonts w:ascii="Georgia" w:hAnsi="Georgia"/>
          <w:b w:val="0"/>
          <w:i w:val="0"/>
          <w:color w:val="000000"/>
          <w:sz w:val="24"/>
        </w:rPr>
        <w:t>), как сказано выше.</w:t>
      </w:r>
    </w:p>
    <w:p>
      <w:pPr>
        <w:keepNext/>
        <w:spacing w:before="320" w:after="120"/>
      </w:pPr>
      <w:r>
        <w:rPr>
          <w:rFonts w:ascii="Georgia" w:hAnsi="Georgia"/>
          <w:b w:val="0"/>
          <w:i w:val="0"/>
          <w:color w:val="000000"/>
          <w:sz w:val="32"/>
        </w:rPr>
        <w:t>Ихуд 16</w:t>
      </w:r>
    </w:p>
    <w:p>
      <w:pPr>
        <w:spacing w:before="40" w:after="120"/>
        <w:jc w:val="both"/>
      </w:pPr>
      <w:r>
        <w:rPr>
          <w:rFonts w:ascii="Georgia" w:hAnsi="Georgia"/>
          <w:b w:val="0"/>
          <w:i w:val="0"/>
          <w:color w:val="000000"/>
          <w:sz w:val="24"/>
        </w:rPr>
        <w:t xml:space="preserve">Упомянутое выше [Имя] Эль также основано на стихе: </w:t>
      </w:r>
      <w:r>
        <w:rPr>
          <w:rFonts w:ascii="Georgia" w:hAnsi="Georgia"/>
          <w:b w:val="0"/>
          <w:i/>
          <w:color w:val="000000"/>
          <w:sz w:val="24"/>
        </w:rPr>
        <w:t>«…разве не у Б-га истолкования?»</w:t>
      </w:r>
      <w:r>
        <w:rPr>
          <w:rFonts w:ascii="Georgia" w:hAnsi="Georgia"/>
          <w:b w:val="0"/>
          <w:i w:val="0"/>
          <w:color w:val="000000"/>
          <w:sz w:val="24"/>
        </w:rPr>
        <w:t xml:space="preserve"> (Берешит 40:8). Начальные буквы трех этих упомянутых слов составляют 115 (</w:t>
      </w:r>
      <w:r>
        <w:rPr>
          <w:rFonts w:ascii="Georgia" w:hAnsi="Georgia" w:cs="Times New Roman"/>
          <w:b/>
          <w:i w:val="0"/>
          <w:color w:val="000000"/>
          <w:sz w:val="24"/>
          <w:rtl/>
          <w:szCs w:val="32"/>
        </w:rPr>
        <w:t>קי״ה</w:t>
      </w:r>
      <w:r>
        <w:rPr>
          <w:rFonts w:ascii="Georgia" w:hAnsi="Georgia"/>
          <w:b w:val="0"/>
          <w:i w:val="0"/>
          <w:color w:val="000000"/>
          <w:sz w:val="24"/>
        </w:rPr>
        <w:t xml:space="preserve">), что соответствует [Имени] АВАЯ наполнения АБ (72) и его [Имени из] 42 [букв] [Говорит Шмуэль: с колелем]. Начальные буквы слов </w:t>
      </w:r>
      <w:r>
        <w:rPr>
          <w:rFonts w:ascii="Georgia" w:hAnsi="Georgia"/>
          <w:b w:val="0"/>
          <w:i/>
          <w:color w:val="000000"/>
          <w:sz w:val="24"/>
        </w:rPr>
        <w:t>«расскажите же мне»</w:t>
      </w:r>
      <w:r>
        <w:rPr>
          <w:rFonts w:ascii="Georgia" w:hAnsi="Georgia"/>
          <w:b w:val="0"/>
          <w:i w:val="0"/>
          <w:color w:val="000000"/>
          <w:sz w:val="24"/>
        </w:rPr>
        <w:t xml:space="preserve"> равны по гематрии 140 (</w:t>
      </w:r>
      <w:r>
        <w:rPr>
          <w:rFonts w:ascii="Georgia" w:hAnsi="Georgia" w:cs="Times New Roman"/>
          <w:b/>
          <w:i w:val="0"/>
          <w:color w:val="000000"/>
          <w:sz w:val="24"/>
          <w:rtl/>
          <w:szCs w:val="32"/>
        </w:rPr>
        <w:t>ק״מ</w:t>
      </w:r>
      <w:r>
        <w:rPr>
          <w:rFonts w:ascii="Georgia" w:hAnsi="Georgia"/>
          <w:b w:val="0"/>
          <w:i w:val="0"/>
          <w:color w:val="000000"/>
          <w:sz w:val="24"/>
        </w:rPr>
        <w:t>), что составляет наполнение [Имени] ЭЙЕ с йодами; а конечные буквы составляют 98 (</w:t>
      </w:r>
      <w:r>
        <w:rPr>
          <w:rFonts w:ascii="Georgia" w:hAnsi="Georgia" w:cs="Times New Roman"/>
          <w:b/>
          <w:i w:val="0"/>
          <w:color w:val="000000"/>
          <w:sz w:val="24"/>
          <w:rtl/>
          <w:szCs w:val="32"/>
        </w:rPr>
        <w:t>צ״ח</w:t>
      </w:r>
      <w:r>
        <w:rPr>
          <w:rFonts w:ascii="Georgia" w:hAnsi="Georgia"/>
          <w:b w:val="0"/>
          <w:i w:val="0"/>
          <w:color w:val="000000"/>
          <w:sz w:val="24"/>
        </w:rPr>
        <w:t xml:space="preserve">), что равно [Именам] ЭЛЬ и АДОНАЙ с двумя колелями [Говорит Шмуэль: имеются в виду конечные буквы всех шести упомянутых слов]. В [словах] </w:t>
      </w:r>
      <w:r>
        <w:rPr>
          <w:rFonts w:ascii="Georgia" w:hAnsi="Georgia"/>
          <w:b w:val="0"/>
          <w:i/>
          <w:color w:val="000000"/>
          <w:sz w:val="24"/>
        </w:rPr>
        <w:t>«разве не у Б-га истолкования»</w:t>
      </w:r>
      <w:r>
        <w:rPr>
          <w:rFonts w:ascii="Georgia" w:hAnsi="Georgia"/>
          <w:b w:val="0"/>
          <w:i w:val="0"/>
          <w:color w:val="000000"/>
          <w:sz w:val="24"/>
        </w:rPr>
        <w:t>: [первые два слова] имеют гематрию 151 (</w:t>
      </w:r>
      <w:r>
        <w:rPr>
          <w:rFonts w:ascii="Georgia" w:hAnsi="Georgia" w:cs="Times New Roman"/>
          <w:b/>
          <w:i w:val="0"/>
          <w:color w:val="000000"/>
          <w:sz w:val="24"/>
          <w:rtl/>
          <w:szCs w:val="32"/>
        </w:rPr>
        <w:t>קנ״א</w:t>
      </w:r>
      <w:r>
        <w:rPr>
          <w:rFonts w:ascii="Georgia" w:hAnsi="Georgia"/>
          <w:b w:val="0"/>
          <w:i w:val="0"/>
          <w:color w:val="000000"/>
          <w:sz w:val="24"/>
        </w:rPr>
        <w:t xml:space="preserve">), а с единицей колеля — [152]; [слово] </w:t>
      </w:r>
      <w:r>
        <w:rPr>
          <w:rFonts w:ascii="Georgia" w:hAnsi="Georgia"/>
          <w:b w:val="0"/>
          <w:i/>
          <w:color w:val="000000"/>
          <w:sz w:val="24"/>
        </w:rPr>
        <w:t>«истолкования»</w:t>
      </w:r>
      <w:r>
        <w:rPr>
          <w:rFonts w:ascii="Georgia" w:hAnsi="Georgia"/>
          <w:b w:val="0"/>
          <w:i w:val="0"/>
          <w:color w:val="000000"/>
          <w:sz w:val="24"/>
        </w:rPr>
        <w:t xml:space="preserve"> равно 687 (</w:t>
      </w:r>
      <w:r>
        <w:rPr>
          <w:rFonts w:ascii="Georgia" w:hAnsi="Georgia" w:cs="Times New Roman"/>
          <w:b/>
          <w:i w:val="0"/>
          <w:color w:val="000000"/>
          <w:sz w:val="24"/>
          <w:rtl/>
          <w:szCs w:val="32"/>
        </w:rPr>
        <w:t>תרפ״ז</w:t>
      </w:r>
      <w:r>
        <w:rPr>
          <w:rFonts w:ascii="Georgia" w:hAnsi="Georgia"/>
          <w:b w:val="0"/>
          <w:i w:val="0"/>
          <w:color w:val="000000"/>
          <w:sz w:val="24"/>
        </w:rPr>
        <w:t xml:space="preserve">): четыре [Имени] АВАЯ и три [Имени] ЭЙЕ с их наполнениями, а также </w:t>
      </w:r>
      <w:r>
        <w:rPr>
          <w:rFonts w:ascii="Georgia" w:hAnsi="Georgia"/>
          <w:b w:val="0"/>
          <w:i/>
          <w:color w:val="000000"/>
          <w:sz w:val="24"/>
        </w:rPr>
        <w:t>маген</w:t>
      </w:r>
      <w:r>
        <w:rPr>
          <w:rFonts w:ascii="Georgia" w:hAnsi="Georgia"/>
          <w:b w:val="0"/>
          <w:i w:val="0"/>
          <w:color w:val="000000"/>
          <w:sz w:val="24"/>
        </w:rPr>
        <w:t xml:space="preserve"> (</w:t>
      </w:r>
      <w:r>
        <w:rPr>
          <w:rFonts w:ascii="Georgia" w:hAnsi="Georgia" w:cs="Times New Roman"/>
          <w:b/>
          <w:i w:val="0"/>
          <w:color w:val="000000"/>
          <w:sz w:val="24"/>
          <w:rtl/>
          <w:szCs w:val="32"/>
        </w:rPr>
        <w:t>מג״ן</w:t>
      </w:r>
      <w:r>
        <w:rPr>
          <w:rFonts w:ascii="Georgia" w:hAnsi="Georgia"/>
          <w:b w:val="0"/>
          <w:i w:val="0"/>
          <w:color w:val="000000"/>
          <w:sz w:val="24"/>
        </w:rPr>
        <w:t xml:space="preserve"> = 93) — чтобы провести [свет] от трех [Имен] ЭЛЬ через все [Имена] АВАЯ вниз. [Говорит Шмуэль: смысл здесь в том, что слово </w:t>
      </w:r>
      <w:r>
        <w:rPr>
          <w:rFonts w:ascii="Georgia" w:hAnsi="Georgia"/>
          <w:b w:val="0"/>
          <w:i/>
          <w:color w:val="000000"/>
          <w:sz w:val="24"/>
        </w:rPr>
        <w:t>«истолкования»</w:t>
      </w:r>
      <w:r>
        <w:rPr>
          <w:rFonts w:ascii="Georgia" w:hAnsi="Georgia"/>
          <w:b w:val="0"/>
          <w:i w:val="0"/>
          <w:color w:val="000000"/>
          <w:sz w:val="24"/>
        </w:rPr>
        <w:t xml:space="preserve"> при неполном написании (</w:t>
      </w:r>
      <w:r>
        <w:rPr>
          <w:rFonts w:ascii="Georgia" w:hAnsi="Georgia"/>
          <w:b w:val="0"/>
          <w:i/>
          <w:color w:val="000000"/>
          <w:sz w:val="24"/>
        </w:rPr>
        <w:t>питроним</w:t>
      </w:r>
      <w:r>
        <w:rPr>
          <w:rFonts w:ascii="Georgia" w:hAnsi="Georgia"/>
          <w:b w:val="0"/>
          <w:i w:val="0"/>
          <w:color w:val="000000"/>
          <w:sz w:val="24"/>
        </w:rPr>
        <w:t xml:space="preserve">, </w:t>
      </w:r>
      <w:r>
        <w:rPr>
          <w:rFonts w:ascii="Georgia" w:hAnsi="Georgia" w:cs="Times New Roman"/>
          <w:b/>
          <w:i w:val="0"/>
          <w:color w:val="000000"/>
          <w:sz w:val="24"/>
          <w:rtl/>
          <w:szCs w:val="32"/>
        </w:rPr>
        <w:t>פִּתְרֹנִים</w:t>
      </w:r>
      <w:r>
        <w:rPr>
          <w:rFonts w:ascii="Georgia" w:hAnsi="Georgia"/>
          <w:b w:val="0"/>
          <w:i w:val="0"/>
          <w:color w:val="000000"/>
          <w:sz w:val="24"/>
        </w:rPr>
        <w:t>, без буквы вав) имеет гематрию 780 (</w:t>
      </w:r>
      <w:r>
        <w:rPr>
          <w:rFonts w:ascii="Georgia" w:hAnsi="Georgia" w:cs="Times New Roman"/>
          <w:b/>
          <w:i w:val="0"/>
          <w:color w:val="000000"/>
          <w:sz w:val="24"/>
          <w:rtl/>
          <w:szCs w:val="32"/>
        </w:rPr>
        <w:t>תש״ף</w:t>
      </w:r>
      <w:r>
        <w:rPr>
          <w:rFonts w:ascii="Georgia" w:hAnsi="Georgia"/>
          <w:b w:val="0"/>
          <w:i w:val="0"/>
          <w:color w:val="000000"/>
          <w:sz w:val="24"/>
        </w:rPr>
        <w:t>). И рассчитывается это следующим образом: четыре [Имени] АВАЯ составляют 232 (</w:t>
      </w:r>
      <w:r>
        <w:rPr>
          <w:rFonts w:ascii="Georgia" w:hAnsi="Georgia" w:cs="Times New Roman"/>
          <w:b/>
          <w:i w:val="0"/>
          <w:color w:val="000000"/>
          <w:sz w:val="24"/>
          <w:rtl/>
          <w:szCs w:val="32"/>
        </w:rPr>
        <w:t>רל״ב</w:t>
      </w:r>
      <w:r>
        <w:rPr>
          <w:rFonts w:ascii="Georgia" w:hAnsi="Georgia"/>
          <w:b w:val="0"/>
          <w:i w:val="0"/>
          <w:color w:val="000000"/>
          <w:sz w:val="24"/>
        </w:rPr>
        <w:t>), три Имени ЭЙЕ — 455 (</w:t>
      </w:r>
      <w:r>
        <w:rPr>
          <w:rFonts w:ascii="Georgia" w:hAnsi="Georgia" w:cs="Times New Roman"/>
          <w:b/>
          <w:i w:val="0"/>
          <w:color w:val="000000"/>
          <w:sz w:val="24"/>
          <w:rtl/>
          <w:szCs w:val="32"/>
        </w:rPr>
        <w:t>תנ״ה</w:t>
      </w:r>
      <w:r>
        <w:rPr>
          <w:rFonts w:ascii="Georgia" w:hAnsi="Georgia"/>
          <w:b w:val="0"/>
          <w:i w:val="0"/>
          <w:color w:val="000000"/>
          <w:sz w:val="24"/>
        </w:rPr>
        <w:t xml:space="preserve">), вместе они дают 687; а с добавлением </w:t>
      </w:r>
      <w:r>
        <w:rPr>
          <w:rFonts w:ascii="Georgia" w:hAnsi="Georgia"/>
          <w:b w:val="0"/>
          <w:i/>
          <w:color w:val="000000"/>
          <w:sz w:val="24"/>
        </w:rPr>
        <w:t>маген</w:t>
      </w:r>
      <w:r>
        <w:rPr>
          <w:rFonts w:ascii="Georgia" w:hAnsi="Georgia"/>
          <w:b w:val="0"/>
          <w:i w:val="0"/>
          <w:color w:val="000000"/>
          <w:sz w:val="24"/>
        </w:rPr>
        <w:t xml:space="preserve">, то есть трех [Имен] ЭЛЬ, общая сумма составляет 780]. [Слово] </w:t>
      </w:r>
      <w:r>
        <w:rPr>
          <w:rFonts w:ascii="Georgia" w:hAnsi="Georgia"/>
          <w:b w:val="0"/>
          <w:i/>
          <w:color w:val="000000"/>
          <w:sz w:val="24"/>
        </w:rPr>
        <w:t>сипру</w:t>
      </w:r>
      <w:r>
        <w:rPr>
          <w:rFonts w:ascii="Georgia" w:hAnsi="Georgia"/>
          <w:b w:val="0"/>
          <w:i w:val="0"/>
          <w:color w:val="000000"/>
          <w:sz w:val="24"/>
        </w:rPr>
        <w:t xml:space="preserve"> — </w:t>
      </w:r>
      <w:r>
        <w:rPr>
          <w:rFonts w:ascii="Georgia" w:hAnsi="Georgia"/>
          <w:b w:val="0"/>
          <w:i/>
          <w:color w:val="000000"/>
          <w:sz w:val="24"/>
        </w:rPr>
        <w:t>«расскажите»</w:t>
      </w:r>
      <w:r>
        <w:rPr>
          <w:rFonts w:ascii="Georgia" w:hAnsi="Georgia"/>
          <w:b w:val="0"/>
          <w:i w:val="0"/>
          <w:color w:val="000000"/>
          <w:sz w:val="24"/>
        </w:rPr>
        <w:t xml:space="preserve"> (</w:t>
      </w:r>
      <w:r>
        <w:rPr>
          <w:rFonts w:ascii="Georgia" w:hAnsi="Georgia" w:cs="Times New Roman"/>
          <w:b/>
          <w:i w:val="0"/>
          <w:color w:val="000000"/>
          <w:sz w:val="24"/>
          <w:rtl/>
          <w:szCs w:val="32"/>
        </w:rPr>
        <w:t>סִפְרוּ</w:t>
      </w:r>
      <w:r>
        <w:rPr>
          <w:rFonts w:ascii="Georgia" w:hAnsi="Georgia"/>
          <w:b w:val="0"/>
          <w:i w:val="0"/>
          <w:color w:val="000000"/>
          <w:sz w:val="24"/>
        </w:rPr>
        <w:t xml:space="preserve">) по гематрии равно слову </w:t>
      </w:r>
      <w:r>
        <w:rPr>
          <w:rFonts w:ascii="Georgia" w:hAnsi="Georgia"/>
          <w:b w:val="0"/>
          <w:i/>
          <w:color w:val="000000"/>
          <w:sz w:val="24"/>
        </w:rPr>
        <w:t>шмо</w:t>
      </w:r>
      <w:r>
        <w:rPr>
          <w:rFonts w:ascii="Georgia" w:hAnsi="Georgia"/>
          <w:b w:val="0"/>
          <w:i w:val="0"/>
          <w:color w:val="000000"/>
          <w:sz w:val="24"/>
        </w:rPr>
        <w:t xml:space="preserve"> — </w:t>
      </w:r>
      <w:r>
        <w:rPr>
          <w:rFonts w:ascii="Georgia" w:hAnsi="Georgia"/>
          <w:b w:val="0"/>
          <w:i/>
          <w:color w:val="000000"/>
          <w:sz w:val="24"/>
        </w:rPr>
        <w:t>«Его Имя»</w:t>
      </w:r>
      <w:r>
        <w:rPr>
          <w:rFonts w:ascii="Georgia" w:hAnsi="Georgia"/>
          <w:b w:val="0"/>
          <w:i w:val="0"/>
          <w:color w:val="000000"/>
          <w:sz w:val="24"/>
        </w:rPr>
        <w:t xml:space="preserve"> (</w:t>
      </w:r>
      <w:r>
        <w:rPr>
          <w:rFonts w:ascii="Georgia" w:hAnsi="Georgia" w:cs="Times New Roman"/>
          <w:b/>
          <w:i w:val="0"/>
          <w:color w:val="000000"/>
          <w:sz w:val="24"/>
          <w:rtl/>
          <w:szCs w:val="32"/>
        </w:rPr>
        <w:t>שְׁמוֹ</w:t>
      </w:r>
      <w:r>
        <w:rPr>
          <w:rFonts w:ascii="Georgia" w:hAnsi="Georgia"/>
          <w:b w:val="0"/>
          <w:i w:val="0"/>
          <w:color w:val="000000"/>
          <w:sz w:val="24"/>
        </w:rPr>
        <w:t xml:space="preserve"> = 346), и оно же равно 184 (</w:t>
      </w:r>
      <w:r>
        <w:rPr>
          <w:rFonts w:ascii="Georgia" w:hAnsi="Georgia" w:cs="Times New Roman"/>
          <w:b/>
          <w:i w:val="0"/>
          <w:color w:val="000000"/>
          <w:sz w:val="24"/>
          <w:rtl/>
          <w:szCs w:val="32"/>
        </w:rPr>
        <w:t>קפ״ד</w:t>
      </w:r>
      <w:r>
        <w:rPr>
          <w:rFonts w:ascii="Georgia" w:hAnsi="Georgia"/>
          <w:b w:val="0"/>
          <w:i w:val="0"/>
          <w:color w:val="000000"/>
          <w:sz w:val="24"/>
        </w:rPr>
        <w:t>) — ахораим [Имени] АВАЯ с йодами — и 161 (</w:t>
      </w:r>
      <w:r>
        <w:rPr>
          <w:rFonts w:ascii="Georgia" w:hAnsi="Georgia" w:cs="Times New Roman"/>
          <w:b/>
          <w:i w:val="0"/>
          <w:color w:val="000000"/>
          <w:sz w:val="24"/>
          <w:rtl/>
          <w:szCs w:val="32"/>
        </w:rPr>
        <w:t>קס״א</w:t>
      </w:r>
      <w:r>
        <w:rPr>
          <w:rFonts w:ascii="Georgia" w:hAnsi="Georgia"/>
          <w:b w:val="0"/>
          <w:i w:val="0"/>
          <w:color w:val="000000"/>
          <w:sz w:val="24"/>
        </w:rPr>
        <w:t xml:space="preserve">) [Имени] ЭЙЕ с йодами [Говорит Шмуэль: с колелем]. [Слова] </w:t>
      </w:r>
      <w:r>
        <w:rPr>
          <w:rFonts w:ascii="Georgia" w:hAnsi="Georgia"/>
          <w:b w:val="0"/>
          <w:i/>
          <w:color w:val="000000"/>
          <w:sz w:val="24"/>
        </w:rPr>
        <w:t>на ли</w:t>
      </w:r>
      <w:r>
        <w:rPr>
          <w:rFonts w:ascii="Georgia" w:hAnsi="Georgia"/>
          <w:b w:val="0"/>
          <w:i w:val="0"/>
          <w:color w:val="000000"/>
          <w:sz w:val="24"/>
        </w:rPr>
        <w:t xml:space="preserve"> — </w:t>
      </w:r>
      <w:r>
        <w:rPr>
          <w:rFonts w:ascii="Georgia" w:hAnsi="Georgia"/>
          <w:b w:val="0"/>
          <w:i/>
          <w:color w:val="000000"/>
          <w:sz w:val="24"/>
        </w:rPr>
        <w:t>«же мне»</w:t>
      </w:r>
      <w:r>
        <w:rPr>
          <w:rFonts w:ascii="Georgia" w:hAnsi="Georgia"/>
          <w:b w:val="0"/>
          <w:i w:val="0"/>
          <w:color w:val="000000"/>
          <w:sz w:val="24"/>
        </w:rPr>
        <w:t xml:space="preserve"> (</w:t>
      </w:r>
      <w:r>
        <w:rPr>
          <w:rFonts w:ascii="Georgia" w:hAnsi="Georgia" w:cs="Times New Roman"/>
          <w:b/>
          <w:i w:val="0"/>
          <w:color w:val="000000"/>
          <w:sz w:val="24"/>
          <w:rtl/>
          <w:szCs w:val="32"/>
        </w:rPr>
        <w:t>נָא לִי</w:t>
      </w:r>
      <w:r>
        <w:rPr>
          <w:rFonts w:ascii="Georgia" w:hAnsi="Georgia"/>
          <w:b w:val="0"/>
          <w:i w:val="0"/>
          <w:color w:val="000000"/>
          <w:sz w:val="24"/>
        </w:rPr>
        <w:t xml:space="preserve">) равны по гематрии [Именам] АВАЯ и АДОНАЙ (91). Имя, выходящее из стиха, представляет собой замену слов </w:t>
      </w:r>
      <w:r>
        <w:rPr>
          <w:rFonts w:ascii="Georgia" w:hAnsi="Georgia"/>
          <w:b w:val="0"/>
          <w:i/>
          <w:color w:val="000000"/>
          <w:sz w:val="24"/>
        </w:rPr>
        <w:t>«же мне»</w:t>
      </w:r>
      <w:r>
        <w:rPr>
          <w:rFonts w:ascii="Georgia" w:hAnsi="Georgia"/>
          <w:b w:val="0"/>
          <w:i w:val="0"/>
          <w:color w:val="000000"/>
          <w:sz w:val="24"/>
        </w:rPr>
        <w:t xml:space="preserve">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а именно: </w:t>
      </w:r>
      <w:r>
        <w:rPr>
          <w:rFonts w:ascii="Georgia" w:hAnsi="Georgia"/>
          <w:b w:val="0"/>
          <w:i/>
          <w:color w:val="000000"/>
          <w:sz w:val="24"/>
        </w:rPr>
        <w:t>татахим</w:t>
      </w:r>
      <w:r>
        <w:rPr>
          <w:rFonts w:ascii="Georgia" w:hAnsi="Georgia"/>
          <w:b w:val="0"/>
          <w:i w:val="0"/>
          <w:color w:val="000000"/>
          <w:sz w:val="24"/>
        </w:rPr>
        <w:t xml:space="preserve"> (</w:t>
      </w:r>
      <w:r>
        <w:rPr>
          <w:rFonts w:ascii="Georgia" w:hAnsi="Georgia" w:cs="Times New Roman"/>
          <w:b/>
          <w:i w:val="0"/>
          <w:color w:val="000000"/>
          <w:sz w:val="24"/>
          <w:rtl/>
          <w:szCs w:val="32"/>
        </w:rPr>
        <w:t>טַתַכִם</w:t>
      </w:r>
      <w:r>
        <w:rPr>
          <w:rFonts w:ascii="Georgia" w:hAnsi="Georgia"/>
          <w:b w:val="0"/>
          <w:i w:val="0"/>
          <w:color w:val="000000"/>
          <w:sz w:val="24"/>
        </w:rPr>
        <w:t xml:space="preserve">), с огласовками от слов </w:t>
      </w:r>
      <w:r>
        <w:rPr>
          <w:rFonts w:ascii="Georgia" w:hAnsi="Georgia"/>
          <w:b w:val="0"/>
          <w:i/>
          <w:color w:val="000000"/>
          <w:sz w:val="24"/>
        </w:rPr>
        <w:t>«расскажите же мне»</w:t>
      </w:r>
      <w:r>
        <w:rPr>
          <w:rFonts w:ascii="Georgia" w:hAnsi="Georgia"/>
          <w:b w:val="0"/>
          <w:i w:val="0"/>
          <w:color w:val="000000"/>
          <w:sz w:val="24"/>
        </w:rPr>
        <w:t>; и оно равно по гематрии 470 (</w:t>
      </w:r>
      <w:r>
        <w:rPr>
          <w:rFonts w:ascii="Georgia" w:hAnsi="Georgia" w:cs="Times New Roman"/>
          <w:b/>
          <w:i w:val="0"/>
          <w:color w:val="000000"/>
          <w:sz w:val="24"/>
          <w:rtl/>
          <w:szCs w:val="32"/>
        </w:rPr>
        <w:t>ע״ת</w:t>
      </w:r>
      <w:r>
        <w:rPr>
          <w:rFonts w:ascii="Georgia" w:hAnsi="Georgia"/>
          <w:b w:val="0"/>
          <w:i w:val="0"/>
          <w:color w:val="000000"/>
          <w:sz w:val="24"/>
        </w:rPr>
        <w:t>) [Говорит Шмуэль: с колелем, что составляет пять [Имен] АВАЯ и пять [Имен] ЭЙЕ. Говорит Шмуэль: этот подсчет аналогичен упомянутому выше в единении 14, см. там].</w:t>
      </w:r>
    </w:p>
    <w:p>
      <w:pPr>
        <w:spacing w:before="40" w:after="120"/>
        <w:jc w:val="both"/>
      </w:pPr>
      <w:r>
        <w:rPr>
          <w:rFonts w:ascii="Georgia" w:hAnsi="Georgia"/>
          <w:b w:val="0"/>
          <w:i w:val="0"/>
          <w:color w:val="000000"/>
          <w:sz w:val="24"/>
        </w:rPr>
        <w:t xml:space="preserve">Единение 17. Упомянутое выше [Имя] Эль также основано на стихе: </w:t>
      </w:r>
      <w:r>
        <w:rPr>
          <w:rFonts w:ascii="Georgia" w:hAnsi="Georgia"/>
          <w:b w:val="0"/>
          <w:i/>
          <w:color w:val="000000"/>
          <w:sz w:val="24"/>
        </w:rPr>
        <w:t>«И был в Йешуруне мелех…»</w:t>
      </w:r>
      <w:r>
        <w:rPr>
          <w:rFonts w:ascii="Georgia" w:hAnsi="Georgia"/>
          <w:b w:val="0"/>
          <w:i w:val="0"/>
          <w:color w:val="000000"/>
          <w:sz w:val="24"/>
        </w:rPr>
        <w:t xml:space="preserve"> (Дварим 33:5). Начальные буквы [этих слов] равны [Именам] АВАЯ и ЭЙЕ с колелем. И намерение (</w:t>
      </w:r>
      <w:r>
        <w:rPr>
          <w:rFonts w:ascii="Georgia" w:hAnsi="Georgia"/>
          <w:b w:val="0"/>
          <w:i/>
          <w:color w:val="000000"/>
          <w:sz w:val="24"/>
        </w:rPr>
        <w:t>кавана</w:t>
      </w:r>
      <w:r>
        <w:rPr>
          <w:rFonts w:ascii="Georgia" w:hAnsi="Georgia"/>
          <w:b w:val="0"/>
          <w:i w:val="0"/>
          <w:color w:val="000000"/>
          <w:sz w:val="24"/>
        </w:rPr>
        <w:t>) состоит в том, чтобы смягчить ими суды (</w:t>
      </w:r>
      <w:r>
        <w:rPr>
          <w:rFonts w:ascii="Georgia" w:hAnsi="Georgia"/>
          <w:b w:val="0"/>
          <w:i/>
          <w:color w:val="000000"/>
          <w:sz w:val="24"/>
        </w:rPr>
        <w:t>диним</w:t>
      </w:r>
      <w:r>
        <w:rPr>
          <w:rFonts w:ascii="Georgia" w:hAnsi="Georgia"/>
          <w:b w:val="0"/>
          <w:i w:val="0"/>
          <w:color w:val="000000"/>
          <w:sz w:val="24"/>
        </w:rPr>
        <w:t xml:space="preserve">), о которых мы сейчас упомянем. Начальные буквы [слов] </w:t>
      </w:r>
      <w:r>
        <w:rPr>
          <w:rFonts w:ascii="Georgia" w:hAnsi="Georgia"/>
          <w:b w:val="0"/>
          <w:i/>
          <w:color w:val="000000"/>
          <w:sz w:val="24"/>
        </w:rPr>
        <w:t>«при собрании глав народа»</w:t>
      </w:r>
      <w:r>
        <w:rPr>
          <w:rFonts w:ascii="Georgia" w:hAnsi="Georgia"/>
          <w:b w:val="0"/>
          <w:i w:val="0"/>
          <w:color w:val="000000"/>
          <w:sz w:val="24"/>
        </w:rPr>
        <w:t xml:space="preserve"> составляют 272 (</w:t>
      </w:r>
      <w:r>
        <w:rPr>
          <w:rFonts w:ascii="Georgia" w:hAnsi="Georgia" w:cs="Times New Roman"/>
          <w:b/>
          <w:i w:val="0"/>
          <w:color w:val="000000"/>
          <w:sz w:val="24"/>
          <w:rtl/>
          <w:szCs w:val="32"/>
        </w:rPr>
        <w:t>רע״ב</w:t>
      </w:r>
      <w:r>
        <w:rPr>
          <w:rFonts w:ascii="Georgia" w:hAnsi="Georgia"/>
          <w:b w:val="0"/>
          <w:i w:val="0"/>
          <w:color w:val="000000"/>
          <w:sz w:val="24"/>
        </w:rPr>
        <w:t>), что равно простым [буквам Имени] АВАЯ наполнения АБ (72) и 200 (</w:t>
      </w:r>
      <w:r>
        <w:rPr>
          <w:rFonts w:ascii="Georgia" w:hAnsi="Georgia" w:cs="Times New Roman"/>
          <w:b/>
          <w:i w:val="0"/>
          <w:color w:val="000000"/>
          <w:sz w:val="24"/>
          <w:rtl/>
          <w:szCs w:val="32"/>
        </w:rPr>
        <w:t>ר</w:t>
      </w:r>
      <w:r>
        <w:rPr>
          <w:rFonts w:ascii="Georgia" w:hAnsi="Georgia"/>
          <w:b w:val="0"/>
          <w:i w:val="0"/>
          <w:color w:val="000000"/>
          <w:sz w:val="24"/>
        </w:rPr>
        <w:t xml:space="preserve">) [ахораим Имени] ЭЛОКИМ. Начальные буквы [слов] </w:t>
      </w:r>
      <w:r>
        <w:rPr>
          <w:rFonts w:ascii="Georgia" w:hAnsi="Georgia"/>
          <w:b w:val="0"/>
          <w:i/>
          <w:color w:val="000000"/>
          <w:sz w:val="24"/>
        </w:rPr>
        <w:t>«вместе колен Исраэля»</w:t>
      </w:r>
      <w:r>
        <w:rPr>
          <w:rFonts w:ascii="Georgia" w:hAnsi="Georgia"/>
          <w:b w:val="0"/>
          <w:i w:val="0"/>
          <w:color w:val="000000"/>
          <w:sz w:val="24"/>
        </w:rPr>
        <w:t xml:space="preserve"> составляют 320 (</w:t>
      </w:r>
      <w:r>
        <w:rPr>
          <w:rFonts w:ascii="Georgia" w:hAnsi="Georgia" w:cs="Times New Roman"/>
          <w:b/>
          <w:i w:val="0"/>
          <w:color w:val="000000"/>
          <w:sz w:val="24"/>
          <w:rtl/>
          <w:szCs w:val="32"/>
        </w:rPr>
        <w:t>ש״ך</w:t>
      </w:r>
      <w:r>
        <w:rPr>
          <w:rFonts w:ascii="Georgia" w:hAnsi="Georgia"/>
          <w:b w:val="0"/>
          <w:i w:val="0"/>
          <w:color w:val="000000"/>
          <w:sz w:val="24"/>
        </w:rPr>
        <w:t>) судов. И все упомянутые подсчеты равны по гематрии 640 (</w:t>
      </w:r>
      <w:r>
        <w:rPr>
          <w:rFonts w:ascii="Georgia" w:hAnsi="Georgia" w:cs="Times New Roman"/>
          <w:b/>
          <w:i w:val="0"/>
          <w:color w:val="000000"/>
          <w:sz w:val="24"/>
          <w:rtl/>
          <w:szCs w:val="32"/>
        </w:rPr>
        <w:t>תמ״ר</w:t>
      </w:r>
      <w:r>
        <w:rPr>
          <w:rFonts w:ascii="Georgia" w:hAnsi="Georgia"/>
          <w:b w:val="0"/>
          <w:i w:val="0"/>
          <w:color w:val="000000"/>
          <w:sz w:val="24"/>
        </w:rPr>
        <w:t>), что составляет десять раз по «суд» (</w:t>
      </w:r>
      <w:r>
        <w:rPr>
          <w:rFonts w:ascii="Georgia" w:hAnsi="Georgia"/>
          <w:b w:val="0"/>
          <w:i/>
          <w:color w:val="000000"/>
          <w:sz w:val="24"/>
        </w:rPr>
        <w:t>дин</w:t>
      </w:r>
      <w:r>
        <w:rPr>
          <w:rFonts w:ascii="Georgia" w:hAnsi="Georgia"/>
          <w:b w:val="0"/>
          <w:i w:val="0"/>
          <w:color w:val="000000"/>
          <w:sz w:val="24"/>
        </w:rPr>
        <w:t>) из Имени АДОНАЙ. [Говорит Шмуэль: расчет таков: [Имена] АВАЯ, ЭЙЕ и колель составляют 48 (</w:t>
      </w:r>
      <w:r>
        <w:rPr>
          <w:rFonts w:ascii="Georgia" w:hAnsi="Georgia" w:cs="Times New Roman"/>
          <w:b/>
          <w:i w:val="0"/>
          <w:color w:val="000000"/>
          <w:sz w:val="24"/>
          <w:rtl/>
          <w:szCs w:val="32"/>
        </w:rPr>
        <w:t>מ״ח</w:t>
      </w:r>
      <w:r>
        <w:rPr>
          <w:rFonts w:ascii="Georgia" w:hAnsi="Georgia"/>
          <w:b w:val="0"/>
          <w:i w:val="0"/>
          <w:color w:val="000000"/>
          <w:sz w:val="24"/>
        </w:rPr>
        <w:t>); вместе с 272 (</w:t>
      </w:r>
      <w:r>
        <w:rPr>
          <w:rFonts w:ascii="Georgia" w:hAnsi="Georgia" w:cs="Times New Roman"/>
          <w:b/>
          <w:i w:val="0"/>
          <w:color w:val="000000"/>
          <w:sz w:val="24"/>
          <w:rtl/>
          <w:szCs w:val="32"/>
        </w:rPr>
        <w:t>רע״ב</w:t>
      </w:r>
      <w:r>
        <w:rPr>
          <w:rFonts w:ascii="Georgia" w:hAnsi="Georgia"/>
          <w:b w:val="0"/>
          <w:i w:val="0"/>
          <w:color w:val="000000"/>
          <w:sz w:val="24"/>
        </w:rPr>
        <w:t>) и 320 (</w:t>
      </w:r>
      <w:r>
        <w:rPr>
          <w:rFonts w:ascii="Georgia" w:hAnsi="Georgia" w:cs="Times New Roman"/>
          <w:b/>
          <w:i w:val="0"/>
          <w:color w:val="000000"/>
          <w:sz w:val="24"/>
          <w:rtl/>
          <w:szCs w:val="32"/>
        </w:rPr>
        <w:t>ש״ך</w:t>
      </w:r>
      <w:r>
        <w:rPr>
          <w:rFonts w:ascii="Georgia" w:hAnsi="Georgia"/>
          <w:b w:val="0"/>
          <w:i w:val="0"/>
          <w:color w:val="000000"/>
          <w:sz w:val="24"/>
        </w:rPr>
        <w:t>) всё это равно по гематрии 640 (</w:t>
      </w:r>
      <w:r>
        <w:rPr>
          <w:rFonts w:ascii="Georgia" w:hAnsi="Georgia" w:cs="Times New Roman"/>
          <w:b/>
          <w:i w:val="0"/>
          <w:color w:val="000000"/>
          <w:sz w:val="24"/>
          <w:rtl/>
          <w:szCs w:val="32"/>
        </w:rPr>
        <w:t>תמ״ר</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Все конечные буквы от начала стиха до [слова] </w:t>
      </w:r>
      <w:r>
        <w:rPr>
          <w:rFonts w:ascii="Georgia" w:hAnsi="Georgia"/>
          <w:b w:val="0"/>
          <w:i/>
          <w:color w:val="000000"/>
          <w:sz w:val="24"/>
        </w:rPr>
        <w:t>«при собрании»</w:t>
      </w:r>
      <w:r>
        <w:rPr>
          <w:rFonts w:ascii="Georgia" w:hAnsi="Georgia"/>
          <w:b w:val="0"/>
          <w:i w:val="0"/>
          <w:color w:val="000000"/>
          <w:sz w:val="24"/>
        </w:rPr>
        <w:t xml:space="preserve"> составляют по гематрии 161 (</w:t>
      </w:r>
      <w:r>
        <w:rPr>
          <w:rFonts w:ascii="Georgia" w:hAnsi="Georgia" w:cs="Times New Roman"/>
          <w:b/>
          <w:i w:val="0"/>
          <w:color w:val="000000"/>
          <w:sz w:val="24"/>
          <w:rtl/>
          <w:szCs w:val="32"/>
        </w:rPr>
        <w:t>קס״א</w:t>
      </w:r>
      <w:r>
        <w:rPr>
          <w:rFonts w:ascii="Georgia" w:hAnsi="Georgia"/>
          <w:b w:val="0"/>
          <w:i w:val="0"/>
          <w:color w:val="000000"/>
          <w:sz w:val="24"/>
        </w:rPr>
        <w:t>), что соответствует ЭЙЕ с хэями [Говорит Шмуэль: это описка, и должно быть: ЭЙЕ с йодами с колелем]. А конечные буквы остальной части стиха равны по гематрии 93 (</w:t>
      </w:r>
      <w:r>
        <w:rPr>
          <w:rFonts w:ascii="Georgia" w:hAnsi="Georgia"/>
          <w:b w:val="0"/>
          <w:i/>
          <w:color w:val="000000"/>
          <w:sz w:val="24"/>
        </w:rPr>
        <w:t>маген</w:t>
      </w:r>
      <w:r>
        <w:rPr>
          <w:rFonts w:ascii="Georgia" w:hAnsi="Georgia"/>
          <w:b w:val="0"/>
          <w:i w:val="0"/>
          <w:color w:val="000000"/>
          <w:sz w:val="24"/>
        </w:rPr>
        <w:t xml:space="preserve">, </w:t>
      </w:r>
      <w:r>
        <w:rPr>
          <w:rFonts w:ascii="Georgia" w:hAnsi="Georgia" w:cs="Times New Roman"/>
          <w:b/>
          <w:i w:val="0"/>
          <w:color w:val="000000"/>
          <w:sz w:val="24"/>
          <w:rtl/>
          <w:szCs w:val="32"/>
        </w:rPr>
        <w:t>מג״ן</w:t>
      </w:r>
      <w:r>
        <w:rPr>
          <w:rFonts w:ascii="Georgia" w:hAnsi="Georgia"/>
          <w:b w:val="0"/>
          <w:i w:val="0"/>
          <w:color w:val="000000"/>
          <w:sz w:val="24"/>
        </w:rPr>
        <w:t>), что составляет три раза [Имя] ЭЛЬ [Говорит Шмуэль: с колелем]. И 161 вместе с 93 — все конечные буквы вместе — составляют по гематрии 254 (</w:t>
      </w:r>
      <w:r>
        <w:rPr>
          <w:rFonts w:ascii="Georgia" w:hAnsi="Georgia" w:cs="Times New Roman"/>
          <w:b/>
          <w:i w:val="0"/>
          <w:color w:val="000000"/>
          <w:sz w:val="24"/>
          <w:rtl/>
          <w:szCs w:val="32"/>
        </w:rPr>
        <w:t>רנ״ד</w:t>
      </w:r>
      <w:r>
        <w:rPr>
          <w:rFonts w:ascii="Georgia" w:hAnsi="Georgia"/>
          <w:b w:val="0"/>
          <w:i w:val="0"/>
          <w:color w:val="000000"/>
          <w:sz w:val="24"/>
        </w:rPr>
        <w:t>). Это же равно [Именам] АВАЯ (72) и ЭЙЕ с йодами (161), составляющим 233 (</w:t>
      </w:r>
      <w:r>
        <w:rPr>
          <w:rFonts w:ascii="Georgia" w:hAnsi="Georgia" w:cs="Times New Roman"/>
          <w:b/>
          <w:i w:val="0"/>
          <w:color w:val="000000"/>
          <w:sz w:val="24"/>
          <w:rtl/>
          <w:szCs w:val="32"/>
        </w:rPr>
        <w:t>רג״ל</w:t>
      </w:r>
      <w:r>
        <w:rPr>
          <w:rFonts w:ascii="Georgia" w:hAnsi="Georgia"/>
          <w:b w:val="0"/>
          <w:i w:val="0"/>
          <w:color w:val="000000"/>
          <w:sz w:val="24"/>
        </w:rPr>
        <w:t xml:space="preserve">), а вместе с двадцатью их буквами и колелем получается 254 буквы; и это соответствует слову </w:t>
      </w:r>
      <w:r>
        <w:rPr>
          <w:rFonts w:ascii="Georgia" w:hAnsi="Georgia"/>
          <w:b w:val="0"/>
          <w:i/>
          <w:color w:val="000000"/>
          <w:sz w:val="24"/>
        </w:rPr>
        <w:t>«нард»</w:t>
      </w:r>
      <w:r>
        <w:rPr>
          <w:rFonts w:ascii="Georgia" w:hAnsi="Georgia"/>
          <w:b w:val="0"/>
          <w:i w:val="0"/>
          <w:color w:val="000000"/>
          <w:sz w:val="24"/>
        </w:rPr>
        <w:t xml:space="preserve"> (</w:t>
      </w:r>
      <w:r>
        <w:rPr>
          <w:rFonts w:ascii="Georgia" w:hAnsi="Georgia"/>
          <w:b w:val="0"/>
          <w:i/>
          <w:color w:val="000000"/>
          <w:sz w:val="24"/>
        </w:rPr>
        <w:t>нерд</w:t>
      </w:r>
      <w:r>
        <w:rPr>
          <w:rFonts w:ascii="Georgia" w:hAnsi="Georgia"/>
          <w:b w:val="0"/>
          <w:i w:val="0"/>
          <w:color w:val="000000"/>
          <w:sz w:val="24"/>
        </w:rPr>
        <w:t xml:space="preserve">, </w:t>
      </w:r>
      <w:r>
        <w:rPr>
          <w:rFonts w:ascii="Georgia" w:hAnsi="Georgia" w:cs="Times New Roman"/>
          <w:b/>
          <w:i w:val="0"/>
          <w:color w:val="000000"/>
          <w:sz w:val="24"/>
          <w:rtl/>
          <w:szCs w:val="32"/>
        </w:rPr>
        <w:t>נֵרְדְּ</w:t>
      </w:r>
      <w:r>
        <w:rPr>
          <w:rFonts w:ascii="Georgia" w:hAnsi="Georgia"/>
          <w:b w:val="0"/>
          <w:i w:val="0"/>
          <w:color w:val="000000"/>
          <w:sz w:val="24"/>
        </w:rPr>
        <w:t xml:space="preserve">) [из стиха </w:t>
      </w:r>
      <w:r>
        <w:rPr>
          <w:rFonts w:ascii="Georgia" w:hAnsi="Georgia"/>
          <w:b w:val="0"/>
          <w:i/>
          <w:color w:val="000000"/>
          <w:sz w:val="24"/>
        </w:rPr>
        <w:t>«нард и шафран»</w:t>
      </w:r>
      <w:r>
        <w:rPr>
          <w:rFonts w:ascii="Georgia" w:hAnsi="Georgia"/>
          <w:b w:val="0"/>
          <w:i w:val="0"/>
          <w:color w:val="000000"/>
          <w:sz w:val="24"/>
        </w:rPr>
        <w:t>] (Шир а-Ширим 4:14) с колелем.</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вайхи</w:t>
      </w:r>
      <w:r>
        <w:rPr>
          <w:rFonts w:ascii="Georgia" w:hAnsi="Georgia"/>
          <w:b w:val="0"/>
          <w:i w:val="0"/>
          <w:color w:val="000000"/>
          <w:sz w:val="24"/>
        </w:rPr>
        <w:t xml:space="preserve"> (</w:t>
      </w:r>
      <w:r>
        <w:rPr>
          <w:rFonts w:ascii="Georgia" w:hAnsi="Georgia"/>
          <w:b w:val="0"/>
          <w:i/>
          <w:color w:val="000000"/>
          <w:sz w:val="24"/>
        </w:rPr>
        <w:t>«и был»</w:t>
      </w:r>
      <w:r>
        <w:rPr>
          <w:rFonts w:ascii="Georgia" w:hAnsi="Georgia"/>
          <w:b w:val="0"/>
          <w:i w:val="0"/>
          <w:color w:val="000000"/>
          <w:sz w:val="24"/>
        </w:rPr>
        <w:t xml:space="preserve">, </w:t>
      </w:r>
      <w:r>
        <w:rPr>
          <w:rFonts w:ascii="Georgia" w:hAnsi="Georgia" w:cs="Times New Roman"/>
          <w:b/>
          <w:i w:val="0"/>
          <w:color w:val="000000"/>
          <w:sz w:val="24"/>
          <w:rtl/>
          <w:szCs w:val="32"/>
        </w:rPr>
        <w:t>וַיְהִי</w:t>
      </w:r>
      <w:r>
        <w:rPr>
          <w:rFonts w:ascii="Georgia" w:hAnsi="Georgia"/>
          <w:b w:val="0"/>
          <w:i w:val="0"/>
          <w:color w:val="000000"/>
          <w:sz w:val="24"/>
        </w:rPr>
        <w:t>) равно по гематрии трем буквам йод (</w:t>
      </w:r>
      <w:r>
        <w:rPr>
          <w:rFonts w:ascii="Georgia" w:hAnsi="Georgia" w:cs="Times New Roman"/>
          <w:b/>
          <w:i w:val="0"/>
          <w:color w:val="000000"/>
          <w:sz w:val="24"/>
          <w:rtl/>
          <w:szCs w:val="32"/>
        </w:rPr>
        <w:t>י</w:t>
      </w:r>
      <w:r>
        <w:rPr>
          <w:rFonts w:ascii="Georgia" w:hAnsi="Georgia"/>
          <w:b w:val="0"/>
          <w:i w:val="0"/>
          <w:color w:val="000000"/>
          <w:sz w:val="24"/>
        </w:rPr>
        <w:t>) и одной букве алеф (</w:t>
      </w:r>
      <w:r>
        <w:rPr>
          <w:rFonts w:ascii="Georgia" w:hAnsi="Georgia" w:cs="Times New Roman"/>
          <w:b/>
          <w:i w:val="0"/>
          <w:color w:val="000000"/>
          <w:sz w:val="24"/>
          <w:rtl/>
          <w:szCs w:val="32"/>
        </w:rPr>
        <w:t>א</w:t>
      </w:r>
      <w:r>
        <w:rPr>
          <w:rFonts w:ascii="Georgia" w:hAnsi="Georgia"/>
          <w:b w:val="0"/>
          <w:i w:val="0"/>
          <w:color w:val="000000"/>
          <w:sz w:val="24"/>
        </w:rPr>
        <w:t xml:space="preserve">), имеющимся в АВАЯ наполнения САГ и в ЭЙЕ с йодами. Начальные буквы [слов] </w:t>
      </w:r>
      <w:r>
        <w:rPr>
          <w:rFonts w:ascii="Georgia" w:hAnsi="Georgia"/>
          <w:b w:val="0"/>
          <w:i/>
          <w:color w:val="000000"/>
          <w:sz w:val="24"/>
        </w:rPr>
        <w:t>«в Йешуруне мелех»</w:t>
      </w:r>
      <w:r>
        <w:rPr>
          <w:rFonts w:ascii="Georgia" w:hAnsi="Georgia"/>
          <w:b w:val="0"/>
          <w:i w:val="0"/>
          <w:color w:val="000000"/>
          <w:sz w:val="24"/>
        </w:rPr>
        <w:t xml:space="preserve"> составляют 42 (</w:t>
      </w:r>
      <w:r>
        <w:rPr>
          <w:rFonts w:ascii="Georgia" w:hAnsi="Georgia" w:cs="Times New Roman"/>
          <w:b/>
          <w:i w:val="0"/>
          <w:color w:val="000000"/>
          <w:sz w:val="24"/>
          <w:rtl/>
          <w:szCs w:val="32"/>
        </w:rPr>
        <w:t>מ״ב</w:t>
      </w:r>
      <w:r>
        <w:rPr>
          <w:rFonts w:ascii="Georgia" w:hAnsi="Georgia"/>
          <w:b w:val="0"/>
          <w:i w:val="0"/>
          <w:color w:val="000000"/>
          <w:sz w:val="24"/>
        </w:rPr>
        <w:t xml:space="preserve">) [Имени] АВАЯ наполнения САГ. [Слово] </w:t>
      </w:r>
      <w:r>
        <w:rPr>
          <w:rFonts w:ascii="Georgia" w:hAnsi="Georgia"/>
          <w:b w:val="0"/>
          <w:i/>
          <w:color w:val="000000"/>
          <w:sz w:val="24"/>
        </w:rPr>
        <w:t>бишрун</w:t>
      </w:r>
      <w:r>
        <w:rPr>
          <w:rFonts w:ascii="Georgia" w:hAnsi="Georgia"/>
          <w:b w:val="0"/>
          <w:i w:val="0"/>
          <w:color w:val="000000"/>
          <w:sz w:val="24"/>
        </w:rPr>
        <w:t xml:space="preserve"> (</w:t>
      </w:r>
      <w:r>
        <w:rPr>
          <w:rFonts w:ascii="Georgia" w:hAnsi="Georgia" w:cs="Times New Roman"/>
          <w:b/>
          <w:i w:val="0"/>
          <w:color w:val="000000"/>
          <w:sz w:val="24"/>
          <w:rtl/>
          <w:szCs w:val="32"/>
        </w:rPr>
        <w:t>בִּישְׁרוּן</w:t>
      </w:r>
      <w:r>
        <w:rPr>
          <w:rFonts w:ascii="Georgia" w:hAnsi="Georgia"/>
          <w:b w:val="0"/>
          <w:i w:val="0"/>
          <w:color w:val="000000"/>
          <w:sz w:val="24"/>
        </w:rPr>
        <w:t>) при неполном написании, без буквы вав (</w:t>
      </w:r>
      <w:r>
        <w:rPr>
          <w:rFonts w:ascii="Georgia" w:hAnsi="Georgia" w:cs="Times New Roman"/>
          <w:b/>
          <w:i w:val="0"/>
          <w:color w:val="000000"/>
          <w:sz w:val="24"/>
          <w:rtl/>
          <w:szCs w:val="32"/>
        </w:rPr>
        <w:t>ו</w:t>
      </w:r>
      <w:r>
        <w:rPr>
          <w:rFonts w:ascii="Georgia" w:hAnsi="Georgia"/>
          <w:b w:val="0"/>
          <w:i w:val="0"/>
          <w:color w:val="000000"/>
          <w:sz w:val="24"/>
        </w:rPr>
        <w:t>), равно по гематрии 568 (</w:t>
      </w:r>
      <w:r>
        <w:rPr>
          <w:rFonts w:ascii="Georgia" w:hAnsi="Georgia" w:cs="Times New Roman"/>
          <w:b/>
          <w:i w:val="0"/>
          <w:color w:val="000000"/>
          <w:sz w:val="24"/>
          <w:rtl/>
          <w:szCs w:val="32"/>
        </w:rPr>
        <w:t>תקס״ח</w:t>
      </w:r>
      <w:r>
        <w:rPr>
          <w:rFonts w:ascii="Georgia" w:hAnsi="Georgia"/>
          <w:b w:val="0"/>
          <w:i w:val="0"/>
          <w:color w:val="000000"/>
          <w:sz w:val="24"/>
        </w:rPr>
        <w:t>), что составляет два (то есть два набора МАНЦЕПАХ (</w:t>
      </w:r>
      <w:r>
        <w:rPr>
          <w:rFonts w:ascii="Georgia" w:hAnsi="Georgia" w:cs="Times New Roman"/>
          <w:b/>
          <w:i w:val="0"/>
          <w:color w:val="000000"/>
          <w:sz w:val="24"/>
          <w:rtl/>
          <w:szCs w:val="32"/>
        </w:rPr>
        <w:t>מנצפ״ך</w:t>
      </w:r>
      <w:r>
        <w:rPr>
          <w:rFonts w:ascii="Georgia" w:hAnsi="Georgia"/>
          <w:b w:val="0"/>
          <w:i w:val="0"/>
          <w:color w:val="000000"/>
          <w:sz w:val="24"/>
        </w:rPr>
        <w:t>), оба в конечной форме, и потому нужно включить их в простой МАНЦЕПАХ...) раза МАНЦЕПАХ, пять их букв, два колеля и один [колель], объединяющий их все. И намерение состоит в том, чтобы включить их все вместе с хасадим, являющимися тайной пяти простых букв МАНЦЕПАХ.</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мелех</w:t>
      </w:r>
      <w:r>
        <w:rPr>
          <w:rFonts w:ascii="Georgia" w:hAnsi="Georgia"/>
          <w:b w:val="0"/>
          <w:i w:val="0"/>
          <w:color w:val="000000"/>
          <w:sz w:val="24"/>
        </w:rPr>
        <w:t xml:space="preserve"> по гематрии (90) соответствует буквам мэм и нун (</w:t>
      </w:r>
      <w:r>
        <w:rPr>
          <w:rFonts w:ascii="Georgia" w:hAnsi="Georgia" w:cs="Times New Roman"/>
          <w:b/>
          <w:i w:val="0"/>
          <w:color w:val="000000"/>
          <w:sz w:val="24"/>
          <w:rtl/>
          <w:szCs w:val="32"/>
        </w:rPr>
        <w:t>מ״ן</w:t>
      </w:r>
      <w:r>
        <w:rPr>
          <w:rFonts w:ascii="Georgia" w:hAnsi="Georgia"/>
          <w:b w:val="0"/>
          <w:i w:val="0"/>
          <w:color w:val="000000"/>
          <w:sz w:val="24"/>
        </w:rPr>
        <w:t xml:space="preserve"> = 90) из МАНЦЕПАХ, [и цель в том], чтобы смягчить [их] девятью буквами йод (</w:t>
      </w:r>
      <w:r>
        <w:rPr>
          <w:rFonts w:ascii="Georgia" w:hAnsi="Georgia" w:cs="Times New Roman"/>
          <w:b/>
          <w:i w:val="0"/>
          <w:color w:val="000000"/>
          <w:sz w:val="24"/>
          <w:rtl/>
          <w:szCs w:val="32"/>
        </w:rPr>
        <w:t>י</w:t>
      </w:r>
      <w:r>
        <w:rPr>
          <w:rFonts w:ascii="Georgia" w:hAnsi="Georgia"/>
          <w:b w:val="0"/>
          <w:i w:val="0"/>
          <w:color w:val="000000"/>
          <w:sz w:val="24"/>
        </w:rPr>
        <w:t>): семью, находящимися в АВАЯ с йодами и в ЭЙЕ с йодами, одной — в ЭЙЕ с алефами, и одной — в ЭЙЕ с хэями; итого девять букв йод, по числу букв мэм и нун (90) из МАНЦЕПАХ.</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бе-хитасеф</w:t>
      </w:r>
      <w:r>
        <w:rPr>
          <w:rFonts w:ascii="Georgia" w:hAnsi="Georgia"/>
          <w:b w:val="0"/>
          <w:i w:val="0"/>
          <w:color w:val="000000"/>
          <w:sz w:val="24"/>
        </w:rPr>
        <w:t xml:space="preserve"> — </w:t>
      </w:r>
      <w:r>
        <w:rPr>
          <w:rFonts w:ascii="Georgia" w:hAnsi="Georgia"/>
          <w:b w:val="0"/>
          <w:i/>
          <w:color w:val="000000"/>
          <w:sz w:val="24"/>
        </w:rPr>
        <w:t>«при собрании»</w:t>
      </w:r>
      <w:r>
        <w:rPr>
          <w:rFonts w:ascii="Georgia" w:hAnsi="Georgia"/>
          <w:b w:val="0"/>
          <w:i w:val="0"/>
          <w:color w:val="000000"/>
          <w:sz w:val="24"/>
        </w:rPr>
        <w:t xml:space="preserve"> (</w:t>
      </w:r>
      <w:r>
        <w:rPr>
          <w:rFonts w:ascii="Georgia" w:hAnsi="Georgia" w:cs="Times New Roman"/>
          <w:b/>
          <w:i w:val="0"/>
          <w:color w:val="000000"/>
          <w:sz w:val="24"/>
          <w:rtl/>
          <w:szCs w:val="32"/>
        </w:rPr>
        <w:t>בְּהִתְאָסֵף</w:t>
      </w:r>
      <w:r>
        <w:rPr>
          <w:rFonts w:ascii="Georgia" w:hAnsi="Georgia"/>
          <w:b w:val="0"/>
          <w:i w:val="0"/>
          <w:color w:val="000000"/>
          <w:sz w:val="24"/>
        </w:rPr>
        <w:t>) равно по гематрии 548 (</w:t>
      </w:r>
      <w:r>
        <w:rPr>
          <w:rFonts w:ascii="Georgia" w:hAnsi="Georgia" w:cs="Times New Roman"/>
          <w:b/>
          <w:i w:val="0"/>
          <w:color w:val="000000"/>
          <w:sz w:val="24"/>
          <w:rtl/>
          <w:szCs w:val="32"/>
        </w:rPr>
        <w:t>תקמ״ח</w:t>
      </w:r>
      <w:r>
        <w:rPr>
          <w:rFonts w:ascii="Georgia" w:hAnsi="Georgia"/>
          <w:b w:val="0"/>
          <w:i w:val="0"/>
          <w:color w:val="000000"/>
          <w:sz w:val="24"/>
        </w:rPr>
        <w:t>), что составляет 544 (</w:t>
      </w:r>
      <w:r>
        <w:rPr>
          <w:rFonts w:ascii="Georgia" w:hAnsi="Georgia" w:cs="Times New Roman"/>
          <w:b/>
          <w:i w:val="0"/>
          <w:color w:val="000000"/>
          <w:sz w:val="24"/>
          <w:rtl/>
          <w:szCs w:val="32"/>
        </w:rPr>
        <w:t>תקמ״ד</w:t>
      </w:r>
      <w:r>
        <w:rPr>
          <w:rFonts w:ascii="Georgia" w:hAnsi="Georgia"/>
          <w:b w:val="0"/>
          <w:i w:val="0"/>
          <w:color w:val="000000"/>
          <w:sz w:val="24"/>
        </w:rPr>
        <w:t xml:space="preserve">) — ахораим [Имени] ЭЙЕ с йодами — и четыре его буквы. [Слова] </w:t>
      </w:r>
      <w:r>
        <w:rPr>
          <w:rFonts w:ascii="Georgia" w:hAnsi="Georgia"/>
          <w:b w:val="0"/>
          <w:i/>
          <w:color w:val="000000"/>
          <w:sz w:val="24"/>
        </w:rPr>
        <w:t>рашей ам</w:t>
      </w:r>
      <w:r>
        <w:rPr>
          <w:rFonts w:ascii="Georgia" w:hAnsi="Georgia"/>
          <w:b w:val="0"/>
          <w:i w:val="0"/>
          <w:color w:val="000000"/>
          <w:sz w:val="24"/>
        </w:rPr>
        <w:t xml:space="preserve"> — </w:t>
      </w:r>
      <w:r>
        <w:rPr>
          <w:rFonts w:ascii="Georgia" w:hAnsi="Georgia"/>
          <w:b w:val="0"/>
          <w:i/>
          <w:color w:val="000000"/>
          <w:sz w:val="24"/>
        </w:rPr>
        <w:t>«глав народа»</w:t>
      </w:r>
      <w:r>
        <w:rPr>
          <w:rFonts w:ascii="Georgia" w:hAnsi="Georgia"/>
          <w:b w:val="0"/>
          <w:i w:val="0"/>
          <w:color w:val="000000"/>
          <w:sz w:val="24"/>
        </w:rPr>
        <w:t xml:space="preserve"> (</w:t>
      </w:r>
      <w:r>
        <w:rPr>
          <w:rFonts w:ascii="Georgia" w:hAnsi="Georgia" w:cs="Times New Roman"/>
          <w:b/>
          <w:i w:val="0"/>
          <w:color w:val="000000"/>
          <w:sz w:val="24"/>
          <w:rtl/>
          <w:szCs w:val="32"/>
        </w:rPr>
        <w:t>רָאשֵׁי עָם</w:t>
      </w:r>
      <w:r>
        <w:rPr>
          <w:rFonts w:ascii="Georgia" w:hAnsi="Georgia"/>
          <w:b w:val="0"/>
          <w:i w:val="0"/>
          <w:color w:val="000000"/>
          <w:sz w:val="24"/>
        </w:rPr>
        <w:t>) равны по гематрии 620 светов Кетера, представляющих собой три раза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составляющих по гематрии Кетер (620) [Говорит Шмуэль: с колелем].</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яхад</w:t>
      </w:r>
      <w:r>
        <w:rPr>
          <w:rFonts w:ascii="Georgia" w:hAnsi="Georgia"/>
          <w:b w:val="0"/>
          <w:i w:val="0"/>
          <w:color w:val="000000"/>
          <w:sz w:val="24"/>
        </w:rPr>
        <w:t xml:space="preserve"> — </w:t>
      </w:r>
      <w:r>
        <w:rPr>
          <w:rFonts w:ascii="Georgia" w:hAnsi="Georgia"/>
          <w:b w:val="0"/>
          <w:i/>
          <w:color w:val="000000"/>
          <w:sz w:val="24"/>
        </w:rPr>
        <w:t>«вместе»</w:t>
      </w:r>
      <w:r>
        <w:rPr>
          <w:rFonts w:ascii="Georgia" w:hAnsi="Georgia"/>
          <w:b w:val="0"/>
          <w:i w:val="0"/>
          <w:color w:val="000000"/>
          <w:sz w:val="24"/>
        </w:rPr>
        <w:t xml:space="preserve"> (</w:t>
      </w:r>
      <w:r>
        <w:rPr>
          <w:rFonts w:ascii="Georgia" w:hAnsi="Georgia" w:cs="Times New Roman"/>
          <w:b/>
          <w:i w:val="0"/>
          <w:color w:val="000000"/>
          <w:sz w:val="24"/>
          <w:rtl/>
          <w:szCs w:val="32"/>
        </w:rPr>
        <w:t>יַחַד</w:t>
      </w:r>
      <w:r>
        <w:rPr>
          <w:rFonts w:ascii="Georgia" w:hAnsi="Georgia"/>
          <w:b w:val="0"/>
          <w:i w:val="0"/>
          <w:color w:val="000000"/>
          <w:sz w:val="24"/>
        </w:rPr>
        <w:t>) равно по гематрии 22 (</w:t>
      </w:r>
      <w:r>
        <w:rPr>
          <w:rFonts w:ascii="Georgia" w:hAnsi="Georgia" w:cs="Times New Roman"/>
          <w:b/>
          <w:i w:val="0"/>
          <w:color w:val="000000"/>
          <w:sz w:val="24"/>
          <w:rtl/>
          <w:szCs w:val="32"/>
        </w:rPr>
        <w:t>כ״ב</w:t>
      </w:r>
      <w:r>
        <w:rPr>
          <w:rFonts w:ascii="Georgia" w:hAnsi="Georgia"/>
          <w:b w:val="0"/>
          <w:i w:val="0"/>
          <w:color w:val="000000"/>
          <w:sz w:val="24"/>
        </w:rPr>
        <w:t xml:space="preserve">) буквам алфавита. [Слово] </w:t>
      </w:r>
      <w:r>
        <w:rPr>
          <w:rFonts w:ascii="Georgia" w:hAnsi="Georgia"/>
          <w:b w:val="0"/>
          <w:i/>
          <w:color w:val="000000"/>
          <w:sz w:val="24"/>
        </w:rPr>
        <w:t>шивтей</w:t>
      </w:r>
      <w:r>
        <w:rPr>
          <w:rFonts w:ascii="Georgia" w:hAnsi="Georgia"/>
          <w:b w:val="0"/>
          <w:i w:val="0"/>
          <w:color w:val="000000"/>
          <w:sz w:val="24"/>
        </w:rPr>
        <w:t xml:space="preserve"> — </w:t>
      </w:r>
      <w:r>
        <w:rPr>
          <w:rFonts w:ascii="Georgia" w:hAnsi="Georgia"/>
          <w:b w:val="0"/>
          <w:i/>
          <w:color w:val="000000"/>
          <w:sz w:val="24"/>
        </w:rPr>
        <w:t>«колен»</w:t>
      </w:r>
      <w:r>
        <w:rPr>
          <w:rFonts w:ascii="Georgia" w:hAnsi="Georgia"/>
          <w:b w:val="0"/>
          <w:i w:val="0"/>
          <w:color w:val="000000"/>
          <w:sz w:val="24"/>
        </w:rPr>
        <w:t xml:space="preserve"> (</w:t>
      </w:r>
      <w:r>
        <w:rPr>
          <w:rFonts w:ascii="Georgia" w:hAnsi="Georgia" w:cs="Times New Roman"/>
          <w:b/>
          <w:i w:val="0"/>
          <w:color w:val="000000"/>
          <w:sz w:val="24"/>
          <w:rtl/>
          <w:szCs w:val="32"/>
        </w:rPr>
        <w:t>שִׁבְטֵי</w:t>
      </w:r>
      <w:r>
        <w:rPr>
          <w:rFonts w:ascii="Georgia" w:hAnsi="Georgia"/>
          <w:b w:val="0"/>
          <w:i w:val="0"/>
          <w:color w:val="000000"/>
          <w:sz w:val="24"/>
        </w:rPr>
        <w:t xml:space="preserve">) равно по гематрии 320 судам [Говорит Шмуэль: с колелем]. [Слово] </w:t>
      </w:r>
      <w:r>
        <w:rPr>
          <w:rFonts w:ascii="Georgia" w:hAnsi="Georgia"/>
          <w:b w:val="0"/>
          <w:i/>
          <w:color w:val="000000"/>
          <w:sz w:val="24"/>
        </w:rPr>
        <w:t>Исраэль</w:t>
      </w:r>
      <w:r>
        <w:rPr>
          <w:rFonts w:ascii="Georgia" w:hAnsi="Georgia"/>
          <w:b w:val="0"/>
          <w:i w:val="0"/>
          <w:color w:val="000000"/>
          <w:sz w:val="24"/>
        </w:rPr>
        <w:t xml:space="preserve"> (</w:t>
      </w:r>
      <w:r>
        <w:rPr>
          <w:rFonts w:ascii="Georgia" w:hAnsi="Georgia" w:cs="Times New Roman"/>
          <w:b/>
          <w:i w:val="0"/>
          <w:color w:val="000000"/>
          <w:sz w:val="24"/>
          <w:rtl/>
          <w:szCs w:val="32"/>
        </w:rPr>
        <w:t>יִשְׂרָאֵל</w:t>
      </w:r>
      <w:r>
        <w:rPr>
          <w:rFonts w:ascii="Georgia" w:hAnsi="Georgia"/>
          <w:b w:val="0"/>
          <w:i w:val="0"/>
          <w:color w:val="000000"/>
          <w:sz w:val="24"/>
        </w:rPr>
        <w:t>) равно по гематрии [Имени] ЭЛОКИМ с йодами — 300 (</w:t>
      </w:r>
      <w:r>
        <w:rPr>
          <w:rFonts w:ascii="Georgia" w:hAnsi="Georgia" w:cs="Times New Roman"/>
          <w:b/>
          <w:i w:val="0"/>
          <w:color w:val="000000"/>
          <w:sz w:val="24"/>
          <w:rtl/>
          <w:szCs w:val="32"/>
        </w:rPr>
        <w:t>ש</w:t>
      </w:r>
      <w:r>
        <w:rPr>
          <w:rFonts w:ascii="Georgia" w:hAnsi="Georgia"/>
          <w:b w:val="0"/>
          <w:i w:val="0"/>
          <w:color w:val="000000"/>
          <w:sz w:val="24"/>
        </w:rPr>
        <w:t>), а его ахораим — 200 (</w:t>
      </w:r>
      <w:r>
        <w:rPr>
          <w:rFonts w:ascii="Georgia" w:hAnsi="Georgia" w:cs="Times New Roman"/>
          <w:b/>
          <w:i w:val="0"/>
          <w:color w:val="000000"/>
          <w:sz w:val="24"/>
          <w:rtl/>
          <w:szCs w:val="32"/>
        </w:rPr>
        <w:t>ר</w:t>
      </w:r>
      <w:r>
        <w:rPr>
          <w:rFonts w:ascii="Georgia" w:hAnsi="Georgia"/>
          <w:b w:val="0"/>
          <w:i w:val="0"/>
          <w:color w:val="000000"/>
          <w:sz w:val="24"/>
        </w:rPr>
        <w:t>); буквы же наполнения его ахораим в наполнении йодами составляют 41 (</w:t>
      </w:r>
      <w:r>
        <w:rPr>
          <w:rFonts w:ascii="Georgia" w:hAnsi="Georgia" w:cs="Times New Roman"/>
          <w:b/>
          <w:i w:val="0"/>
          <w:color w:val="000000"/>
          <w:sz w:val="24"/>
          <w:rtl/>
          <w:szCs w:val="32"/>
        </w:rPr>
        <w:t>מ״א</w:t>
      </w:r>
      <w:r>
        <w:rPr>
          <w:rFonts w:ascii="Georgia" w:hAnsi="Georgia"/>
          <w:b w:val="0"/>
          <w:i w:val="0"/>
          <w:color w:val="000000"/>
          <w:sz w:val="24"/>
        </w:rPr>
        <w:t xml:space="preserve">) букву. [Слова] </w:t>
      </w:r>
      <w:r>
        <w:rPr>
          <w:rFonts w:ascii="Georgia" w:hAnsi="Georgia"/>
          <w:b w:val="0"/>
          <w:i/>
          <w:color w:val="000000"/>
          <w:sz w:val="24"/>
        </w:rPr>
        <w:t>«колен Исраэля»</w:t>
      </w:r>
      <w:r>
        <w:rPr>
          <w:rFonts w:ascii="Georgia" w:hAnsi="Georgia"/>
          <w:b w:val="0"/>
          <w:i w:val="0"/>
          <w:color w:val="000000"/>
          <w:sz w:val="24"/>
        </w:rPr>
        <w:t xml:space="preserve"> равны по гематрии 862 (</w:t>
      </w:r>
      <w:r>
        <w:rPr>
          <w:rFonts w:ascii="Georgia" w:hAnsi="Georgia" w:cs="Times New Roman"/>
          <w:b/>
          <w:i w:val="0"/>
          <w:color w:val="000000"/>
          <w:sz w:val="24"/>
          <w:rtl/>
          <w:szCs w:val="32"/>
        </w:rPr>
        <w:t>תתס״ב</w:t>
      </w:r>
      <w:r>
        <w:rPr>
          <w:rFonts w:ascii="Georgia" w:hAnsi="Georgia"/>
          <w:b w:val="0"/>
          <w:i w:val="0"/>
          <w:color w:val="000000"/>
          <w:sz w:val="24"/>
        </w:rPr>
        <w:t xml:space="preserve">), что составляет десять раз [Имя] ЭЛОКИМ пяти хасадим и пяти гвурот, и еще два колеля. И намерение состоит в том, чтобы смягчить все упомянутое [выше] посредством Имени, выходящего из слова </w:t>
      </w:r>
      <w:r>
        <w:rPr>
          <w:rFonts w:ascii="Georgia" w:hAnsi="Georgia"/>
          <w:b w:val="0"/>
          <w:i/>
          <w:color w:val="000000"/>
          <w:sz w:val="24"/>
        </w:rPr>
        <w:t>«вместе»</w:t>
      </w:r>
      <w:r>
        <w:rPr>
          <w:rFonts w:ascii="Georgia" w:hAnsi="Georgia"/>
          <w:b w:val="0"/>
          <w:i w:val="0"/>
          <w:color w:val="000000"/>
          <w:sz w:val="24"/>
        </w:rPr>
        <w:t xml:space="preserve"> (</w:t>
      </w:r>
      <w:r>
        <w:rPr>
          <w:rFonts w:ascii="Georgia" w:hAnsi="Georgia"/>
          <w:b w:val="0"/>
          <w:i/>
          <w:color w:val="000000"/>
          <w:sz w:val="24"/>
        </w:rPr>
        <w:t>яхад</w:t>
      </w:r>
      <w:r>
        <w:rPr>
          <w:rFonts w:ascii="Georgia" w:hAnsi="Georgia"/>
          <w:b w:val="0"/>
          <w:i w:val="0"/>
          <w:color w:val="000000"/>
          <w:sz w:val="24"/>
        </w:rPr>
        <w:t xml:space="preserve">), вот так: </w:t>
      </w:r>
      <w:r>
        <w:rPr>
          <w:rFonts w:ascii="Georgia" w:hAnsi="Georgia"/>
          <w:b w:val="0"/>
          <w:i/>
          <w:color w:val="000000"/>
          <w:sz w:val="24"/>
        </w:rPr>
        <w:t>Йивде Хит Дальтет</w:t>
      </w:r>
      <w:r>
        <w:rPr>
          <w:rFonts w:ascii="Georgia" w:hAnsi="Georgia"/>
          <w:b w:val="0"/>
          <w:i w:val="0"/>
          <w:color w:val="000000"/>
          <w:sz w:val="24"/>
        </w:rPr>
        <w:t xml:space="preserve"> (</w:t>
      </w:r>
      <w:r>
        <w:rPr>
          <w:rFonts w:ascii="Georgia" w:hAnsi="Georgia" w:cs="Times New Roman"/>
          <w:b/>
          <w:i w:val="0"/>
          <w:color w:val="000000"/>
          <w:sz w:val="24"/>
          <w:rtl/>
          <w:szCs w:val="32"/>
        </w:rPr>
        <w:t>יִוְדֵ חִתְ דָלְתֶ</w:t>
      </w:r>
      <w:r>
        <w:rPr>
          <w:rFonts w:ascii="Georgia" w:hAnsi="Georgia"/>
          <w:b w:val="0"/>
          <w:i w:val="0"/>
          <w:color w:val="000000"/>
          <w:sz w:val="24"/>
        </w:rPr>
        <w:t xml:space="preserve">); при этом огласовка берется от слов </w:t>
      </w:r>
      <w:r>
        <w:rPr>
          <w:rFonts w:ascii="Georgia" w:hAnsi="Georgia"/>
          <w:b w:val="0"/>
          <w:i/>
          <w:color w:val="000000"/>
          <w:sz w:val="24"/>
        </w:rPr>
        <w:t>«колен Исраэля»</w:t>
      </w:r>
      <w:r>
        <w:rPr>
          <w:rFonts w:ascii="Georgia" w:hAnsi="Georgia"/>
          <w:b w:val="0"/>
          <w:i w:val="0"/>
          <w:color w:val="000000"/>
          <w:sz w:val="24"/>
        </w:rPr>
        <w:t xml:space="preserve">. И это Имя также равно по гематрии 862, как и </w:t>
      </w:r>
      <w:r>
        <w:rPr>
          <w:rFonts w:ascii="Georgia" w:hAnsi="Georgia"/>
          <w:b w:val="0"/>
          <w:i/>
          <w:color w:val="000000"/>
          <w:sz w:val="24"/>
        </w:rPr>
        <w:t>«колен Исраэля»</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тайна 232 (</w:t>
      </w:r>
      <w:r>
        <w:rPr>
          <w:rFonts w:ascii="Georgia" w:hAnsi="Georgia" w:cs="Times New Roman"/>
          <w:b/>
          <w:i w:val="0"/>
          <w:color w:val="000000"/>
          <w:sz w:val="24"/>
          <w:rtl/>
          <w:szCs w:val="32"/>
        </w:rPr>
        <w:t>רל״ב</w:t>
      </w:r>
      <w:r>
        <w:rPr>
          <w:rFonts w:ascii="Georgia" w:hAnsi="Georgia"/>
          <w:b w:val="0"/>
          <w:i w:val="0"/>
          <w:color w:val="000000"/>
          <w:sz w:val="24"/>
        </w:rPr>
        <w:t>) и 455 (</w:t>
      </w:r>
      <w:r>
        <w:rPr>
          <w:rFonts w:ascii="Georgia" w:hAnsi="Georgia" w:cs="Times New Roman"/>
          <w:b/>
          <w:i w:val="0"/>
          <w:color w:val="000000"/>
          <w:sz w:val="24"/>
          <w:rtl/>
          <w:szCs w:val="32"/>
        </w:rPr>
        <w:t>תנ״ה</w:t>
      </w:r>
      <w:r>
        <w:rPr>
          <w:rFonts w:ascii="Georgia" w:hAnsi="Georgia"/>
          <w:b w:val="0"/>
          <w:i w:val="0"/>
          <w:color w:val="000000"/>
          <w:sz w:val="24"/>
        </w:rPr>
        <w:t>), составляющих в сумме 687 (</w:t>
      </w:r>
      <w:r>
        <w:rPr>
          <w:rFonts w:ascii="Georgia" w:hAnsi="Georgia" w:cs="Times New Roman"/>
          <w:b/>
          <w:i w:val="0"/>
          <w:color w:val="000000"/>
          <w:sz w:val="24"/>
          <w:rtl/>
          <w:szCs w:val="32"/>
        </w:rPr>
        <w:t>תרפ״ז</w:t>
      </w:r>
      <w:r>
        <w:rPr>
          <w:rFonts w:ascii="Georgia" w:hAnsi="Georgia"/>
          <w:b w:val="0"/>
          <w:i w:val="0"/>
          <w:color w:val="000000"/>
          <w:sz w:val="24"/>
        </w:rPr>
        <w:t>), то есть четырех [наполнений] АВАЯ: АБ, САГ, МА и БОН — и трех [наполнений] ЭЙЕ: с йодами, с алефами и с хэями. А также еще три раза по 28 (</w:t>
      </w:r>
      <w:r>
        <w:rPr>
          <w:rFonts w:ascii="Georgia" w:hAnsi="Georgia" w:cs="Times New Roman"/>
          <w:b/>
          <w:i w:val="0"/>
          <w:color w:val="000000"/>
          <w:sz w:val="24"/>
          <w:rtl/>
          <w:szCs w:val="32"/>
        </w:rPr>
        <w:t>כ״ח</w:t>
      </w:r>
      <w:r>
        <w:rPr>
          <w:rFonts w:ascii="Georgia" w:hAnsi="Georgia"/>
          <w:b w:val="0"/>
          <w:i w:val="0"/>
          <w:color w:val="000000"/>
          <w:sz w:val="24"/>
        </w:rPr>
        <w:t>) букв, имеющихся в наполнении наполнения (</w:t>
      </w:r>
      <w:r>
        <w:rPr>
          <w:rFonts w:ascii="Georgia" w:hAnsi="Georgia"/>
          <w:b w:val="0"/>
          <w:i/>
          <w:color w:val="000000"/>
          <w:sz w:val="24"/>
        </w:rPr>
        <w:t>милуй де-милуй</w:t>
      </w:r>
      <w:r>
        <w:rPr>
          <w:rFonts w:ascii="Georgia" w:hAnsi="Georgia"/>
          <w:b w:val="0"/>
          <w:i w:val="0"/>
          <w:color w:val="000000"/>
          <w:sz w:val="24"/>
        </w:rPr>
        <w:t>) [Имен] АБ, САГ и МА; 23 (</w:t>
      </w:r>
      <w:r>
        <w:rPr>
          <w:rFonts w:ascii="Georgia" w:hAnsi="Georgia" w:cs="Times New Roman"/>
          <w:b/>
          <w:i w:val="0"/>
          <w:color w:val="000000"/>
          <w:sz w:val="24"/>
          <w:rtl/>
          <w:szCs w:val="32"/>
        </w:rPr>
        <w:t>כ״ג</w:t>
      </w:r>
      <w:r>
        <w:rPr>
          <w:rFonts w:ascii="Georgia" w:hAnsi="Georgia"/>
          <w:b w:val="0"/>
          <w:i w:val="0"/>
          <w:color w:val="000000"/>
          <w:sz w:val="24"/>
        </w:rPr>
        <w:t>) буквы [наполнения наполнения Имени] БОН; два раза по 27 (</w:t>
      </w:r>
      <w:r>
        <w:rPr>
          <w:rFonts w:ascii="Georgia" w:hAnsi="Georgia" w:cs="Times New Roman"/>
          <w:b/>
          <w:i w:val="0"/>
          <w:color w:val="000000"/>
          <w:sz w:val="24"/>
          <w:rtl/>
          <w:szCs w:val="32"/>
        </w:rPr>
        <w:t>כ״ז</w:t>
      </w:r>
      <w:r>
        <w:rPr>
          <w:rFonts w:ascii="Georgia" w:hAnsi="Georgia"/>
          <w:b w:val="0"/>
          <w:i w:val="0"/>
          <w:color w:val="000000"/>
          <w:sz w:val="24"/>
        </w:rPr>
        <w:t>) [букв] двух [наполнений наполнения Имени] ЭЙЕ с йодами и с алефами; и 25 (</w:t>
      </w:r>
      <w:r>
        <w:rPr>
          <w:rFonts w:ascii="Georgia" w:hAnsi="Georgia" w:cs="Times New Roman"/>
          <w:b/>
          <w:i w:val="0"/>
          <w:color w:val="000000"/>
          <w:sz w:val="24"/>
          <w:rtl/>
          <w:szCs w:val="32"/>
        </w:rPr>
        <w:t>כ״ה</w:t>
      </w:r>
      <w:r>
        <w:rPr>
          <w:rFonts w:ascii="Georgia" w:hAnsi="Georgia"/>
          <w:b w:val="0"/>
          <w:i w:val="0"/>
          <w:color w:val="000000"/>
          <w:sz w:val="24"/>
        </w:rPr>
        <w:t>) букв наполнения наполнения [Имени] ЭЙЕ с хэями. Итого всё это составляет 873 (</w:t>
      </w:r>
      <w:r>
        <w:rPr>
          <w:rFonts w:ascii="Georgia" w:hAnsi="Georgia" w:cs="Times New Roman"/>
          <w:b/>
          <w:i w:val="0"/>
          <w:color w:val="000000"/>
          <w:sz w:val="24"/>
          <w:rtl/>
          <w:szCs w:val="32"/>
        </w:rPr>
        <w:t>תתע״ג</w:t>
      </w:r>
      <w:r>
        <w:rPr>
          <w:rFonts w:ascii="Georgia" w:hAnsi="Georgia"/>
          <w:b w:val="0"/>
          <w:i w:val="0"/>
          <w:color w:val="000000"/>
          <w:sz w:val="24"/>
        </w:rPr>
        <w:t xml:space="preserve">), что соответствует числу упомянутого Имени (862) вместе с восемью его буквами и с его источником, представляющим собой три буквы [слова] </w:t>
      </w:r>
      <w:r>
        <w:rPr>
          <w:rFonts w:ascii="Georgia" w:hAnsi="Georgia"/>
          <w:b w:val="0"/>
          <w:i/>
          <w:color w:val="000000"/>
          <w:sz w:val="24"/>
        </w:rPr>
        <w:t>яхад</w:t>
      </w:r>
      <w:r>
        <w:rPr>
          <w:rFonts w:ascii="Georgia" w:hAnsi="Georgia"/>
          <w:b w:val="0"/>
          <w:i w:val="0"/>
          <w:color w:val="000000"/>
          <w:sz w:val="24"/>
        </w:rPr>
        <w:t>.</w:t>
      </w:r>
    </w:p>
    <w:p>
      <w:pPr>
        <w:keepNext/>
        <w:spacing w:before="320" w:after="120"/>
      </w:pPr>
      <w:r>
        <w:rPr>
          <w:rFonts w:ascii="Georgia" w:hAnsi="Georgia"/>
          <w:b w:val="0"/>
          <w:i w:val="0"/>
          <w:color w:val="000000"/>
          <w:sz w:val="32"/>
        </w:rPr>
        <w:t>Ихуд 18</w:t>
      </w:r>
    </w:p>
    <w:p>
      <w:pPr>
        <w:spacing w:before="40" w:after="120"/>
        <w:jc w:val="both"/>
      </w:pPr>
      <w:r>
        <w:rPr>
          <w:rFonts w:ascii="Georgia" w:hAnsi="Georgia"/>
          <w:b w:val="0"/>
          <w:i w:val="0"/>
          <w:color w:val="000000"/>
          <w:sz w:val="24"/>
        </w:rPr>
        <w:t xml:space="preserve">Вышеупомянутое [Имя] ЭЛЬ основано на стихе </w:t>
      </w:r>
      <w:r>
        <w:rPr>
          <w:rFonts w:ascii="Georgia" w:hAnsi="Georgia"/>
          <w:b w:val="0"/>
          <w:i/>
          <w:color w:val="000000"/>
          <w:sz w:val="24"/>
        </w:rPr>
        <w:t>«Кто этот человек…»</w:t>
      </w:r>
      <w:r>
        <w:rPr>
          <w:rFonts w:ascii="Georgia" w:hAnsi="Georgia"/>
          <w:b w:val="0"/>
          <w:i w:val="0"/>
          <w:color w:val="000000"/>
          <w:sz w:val="24"/>
        </w:rPr>
        <w:t xml:space="preserve"> (Теилим 25:12): начальные буквы слов </w:t>
      </w:r>
      <w:r>
        <w:rPr>
          <w:rFonts w:ascii="Georgia" w:hAnsi="Georgia"/>
          <w:b w:val="0"/>
          <w:i/>
          <w:color w:val="000000"/>
          <w:sz w:val="24"/>
        </w:rPr>
        <w:t>ми зэ а-иш</w:t>
      </w:r>
      <w:r>
        <w:rPr>
          <w:rFonts w:ascii="Georgia" w:hAnsi="Georgia"/>
          <w:b w:val="0"/>
          <w:i w:val="0"/>
          <w:color w:val="000000"/>
          <w:sz w:val="24"/>
        </w:rPr>
        <w:t xml:space="preserve"> (</w:t>
      </w:r>
      <w:r>
        <w:rPr>
          <w:rFonts w:ascii="Georgia" w:hAnsi="Georgia" w:cs="Times New Roman"/>
          <w:b/>
          <w:i w:val="0"/>
          <w:color w:val="000000"/>
          <w:sz w:val="24"/>
          <w:rtl/>
          <w:szCs w:val="32"/>
        </w:rPr>
        <w:t>מִי זֶה הָאִישׁ</w:t>
      </w:r>
      <w:r>
        <w:rPr>
          <w:rFonts w:ascii="Georgia" w:hAnsi="Georgia"/>
          <w:b w:val="0"/>
          <w:i w:val="0"/>
          <w:color w:val="000000"/>
          <w:sz w:val="24"/>
        </w:rPr>
        <w:t xml:space="preserve">) по гематрии равны БОН (52). Начальные буквы [продолжения стиха:] </w:t>
      </w:r>
      <w:r>
        <w:rPr>
          <w:rFonts w:ascii="Georgia" w:hAnsi="Georgia"/>
          <w:b w:val="0"/>
          <w:i/>
          <w:color w:val="000000"/>
          <w:sz w:val="24"/>
        </w:rPr>
        <w:t>«...боящийся Г-спода? Укажет Он ему путь, который избрать»</w:t>
      </w:r>
      <w:r>
        <w:rPr>
          <w:rFonts w:ascii="Georgia" w:hAnsi="Georgia"/>
          <w:b w:val="0"/>
          <w:i w:val="0"/>
          <w:color w:val="000000"/>
          <w:sz w:val="24"/>
        </w:rPr>
        <w:t xml:space="preserve"> (</w:t>
      </w:r>
      <w:r>
        <w:rPr>
          <w:rFonts w:ascii="Georgia" w:hAnsi="Georgia" w:cs="Times New Roman"/>
          <w:b/>
          <w:i w:val="0"/>
          <w:color w:val="000000"/>
          <w:sz w:val="24"/>
          <w:rtl/>
          <w:szCs w:val="32"/>
        </w:rPr>
        <w:t>יְרֵא ה׳ יוֹרֶנּוּ בְּדֶרֶךְ יִבְחָר</w:t>
      </w:r>
      <w:r>
        <w:rPr>
          <w:rFonts w:ascii="Georgia" w:hAnsi="Georgia"/>
          <w:b w:val="0"/>
          <w:i w:val="0"/>
          <w:color w:val="000000"/>
          <w:sz w:val="24"/>
        </w:rPr>
        <w:t>) — по гематрии равны 42, [соответствующим] АВАЯ де-МА. А БОН (52) и 42 составляют 94 (</w:t>
      </w:r>
      <w:r>
        <w:rPr>
          <w:rFonts w:ascii="Georgia" w:hAnsi="Georgia" w:cs="Times New Roman"/>
          <w:b/>
          <w:i w:val="0"/>
          <w:color w:val="000000"/>
          <w:sz w:val="24"/>
          <w:rtl/>
          <w:szCs w:val="32"/>
        </w:rPr>
        <w:t>צ״ד</w:t>
      </w:r>
      <w:r>
        <w:rPr>
          <w:rFonts w:ascii="Georgia" w:hAnsi="Georgia"/>
          <w:b w:val="0"/>
          <w:i w:val="0"/>
          <w:color w:val="000000"/>
          <w:sz w:val="24"/>
        </w:rPr>
        <w:t>), что равно трем [Именам] ЭЛЬ — то есть 93 (</w:t>
      </w:r>
      <w:r>
        <w:rPr>
          <w:rFonts w:ascii="Georgia" w:hAnsi="Georgia" w:cs="Times New Roman"/>
          <w:b/>
          <w:i w:val="0"/>
          <w:color w:val="000000"/>
          <w:sz w:val="24"/>
          <w:rtl/>
          <w:szCs w:val="32"/>
        </w:rPr>
        <w:t>מג״ן</w:t>
      </w:r>
      <w:r>
        <w:rPr>
          <w:rFonts w:ascii="Georgia" w:hAnsi="Georgia"/>
          <w:b w:val="0"/>
          <w:i w:val="0"/>
          <w:color w:val="000000"/>
          <w:sz w:val="24"/>
        </w:rPr>
        <w:t>), а с колелем — [94]. Также из ахораим де-САГ, составляющих 166 (</w:t>
      </w:r>
      <w:r>
        <w:rPr>
          <w:rFonts w:ascii="Georgia" w:hAnsi="Georgia" w:cs="Times New Roman"/>
          <w:b/>
          <w:i w:val="0"/>
          <w:color w:val="000000"/>
          <w:sz w:val="24"/>
          <w:rtl/>
          <w:szCs w:val="32"/>
        </w:rPr>
        <w:t>קס״ו</w:t>
      </w:r>
      <w:r>
        <w:rPr>
          <w:rFonts w:ascii="Georgia" w:hAnsi="Georgia"/>
          <w:b w:val="0"/>
          <w:i w:val="0"/>
          <w:color w:val="000000"/>
          <w:sz w:val="24"/>
        </w:rPr>
        <w:t xml:space="preserve">), вычти простой [ахораим], равный 72 (АБ), — останется 94. А конечные буквы [слов] </w:t>
      </w:r>
      <w:r>
        <w:rPr>
          <w:rFonts w:ascii="Georgia" w:hAnsi="Georgia"/>
          <w:b w:val="0"/>
          <w:i/>
          <w:color w:val="000000"/>
          <w:sz w:val="24"/>
        </w:rPr>
        <w:t>ми зэ а-иш</w:t>
      </w:r>
      <w:r>
        <w:rPr>
          <w:rFonts w:ascii="Georgia" w:hAnsi="Georgia"/>
          <w:b w:val="0"/>
          <w:i w:val="0"/>
          <w:color w:val="000000"/>
          <w:sz w:val="24"/>
        </w:rPr>
        <w:t xml:space="preserve"> (</w:t>
      </w:r>
      <w:r>
        <w:rPr>
          <w:rFonts w:ascii="Georgia" w:hAnsi="Georgia" w:cs="Times New Roman"/>
          <w:b/>
          <w:i w:val="0"/>
          <w:color w:val="000000"/>
          <w:sz w:val="24"/>
          <w:rtl/>
          <w:szCs w:val="32"/>
        </w:rPr>
        <w:t>מִי זֶה הָאִישׁ</w:t>
      </w:r>
      <w:r>
        <w:rPr>
          <w:rFonts w:ascii="Georgia" w:hAnsi="Georgia"/>
          <w:b w:val="0"/>
          <w:i w:val="0"/>
          <w:color w:val="000000"/>
          <w:sz w:val="24"/>
        </w:rPr>
        <w:t>) составляют 315 (</w:t>
      </w:r>
      <w:r>
        <w:rPr>
          <w:rFonts w:ascii="Georgia" w:hAnsi="Georgia" w:cs="Times New Roman"/>
          <w:b/>
          <w:i w:val="0"/>
          <w:color w:val="000000"/>
          <w:sz w:val="24"/>
          <w:rtl/>
          <w:szCs w:val="32"/>
        </w:rPr>
        <w:t>שט״ו</w:t>
      </w:r>
      <w:r>
        <w:rPr>
          <w:rFonts w:ascii="Georgia" w:hAnsi="Georgia"/>
          <w:b w:val="0"/>
          <w:i w:val="0"/>
          <w:color w:val="000000"/>
          <w:sz w:val="24"/>
        </w:rPr>
        <w:t>), и это семь раз АДАМ (</w:t>
      </w:r>
      <w:r>
        <w:rPr>
          <w:rFonts w:ascii="Georgia" w:hAnsi="Georgia" w:cs="Times New Roman"/>
          <w:b/>
          <w:i w:val="0"/>
          <w:color w:val="000000"/>
          <w:sz w:val="24"/>
          <w:rtl/>
          <w:szCs w:val="32"/>
        </w:rPr>
        <w:t>אָדָם</w:t>
      </w:r>
      <w:r>
        <w:rPr>
          <w:rFonts w:ascii="Georgia" w:hAnsi="Georgia"/>
          <w:b w:val="0"/>
          <w:i w:val="0"/>
          <w:color w:val="000000"/>
          <w:sz w:val="24"/>
        </w:rPr>
        <w:t xml:space="preserve"> = 45) — семь мелахим, аннулированных из Зеир Анпина (ЗА). Конечные же буквы остальной части стиха составляют 232 (</w:t>
      </w:r>
      <w:r>
        <w:rPr>
          <w:rFonts w:ascii="Georgia" w:hAnsi="Georgia" w:cs="Times New Roman"/>
          <w:b/>
          <w:i w:val="0"/>
          <w:color w:val="000000"/>
          <w:sz w:val="24"/>
          <w:rtl/>
          <w:szCs w:val="32"/>
        </w:rPr>
        <w:t>רל״ב</w:t>
      </w:r>
      <w:r>
        <w:rPr>
          <w:rFonts w:ascii="Georgia" w:hAnsi="Georgia"/>
          <w:b w:val="0"/>
          <w:i w:val="0"/>
          <w:color w:val="000000"/>
          <w:sz w:val="24"/>
        </w:rPr>
        <w:t>), что равно четырем [наполнениям] АВАЯ — АБ, САГ, МА и БОН. И намерение (</w:t>
      </w:r>
      <w:r>
        <w:rPr>
          <w:rFonts w:ascii="Georgia" w:hAnsi="Georgia"/>
          <w:b w:val="0"/>
          <w:i/>
          <w:color w:val="000000"/>
          <w:sz w:val="24"/>
        </w:rPr>
        <w:t>кавана</w:t>
      </w:r>
      <w:r>
        <w:rPr>
          <w:rFonts w:ascii="Georgia" w:hAnsi="Georgia"/>
          <w:b w:val="0"/>
          <w:i w:val="0"/>
          <w:color w:val="000000"/>
          <w:sz w:val="24"/>
        </w:rPr>
        <w:t xml:space="preserve">) состоит в том, чтобы усластить ими семь аннулированных мелахим, поднять их и исправить. Слова </w:t>
      </w:r>
      <w:r>
        <w:rPr>
          <w:rFonts w:ascii="Georgia" w:hAnsi="Georgia"/>
          <w:b w:val="0"/>
          <w:i/>
          <w:color w:val="000000"/>
          <w:sz w:val="24"/>
        </w:rPr>
        <w:t>ми зэ</w:t>
      </w:r>
      <w:r>
        <w:rPr>
          <w:rFonts w:ascii="Georgia" w:hAnsi="Georgia"/>
          <w:b w:val="0"/>
          <w:i w:val="0"/>
          <w:color w:val="000000"/>
          <w:sz w:val="24"/>
        </w:rPr>
        <w:t xml:space="preserve"> (</w:t>
      </w:r>
      <w:r>
        <w:rPr>
          <w:rFonts w:ascii="Georgia" w:hAnsi="Georgia" w:cs="Times New Roman"/>
          <w:b/>
          <w:i w:val="0"/>
          <w:color w:val="000000"/>
          <w:sz w:val="24"/>
          <w:rtl/>
          <w:szCs w:val="32"/>
        </w:rPr>
        <w:t>מִי זֶה</w:t>
      </w:r>
      <w:r>
        <w:rPr>
          <w:rFonts w:ascii="Georgia" w:hAnsi="Georgia"/>
          <w:b w:val="0"/>
          <w:i w:val="0"/>
          <w:color w:val="000000"/>
          <w:sz w:val="24"/>
        </w:rPr>
        <w:t>) по гематрии равны 62 (</w:t>
      </w:r>
      <w:r>
        <w:rPr>
          <w:rFonts w:ascii="Georgia" w:hAnsi="Georgia" w:cs="Times New Roman"/>
          <w:b/>
          <w:i w:val="0"/>
          <w:color w:val="000000"/>
          <w:sz w:val="24"/>
          <w:rtl/>
          <w:szCs w:val="32"/>
        </w:rPr>
        <w:t>ס״ב</w:t>
      </w:r>
      <w:r>
        <w:rPr>
          <w:rFonts w:ascii="Georgia" w:hAnsi="Georgia"/>
          <w:b w:val="0"/>
          <w:i w:val="0"/>
          <w:color w:val="000000"/>
          <w:sz w:val="24"/>
        </w:rPr>
        <w:t>), что составляет дважды [Имя] ЭЛЬ. И пусть направит намерение на [наполнение] АВАЯ де-САГ без буквы алеф (</w:t>
      </w:r>
      <w:r>
        <w:rPr>
          <w:rFonts w:ascii="Georgia" w:hAnsi="Georgia" w:cs="Times New Roman"/>
          <w:b/>
          <w:i w:val="0"/>
          <w:color w:val="000000"/>
          <w:sz w:val="24"/>
          <w:rtl/>
          <w:szCs w:val="32"/>
        </w:rPr>
        <w:t>א</w:t>
      </w:r>
      <w:r>
        <w:rPr>
          <w:rFonts w:ascii="Georgia" w:hAnsi="Georgia"/>
          <w:b w:val="0"/>
          <w:i w:val="0"/>
          <w:color w:val="000000"/>
          <w:sz w:val="24"/>
        </w:rPr>
        <w:t xml:space="preserve">), вот так: </w:t>
      </w:r>
      <w:r>
        <w:rPr>
          <w:rFonts w:ascii="Georgia" w:hAnsi="Georgia" w:cs="Times New Roman"/>
          <w:b/>
          <w:i w:val="0"/>
          <w:color w:val="000000"/>
          <w:sz w:val="24"/>
          <w:rtl/>
          <w:szCs w:val="32"/>
        </w:rPr>
        <w:t>יוֹד הֵי וָו הֵי</w:t>
      </w:r>
      <w:r>
        <w:rPr>
          <w:rFonts w:ascii="Georgia" w:hAnsi="Georgia"/>
          <w:b w:val="0"/>
          <w:i w:val="0"/>
          <w:color w:val="000000"/>
          <w:sz w:val="24"/>
        </w:rPr>
        <w:t xml:space="preserve">, что по гематрии равно 62. И пусть направит намерение привлечь это, чтобы усластить 315 [судов] Нуквы. Ведь слово </w:t>
      </w:r>
      <w:r>
        <w:rPr>
          <w:rFonts w:ascii="Georgia" w:hAnsi="Georgia"/>
          <w:b w:val="0"/>
          <w:i/>
          <w:color w:val="000000"/>
          <w:sz w:val="24"/>
        </w:rPr>
        <w:t>а-иш</w:t>
      </w:r>
      <w:r>
        <w:rPr>
          <w:rFonts w:ascii="Georgia" w:hAnsi="Georgia"/>
          <w:b w:val="0"/>
          <w:i w:val="0"/>
          <w:color w:val="000000"/>
          <w:sz w:val="24"/>
        </w:rPr>
        <w:t xml:space="preserve"> (</w:t>
      </w:r>
      <w:r>
        <w:rPr>
          <w:rFonts w:ascii="Georgia" w:hAnsi="Georgia" w:cs="Times New Roman"/>
          <w:b/>
          <w:i w:val="0"/>
          <w:color w:val="000000"/>
          <w:sz w:val="24"/>
          <w:rtl/>
          <w:szCs w:val="32"/>
        </w:rPr>
        <w:t>הָאִישׁ</w:t>
      </w:r>
      <w:r>
        <w:rPr>
          <w:rFonts w:ascii="Georgia" w:hAnsi="Georgia"/>
          <w:b w:val="0"/>
          <w:i w:val="0"/>
          <w:color w:val="000000"/>
          <w:sz w:val="24"/>
        </w:rPr>
        <w:t xml:space="preserve">) по гематрии равно 315, находящимся в Нукве де-ЗА, вместе с их колелем [315 + 1 = 316], что намекает на ее включение в ЗА. Слово </w:t>
      </w:r>
      <w:r>
        <w:rPr>
          <w:rFonts w:ascii="Georgia" w:hAnsi="Georgia"/>
          <w:b w:val="0"/>
          <w:i/>
          <w:color w:val="000000"/>
          <w:sz w:val="24"/>
        </w:rPr>
        <w:t>йерэ</w:t>
      </w:r>
      <w:r>
        <w:rPr>
          <w:rFonts w:ascii="Georgia" w:hAnsi="Georgia"/>
          <w:b w:val="0"/>
          <w:i w:val="0"/>
          <w:color w:val="000000"/>
          <w:sz w:val="24"/>
        </w:rPr>
        <w:t xml:space="preserve"> (</w:t>
      </w:r>
      <w:r>
        <w:rPr>
          <w:rFonts w:ascii="Georgia" w:hAnsi="Georgia" w:cs="Times New Roman"/>
          <w:b/>
          <w:i w:val="0"/>
          <w:color w:val="000000"/>
          <w:sz w:val="24"/>
          <w:rtl/>
          <w:szCs w:val="32"/>
        </w:rPr>
        <w:t>יְרֵא</w:t>
      </w:r>
      <w:r>
        <w:rPr>
          <w:rFonts w:ascii="Georgia" w:hAnsi="Georgia"/>
          <w:b w:val="0"/>
          <w:i w:val="0"/>
          <w:color w:val="000000"/>
          <w:sz w:val="24"/>
        </w:rPr>
        <w:t>) равно по гематрии наполнению алеф-ламэд (</w:t>
      </w:r>
      <w:r>
        <w:rPr>
          <w:rFonts w:ascii="Georgia" w:hAnsi="Georgia" w:cs="Times New Roman"/>
          <w:b/>
          <w:i w:val="0"/>
          <w:color w:val="000000"/>
          <w:sz w:val="24"/>
          <w:rtl/>
          <w:szCs w:val="32"/>
        </w:rPr>
        <w:t>אָלֶף לָמֶד</w:t>
      </w:r>
      <w:r>
        <w:rPr>
          <w:rFonts w:ascii="Georgia" w:hAnsi="Georgia"/>
          <w:b w:val="0"/>
          <w:i w:val="0"/>
          <w:color w:val="000000"/>
          <w:sz w:val="24"/>
        </w:rPr>
        <w:t>) и АВАЯ (</w:t>
      </w:r>
      <w:r>
        <w:rPr>
          <w:rFonts w:ascii="Georgia" w:hAnsi="Georgia" w:cs="Times New Roman"/>
          <w:b/>
          <w:i w:val="0"/>
          <w:color w:val="000000"/>
          <w:sz w:val="24"/>
          <w:rtl/>
          <w:szCs w:val="32"/>
        </w:rPr>
        <w:t>יהוה</w:t>
      </w:r>
      <w:r>
        <w:rPr>
          <w:rFonts w:ascii="Georgia" w:hAnsi="Georgia"/>
          <w:b w:val="0"/>
          <w:i w:val="0"/>
          <w:color w:val="000000"/>
          <w:sz w:val="24"/>
        </w:rPr>
        <w:t xml:space="preserve">). Слова </w:t>
      </w:r>
      <w:r>
        <w:rPr>
          <w:rFonts w:ascii="Georgia" w:hAnsi="Georgia"/>
          <w:b w:val="0"/>
          <w:i/>
          <w:color w:val="000000"/>
          <w:sz w:val="24"/>
        </w:rPr>
        <w:t>йерэ АВАЯ</w:t>
      </w:r>
      <w:r>
        <w:rPr>
          <w:rFonts w:ascii="Georgia" w:hAnsi="Georgia"/>
          <w:b w:val="0"/>
          <w:i w:val="0"/>
          <w:color w:val="000000"/>
          <w:sz w:val="24"/>
        </w:rPr>
        <w:t xml:space="preserve"> (</w:t>
      </w:r>
      <w:r>
        <w:rPr>
          <w:rFonts w:ascii="Georgia" w:hAnsi="Georgia" w:cs="Times New Roman"/>
          <w:b/>
          <w:i w:val="0"/>
          <w:color w:val="000000"/>
          <w:sz w:val="24"/>
          <w:rtl/>
          <w:szCs w:val="32"/>
        </w:rPr>
        <w:t>יְרֵא יהוה</w:t>
      </w:r>
      <w:r>
        <w:rPr>
          <w:rFonts w:ascii="Georgia" w:hAnsi="Georgia"/>
          <w:b w:val="0"/>
          <w:i w:val="0"/>
          <w:color w:val="000000"/>
          <w:sz w:val="24"/>
        </w:rPr>
        <w:t>) равны по гематрии имени Рахель (</w:t>
      </w:r>
      <w:r>
        <w:rPr>
          <w:rFonts w:ascii="Georgia" w:hAnsi="Georgia" w:cs="Times New Roman"/>
          <w:b/>
          <w:i w:val="0"/>
          <w:color w:val="000000"/>
          <w:sz w:val="24"/>
          <w:rtl/>
          <w:szCs w:val="32"/>
        </w:rPr>
        <w:t>רָחֵל</w:t>
      </w:r>
      <w:r>
        <w:rPr>
          <w:rFonts w:ascii="Georgia" w:hAnsi="Georgia"/>
          <w:b w:val="0"/>
          <w:i w:val="0"/>
          <w:color w:val="000000"/>
          <w:sz w:val="24"/>
        </w:rPr>
        <w:t>) с колелем. И намерение в том, что все это — ради привлечения [света] в Рахель для ее исправления. И в этом смысл 232 (</w:t>
      </w:r>
      <w:r>
        <w:rPr>
          <w:rFonts w:ascii="Georgia" w:hAnsi="Georgia" w:cs="Times New Roman"/>
          <w:b/>
          <w:i w:val="0"/>
          <w:color w:val="000000"/>
          <w:sz w:val="24"/>
          <w:rtl/>
          <w:szCs w:val="32"/>
        </w:rPr>
        <w:t>רל״ב</w:t>
      </w:r>
      <w:r>
        <w:rPr>
          <w:rFonts w:ascii="Georgia" w:hAnsi="Georgia"/>
          <w:b w:val="0"/>
          <w:i w:val="0"/>
          <w:color w:val="000000"/>
          <w:sz w:val="24"/>
        </w:rPr>
        <w:t xml:space="preserve">) четырех [наполнений] АВАЯ — АБ, САГ, МА и БОН — вместе с четырьмя колелями четырех Имен и с колелем, объединяющим их все [232 + 4 + 1 = 237]. [Говорит Шмуэль: все еще недостает единицы (1)]. Слово </w:t>
      </w:r>
      <w:r>
        <w:rPr>
          <w:rFonts w:ascii="Georgia" w:hAnsi="Georgia"/>
          <w:b w:val="0"/>
          <w:i/>
          <w:color w:val="000000"/>
          <w:sz w:val="24"/>
        </w:rPr>
        <w:t>йорену</w:t>
      </w:r>
      <w:r>
        <w:rPr>
          <w:rFonts w:ascii="Georgia" w:hAnsi="Georgia"/>
          <w:b w:val="0"/>
          <w:i w:val="0"/>
          <w:color w:val="000000"/>
          <w:sz w:val="24"/>
        </w:rPr>
        <w:t xml:space="preserve"> («укажет Он ему», </w:t>
      </w:r>
      <w:r>
        <w:rPr>
          <w:rFonts w:ascii="Georgia" w:hAnsi="Georgia" w:cs="Times New Roman"/>
          <w:b/>
          <w:i w:val="0"/>
          <w:color w:val="000000"/>
          <w:sz w:val="24"/>
          <w:rtl/>
          <w:szCs w:val="32"/>
        </w:rPr>
        <w:t>יוֹרֶנּוּ</w:t>
      </w:r>
      <w:r>
        <w:rPr>
          <w:rFonts w:ascii="Georgia" w:hAnsi="Georgia"/>
          <w:b w:val="0"/>
          <w:i w:val="0"/>
          <w:color w:val="000000"/>
          <w:sz w:val="24"/>
        </w:rPr>
        <w:t>) по гематрии равно 272 (</w:t>
      </w:r>
      <w:r>
        <w:rPr>
          <w:rFonts w:ascii="Georgia" w:hAnsi="Georgia" w:cs="Times New Roman"/>
          <w:b/>
          <w:i w:val="0"/>
          <w:color w:val="000000"/>
          <w:sz w:val="24"/>
          <w:rtl/>
          <w:szCs w:val="32"/>
        </w:rPr>
        <w:t>רע״ב</w:t>
      </w:r>
      <w:r>
        <w:rPr>
          <w:rFonts w:ascii="Georgia" w:hAnsi="Georgia"/>
          <w:b w:val="0"/>
          <w:i w:val="0"/>
          <w:color w:val="000000"/>
          <w:sz w:val="24"/>
        </w:rPr>
        <w:t xml:space="preserve">): это простой ахораим АВАЯ — 72 (АБ), находящийся в ЗА, и простой ахораим ЭЛОКИМ — 200, находящийся в Нукве. И необходимо усластить все это словом </w:t>
      </w:r>
      <w:r>
        <w:rPr>
          <w:rFonts w:ascii="Georgia" w:hAnsi="Georgia"/>
          <w:b w:val="0"/>
          <w:i/>
          <w:color w:val="000000"/>
          <w:sz w:val="24"/>
        </w:rPr>
        <w:t>бэ-дерех</w:t>
      </w:r>
      <w:r>
        <w:rPr>
          <w:rFonts w:ascii="Georgia" w:hAnsi="Georgia"/>
          <w:b w:val="0"/>
          <w:i w:val="0"/>
          <w:color w:val="000000"/>
          <w:sz w:val="24"/>
        </w:rPr>
        <w:t xml:space="preserve"> («на пути», </w:t>
      </w:r>
      <w:r>
        <w:rPr>
          <w:rFonts w:ascii="Georgia" w:hAnsi="Georgia" w:cs="Times New Roman"/>
          <w:b/>
          <w:i w:val="0"/>
          <w:color w:val="000000"/>
          <w:sz w:val="24"/>
          <w:rtl/>
          <w:szCs w:val="32"/>
        </w:rPr>
        <w:t>בְּדֶרֶךְ</w:t>
      </w:r>
      <w:r>
        <w:rPr>
          <w:rFonts w:ascii="Georgia" w:hAnsi="Georgia"/>
          <w:b w:val="0"/>
          <w:i w:val="0"/>
          <w:color w:val="000000"/>
          <w:sz w:val="24"/>
        </w:rPr>
        <w:t>), гематрия которого [226] равна [наполнению] АВАЯ де-САГ (63) и [наполнению] ЭЙЕ де-йодин — 161 (</w:t>
      </w:r>
      <w:r>
        <w:rPr>
          <w:rFonts w:ascii="Georgia" w:hAnsi="Georgia" w:cs="Times New Roman"/>
          <w:b/>
          <w:i w:val="0"/>
          <w:color w:val="000000"/>
          <w:sz w:val="24"/>
          <w:rtl/>
          <w:szCs w:val="32"/>
        </w:rPr>
        <w:t>קס״א</w:t>
      </w:r>
      <w:r>
        <w:rPr>
          <w:rFonts w:ascii="Georgia" w:hAnsi="Georgia"/>
          <w:b w:val="0"/>
          <w:i w:val="0"/>
          <w:color w:val="000000"/>
          <w:sz w:val="24"/>
        </w:rPr>
        <w:t xml:space="preserve">), вместе с двумя их колелями [63 + 161 + 2 = 226]. Слово </w:t>
      </w:r>
      <w:r>
        <w:rPr>
          <w:rFonts w:ascii="Georgia" w:hAnsi="Georgia"/>
          <w:b w:val="0"/>
          <w:i/>
          <w:color w:val="000000"/>
          <w:sz w:val="24"/>
        </w:rPr>
        <w:t>йивхар</w:t>
      </w:r>
      <w:r>
        <w:rPr>
          <w:rFonts w:ascii="Georgia" w:hAnsi="Georgia"/>
          <w:b w:val="0"/>
          <w:i w:val="0"/>
          <w:color w:val="000000"/>
          <w:sz w:val="24"/>
        </w:rPr>
        <w:t xml:space="preserve"> («изберет», </w:t>
      </w:r>
      <w:r>
        <w:rPr>
          <w:rFonts w:ascii="Georgia" w:hAnsi="Georgia" w:cs="Times New Roman"/>
          <w:b/>
          <w:i w:val="0"/>
          <w:color w:val="000000"/>
          <w:sz w:val="24"/>
          <w:rtl/>
          <w:szCs w:val="32"/>
        </w:rPr>
        <w:t>יִבְחַר</w:t>
      </w:r>
      <w:r>
        <w:rPr>
          <w:rFonts w:ascii="Georgia" w:hAnsi="Georgia"/>
          <w:b w:val="0"/>
          <w:i w:val="0"/>
          <w:color w:val="000000"/>
          <w:sz w:val="24"/>
        </w:rPr>
        <w:t>) с колелем составляет 221 (</w:t>
      </w:r>
      <w:r>
        <w:rPr>
          <w:rFonts w:ascii="Georgia" w:hAnsi="Georgia" w:cs="Times New Roman"/>
          <w:b/>
          <w:i w:val="0"/>
          <w:color w:val="000000"/>
          <w:sz w:val="24"/>
          <w:rtl/>
          <w:szCs w:val="32"/>
        </w:rPr>
        <w:t>אר״ך</w:t>
      </w:r>
      <w:r>
        <w:rPr>
          <w:rFonts w:ascii="Georgia" w:hAnsi="Georgia"/>
          <w:b w:val="0"/>
          <w:i w:val="0"/>
          <w:color w:val="000000"/>
          <w:sz w:val="24"/>
        </w:rPr>
        <w:t>), ведь у ЗА есть лишь 150 (</w:t>
      </w:r>
      <w:r>
        <w:rPr>
          <w:rFonts w:ascii="Georgia" w:hAnsi="Georgia" w:cs="Times New Roman"/>
          <w:b/>
          <w:i w:val="0"/>
          <w:color w:val="000000"/>
          <w:sz w:val="24"/>
          <w:rtl/>
          <w:szCs w:val="32"/>
        </w:rPr>
        <w:t>ק״ן</w:t>
      </w:r>
      <w:r>
        <w:rPr>
          <w:rFonts w:ascii="Georgia" w:hAnsi="Georgia"/>
          <w:b w:val="0"/>
          <w:i w:val="0"/>
          <w:color w:val="000000"/>
          <w:sz w:val="24"/>
        </w:rPr>
        <w:t>) светов, а теперь мы привлекаем ему остальной 221 (</w:t>
      </w:r>
      <w:r>
        <w:rPr>
          <w:rFonts w:ascii="Georgia" w:hAnsi="Georgia" w:cs="Times New Roman"/>
          <w:b/>
          <w:i w:val="0"/>
          <w:color w:val="000000"/>
          <w:sz w:val="24"/>
          <w:rtl/>
          <w:szCs w:val="32"/>
        </w:rPr>
        <w:t>אר״ך</w:t>
      </w:r>
      <w:r>
        <w:rPr>
          <w:rFonts w:ascii="Georgia" w:hAnsi="Georgia"/>
          <w:b w:val="0"/>
          <w:i w:val="0"/>
          <w:color w:val="000000"/>
          <w:sz w:val="24"/>
        </w:rPr>
        <w:t>) свет, чтобы восполнить в нем все 320 (</w:t>
      </w:r>
      <w:r>
        <w:rPr>
          <w:rFonts w:ascii="Georgia" w:hAnsi="Georgia" w:cs="Times New Roman"/>
          <w:b/>
          <w:i w:val="0"/>
          <w:color w:val="000000"/>
          <w:sz w:val="24"/>
          <w:rtl/>
          <w:szCs w:val="32"/>
        </w:rPr>
        <w:t>ש״ך</w:t>
      </w:r>
      <w:r>
        <w:rPr>
          <w:rFonts w:ascii="Georgia" w:hAnsi="Georgia"/>
          <w:b w:val="0"/>
          <w:i w:val="0"/>
          <w:color w:val="000000"/>
          <w:sz w:val="24"/>
        </w:rPr>
        <w:t xml:space="preserve">) светов. И это Имя — замена [слова] </w:t>
      </w:r>
      <w:r>
        <w:rPr>
          <w:rFonts w:ascii="Georgia" w:hAnsi="Georgia"/>
          <w:b w:val="0"/>
          <w:i/>
          <w:color w:val="000000"/>
          <w:sz w:val="24"/>
        </w:rPr>
        <w:t>йивхар</w:t>
      </w:r>
      <w:r>
        <w:rPr>
          <w:rFonts w:ascii="Georgia" w:hAnsi="Georgia"/>
          <w:b w:val="0"/>
          <w:i w:val="0"/>
          <w:color w:val="000000"/>
          <w:sz w:val="24"/>
        </w:rPr>
        <w:t xml:space="preserve"> по [системе] атбаш: </w:t>
      </w:r>
      <w:r>
        <w:rPr>
          <w:rFonts w:ascii="Georgia" w:hAnsi="Georgia"/>
          <w:b w:val="0"/>
          <w:i/>
          <w:color w:val="000000"/>
          <w:sz w:val="24"/>
        </w:rPr>
        <w:t>Мишесаг</w:t>
      </w:r>
      <w:r>
        <w:rPr>
          <w:rFonts w:ascii="Georgia" w:hAnsi="Georgia"/>
          <w:b w:val="0"/>
          <w:i w:val="0"/>
          <w:color w:val="000000"/>
          <w:sz w:val="24"/>
        </w:rPr>
        <w:t xml:space="preserve"> (</w:t>
      </w:r>
      <w:r>
        <w:rPr>
          <w:rFonts w:ascii="Georgia" w:hAnsi="Georgia" w:cs="Times New Roman"/>
          <w:b/>
          <w:i w:val="0"/>
          <w:color w:val="000000"/>
          <w:sz w:val="24"/>
          <w:rtl/>
          <w:szCs w:val="32"/>
        </w:rPr>
        <w:t>מִשֶסָגְ</w:t>
      </w:r>
      <w:r>
        <w:rPr>
          <w:rFonts w:ascii="Georgia" w:hAnsi="Georgia"/>
          <w:b w:val="0"/>
          <w:i w:val="0"/>
          <w:color w:val="000000"/>
          <w:sz w:val="24"/>
        </w:rPr>
        <w:t>), по гематрии равное 403 (</w:t>
      </w:r>
      <w:r>
        <w:rPr>
          <w:rFonts w:ascii="Georgia" w:hAnsi="Georgia" w:cs="Times New Roman"/>
          <w:b/>
          <w:i w:val="0"/>
          <w:color w:val="000000"/>
          <w:sz w:val="24"/>
          <w:rtl/>
          <w:szCs w:val="32"/>
        </w:rPr>
        <w:t>ת״ג</w:t>
      </w:r>
      <w:r>
        <w:rPr>
          <w:rFonts w:ascii="Georgia" w:hAnsi="Georgia"/>
          <w:b w:val="0"/>
          <w:i w:val="0"/>
          <w:color w:val="000000"/>
          <w:sz w:val="24"/>
        </w:rPr>
        <w:t>), что соответствует трем наполнениям ЭЙЕ — с йодин, альфин и хэйин, составляющим 392 (</w:t>
      </w:r>
      <w:r>
        <w:rPr>
          <w:rFonts w:ascii="Georgia" w:hAnsi="Georgia" w:cs="Times New Roman"/>
          <w:b/>
          <w:i w:val="0"/>
          <w:color w:val="000000"/>
          <w:sz w:val="24"/>
          <w:rtl/>
          <w:szCs w:val="32"/>
        </w:rPr>
        <w:t>שצ״ב</w:t>
      </w:r>
      <w:r>
        <w:rPr>
          <w:rFonts w:ascii="Georgia" w:hAnsi="Georgia"/>
          <w:b w:val="0"/>
          <w:i w:val="0"/>
          <w:color w:val="000000"/>
          <w:sz w:val="24"/>
        </w:rPr>
        <w:t>), а вместе с двенадцатью буквами трех [Имен] ЭЙЕ получается 404 (</w:t>
      </w:r>
      <w:r>
        <w:rPr>
          <w:rFonts w:ascii="Georgia" w:hAnsi="Georgia" w:cs="Times New Roman"/>
          <w:b/>
          <w:i w:val="0"/>
          <w:color w:val="000000"/>
          <w:sz w:val="24"/>
          <w:rtl/>
          <w:szCs w:val="32"/>
        </w:rPr>
        <w:t>ת״ד</w:t>
      </w:r>
      <w:r>
        <w:rPr>
          <w:rFonts w:ascii="Georgia" w:hAnsi="Georgia"/>
          <w:b w:val="0"/>
          <w:i w:val="0"/>
          <w:color w:val="000000"/>
          <w:sz w:val="24"/>
        </w:rPr>
        <w:t xml:space="preserve">). А его огласовка берется из [слов] </w:t>
      </w:r>
      <w:r>
        <w:rPr>
          <w:rFonts w:ascii="Georgia" w:hAnsi="Georgia"/>
          <w:b w:val="0"/>
          <w:i/>
          <w:color w:val="000000"/>
          <w:sz w:val="24"/>
        </w:rPr>
        <w:t>ми зэ а-иш йерэ</w:t>
      </w:r>
      <w:r>
        <w:rPr>
          <w:rFonts w:ascii="Georgia" w:hAnsi="Georgia"/>
          <w:b w:val="0"/>
          <w:i w:val="0"/>
          <w:color w:val="000000"/>
          <w:sz w:val="24"/>
        </w:rPr>
        <w:t xml:space="preserve"> (</w:t>
      </w:r>
      <w:r>
        <w:rPr>
          <w:rFonts w:ascii="Georgia" w:hAnsi="Georgia" w:cs="Times New Roman"/>
          <w:b/>
          <w:i w:val="0"/>
          <w:color w:val="000000"/>
          <w:sz w:val="24"/>
          <w:rtl/>
          <w:szCs w:val="32"/>
        </w:rPr>
        <w:t>מִי זֶה הָאִישׁ יְרֵא</w:t>
      </w:r>
      <w:r>
        <w:rPr>
          <w:rFonts w:ascii="Georgia" w:hAnsi="Georgia"/>
          <w:b w:val="0"/>
          <w:i w:val="0"/>
          <w:color w:val="000000"/>
          <w:sz w:val="24"/>
        </w:rPr>
        <w:t>):</w:t>
      </w:r>
    </w:p>
    <w:p>
      <w:pPr>
        <w:keepNext/>
        <w:spacing w:before="320" w:after="120"/>
      </w:pPr>
      <w:r>
        <w:rPr>
          <w:rFonts w:ascii="Georgia" w:hAnsi="Georgia"/>
          <w:b w:val="0"/>
          <w:i w:val="0"/>
          <w:color w:val="000000"/>
          <w:sz w:val="32"/>
        </w:rPr>
        <w:t>Ихуд 19</w:t>
      </w:r>
    </w:p>
    <w:p>
      <w:pPr>
        <w:spacing w:before="40" w:after="120"/>
        <w:jc w:val="both"/>
      </w:pPr>
      <w:r>
        <w:rPr>
          <w:rFonts w:ascii="Georgia" w:hAnsi="Georgia"/>
          <w:b w:val="0"/>
          <w:i w:val="0"/>
          <w:color w:val="000000"/>
          <w:sz w:val="24"/>
        </w:rPr>
        <w:t xml:space="preserve">Упомянутое [Имя] Эль основано на стихе: </w:t>
      </w:r>
      <w:r>
        <w:rPr>
          <w:rFonts w:ascii="Georgia" w:hAnsi="Georgia"/>
          <w:b w:val="0"/>
          <w:i/>
          <w:color w:val="000000"/>
          <w:sz w:val="24"/>
        </w:rPr>
        <w:t>«Б-г, препоясывающий меня силой и делающий непорочным путь мой»</w:t>
      </w:r>
      <w:r>
        <w:rPr>
          <w:rFonts w:ascii="Georgia" w:hAnsi="Georgia"/>
          <w:b w:val="0"/>
          <w:i w:val="0"/>
          <w:color w:val="000000"/>
          <w:sz w:val="24"/>
        </w:rPr>
        <w:t xml:space="preserve"> (Теилим 18:33). Начальные буквы [слов этого стиха в сумме составляют число] 428 (</w:t>
      </w:r>
      <w:r>
        <w:rPr>
          <w:rFonts w:ascii="Georgia" w:hAnsi="Georgia" w:cs="Times New Roman"/>
          <w:b/>
          <w:i w:val="0"/>
          <w:color w:val="000000"/>
          <w:sz w:val="24"/>
          <w:rtl/>
          <w:szCs w:val="32"/>
        </w:rPr>
        <w:t>חת״ך</w:t>
      </w:r>
      <w:r>
        <w:rPr>
          <w:rFonts w:ascii="Georgia" w:hAnsi="Georgia"/>
          <w:b w:val="0"/>
          <w:i w:val="0"/>
          <w:color w:val="000000"/>
          <w:sz w:val="24"/>
        </w:rPr>
        <w:t xml:space="preserve">), [что соответствует] четырем [буквам] йод [наполнения] АВАЯ де-АА (в «Шаар а-Каванот» написано, что этот [парцуф] АБ — уровень Хохма) и его 28 буквам, как известно; ведь в этом тайна конечных букв [стиха] </w:t>
      </w:r>
      <w:r>
        <w:rPr>
          <w:rFonts w:ascii="Georgia" w:hAnsi="Georgia"/>
          <w:b w:val="0"/>
          <w:i/>
          <w:color w:val="000000"/>
          <w:sz w:val="24"/>
        </w:rPr>
        <w:t>«Открываешь Ты руку Свою…»</w:t>
      </w:r>
      <w:r>
        <w:rPr>
          <w:rFonts w:ascii="Georgia" w:hAnsi="Georgia"/>
          <w:b w:val="0"/>
          <w:i w:val="0"/>
          <w:color w:val="000000"/>
          <w:sz w:val="24"/>
        </w:rPr>
        <w:t xml:space="preserve"> (Теилим 145:16). Конечные же буквы этого стиха составляют [число] 170 (</w:t>
      </w:r>
      <w:r>
        <w:rPr>
          <w:rFonts w:ascii="Georgia" w:hAnsi="Georgia" w:cs="Times New Roman"/>
          <w:b/>
          <w:i w:val="0"/>
          <w:color w:val="000000"/>
          <w:sz w:val="24"/>
          <w:rtl/>
          <w:szCs w:val="32"/>
        </w:rPr>
        <w:t>ק״ע</w:t>
      </w:r>
      <w:r>
        <w:rPr>
          <w:rFonts w:ascii="Georgia" w:hAnsi="Georgia"/>
          <w:b w:val="0"/>
          <w:i w:val="0"/>
          <w:color w:val="000000"/>
          <w:sz w:val="24"/>
        </w:rPr>
        <w:t>), и это — [Имя] ЭЙЕ с наполнением йод вместе с его десятью буквами. И направь намерение (</w:t>
      </w:r>
      <w:r>
        <w:rPr>
          <w:rFonts w:ascii="Georgia" w:hAnsi="Georgia"/>
          <w:b w:val="0"/>
          <w:i/>
          <w:color w:val="000000"/>
          <w:sz w:val="24"/>
        </w:rPr>
        <w:t>кавана</w:t>
      </w:r>
      <w:r>
        <w:rPr>
          <w:rFonts w:ascii="Georgia" w:hAnsi="Georgia"/>
          <w:b w:val="0"/>
          <w:i w:val="0"/>
          <w:color w:val="000000"/>
          <w:sz w:val="24"/>
        </w:rPr>
        <w:t>) низвести начальные буквы, то есть АВАЯ с наполнением йод и его 28 букв, как упомянуто, к конечным буквам, то есть к [Имени] ЭЙЕ с наполнением йод и его десяти буквам.</w:t>
      </w:r>
    </w:p>
    <w:p>
      <w:pPr>
        <w:spacing w:before="40" w:after="120"/>
        <w:jc w:val="both"/>
      </w:pPr>
      <w:r>
        <w:rPr>
          <w:rFonts w:ascii="Georgia" w:hAnsi="Georgia"/>
          <w:b w:val="0"/>
          <w:i w:val="0"/>
          <w:color w:val="000000"/>
          <w:sz w:val="24"/>
        </w:rPr>
        <w:t xml:space="preserve">Затем притяни оба эти Имени к Лее, на которую намекает слово </w:t>
      </w:r>
      <w:r>
        <w:rPr>
          <w:rFonts w:ascii="Georgia" w:hAnsi="Georgia"/>
          <w:b w:val="0"/>
          <w:i/>
          <w:color w:val="000000"/>
          <w:sz w:val="24"/>
        </w:rPr>
        <w:t>а-Эль</w:t>
      </w:r>
      <w:r>
        <w:rPr>
          <w:rFonts w:ascii="Georgia" w:hAnsi="Georgia"/>
          <w:b w:val="0"/>
          <w:i w:val="0"/>
          <w:color w:val="000000"/>
          <w:sz w:val="24"/>
        </w:rPr>
        <w:t xml:space="preserve"> (</w:t>
      </w:r>
      <w:r>
        <w:rPr>
          <w:rFonts w:ascii="Georgia" w:hAnsi="Georgia" w:cs="Times New Roman"/>
          <w:b/>
          <w:i w:val="0"/>
          <w:color w:val="000000"/>
          <w:sz w:val="24"/>
          <w:rtl/>
          <w:szCs w:val="32"/>
        </w:rPr>
        <w:t>הָאֵל</w:t>
      </w:r>
      <w:r>
        <w:rPr>
          <w:rFonts w:ascii="Georgia" w:hAnsi="Georgia"/>
          <w:b w:val="0"/>
          <w:i w:val="0"/>
          <w:color w:val="000000"/>
          <w:sz w:val="24"/>
        </w:rPr>
        <w:t>): ведь в гематрии оно равно 36 (</w:t>
      </w:r>
      <w:r>
        <w:rPr>
          <w:rFonts w:ascii="Georgia" w:hAnsi="Georgia" w:cs="Times New Roman"/>
          <w:b/>
          <w:i w:val="0"/>
          <w:color w:val="000000"/>
          <w:sz w:val="24"/>
          <w:rtl/>
          <w:szCs w:val="32"/>
        </w:rPr>
        <w:t>ל״ו</w:t>
      </w:r>
      <w:r>
        <w:rPr>
          <w:rFonts w:ascii="Georgia" w:hAnsi="Georgia"/>
          <w:b w:val="0"/>
          <w:i w:val="0"/>
          <w:color w:val="000000"/>
          <w:sz w:val="24"/>
        </w:rPr>
        <w:t xml:space="preserve">) — числу букв, содержащихся в АВАЯ де-БОН с наполнением хэй в простом виде, в наполнении и в наполнении наполнения. Слово </w:t>
      </w:r>
      <w:r>
        <w:rPr>
          <w:rFonts w:ascii="Georgia" w:hAnsi="Georgia"/>
          <w:b w:val="0"/>
          <w:i/>
          <w:color w:val="000000"/>
          <w:sz w:val="24"/>
        </w:rPr>
        <w:t>а-маазрэни</w:t>
      </w:r>
      <w:r>
        <w:rPr>
          <w:rFonts w:ascii="Georgia" w:hAnsi="Georgia"/>
          <w:b w:val="0"/>
          <w:i w:val="0"/>
          <w:color w:val="000000"/>
          <w:sz w:val="24"/>
        </w:rPr>
        <w:t xml:space="preserve"> (</w:t>
      </w:r>
      <w:r>
        <w:rPr>
          <w:rFonts w:ascii="Georgia" w:hAnsi="Georgia" w:cs="Times New Roman"/>
          <w:b/>
          <w:i w:val="0"/>
          <w:color w:val="000000"/>
          <w:sz w:val="24"/>
          <w:rtl/>
          <w:szCs w:val="32"/>
        </w:rPr>
        <w:t>הַמְאַזְּרֵנִי</w:t>
      </w:r>
      <w:r>
        <w:rPr>
          <w:rFonts w:ascii="Georgia" w:hAnsi="Georgia"/>
          <w:b w:val="0"/>
          <w:i w:val="0"/>
          <w:color w:val="000000"/>
          <w:sz w:val="24"/>
        </w:rPr>
        <w:t>) в гематрии равно 313 (</w:t>
      </w:r>
      <w:r>
        <w:rPr>
          <w:rFonts w:ascii="Georgia" w:hAnsi="Georgia" w:cs="Times New Roman"/>
          <w:b/>
          <w:i w:val="0"/>
          <w:color w:val="000000"/>
          <w:sz w:val="24"/>
          <w:rtl/>
          <w:szCs w:val="32"/>
        </w:rPr>
        <w:t>שי״ג</w:t>
      </w:r>
      <w:r>
        <w:rPr>
          <w:rFonts w:ascii="Georgia" w:hAnsi="Georgia"/>
          <w:b w:val="0"/>
          <w:i w:val="0"/>
          <w:color w:val="000000"/>
          <w:sz w:val="24"/>
        </w:rPr>
        <w:t>), а с колелем — 314, что составляет [Имя] ШАДАЙ (</w:t>
      </w:r>
      <w:r>
        <w:rPr>
          <w:rFonts w:ascii="Georgia" w:hAnsi="Georgia" w:cs="Times New Roman"/>
          <w:b/>
          <w:i w:val="0"/>
          <w:color w:val="000000"/>
          <w:sz w:val="24"/>
          <w:rtl/>
          <w:szCs w:val="32"/>
        </w:rPr>
        <w:t>שַׁדַּי</w:t>
      </w:r>
      <w:r>
        <w:rPr>
          <w:rFonts w:ascii="Georgia" w:hAnsi="Georgia"/>
          <w:b w:val="0"/>
          <w:i w:val="0"/>
          <w:color w:val="000000"/>
          <w:sz w:val="24"/>
        </w:rPr>
        <w:t xml:space="preserve">), которое складывается из АБ (72, </w:t>
      </w:r>
      <w:r>
        <w:rPr>
          <w:rFonts w:ascii="Georgia" w:hAnsi="Georgia" w:cs="Times New Roman"/>
          <w:b/>
          <w:i w:val="0"/>
          <w:color w:val="000000"/>
          <w:sz w:val="24"/>
          <w:rtl/>
          <w:szCs w:val="32"/>
        </w:rPr>
        <w:t>ע״ב</w:t>
      </w:r>
      <w:r>
        <w:rPr>
          <w:rFonts w:ascii="Georgia" w:hAnsi="Georgia"/>
          <w:b w:val="0"/>
          <w:i w:val="0"/>
          <w:color w:val="000000"/>
          <w:sz w:val="24"/>
        </w:rPr>
        <w:t>), 216 (</w:t>
      </w:r>
      <w:r>
        <w:rPr>
          <w:rFonts w:ascii="Georgia" w:hAnsi="Georgia" w:cs="Times New Roman"/>
          <w:b/>
          <w:i w:val="0"/>
          <w:color w:val="000000"/>
          <w:sz w:val="24"/>
          <w:rtl/>
          <w:szCs w:val="32"/>
        </w:rPr>
        <w:t>רי״ו</w:t>
      </w:r>
      <w:r>
        <w:rPr>
          <w:rFonts w:ascii="Georgia" w:hAnsi="Georgia"/>
          <w:b w:val="0"/>
          <w:i w:val="0"/>
          <w:color w:val="000000"/>
          <w:sz w:val="24"/>
        </w:rPr>
        <w:t xml:space="preserve">) и АВАЯ (26), как известно. И направь намерение притянуть всё это в Лею, представляющую собой тайну буквы далет Имени ШАДАЙ — узла головных тфилин. Слово </w:t>
      </w:r>
      <w:r>
        <w:rPr>
          <w:rFonts w:ascii="Georgia" w:hAnsi="Georgia"/>
          <w:b w:val="0"/>
          <w:i/>
          <w:color w:val="000000"/>
          <w:sz w:val="24"/>
        </w:rPr>
        <w:t>хаиль</w:t>
      </w:r>
      <w:r>
        <w:rPr>
          <w:rFonts w:ascii="Georgia" w:hAnsi="Georgia"/>
          <w:b w:val="0"/>
          <w:i w:val="0"/>
          <w:color w:val="000000"/>
          <w:sz w:val="24"/>
        </w:rPr>
        <w:t xml:space="preserve"> (</w:t>
      </w:r>
      <w:r>
        <w:rPr>
          <w:rFonts w:ascii="Georgia" w:hAnsi="Georgia" w:cs="Times New Roman"/>
          <w:b/>
          <w:i w:val="0"/>
          <w:color w:val="000000"/>
          <w:sz w:val="24"/>
          <w:rtl/>
          <w:szCs w:val="32"/>
        </w:rPr>
        <w:t>חַיִל</w:t>
      </w:r>
      <w:r>
        <w:rPr>
          <w:rFonts w:ascii="Georgia" w:hAnsi="Georgia"/>
          <w:b w:val="0"/>
          <w:i w:val="0"/>
          <w:color w:val="000000"/>
          <w:sz w:val="24"/>
        </w:rPr>
        <w:t xml:space="preserve"> = 48) — это 24 и 24 (</w:t>
      </w:r>
      <w:r>
        <w:rPr>
          <w:rFonts w:ascii="Georgia" w:hAnsi="Georgia" w:cs="Times New Roman"/>
          <w:b/>
          <w:i w:val="0"/>
          <w:color w:val="000000"/>
          <w:sz w:val="24"/>
          <w:rtl/>
          <w:szCs w:val="32"/>
        </w:rPr>
        <w:t>כ״ד</w:t>
      </w:r>
      <w:r>
        <w:rPr>
          <w:rFonts w:ascii="Georgia" w:hAnsi="Georgia"/>
          <w:b w:val="0"/>
          <w:i w:val="0"/>
          <w:color w:val="000000"/>
          <w:sz w:val="24"/>
        </w:rPr>
        <w:t xml:space="preserve">), составляющие две нижние трети Тиферет де-ЗА из Хеседа, распространяющегося в нем; ведь слово </w:t>
      </w:r>
      <w:r>
        <w:rPr>
          <w:rFonts w:ascii="Georgia" w:hAnsi="Georgia"/>
          <w:b w:val="0"/>
          <w:i/>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в гематрии равно 72 (</w:t>
      </w:r>
      <w:r>
        <w:rPr>
          <w:rFonts w:ascii="Georgia" w:hAnsi="Georgia" w:cs="Times New Roman"/>
          <w:b/>
          <w:i w:val="0"/>
          <w:color w:val="000000"/>
          <w:sz w:val="24"/>
          <w:rtl/>
          <w:szCs w:val="32"/>
        </w:rPr>
        <w:t>ע״ב</w:t>
      </w:r>
      <w:r>
        <w:rPr>
          <w:rFonts w:ascii="Georgia" w:hAnsi="Georgia"/>
          <w:b w:val="0"/>
          <w:i w:val="0"/>
          <w:color w:val="000000"/>
          <w:sz w:val="24"/>
        </w:rPr>
        <w:t xml:space="preserve">), и две его трети по числу равны слову </w:t>
      </w:r>
      <w:r>
        <w:rPr>
          <w:rFonts w:ascii="Georgia" w:hAnsi="Georgia"/>
          <w:b w:val="0"/>
          <w:i/>
          <w:color w:val="000000"/>
          <w:sz w:val="24"/>
        </w:rPr>
        <w:t>хаиль</w:t>
      </w:r>
      <w:r>
        <w:rPr>
          <w:rFonts w:ascii="Georgia" w:hAnsi="Georgia"/>
          <w:b w:val="0"/>
          <w:i w:val="0"/>
          <w:color w:val="000000"/>
          <w:sz w:val="24"/>
        </w:rPr>
        <w:t xml:space="preserve">. И направь намерение притянуть их к Рахели. Слово </w:t>
      </w:r>
      <w:r>
        <w:rPr>
          <w:rFonts w:ascii="Georgia" w:hAnsi="Georgia"/>
          <w:b w:val="0"/>
          <w:i/>
          <w:color w:val="000000"/>
          <w:sz w:val="24"/>
        </w:rPr>
        <w:t>вайитен</w:t>
      </w:r>
      <w:r>
        <w:rPr>
          <w:rFonts w:ascii="Georgia" w:hAnsi="Georgia"/>
          <w:b w:val="0"/>
          <w:i w:val="0"/>
          <w:color w:val="000000"/>
          <w:sz w:val="24"/>
        </w:rPr>
        <w:t xml:space="preserve"> (</w:t>
      </w:r>
      <w:r>
        <w:rPr>
          <w:rFonts w:ascii="Georgia" w:hAnsi="Georgia" w:cs="Times New Roman"/>
          <w:b/>
          <w:i w:val="0"/>
          <w:color w:val="000000"/>
          <w:sz w:val="24"/>
          <w:rtl/>
          <w:szCs w:val="32"/>
        </w:rPr>
        <w:t>וַיִּתֵּן</w:t>
      </w:r>
      <w:r>
        <w:rPr>
          <w:rFonts w:ascii="Georgia" w:hAnsi="Georgia"/>
          <w:b w:val="0"/>
          <w:i w:val="0"/>
          <w:color w:val="000000"/>
          <w:sz w:val="24"/>
        </w:rPr>
        <w:t>) в гематрии равно 466 (</w:t>
      </w:r>
      <w:r>
        <w:rPr>
          <w:rFonts w:ascii="Georgia" w:hAnsi="Georgia" w:cs="Times New Roman"/>
          <w:b/>
          <w:i w:val="0"/>
          <w:color w:val="000000"/>
          <w:sz w:val="24"/>
          <w:rtl/>
          <w:szCs w:val="32"/>
        </w:rPr>
        <w:t>תס״ו</w:t>
      </w:r>
      <w:r>
        <w:rPr>
          <w:rFonts w:ascii="Georgia" w:hAnsi="Georgia"/>
          <w:b w:val="0"/>
          <w:i w:val="0"/>
          <w:color w:val="000000"/>
          <w:sz w:val="24"/>
        </w:rPr>
        <w:t>); это десять раз по 46 (</w:t>
      </w:r>
      <w:r>
        <w:rPr>
          <w:rFonts w:ascii="Georgia" w:hAnsi="Georgia" w:cs="Times New Roman"/>
          <w:b/>
          <w:i w:val="0"/>
          <w:color w:val="000000"/>
          <w:sz w:val="24"/>
          <w:rtl/>
          <w:szCs w:val="32"/>
        </w:rPr>
        <w:t>מ״ו</w:t>
      </w:r>
      <w:r>
        <w:rPr>
          <w:rFonts w:ascii="Georgia" w:hAnsi="Georgia"/>
          <w:b w:val="0"/>
          <w:i w:val="0"/>
          <w:color w:val="000000"/>
          <w:sz w:val="24"/>
        </w:rPr>
        <w:t xml:space="preserve">), что составляет наполнение АВАЯ с наполнением йод, и еще шесть букв самого наполнения. И направь намерение притянуть их к ЗА [Примечание издателя: рабби Йосеф Давид блаженной памяти [поясняет, что] это Яаков, чей рост до полуночи в ночь святого Шаббата равен длине ЗА вместе с Леей, а затем, после полуночи, точно так же с Рахелью, и потому данное единение исправляет их всех. На этом его слова завершаются]. Слово </w:t>
      </w:r>
      <w:r>
        <w:rPr>
          <w:rFonts w:ascii="Georgia" w:hAnsi="Georgia"/>
          <w:b w:val="0"/>
          <w:i/>
          <w:color w:val="000000"/>
          <w:sz w:val="24"/>
        </w:rPr>
        <w:t>тамим</w:t>
      </w:r>
      <w:r>
        <w:rPr>
          <w:rFonts w:ascii="Georgia" w:hAnsi="Georgia"/>
          <w:b w:val="0"/>
          <w:i w:val="0"/>
          <w:color w:val="000000"/>
          <w:sz w:val="24"/>
        </w:rPr>
        <w:t xml:space="preserve"> (</w:t>
      </w:r>
      <w:r>
        <w:rPr>
          <w:rFonts w:ascii="Georgia" w:hAnsi="Georgia" w:cs="Times New Roman"/>
          <w:b/>
          <w:i w:val="0"/>
          <w:color w:val="000000"/>
          <w:sz w:val="24"/>
          <w:rtl/>
          <w:szCs w:val="32"/>
        </w:rPr>
        <w:t>תָּמִים</w:t>
      </w:r>
      <w:r>
        <w:rPr>
          <w:rFonts w:ascii="Georgia" w:hAnsi="Georgia"/>
          <w:b w:val="0"/>
          <w:i w:val="0"/>
          <w:color w:val="000000"/>
          <w:sz w:val="24"/>
        </w:rPr>
        <w:t>) в гематрии равно 490 (</w:t>
      </w:r>
      <w:r>
        <w:rPr>
          <w:rFonts w:ascii="Georgia" w:hAnsi="Georgia" w:cs="Times New Roman"/>
          <w:b/>
          <w:i w:val="0"/>
          <w:color w:val="000000"/>
          <w:sz w:val="24"/>
          <w:rtl/>
          <w:szCs w:val="32"/>
        </w:rPr>
        <w:t>ת״ץ</w:t>
      </w:r>
      <w:r>
        <w:rPr>
          <w:rFonts w:ascii="Georgia" w:hAnsi="Georgia"/>
          <w:b w:val="0"/>
          <w:i w:val="0"/>
          <w:color w:val="000000"/>
          <w:sz w:val="24"/>
        </w:rPr>
        <w:t xml:space="preserve">); ведь мы уже притянули к ЗА 466, а теперь добавляем и притягиваем к нему также верхнюю треть Хеседа в его Тиферет, равную 24, и число дополняется до 490, что соответствует слову </w:t>
      </w:r>
      <w:r>
        <w:rPr>
          <w:rFonts w:ascii="Georgia" w:hAnsi="Georgia"/>
          <w:b w:val="0"/>
          <w:i/>
          <w:color w:val="000000"/>
          <w:sz w:val="24"/>
        </w:rPr>
        <w:t>тамим</w:t>
      </w:r>
      <w:r>
        <w:rPr>
          <w:rFonts w:ascii="Georgia" w:hAnsi="Georgia"/>
          <w:b w:val="0"/>
          <w:i w:val="0"/>
          <w:color w:val="000000"/>
          <w:sz w:val="24"/>
        </w:rPr>
        <w:t xml:space="preserve">. И теперь он уже может светить Лее и Рахели, которые именуются словом </w:t>
      </w:r>
      <w:r>
        <w:rPr>
          <w:rFonts w:ascii="Georgia" w:hAnsi="Georgia"/>
          <w:b w:val="0"/>
          <w:i/>
          <w:color w:val="000000"/>
          <w:sz w:val="24"/>
        </w:rPr>
        <w:t>тамим</w:t>
      </w:r>
      <w:r>
        <w:rPr>
          <w:rFonts w:ascii="Georgia" w:hAnsi="Georgia"/>
          <w:b w:val="0"/>
          <w:i w:val="0"/>
          <w:color w:val="000000"/>
          <w:sz w:val="24"/>
        </w:rPr>
        <w:t xml:space="preserve">. Ведь Лея называется </w:t>
      </w:r>
      <w:r>
        <w:rPr>
          <w:rFonts w:ascii="Georgia" w:hAnsi="Georgia"/>
          <w:b w:val="0"/>
          <w:i/>
          <w:color w:val="000000"/>
          <w:sz w:val="24"/>
        </w:rPr>
        <w:t>там</w:t>
      </w:r>
      <w:r>
        <w:rPr>
          <w:rFonts w:ascii="Georgia" w:hAnsi="Georgia"/>
          <w:b w:val="0"/>
          <w:i w:val="0"/>
          <w:color w:val="000000"/>
          <w:sz w:val="24"/>
        </w:rPr>
        <w:t xml:space="preserve"> (</w:t>
      </w:r>
      <w:r>
        <w:rPr>
          <w:rFonts w:ascii="Georgia" w:hAnsi="Georgia" w:cs="Times New Roman"/>
          <w:b/>
          <w:i w:val="0"/>
          <w:color w:val="000000"/>
          <w:sz w:val="24"/>
          <w:rtl/>
          <w:szCs w:val="32"/>
        </w:rPr>
        <w:t>תָּם</w:t>
      </w:r>
      <w:r>
        <w:rPr>
          <w:rFonts w:ascii="Georgia" w:hAnsi="Georgia"/>
          <w:b w:val="0"/>
          <w:i w:val="0"/>
          <w:color w:val="000000"/>
          <w:sz w:val="24"/>
        </w:rPr>
        <w:t xml:space="preserve"> = 440) — это число четырех Имен ЭЙЕ за вычетом четырех букв алеф (см. в «Шаар а-Псуким», недельная глава Шмот, в объяснении средней строки касательно поколения пустыни: ведь четыре буквы алеф, служащие их корнем, останутся в ЗА, а для Леи останется число </w:t>
      </w:r>
      <w:r>
        <w:rPr>
          <w:rFonts w:ascii="Georgia" w:hAnsi="Georgia"/>
          <w:b w:val="0"/>
          <w:i/>
          <w:color w:val="000000"/>
          <w:sz w:val="24"/>
        </w:rPr>
        <w:t>там</w:t>
      </w:r>
      <w:r>
        <w:rPr>
          <w:rFonts w:ascii="Georgia" w:hAnsi="Georgia"/>
          <w:b w:val="0"/>
          <w:i w:val="0"/>
          <w:color w:val="000000"/>
          <w:sz w:val="24"/>
        </w:rPr>
        <w:t xml:space="preserve">. До сих пор цитата), как известно. Рахель же называется </w:t>
      </w:r>
      <w:r>
        <w:rPr>
          <w:rFonts w:ascii="Georgia" w:hAnsi="Georgia"/>
          <w:b w:val="0"/>
          <w:i/>
          <w:color w:val="000000"/>
          <w:sz w:val="24"/>
        </w:rPr>
        <w:t>ям</w:t>
      </w:r>
      <w:r>
        <w:rPr>
          <w:rFonts w:ascii="Georgia" w:hAnsi="Georgia"/>
          <w:b w:val="0"/>
          <w:i w:val="0"/>
          <w:color w:val="000000"/>
          <w:sz w:val="24"/>
        </w:rPr>
        <w:t xml:space="preserve"> (</w:t>
      </w:r>
      <w:r>
        <w:rPr>
          <w:rFonts w:ascii="Georgia" w:hAnsi="Georgia" w:cs="Times New Roman"/>
          <w:b/>
          <w:i w:val="0"/>
          <w:color w:val="000000"/>
          <w:sz w:val="24"/>
          <w:rtl/>
          <w:szCs w:val="32"/>
        </w:rPr>
        <w:t>יָם</w:t>
      </w:r>
      <w:r>
        <w:rPr>
          <w:rFonts w:ascii="Georgia" w:hAnsi="Georgia"/>
          <w:b w:val="0"/>
          <w:i w:val="0"/>
          <w:color w:val="000000"/>
          <w:sz w:val="24"/>
        </w:rPr>
        <w:t xml:space="preserve"> = 50) — это 42 (</w:t>
      </w:r>
      <w:r>
        <w:rPr>
          <w:rFonts w:ascii="Georgia" w:hAnsi="Georgia" w:cs="Times New Roman"/>
          <w:b/>
          <w:i w:val="0"/>
          <w:color w:val="000000"/>
          <w:sz w:val="24"/>
          <w:rtl/>
          <w:szCs w:val="32"/>
        </w:rPr>
        <w:t>מ״ב</w:t>
      </w:r>
      <w:r>
        <w:rPr>
          <w:rFonts w:ascii="Georgia" w:hAnsi="Georgia"/>
          <w:b w:val="0"/>
          <w:i w:val="0"/>
          <w:color w:val="000000"/>
          <w:sz w:val="24"/>
        </w:rPr>
        <w:t xml:space="preserve">) буквы АВАЯ с наполнением йод, представляющие собой Хесед, который она получает от ЗА, как известно, и еще одна треть, которую она получает, равная 8; итого всё вместе в гематрии составляет число слова </w:t>
      </w:r>
      <w:r>
        <w:rPr>
          <w:rFonts w:ascii="Georgia" w:hAnsi="Georgia"/>
          <w:b w:val="0"/>
          <w:i/>
          <w:color w:val="000000"/>
          <w:sz w:val="24"/>
        </w:rPr>
        <w:t>ям</w:t>
      </w:r>
      <w:r>
        <w:rPr>
          <w:rFonts w:ascii="Georgia" w:hAnsi="Georgia"/>
          <w:b w:val="0"/>
          <w:i w:val="0"/>
          <w:color w:val="000000"/>
          <w:sz w:val="24"/>
        </w:rPr>
        <w:t xml:space="preserve"> (50). Слово </w:t>
      </w:r>
      <w:r>
        <w:rPr>
          <w:rFonts w:ascii="Georgia" w:hAnsi="Georgia"/>
          <w:b w:val="0"/>
          <w:i/>
          <w:color w:val="000000"/>
          <w:sz w:val="24"/>
        </w:rPr>
        <w:t>дарки</w:t>
      </w:r>
      <w:r>
        <w:rPr>
          <w:rFonts w:ascii="Georgia" w:hAnsi="Georgia"/>
          <w:b w:val="0"/>
          <w:i w:val="0"/>
          <w:color w:val="000000"/>
          <w:sz w:val="24"/>
        </w:rPr>
        <w:t xml:space="preserve"> (</w:t>
      </w:r>
      <w:r>
        <w:rPr>
          <w:rFonts w:ascii="Georgia" w:hAnsi="Georgia" w:cs="Times New Roman"/>
          <w:b/>
          <w:i w:val="0"/>
          <w:color w:val="000000"/>
          <w:sz w:val="24"/>
          <w:rtl/>
          <w:szCs w:val="32"/>
        </w:rPr>
        <w:t>דַּרְכִּי</w:t>
      </w:r>
      <w:r>
        <w:rPr>
          <w:rFonts w:ascii="Georgia" w:hAnsi="Georgia"/>
          <w:b w:val="0"/>
          <w:i w:val="0"/>
          <w:color w:val="000000"/>
          <w:sz w:val="24"/>
        </w:rPr>
        <w:t>) в гематрии равно АВАЯ с наполнением йод (АБ, 72) и ЭЙЕ с наполнением йод — 161 (</w:t>
      </w:r>
      <w:r>
        <w:rPr>
          <w:rFonts w:ascii="Georgia" w:hAnsi="Georgia" w:cs="Times New Roman"/>
          <w:b/>
          <w:i w:val="0"/>
          <w:color w:val="000000"/>
          <w:sz w:val="24"/>
          <w:rtl/>
          <w:szCs w:val="32"/>
        </w:rPr>
        <w:t>קס״א</w:t>
      </w:r>
      <w:r>
        <w:rPr>
          <w:rFonts w:ascii="Georgia" w:hAnsi="Georgia"/>
          <w:b w:val="0"/>
          <w:i w:val="0"/>
          <w:color w:val="000000"/>
          <w:sz w:val="24"/>
        </w:rPr>
        <w:t xml:space="preserve">), что составляет число слова </w:t>
      </w:r>
      <w:r>
        <w:rPr>
          <w:rFonts w:ascii="Georgia" w:hAnsi="Georgia"/>
          <w:b w:val="0"/>
          <w:i/>
          <w:color w:val="000000"/>
          <w:sz w:val="24"/>
        </w:rPr>
        <w:t>регель</w:t>
      </w:r>
      <w:r>
        <w:rPr>
          <w:rFonts w:ascii="Georgia" w:hAnsi="Georgia"/>
          <w:b w:val="0"/>
          <w:i w:val="0"/>
          <w:color w:val="000000"/>
          <w:sz w:val="24"/>
        </w:rPr>
        <w:t xml:space="preserve"> (</w:t>
      </w:r>
      <w:r>
        <w:rPr>
          <w:rFonts w:ascii="Georgia" w:hAnsi="Georgia" w:cs="Times New Roman"/>
          <w:b/>
          <w:i w:val="0"/>
          <w:color w:val="000000"/>
          <w:sz w:val="24"/>
          <w:rtl/>
          <w:szCs w:val="32"/>
        </w:rPr>
        <w:t>רֶגֶל</w:t>
      </w:r>
      <w:r>
        <w:rPr>
          <w:rFonts w:ascii="Georgia" w:hAnsi="Georgia"/>
          <w:b w:val="0"/>
          <w:i w:val="0"/>
          <w:color w:val="000000"/>
          <w:sz w:val="24"/>
        </w:rPr>
        <w:t xml:space="preserve"> = 233) вместе с колелем (234). И намерение состоит в том, чтобы притянуть [их] к ЗОН. А [священное] Имя образуется из слова </w:t>
      </w:r>
      <w:r>
        <w:rPr>
          <w:rFonts w:ascii="Georgia" w:hAnsi="Georgia"/>
          <w:b w:val="0"/>
          <w:i/>
          <w:color w:val="000000"/>
          <w:sz w:val="24"/>
        </w:rPr>
        <w:t>тамим</w:t>
      </w:r>
      <w:r>
        <w:rPr>
          <w:rFonts w:ascii="Georgia" w:hAnsi="Georgia"/>
          <w:b w:val="0"/>
          <w:i w:val="0"/>
          <w:color w:val="000000"/>
          <w:sz w:val="24"/>
        </w:rPr>
        <w:t xml:space="preserve"> по замене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 это </w:t>
      </w:r>
      <w:r>
        <w:rPr>
          <w:rFonts w:ascii="Georgia" w:hAnsi="Georgia"/>
          <w:b w:val="0"/>
          <w:i/>
          <w:color w:val="000000"/>
          <w:sz w:val="24"/>
        </w:rPr>
        <w:t>Айамайа</w:t>
      </w:r>
      <w:r>
        <w:rPr>
          <w:rFonts w:ascii="Georgia" w:hAnsi="Georgia"/>
          <w:b w:val="0"/>
          <w:i w:val="0"/>
          <w:color w:val="000000"/>
          <w:sz w:val="24"/>
        </w:rPr>
        <w:t xml:space="preserve"> (</w:t>
      </w:r>
      <w:r>
        <w:rPr>
          <w:rFonts w:ascii="Georgia" w:hAnsi="Georgia" w:cs="Times New Roman"/>
          <w:b/>
          <w:i w:val="0"/>
          <w:color w:val="000000"/>
          <w:sz w:val="24"/>
          <w:rtl/>
          <w:szCs w:val="32"/>
        </w:rPr>
        <w:t>אָיַמָיַ</w:t>
      </w:r>
      <w:r>
        <w:rPr>
          <w:rFonts w:ascii="Georgia" w:hAnsi="Georgia"/>
          <w:b w:val="0"/>
          <w:i w:val="0"/>
          <w:color w:val="000000"/>
          <w:sz w:val="24"/>
        </w:rPr>
        <w:t>), равное в гематрии 61 (</w:t>
      </w:r>
      <w:r>
        <w:rPr>
          <w:rFonts w:ascii="Georgia" w:hAnsi="Georgia" w:cs="Times New Roman"/>
          <w:b/>
          <w:i w:val="0"/>
          <w:color w:val="000000"/>
          <w:sz w:val="24"/>
          <w:rtl/>
          <w:szCs w:val="32"/>
        </w:rPr>
        <w:t>ס״א</w:t>
      </w:r>
      <w:r>
        <w:rPr>
          <w:rFonts w:ascii="Georgia" w:hAnsi="Georgia"/>
          <w:b w:val="0"/>
          <w:i w:val="0"/>
          <w:color w:val="000000"/>
          <w:sz w:val="24"/>
        </w:rPr>
        <w:t xml:space="preserve">) и слову </w:t>
      </w:r>
      <w:r>
        <w:rPr>
          <w:rFonts w:ascii="Georgia" w:hAnsi="Georgia"/>
          <w:b w:val="0"/>
          <w:i/>
          <w:color w:val="000000"/>
          <w:sz w:val="24"/>
        </w:rPr>
        <w:t>ани</w:t>
      </w:r>
      <w:r>
        <w:rPr>
          <w:rFonts w:ascii="Georgia" w:hAnsi="Georgia"/>
          <w:b w:val="0"/>
          <w:i w:val="0"/>
          <w:color w:val="000000"/>
          <w:sz w:val="24"/>
        </w:rPr>
        <w:t xml:space="preserve"> (</w:t>
      </w:r>
      <w:r>
        <w:rPr>
          <w:rFonts w:ascii="Georgia" w:hAnsi="Georgia" w:cs="Times New Roman"/>
          <w:b/>
          <w:i w:val="0"/>
          <w:color w:val="000000"/>
          <w:sz w:val="24"/>
          <w:rtl/>
          <w:szCs w:val="32"/>
        </w:rPr>
        <w:t>אֲנִי</w:t>
      </w:r>
      <w:r>
        <w:rPr>
          <w:rFonts w:ascii="Georgia" w:hAnsi="Georgia"/>
          <w:b w:val="0"/>
          <w:i w:val="0"/>
          <w:color w:val="000000"/>
          <w:sz w:val="24"/>
        </w:rPr>
        <w:t xml:space="preserve">), то есть Лее и Рахели. Об этом и говорит стих: </w:t>
      </w:r>
      <w:r>
        <w:rPr>
          <w:rFonts w:ascii="Georgia" w:hAnsi="Georgia"/>
          <w:b w:val="0"/>
          <w:i/>
          <w:color w:val="000000"/>
          <w:sz w:val="24"/>
        </w:rPr>
        <w:t>«Смотрите ныне, что Я, Я — это Он…»</w:t>
      </w:r>
      <w:r>
        <w:rPr>
          <w:rFonts w:ascii="Georgia" w:hAnsi="Georgia"/>
          <w:b w:val="0"/>
          <w:i w:val="0"/>
          <w:color w:val="000000"/>
          <w:sz w:val="24"/>
        </w:rPr>
        <w:t xml:space="preserve"> (Дварим 32:39). Слово </w:t>
      </w:r>
      <w:r>
        <w:rPr>
          <w:rFonts w:ascii="Georgia" w:hAnsi="Georgia"/>
          <w:b w:val="0"/>
          <w:i/>
          <w:color w:val="000000"/>
          <w:sz w:val="24"/>
        </w:rPr>
        <w:t>ани</w:t>
      </w:r>
      <w:r>
        <w:rPr>
          <w:rFonts w:ascii="Georgia" w:hAnsi="Georgia"/>
          <w:b w:val="0"/>
          <w:i w:val="0"/>
          <w:color w:val="000000"/>
          <w:sz w:val="24"/>
        </w:rPr>
        <w:t xml:space="preserve"> — это также АВАЯ де-БОН вместе с ее девятью буквами (52 + 9 = 61), а огласовка — от [слов] </w:t>
      </w:r>
      <w:r>
        <w:rPr>
          <w:rFonts w:ascii="Georgia" w:hAnsi="Georgia"/>
          <w:b w:val="0"/>
          <w:i/>
          <w:color w:val="000000"/>
          <w:sz w:val="24"/>
        </w:rPr>
        <w:t>а-Эль а-маазрэни хаиль вайитен</w:t>
      </w:r>
      <w:r>
        <w:rPr>
          <w:rFonts w:ascii="Georgia" w:hAnsi="Georgia"/>
          <w:b w:val="0"/>
          <w:i w:val="0"/>
          <w:color w:val="000000"/>
          <w:sz w:val="24"/>
        </w:rPr>
        <w:t xml:space="preserve"> (</w:t>
      </w:r>
      <w:r>
        <w:rPr>
          <w:rFonts w:ascii="Georgia" w:hAnsi="Georgia" w:cs="Times New Roman"/>
          <w:b/>
          <w:i w:val="0"/>
          <w:color w:val="000000"/>
          <w:sz w:val="24"/>
          <w:rtl/>
          <w:szCs w:val="32"/>
        </w:rPr>
        <w:t>הָאֵל הַמְאַזְּרֵנִי חַיִל וַיִּתֵּן</w:t>
      </w:r>
      <w:r>
        <w:rPr>
          <w:rFonts w:ascii="Georgia" w:hAnsi="Georgia"/>
          <w:b w:val="0"/>
          <w:i w:val="0"/>
          <w:color w:val="000000"/>
          <w:sz w:val="24"/>
        </w:rPr>
        <w:t>).</w:t>
      </w:r>
    </w:p>
    <w:p>
      <w:pPr>
        <w:keepNext/>
        <w:spacing w:before="320" w:after="120"/>
      </w:pPr>
      <w:r>
        <w:rPr>
          <w:rFonts w:ascii="Georgia" w:hAnsi="Georgia"/>
          <w:b w:val="0"/>
          <w:i w:val="0"/>
          <w:color w:val="000000"/>
          <w:sz w:val="32"/>
        </w:rPr>
        <w:t>Ихуд 20</w:t>
      </w:r>
    </w:p>
    <w:p>
      <w:pPr>
        <w:spacing w:before="40" w:after="120"/>
        <w:jc w:val="both"/>
      </w:pPr>
      <w:r>
        <w:rPr>
          <w:rFonts w:ascii="Georgia" w:hAnsi="Georgia"/>
          <w:b w:val="0"/>
          <w:i w:val="0"/>
          <w:color w:val="000000"/>
          <w:sz w:val="24"/>
        </w:rPr>
        <w:t xml:space="preserve">К вышеупомянутому [относится стих]: </w:t>
      </w:r>
      <w:r>
        <w:rPr>
          <w:rFonts w:ascii="Georgia" w:hAnsi="Georgia"/>
          <w:b w:val="0"/>
          <w:i/>
          <w:color w:val="000000"/>
          <w:sz w:val="24"/>
        </w:rPr>
        <w:t>«Поколебал Ты землю, расколол ее; [уврачуй трещины ее, ведь она дрожит]»</w:t>
      </w:r>
      <w:r>
        <w:rPr>
          <w:rFonts w:ascii="Georgia" w:hAnsi="Georgia"/>
          <w:b w:val="0"/>
          <w:i w:val="0"/>
          <w:color w:val="000000"/>
          <w:sz w:val="24"/>
        </w:rPr>
        <w:t xml:space="preserve"> (Теилим 60:4). Начальные буквы [слов] «поколебал землю, расколол ее» (</w:t>
      </w:r>
      <w:r>
        <w:rPr>
          <w:rFonts w:ascii="Georgia" w:hAnsi="Georgia" w:cs="Times New Roman"/>
          <w:b/>
          <w:i w:val="0"/>
          <w:color w:val="000000"/>
          <w:sz w:val="24"/>
          <w:rtl/>
          <w:szCs w:val="32"/>
        </w:rPr>
        <w:t>הרעשת ארץ פצמתה</w:t>
      </w:r>
      <w:r>
        <w:rPr>
          <w:rFonts w:ascii="Georgia" w:hAnsi="Georgia"/>
          <w:b w:val="0"/>
          <w:i w:val="0"/>
          <w:color w:val="000000"/>
          <w:sz w:val="24"/>
        </w:rPr>
        <w:t>) составляют 86 (</w:t>
      </w:r>
      <w:r>
        <w:rPr>
          <w:rFonts w:ascii="Georgia" w:hAnsi="Georgia" w:cs="Times New Roman"/>
          <w:b/>
          <w:i w:val="0"/>
          <w:color w:val="000000"/>
          <w:sz w:val="24"/>
          <w:rtl/>
          <w:szCs w:val="32"/>
        </w:rPr>
        <w:t>פ״ו</w:t>
      </w:r>
      <w:r>
        <w:rPr>
          <w:rFonts w:ascii="Georgia" w:hAnsi="Georgia"/>
          <w:b w:val="0"/>
          <w:i w:val="0"/>
          <w:color w:val="000000"/>
          <w:sz w:val="24"/>
        </w:rPr>
        <w:t>), что равно числу [Имени] ЭЛОКИМ.</w:t>
      </w:r>
    </w:p>
    <w:p>
      <w:pPr>
        <w:spacing w:before="40" w:after="120"/>
        <w:jc w:val="both"/>
      </w:pPr>
      <w:r>
        <w:rPr>
          <w:rFonts w:ascii="Georgia" w:hAnsi="Georgia"/>
          <w:b w:val="0"/>
          <w:i w:val="0"/>
          <w:color w:val="000000"/>
          <w:sz w:val="24"/>
        </w:rPr>
        <w:t xml:space="preserve">[Вторая половина стиха]: </w:t>
      </w:r>
      <w:r>
        <w:rPr>
          <w:rFonts w:ascii="Georgia" w:hAnsi="Georgia"/>
          <w:b w:val="0"/>
          <w:i/>
          <w:color w:val="000000"/>
          <w:sz w:val="24"/>
        </w:rPr>
        <w:t>«Уврачуй трещины ее, ведь она дрожит»</w:t>
      </w:r>
      <w:r>
        <w:rPr>
          <w:rFonts w:ascii="Georgia" w:hAnsi="Georgia"/>
          <w:b w:val="0"/>
          <w:i w:val="0"/>
          <w:color w:val="000000"/>
          <w:sz w:val="24"/>
        </w:rPr>
        <w:t xml:space="preserve"> (</w:t>
      </w:r>
      <w:r>
        <w:rPr>
          <w:rFonts w:ascii="Georgia" w:hAnsi="Georgia" w:cs="Times New Roman"/>
          <w:b/>
          <w:i w:val="0"/>
          <w:color w:val="000000"/>
          <w:sz w:val="24"/>
          <w:rtl/>
          <w:szCs w:val="32"/>
        </w:rPr>
        <w:t>רפה שבריה כי מטה</w:t>
      </w:r>
      <w:r>
        <w:rPr>
          <w:rFonts w:ascii="Georgia" w:hAnsi="Georgia"/>
          <w:b w:val="0"/>
          <w:i w:val="0"/>
          <w:color w:val="000000"/>
          <w:sz w:val="24"/>
        </w:rPr>
        <w:t>). Начальные буквы [этих слов] составляют 560 (</w:t>
      </w:r>
      <w:r>
        <w:rPr>
          <w:rFonts w:ascii="Georgia" w:hAnsi="Georgia" w:cs="Times New Roman"/>
          <w:b/>
          <w:i w:val="0"/>
          <w:color w:val="000000"/>
          <w:sz w:val="24"/>
          <w:rtl/>
          <w:szCs w:val="32"/>
        </w:rPr>
        <w:t>תק״ס</w:t>
      </w:r>
      <w:r>
        <w:rPr>
          <w:rFonts w:ascii="Georgia" w:hAnsi="Georgia"/>
          <w:b w:val="0"/>
          <w:i w:val="0"/>
          <w:color w:val="000000"/>
          <w:sz w:val="24"/>
        </w:rPr>
        <w:t>), что равно двукратному значению [букв]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xml:space="preserve"> = 280). А конечные буквы [слов] «поколебал землю, расколол ее» составляют 495 (</w:t>
      </w:r>
      <w:r>
        <w:rPr>
          <w:rFonts w:ascii="Georgia" w:hAnsi="Georgia" w:cs="Times New Roman"/>
          <w:b/>
          <w:i w:val="0"/>
          <w:color w:val="000000"/>
          <w:sz w:val="24"/>
          <w:rtl/>
          <w:szCs w:val="32"/>
        </w:rPr>
        <w:t>תצ״ה</w:t>
      </w:r>
      <w:r>
        <w:rPr>
          <w:rFonts w:ascii="Georgia" w:hAnsi="Georgia"/>
          <w:b w:val="0"/>
          <w:i w:val="0"/>
          <w:color w:val="000000"/>
          <w:sz w:val="24"/>
        </w:rPr>
        <w:t>). Они равны трем [Именам] ЭЙЕ в их наполнениях, сумма которых составляет 455 (</w:t>
      </w:r>
      <w:r>
        <w:rPr>
          <w:rFonts w:ascii="Georgia" w:hAnsi="Georgia" w:cs="Times New Roman"/>
          <w:b/>
          <w:i w:val="0"/>
          <w:color w:val="000000"/>
          <w:sz w:val="24"/>
          <w:rtl/>
          <w:szCs w:val="32"/>
        </w:rPr>
        <w:t>תנ״ה</w:t>
      </w:r>
      <w:r>
        <w:rPr>
          <w:rFonts w:ascii="Georgia" w:hAnsi="Georgia"/>
          <w:b w:val="0"/>
          <w:i w:val="0"/>
          <w:color w:val="000000"/>
          <w:sz w:val="24"/>
        </w:rPr>
        <w:t>), плюс 39 (</w:t>
      </w:r>
      <w:r>
        <w:rPr>
          <w:rFonts w:ascii="Georgia" w:hAnsi="Georgia" w:cs="Times New Roman"/>
          <w:b/>
          <w:i w:val="0"/>
          <w:color w:val="000000"/>
          <w:sz w:val="24"/>
          <w:rtl/>
          <w:szCs w:val="32"/>
        </w:rPr>
        <w:t>ט״ל</w:t>
      </w:r>
      <w:r>
        <w:rPr>
          <w:rFonts w:ascii="Georgia" w:hAnsi="Georgia"/>
          <w:b w:val="0"/>
          <w:i w:val="0"/>
          <w:color w:val="000000"/>
          <w:sz w:val="24"/>
        </w:rPr>
        <w:t>) букв [Имени] ЭЙЕ с наполнением буквами хэй (</w:t>
      </w:r>
      <w:r>
        <w:rPr>
          <w:rFonts w:ascii="Georgia" w:hAnsi="Georgia"/>
          <w:b w:val="0"/>
          <w:i/>
          <w:color w:val="000000"/>
          <w:sz w:val="24"/>
        </w:rPr>
        <w:t>де-хэйин</w:t>
      </w:r>
      <w:r>
        <w:rPr>
          <w:rFonts w:ascii="Georgia" w:hAnsi="Georgia"/>
          <w:b w:val="0"/>
          <w:i w:val="0"/>
          <w:color w:val="000000"/>
          <w:sz w:val="24"/>
        </w:rPr>
        <w:t>), что вместе с колелем дает как раз 495.</w:t>
      </w:r>
    </w:p>
    <w:p>
      <w:pPr>
        <w:spacing w:before="40" w:after="120"/>
        <w:jc w:val="both"/>
      </w:pPr>
      <w:r>
        <w:rPr>
          <w:rFonts w:ascii="Georgia" w:hAnsi="Georgia"/>
          <w:b w:val="0"/>
          <w:i w:val="0"/>
          <w:color w:val="000000"/>
          <w:sz w:val="24"/>
        </w:rPr>
        <w:t>[Говорит Шмуэль: это мне очень трудно [понять], ведь [учитель], несомненно, посчитал конечную букву слова «</w:t>
      </w:r>
      <w:r>
        <w:rPr>
          <w:rFonts w:ascii="Georgia" w:hAnsi="Georgia" w:cs="Times New Roman"/>
          <w:b/>
          <w:i w:val="0"/>
          <w:color w:val="000000"/>
          <w:sz w:val="24"/>
          <w:rtl/>
          <w:szCs w:val="32"/>
        </w:rPr>
        <w:t>הרעשתה</w:t>
      </w:r>
      <w:r>
        <w:rPr>
          <w:rFonts w:ascii="Georgia" w:hAnsi="Georgia"/>
          <w:b w:val="0"/>
          <w:i w:val="0"/>
          <w:color w:val="000000"/>
          <w:sz w:val="24"/>
        </w:rPr>
        <w:t>» как букву тав (</w:t>
      </w:r>
      <w:r>
        <w:rPr>
          <w:rFonts w:ascii="Georgia" w:hAnsi="Georgia" w:cs="Times New Roman"/>
          <w:b/>
          <w:i w:val="0"/>
          <w:color w:val="000000"/>
          <w:sz w:val="24"/>
          <w:rtl/>
          <w:szCs w:val="32"/>
        </w:rPr>
        <w:t>ת</w:t>
      </w:r>
      <w:r>
        <w:rPr>
          <w:rFonts w:ascii="Georgia" w:hAnsi="Georgia"/>
          <w:b w:val="0"/>
          <w:i w:val="0"/>
          <w:color w:val="000000"/>
          <w:sz w:val="24"/>
        </w:rPr>
        <w:t>), тогда как [в тексте Писания] там стоит буква хэй (</w:t>
      </w:r>
      <w:r>
        <w:rPr>
          <w:rFonts w:ascii="Georgia" w:hAnsi="Georgia" w:cs="Times New Roman"/>
          <w:b/>
          <w:i w:val="0"/>
          <w:color w:val="000000"/>
          <w:sz w:val="24"/>
          <w:rtl/>
          <w:szCs w:val="32"/>
        </w:rPr>
        <w:t>ה</w:t>
      </w:r>
      <w:r>
        <w:rPr>
          <w:rFonts w:ascii="Georgia" w:hAnsi="Georgia"/>
          <w:b w:val="0"/>
          <w:i w:val="0"/>
          <w:color w:val="000000"/>
          <w:sz w:val="24"/>
        </w:rPr>
        <w:t>). А с буквой хэй получается не 495, а только 100 (</w:t>
      </w:r>
      <w:r>
        <w:rPr>
          <w:rFonts w:ascii="Georgia" w:hAnsi="Georgia" w:cs="Times New Roman"/>
          <w:b/>
          <w:i w:val="0"/>
          <w:color w:val="000000"/>
          <w:sz w:val="24"/>
          <w:rtl/>
          <w:szCs w:val="32"/>
        </w:rPr>
        <w:t>ק</w:t>
      </w:r>
      <w:r>
        <w:rPr>
          <w:rFonts w:ascii="Georgia" w:hAnsi="Georgia"/>
          <w:b w:val="0"/>
          <w:i w:val="0"/>
          <w:color w:val="000000"/>
          <w:sz w:val="24"/>
        </w:rPr>
        <w:t>), то есть [буквы] хэй, хэй, цади (</w:t>
      </w:r>
      <w:r>
        <w:rPr>
          <w:rFonts w:ascii="Georgia" w:hAnsi="Georgia" w:cs="Times New Roman"/>
          <w:b/>
          <w:i w:val="0"/>
          <w:color w:val="000000"/>
          <w:sz w:val="24"/>
          <w:rtl/>
          <w:szCs w:val="32"/>
        </w:rPr>
        <w:t>הה״צ</w:t>
      </w:r>
      <w:r>
        <w:rPr>
          <w:rFonts w:ascii="Georgia" w:hAnsi="Georgia"/>
          <w:b w:val="0"/>
          <w:i w:val="0"/>
          <w:color w:val="000000"/>
          <w:sz w:val="24"/>
        </w:rPr>
        <w:t>); и это требует дальнейшего изучения.]</w:t>
      </w:r>
    </w:p>
    <w:p>
      <w:pPr>
        <w:spacing w:before="40" w:after="120"/>
        <w:jc w:val="both"/>
      </w:pPr>
      <w:r>
        <w:rPr>
          <w:rFonts w:ascii="Georgia" w:hAnsi="Georgia"/>
          <w:b w:val="0"/>
          <w:i w:val="0"/>
          <w:color w:val="000000"/>
          <w:sz w:val="24"/>
        </w:rPr>
        <w:t>[Примечание издателя: рабби Йосеф Даян, благословенна его память: в слове «</w:t>
      </w:r>
      <w:r>
        <w:rPr>
          <w:rFonts w:ascii="Georgia" w:hAnsi="Georgia" w:cs="Times New Roman"/>
          <w:b/>
          <w:i w:val="0"/>
          <w:color w:val="000000"/>
          <w:sz w:val="24"/>
          <w:rtl/>
          <w:szCs w:val="32"/>
        </w:rPr>
        <w:t>הרעשתה</w:t>
      </w:r>
      <w:r>
        <w:rPr>
          <w:rFonts w:ascii="Georgia" w:hAnsi="Georgia"/>
          <w:b w:val="0"/>
          <w:i w:val="0"/>
          <w:color w:val="000000"/>
          <w:sz w:val="24"/>
        </w:rPr>
        <w:t>» буква хэй — без маппика, а в слове «</w:t>
      </w:r>
      <w:r>
        <w:rPr>
          <w:rFonts w:ascii="Georgia" w:hAnsi="Georgia" w:cs="Times New Roman"/>
          <w:b/>
          <w:i w:val="0"/>
          <w:color w:val="000000"/>
          <w:sz w:val="24"/>
          <w:rtl/>
          <w:szCs w:val="32"/>
        </w:rPr>
        <w:t>פצמתה</w:t>
      </w:r>
      <w:r>
        <w:rPr>
          <w:rFonts w:ascii="Georgia" w:hAnsi="Georgia"/>
          <w:b w:val="0"/>
          <w:i w:val="0"/>
          <w:color w:val="000000"/>
          <w:sz w:val="24"/>
        </w:rPr>
        <w:t>» — буква хэй с маппиком. До сих пор [его слова].]</w:t>
      </w:r>
    </w:p>
    <w:p>
      <w:pPr>
        <w:spacing w:before="40" w:after="120"/>
        <w:jc w:val="both"/>
      </w:pPr>
      <w:r>
        <w:rPr>
          <w:rFonts w:ascii="Georgia" w:hAnsi="Georgia"/>
          <w:b w:val="0"/>
          <w:i w:val="0"/>
          <w:color w:val="000000"/>
          <w:sz w:val="24"/>
        </w:rPr>
        <w:t xml:space="preserve">Конечные же буквы [слов] </w:t>
      </w:r>
      <w:r>
        <w:rPr>
          <w:rFonts w:ascii="Georgia" w:hAnsi="Georgia"/>
          <w:b w:val="0"/>
          <w:i/>
          <w:color w:val="000000"/>
          <w:sz w:val="24"/>
        </w:rPr>
        <w:t>«уврачуй трещины ее, ведь она дрожит»</w:t>
      </w:r>
      <w:r>
        <w:rPr>
          <w:rFonts w:ascii="Georgia" w:hAnsi="Georgia"/>
          <w:b w:val="0"/>
          <w:i w:val="0"/>
          <w:color w:val="000000"/>
          <w:sz w:val="24"/>
        </w:rPr>
        <w:t xml:space="preserve"> составляют 25 (</w:t>
      </w:r>
      <w:r>
        <w:rPr>
          <w:rFonts w:ascii="Georgia" w:hAnsi="Georgia" w:cs="Times New Roman"/>
          <w:b/>
          <w:i w:val="0"/>
          <w:color w:val="000000"/>
          <w:sz w:val="24"/>
          <w:rtl/>
          <w:szCs w:val="32"/>
        </w:rPr>
        <w:t>כ״ה</w:t>
      </w:r>
      <w:r>
        <w:rPr>
          <w:rFonts w:ascii="Georgia" w:hAnsi="Georgia"/>
          <w:b w:val="0"/>
          <w:i w:val="0"/>
          <w:color w:val="000000"/>
          <w:sz w:val="24"/>
        </w:rPr>
        <w:t>), что соответствует двадцати пяти буквам наполнения наполнения [Имени] ЭЙЕ с наполнением буквами хэй. [Слово] «поколебал» (</w:t>
      </w:r>
      <w:r>
        <w:rPr>
          <w:rFonts w:ascii="Georgia" w:hAnsi="Georgia" w:cs="Times New Roman"/>
          <w:b/>
          <w:i w:val="0"/>
          <w:color w:val="000000"/>
          <w:sz w:val="24"/>
          <w:rtl/>
          <w:szCs w:val="32"/>
        </w:rPr>
        <w:t>הרעשת</w:t>
      </w:r>
      <w:r>
        <w:rPr>
          <w:rFonts w:ascii="Georgia" w:hAnsi="Georgia"/>
          <w:b w:val="0"/>
          <w:i w:val="0"/>
          <w:color w:val="000000"/>
          <w:sz w:val="24"/>
        </w:rPr>
        <w:t>) по гематрии вместе с колелем равно 974 (</w:t>
      </w:r>
      <w:r>
        <w:rPr>
          <w:rFonts w:ascii="Georgia" w:hAnsi="Georgia" w:cs="Times New Roman"/>
          <w:b/>
          <w:i w:val="0"/>
          <w:color w:val="000000"/>
          <w:sz w:val="24"/>
          <w:rtl/>
          <w:szCs w:val="32"/>
        </w:rPr>
        <w:t>תתקע״ד</w:t>
      </w:r>
      <w:r>
        <w:rPr>
          <w:rFonts w:ascii="Georgia" w:hAnsi="Georgia"/>
          <w:b w:val="0"/>
          <w:i w:val="0"/>
          <w:color w:val="000000"/>
          <w:sz w:val="24"/>
        </w:rPr>
        <w:t>) поколениям. Эти поколения — из той известной тысячи миров [до сотворения мира]. И нужно восполнить их двадцатью восемью (</w:t>
      </w:r>
      <w:r>
        <w:rPr>
          <w:rFonts w:ascii="Georgia" w:hAnsi="Georgia" w:cs="Times New Roman"/>
          <w:b/>
          <w:i w:val="0"/>
          <w:color w:val="000000"/>
          <w:sz w:val="24"/>
          <w:rtl/>
          <w:szCs w:val="32"/>
        </w:rPr>
        <w:t>כ״ח</w:t>
      </w:r>
      <w:r>
        <w:rPr>
          <w:rFonts w:ascii="Georgia" w:hAnsi="Georgia"/>
          <w:b w:val="0"/>
          <w:i w:val="0"/>
          <w:color w:val="000000"/>
          <w:sz w:val="24"/>
        </w:rPr>
        <w:t>) буквами вышеупомянутого наполнения наполнения [Имени] ЭЙЕ с наполнением буквами хэй, и тогда [вместе] получится тысяча миров. И они — тайна Торы, которая была дана двадцати пяти (</w:t>
      </w:r>
      <w:r>
        <w:rPr>
          <w:rFonts w:ascii="Georgia" w:hAnsi="Georgia" w:cs="Times New Roman"/>
          <w:b/>
          <w:i w:val="0"/>
          <w:color w:val="000000"/>
          <w:sz w:val="24"/>
          <w:rtl/>
          <w:szCs w:val="32"/>
        </w:rPr>
        <w:t>כ״ה</w:t>
      </w:r>
      <w:r>
        <w:rPr>
          <w:rFonts w:ascii="Georgia" w:hAnsi="Georgia"/>
          <w:b w:val="0"/>
          <w:i w:val="0"/>
          <w:color w:val="000000"/>
          <w:sz w:val="24"/>
        </w:rPr>
        <w:t>) поколениям, а [несотворенными] остались 974. [Говорит Шмуэль: и это также [рассчитано] в согласии со сказанным [выше], что [учитель] читал слово «</w:t>
      </w:r>
      <w:r>
        <w:rPr>
          <w:rFonts w:ascii="Georgia" w:hAnsi="Georgia" w:cs="Times New Roman"/>
          <w:b/>
          <w:i w:val="0"/>
          <w:color w:val="000000"/>
          <w:sz w:val="24"/>
          <w:rtl/>
          <w:szCs w:val="32"/>
        </w:rPr>
        <w:t>הרעשת</w:t>
      </w:r>
      <w:r>
        <w:rPr>
          <w:rFonts w:ascii="Georgia" w:hAnsi="Georgia"/>
          <w:b w:val="0"/>
          <w:i w:val="0"/>
          <w:color w:val="000000"/>
          <w:sz w:val="24"/>
        </w:rPr>
        <w:t>» без конечной буквы хэй.]</w:t>
      </w:r>
    </w:p>
    <w:p>
      <w:pPr>
        <w:spacing w:before="40" w:after="120"/>
        <w:jc w:val="both"/>
      </w:pPr>
      <w:r>
        <w:rPr>
          <w:rFonts w:ascii="Georgia" w:hAnsi="Georgia"/>
          <w:b w:val="0"/>
          <w:i w:val="0"/>
          <w:color w:val="000000"/>
          <w:sz w:val="24"/>
        </w:rPr>
        <w:t>[Слова] «землю, расколол ее» (</w:t>
      </w:r>
      <w:r>
        <w:rPr>
          <w:rFonts w:ascii="Georgia" w:hAnsi="Georgia" w:cs="Times New Roman"/>
          <w:b/>
          <w:i w:val="0"/>
          <w:color w:val="000000"/>
          <w:sz w:val="24"/>
          <w:rtl/>
          <w:szCs w:val="32"/>
        </w:rPr>
        <w:t>ארץ פצמתה</w:t>
      </w:r>
      <w:r>
        <w:rPr>
          <w:rFonts w:ascii="Georgia" w:hAnsi="Georgia"/>
          <w:b w:val="0"/>
          <w:i w:val="0"/>
          <w:color w:val="000000"/>
          <w:sz w:val="24"/>
        </w:rPr>
        <w:t xml:space="preserve">) по гематрии равны </w:t>
      </w:r>
      <w:r>
        <w:rPr>
          <w:rFonts w:ascii="Georgia" w:hAnsi="Georgia"/>
          <w:b w:val="0"/>
          <w:i/>
          <w:color w:val="000000"/>
          <w:sz w:val="24"/>
        </w:rPr>
        <w:t>шкуцит</w:t>
      </w:r>
      <w:r>
        <w:rPr>
          <w:rFonts w:ascii="Georgia" w:hAnsi="Georgia"/>
          <w:b w:val="0"/>
          <w:i w:val="0"/>
          <w:color w:val="000000"/>
          <w:sz w:val="24"/>
        </w:rPr>
        <w:t xml:space="preserve"> (</w:t>
      </w:r>
      <w:r>
        <w:rPr>
          <w:rFonts w:ascii="Georgia" w:hAnsi="Georgia" w:cs="Times New Roman"/>
          <w:b/>
          <w:i w:val="0"/>
          <w:color w:val="000000"/>
          <w:sz w:val="24"/>
          <w:rtl/>
          <w:szCs w:val="32"/>
        </w:rPr>
        <w:t>שקוצי״ת</w:t>
      </w:r>
      <w:r>
        <w:rPr>
          <w:rFonts w:ascii="Georgia" w:hAnsi="Georgia"/>
          <w:b w:val="0"/>
          <w:i w:val="0"/>
          <w:color w:val="000000"/>
          <w:sz w:val="24"/>
        </w:rPr>
        <w:t xml:space="preserve"> = 906). [Слова] «уврачуй трещины ее» (</w:t>
      </w:r>
      <w:r>
        <w:rPr>
          <w:rFonts w:ascii="Georgia" w:hAnsi="Georgia" w:cs="Times New Roman"/>
          <w:b/>
          <w:i w:val="0"/>
          <w:color w:val="000000"/>
          <w:sz w:val="24"/>
          <w:rtl/>
          <w:szCs w:val="32"/>
        </w:rPr>
        <w:t>רפה שבריה</w:t>
      </w:r>
      <w:r>
        <w:rPr>
          <w:rFonts w:ascii="Georgia" w:hAnsi="Georgia"/>
          <w:b w:val="0"/>
          <w:i w:val="0"/>
          <w:color w:val="000000"/>
          <w:sz w:val="24"/>
        </w:rPr>
        <w:t>) по гематрии равны 802 (</w:t>
      </w:r>
      <w:r>
        <w:rPr>
          <w:rFonts w:ascii="Georgia" w:hAnsi="Georgia" w:cs="Times New Roman"/>
          <w:b/>
          <w:i w:val="0"/>
          <w:color w:val="000000"/>
          <w:sz w:val="24"/>
          <w:rtl/>
          <w:szCs w:val="32"/>
        </w:rPr>
        <w:t>תת״ב</w:t>
      </w:r>
      <w:r>
        <w:rPr>
          <w:rFonts w:ascii="Georgia" w:hAnsi="Georgia"/>
          <w:b w:val="0"/>
          <w:i w:val="0"/>
          <w:color w:val="000000"/>
          <w:sz w:val="24"/>
        </w:rPr>
        <w:t>). Это число соответствует обратной развертке (</w:t>
      </w:r>
      <w:r>
        <w:rPr>
          <w:rFonts w:ascii="Georgia" w:hAnsi="Georgia"/>
          <w:b w:val="0"/>
          <w:i/>
          <w:color w:val="000000"/>
          <w:sz w:val="24"/>
        </w:rPr>
        <w:t>ахораим</w:t>
      </w:r>
      <w:r>
        <w:rPr>
          <w:rFonts w:ascii="Georgia" w:hAnsi="Georgia"/>
          <w:b w:val="0"/>
          <w:i w:val="0"/>
          <w:color w:val="000000"/>
          <w:sz w:val="24"/>
        </w:rPr>
        <w:t>) полных наполнений [Имени] ЭЛОКИМ с наполнением буквами хэй (</w:t>
      </w:r>
      <w:r>
        <w:rPr>
          <w:rFonts w:ascii="Georgia" w:hAnsi="Georgia"/>
          <w:b w:val="0"/>
          <w:i/>
          <w:color w:val="000000"/>
          <w:sz w:val="24"/>
        </w:rPr>
        <w:t>де-хэйин</w:t>
      </w:r>
      <w:r>
        <w:rPr>
          <w:rFonts w:ascii="Georgia" w:hAnsi="Georgia"/>
          <w:b w:val="0"/>
          <w:i w:val="0"/>
          <w:color w:val="000000"/>
          <w:sz w:val="24"/>
        </w:rPr>
        <w:t>), составляющей 1001. Вычти из нее простое [Имя в развертке ахораим], составляющее 200 (</w:t>
      </w:r>
      <w:r>
        <w:rPr>
          <w:rFonts w:ascii="Georgia" w:hAnsi="Georgia" w:cs="Times New Roman"/>
          <w:b/>
          <w:i w:val="0"/>
          <w:color w:val="000000"/>
          <w:sz w:val="24"/>
          <w:rtl/>
          <w:szCs w:val="32"/>
        </w:rPr>
        <w:t>ר</w:t>
      </w:r>
      <w:r>
        <w:rPr>
          <w:rFonts w:ascii="Georgia" w:hAnsi="Georgia"/>
          <w:b w:val="0"/>
          <w:i w:val="0"/>
          <w:color w:val="000000"/>
          <w:sz w:val="24"/>
        </w:rPr>
        <w:t>), и останется 802 вместе с колелем. А эти 800 (</w:t>
      </w:r>
      <w:r>
        <w:rPr>
          <w:rFonts w:ascii="Georgia" w:hAnsi="Georgia" w:cs="Times New Roman"/>
          <w:b/>
          <w:i w:val="0"/>
          <w:color w:val="000000"/>
          <w:sz w:val="24"/>
          <w:rtl/>
          <w:szCs w:val="32"/>
        </w:rPr>
        <w:t>ת״ת</w:t>
      </w:r>
      <w:r>
        <w:rPr>
          <w:rFonts w:ascii="Georgia" w:hAnsi="Georgia"/>
          <w:b w:val="0"/>
          <w:i w:val="0"/>
          <w:color w:val="000000"/>
          <w:sz w:val="24"/>
        </w:rPr>
        <w:t>) — восемьсот сраженных, которых Давид поражал за один раз, как известно (</w:t>
      </w:r>
      <w:r>
        <w:rPr>
          <w:rFonts w:ascii="Georgia" w:hAnsi="Georgia"/>
          <w:b w:val="0"/>
          <w:i/>
          <w:color w:val="000000"/>
          <w:sz w:val="24"/>
        </w:rPr>
        <w:t>«...на восемьсот сраженных за один раз»</w:t>
      </w:r>
      <w:r>
        <w:rPr>
          <w:rFonts w:ascii="Georgia" w:hAnsi="Georgia"/>
          <w:b w:val="0"/>
          <w:i w:val="0"/>
          <w:color w:val="000000"/>
          <w:sz w:val="24"/>
        </w:rPr>
        <w:t>, Шмуэль II 23:8).</w:t>
      </w:r>
    </w:p>
    <w:p>
      <w:pPr>
        <w:spacing w:before="40" w:after="120"/>
        <w:jc w:val="both"/>
      </w:pPr>
      <w:r>
        <w:rPr>
          <w:rFonts w:ascii="Georgia" w:hAnsi="Georgia"/>
          <w:b w:val="0"/>
          <w:i w:val="0"/>
          <w:color w:val="000000"/>
          <w:sz w:val="24"/>
        </w:rPr>
        <w:t>[Слова] «ведь она дрожит» (</w:t>
      </w:r>
      <w:r>
        <w:rPr>
          <w:rFonts w:ascii="Georgia" w:hAnsi="Georgia" w:cs="Times New Roman"/>
          <w:b/>
          <w:i w:val="0"/>
          <w:color w:val="000000"/>
          <w:sz w:val="24"/>
          <w:rtl/>
          <w:szCs w:val="32"/>
        </w:rPr>
        <w:t>כי מטה</w:t>
      </w:r>
      <w:r>
        <w:rPr>
          <w:rFonts w:ascii="Georgia" w:hAnsi="Georgia"/>
          <w:b w:val="0"/>
          <w:i w:val="0"/>
          <w:color w:val="000000"/>
          <w:sz w:val="24"/>
        </w:rPr>
        <w:t>) по гематрии равны 84 (</w:t>
      </w:r>
      <w:r>
        <w:rPr>
          <w:rFonts w:ascii="Georgia" w:hAnsi="Georgia" w:cs="Times New Roman"/>
          <w:b/>
          <w:i w:val="0"/>
          <w:color w:val="000000"/>
          <w:sz w:val="24"/>
          <w:rtl/>
          <w:szCs w:val="32"/>
        </w:rPr>
        <w:t>פ״ד</w:t>
      </w:r>
      <w:r>
        <w:rPr>
          <w:rFonts w:ascii="Georgia" w:hAnsi="Georgia"/>
          <w:b w:val="0"/>
          <w:i w:val="0"/>
          <w:color w:val="000000"/>
          <w:sz w:val="24"/>
        </w:rPr>
        <w:t>). Это число соответствует восьмидесяти четырем буквам, содержащимся в [произведении] ЭЙЕ на ЭЙЕ, так как благодаря им смягчаются все упомянутые суды. А само Имя [образуется] из слова «дрожит» (</w:t>
      </w:r>
      <w:r>
        <w:rPr>
          <w:rFonts w:ascii="Georgia" w:hAnsi="Georgia" w:cs="Times New Roman"/>
          <w:b/>
          <w:i w:val="0"/>
          <w:color w:val="000000"/>
          <w:sz w:val="24"/>
          <w:rtl/>
          <w:szCs w:val="32"/>
        </w:rPr>
        <w:t>מט״ה</w:t>
      </w:r>
      <w:r>
        <w:rPr>
          <w:rFonts w:ascii="Georgia" w:hAnsi="Georgia"/>
          <w:b w:val="0"/>
          <w:i w:val="0"/>
          <w:color w:val="000000"/>
          <w:sz w:val="24"/>
        </w:rPr>
        <w:t xml:space="preserve">) по замене </w:t>
      </w:r>
      <w:r>
        <w:rPr>
          <w:rFonts w:ascii="Georgia" w:hAnsi="Georgia"/>
          <w:b w:val="0"/>
          <w:i/>
          <w:color w:val="000000"/>
          <w:sz w:val="24"/>
        </w:rPr>
        <w:t>атбаш</w:t>
      </w:r>
      <w:r>
        <w:rPr>
          <w:rFonts w:ascii="Georgia" w:hAnsi="Georgia"/>
          <w:b w:val="0"/>
          <w:i w:val="0"/>
          <w:color w:val="000000"/>
          <w:sz w:val="24"/>
        </w:rPr>
        <w:t xml:space="preserve"> (</w:t>
      </w:r>
      <w:r>
        <w:rPr>
          <w:rFonts w:ascii="Georgia" w:hAnsi="Georgia" w:cs="Times New Roman"/>
          <w:b/>
          <w:i w:val="0"/>
          <w:color w:val="000000"/>
          <w:sz w:val="24"/>
          <w:rtl/>
          <w:szCs w:val="32"/>
        </w:rPr>
        <w:t>א״ת ב״ש</w:t>
      </w:r>
      <w:r>
        <w:rPr>
          <w:rFonts w:ascii="Georgia" w:hAnsi="Georgia"/>
          <w:b w:val="0"/>
          <w:i w:val="0"/>
          <w:color w:val="000000"/>
          <w:sz w:val="24"/>
        </w:rPr>
        <w:t xml:space="preserve">) — </w:t>
      </w:r>
      <w:r>
        <w:rPr>
          <w:rFonts w:ascii="Georgia" w:hAnsi="Georgia"/>
          <w:b w:val="0"/>
          <w:i/>
          <w:color w:val="000000"/>
          <w:sz w:val="24"/>
        </w:rPr>
        <w:t>Йеница</w:t>
      </w:r>
      <w:r>
        <w:rPr>
          <w:rFonts w:ascii="Georgia" w:hAnsi="Georgia"/>
          <w:b w:val="0"/>
          <w:i w:val="0"/>
          <w:color w:val="000000"/>
          <w:sz w:val="24"/>
        </w:rPr>
        <w:t xml:space="preserve"> (</w:t>
      </w:r>
      <w:r>
        <w:rPr>
          <w:rFonts w:ascii="Georgia" w:hAnsi="Georgia" w:cs="Times New Roman"/>
          <w:b/>
          <w:i w:val="0"/>
          <w:color w:val="000000"/>
          <w:sz w:val="24"/>
          <w:rtl/>
          <w:szCs w:val="32"/>
        </w:rPr>
        <w:t>יְנִץָ</w:t>
      </w:r>
      <w:r>
        <w:rPr>
          <w:rFonts w:ascii="Georgia" w:hAnsi="Georgia"/>
          <w:b w:val="0"/>
          <w:i w:val="0"/>
          <w:color w:val="000000"/>
          <w:sz w:val="24"/>
        </w:rPr>
        <w:t>), что по гематрии равно 151 (</w:t>
      </w:r>
      <w:r>
        <w:rPr>
          <w:rFonts w:ascii="Georgia" w:hAnsi="Georgia" w:cs="Times New Roman"/>
          <w:b/>
          <w:i w:val="0"/>
          <w:color w:val="000000"/>
          <w:sz w:val="24"/>
          <w:rtl/>
          <w:szCs w:val="32"/>
        </w:rPr>
        <w:t>קנ״א</w:t>
      </w:r>
      <w:r>
        <w:rPr>
          <w:rFonts w:ascii="Georgia" w:hAnsi="Georgia"/>
          <w:b w:val="0"/>
          <w:i w:val="0"/>
          <w:color w:val="000000"/>
          <w:sz w:val="24"/>
        </w:rPr>
        <w:t>) с колелем. Огласовка же его берется из [слов] «трещины ее, ведь она дрожит» (</w:t>
      </w:r>
      <w:r>
        <w:rPr>
          <w:rFonts w:ascii="Georgia" w:hAnsi="Georgia" w:cs="Times New Roman"/>
          <w:b/>
          <w:i w:val="0"/>
          <w:color w:val="000000"/>
          <w:sz w:val="24"/>
          <w:rtl/>
          <w:szCs w:val="32"/>
        </w:rPr>
        <w:t>שבריה כי מטה</w:t>
      </w:r>
      <w:r>
        <w:rPr>
          <w:rFonts w:ascii="Georgia" w:hAnsi="Georgia"/>
          <w:b w:val="0"/>
          <w:i w:val="0"/>
          <w:color w:val="000000"/>
          <w:sz w:val="24"/>
        </w:rPr>
        <w:t>).</w:t>
      </w:r>
    </w:p>
    <w:p>
      <w:pPr>
        <w:keepNext/>
        <w:spacing w:before="320" w:after="120"/>
      </w:pPr>
      <w:r>
        <w:rPr>
          <w:rFonts w:ascii="Georgia" w:hAnsi="Georgia"/>
          <w:b w:val="0"/>
          <w:i w:val="0"/>
          <w:color w:val="000000"/>
          <w:sz w:val="32"/>
        </w:rPr>
        <w:t>Ихуд 21</w:t>
      </w:r>
    </w:p>
    <w:p>
      <w:pPr>
        <w:spacing w:before="40" w:after="120"/>
        <w:jc w:val="both"/>
      </w:pPr>
      <w:r>
        <w:rPr>
          <w:rFonts w:ascii="Georgia" w:hAnsi="Georgia"/>
          <w:b w:val="0"/>
          <w:i w:val="0"/>
          <w:color w:val="000000"/>
          <w:sz w:val="24"/>
        </w:rPr>
        <w:t xml:space="preserve">Упомянутое ранее [Имя] ЭЛЬ. В стихе </w:t>
      </w:r>
      <w:r>
        <w:rPr>
          <w:rFonts w:ascii="Georgia" w:hAnsi="Georgia"/>
          <w:b w:val="0"/>
          <w:i/>
          <w:color w:val="000000"/>
          <w:sz w:val="24"/>
        </w:rPr>
        <w:t>«Свет посеян для праведника…»</w:t>
      </w:r>
      <w:r>
        <w:rPr>
          <w:rFonts w:ascii="Georgia" w:hAnsi="Georgia"/>
          <w:b w:val="0"/>
          <w:i w:val="0"/>
          <w:color w:val="000000"/>
          <w:sz w:val="24"/>
        </w:rPr>
        <w:t xml:space="preserve"> (Теилим 97:11) начальные буквы [составляют] 38 (</w:t>
      </w:r>
      <w:r>
        <w:rPr>
          <w:rFonts w:ascii="Georgia" w:hAnsi="Georgia" w:cs="Times New Roman"/>
          <w:b/>
          <w:i w:val="0"/>
          <w:color w:val="000000"/>
          <w:sz w:val="24"/>
          <w:rtl/>
          <w:szCs w:val="32"/>
        </w:rPr>
        <w:t>ל״ח</w:t>
      </w:r>
      <w:r>
        <w:rPr>
          <w:rFonts w:ascii="Georgia" w:hAnsi="Georgia"/>
          <w:b w:val="0"/>
          <w:i w:val="0"/>
          <w:color w:val="000000"/>
          <w:sz w:val="24"/>
        </w:rPr>
        <w:t>), и это два наполнения АВАЯ с алефами, [каждое по] 19 (</w:t>
      </w:r>
      <w:r>
        <w:rPr>
          <w:rFonts w:ascii="Georgia" w:hAnsi="Georgia" w:cs="Times New Roman"/>
          <w:b/>
          <w:i w:val="0"/>
          <w:color w:val="000000"/>
          <w:sz w:val="24"/>
          <w:rtl/>
          <w:szCs w:val="32"/>
        </w:rPr>
        <w:t>י״ט</w:t>
      </w:r>
      <w:r>
        <w:rPr>
          <w:rFonts w:ascii="Georgia" w:hAnsi="Georgia"/>
          <w:b w:val="0"/>
          <w:i w:val="0"/>
          <w:color w:val="000000"/>
          <w:sz w:val="24"/>
        </w:rPr>
        <w:t xml:space="preserve">): одно для Леи, а другое для Рахели. А в [словах] </w:t>
      </w:r>
      <w:r>
        <w:rPr>
          <w:rFonts w:ascii="Georgia" w:hAnsi="Georgia"/>
          <w:b w:val="0"/>
          <w:i/>
          <w:color w:val="000000"/>
          <w:sz w:val="24"/>
        </w:rPr>
        <w:t>«…и для правых сердцем — радость»</w:t>
      </w:r>
      <w:r>
        <w:rPr>
          <w:rFonts w:ascii="Georgia" w:hAnsi="Georgia"/>
          <w:b w:val="0"/>
          <w:i w:val="0"/>
          <w:color w:val="000000"/>
          <w:sz w:val="24"/>
        </w:rPr>
        <w:t xml:space="preserve"> начальные буквы [составляют] 336 (</w:t>
      </w:r>
      <w:r>
        <w:rPr>
          <w:rFonts w:ascii="Georgia" w:hAnsi="Georgia" w:cs="Times New Roman"/>
          <w:b/>
          <w:i w:val="0"/>
          <w:color w:val="000000"/>
          <w:sz w:val="24"/>
          <w:rtl/>
          <w:szCs w:val="32"/>
        </w:rPr>
        <w:t>של״ו</w:t>
      </w:r>
      <w:r>
        <w:rPr>
          <w:rFonts w:ascii="Georgia" w:hAnsi="Georgia"/>
          <w:b w:val="0"/>
          <w:i w:val="0"/>
          <w:color w:val="000000"/>
          <w:sz w:val="24"/>
        </w:rPr>
        <w:t xml:space="preserve">), что равно трижды числу Имени </w:t>
      </w:r>
      <w:r>
        <w:rPr>
          <w:rFonts w:ascii="Georgia" w:hAnsi="Georgia"/>
          <w:b w:val="0"/>
          <w:i/>
          <w:color w:val="000000"/>
          <w:sz w:val="24"/>
        </w:rPr>
        <w:t>Ябок</w:t>
      </w:r>
      <w:r>
        <w:rPr>
          <w:rFonts w:ascii="Georgia" w:hAnsi="Georgia"/>
          <w:b w:val="0"/>
          <w:i w:val="0"/>
          <w:color w:val="000000"/>
          <w:sz w:val="24"/>
        </w:rPr>
        <w:t xml:space="preserve"> (</w:t>
      </w:r>
      <w:r>
        <w:rPr>
          <w:rFonts w:ascii="Georgia" w:hAnsi="Georgia" w:cs="Times New Roman"/>
          <w:b/>
          <w:i w:val="0"/>
          <w:color w:val="000000"/>
          <w:sz w:val="24"/>
          <w:rtl/>
          <w:szCs w:val="32"/>
        </w:rPr>
        <w:t>יב״ק</w:t>
      </w:r>
      <w:r>
        <w:rPr>
          <w:rFonts w:ascii="Georgia" w:hAnsi="Georgia"/>
          <w:b w:val="0"/>
          <w:i w:val="0"/>
          <w:color w:val="000000"/>
          <w:sz w:val="24"/>
        </w:rPr>
        <w:t xml:space="preserve"> = 112) — [сумме] Имен АВАЯ и ЭЛОКИМ. Конечные же буквы [слов] </w:t>
      </w:r>
      <w:r>
        <w:rPr>
          <w:rFonts w:ascii="Georgia" w:hAnsi="Georgia"/>
          <w:b w:val="0"/>
          <w:i/>
          <w:color w:val="000000"/>
          <w:sz w:val="24"/>
        </w:rPr>
        <w:t>«Свет посеян для праведника»</w:t>
      </w:r>
      <w:r>
        <w:rPr>
          <w:rFonts w:ascii="Georgia" w:hAnsi="Georgia"/>
          <w:b w:val="0"/>
          <w:i w:val="0"/>
          <w:color w:val="000000"/>
          <w:sz w:val="24"/>
        </w:rPr>
        <w:t xml:space="preserve"> составляют 370 (</w:t>
      </w:r>
      <w:r>
        <w:rPr>
          <w:rFonts w:ascii="Georgia" w:hAnsi="Georgia" w:cs="Times New Roman"/>
          <w:b/>
          <w:i w:val="0"/>
          <w:color w:val="000000"/>
          <w:sz w:val="24"/>
          <w:rtl/>
          <w:szCs w:val="32"/>
        </w:rPr>
        <w:t>ש״ע</w:t>
      </w:r>
      <w:r>
        <w:rPr>
          <w:rFonts w:ascii="Georgia" w:hAnsi="Georgia"/>
          <w:b w:val="0"/>
          <w:i w:val="0"/>
          <w:color w:val="000000"/>
          <w:sz w:val="24"/>
        </w:rPr>
        <w:t>) светов, то есть [буквенные наполнения] алеф-ламэд, алеф-ламэд (</w:t>
      </w:r>
      <w:r>
        <w:rPr>
          <w:rFonts w:ascii="Georgia" w:hAnsi="Georgia" w:cs="Times New Roman"/>
          <w:b/>
          <w:i w:val="0"/>
          <w:color w:val="000000"/>
          <w:sz w:val="24"/>
          <w:rtl/>
          <w:szCs w:val="32"/>
        </w:rPr>
        <w:t>אל״ף למ״ד אל״ף למ״ד</w:t>
      </w:r>
      <w:r>
        <w:rPr>
          <w:rFonts w:ascii="Georgia" w:hAnsi="Georgia"/>
          <w:b w:val="0"/>
          <w:i w:val="0"/>
          <w:color w:val="000000"/>
          <w:sz w:val="24"/>
        </w:rPr>
        <w:t>) и нисходят от двух [наполнений] по 184 (</w:t>
      </w:r>
      <w:r>
        <w:rPr>
          <w:rFonts w:ascii="Georgia" w:hAnsi="Georgia" w:cs="Times New Roman"/>
          <w:b/>
          <w:i w:val="0"/>
          <w:color w:val="000000"/>
          <w:sz w:val="24"/>
          <w:rtl/>
          <w:szCs w:val="32"/>
        </w:rPr>
        <w:t>קפ״ד</w:t>
      </w:r>
      <w:r>
        <w:rPr>
          <w:rFonts w:ascii="Georgia" w:hAnsi="Georgia"/>
          <w:b w:val="0"/>
          <w:i w:val="0"/>
          <w:color w:val="000000"/>
          <w:sz w:val="24"/>
        </w:rPr>
        <w:t xml:space="preserve">) от ахораим де-АВАЯ с йодами, находящихся в двух яблоках [щек] АА. А конечные буквы [слов] </w:t>
      </w:r>
      <w:r>
        <w:rPr>
          <w:rFonts w:ascii="Georgia" w:hAnsi="Georgia"/>
          <w:b w:val="0"/>
          <w:i/>
          <w:color w:val="000000"/>
          <w:sz w:val="24"/>
        </w:rPr>
        <w:t>«…и для правых сердцем — радость»</w:t>
      </w:r>
      <w:r>
        <w:rPr>
          <w:rFonts w:ascii="Georgia" w:hAnsi="Georgia"/>
          <w:b w:val="0"/>
          <w:i w:val="0"/>
          <w:color w:val="000000"/>
          <w:sz w:val="24"/>
        </w:rPr>
        <w:t xml:space="preserve"> — [это число] 17 (</w:t>
      </w:r>
      <w:r>
        <w:rPr>
          <w:rFonts w:ascii="Georgia" w:hAnsi="Georgia" w:cs="Times New Roman"/>
          <w:b/>
          <w:i w:val="0"/>
          <w:color w:val="000000"/>
          <w:sz w:val="24"/>
          <w:rtl/>
          <w:szCs w:val="32"/>
        </w:rPr>
        <w:t>י״ז</w:t>
      </w:r>
      <w:r>
        <w:rPr>
          <w:rFonts w:ascii="Georgia" w:hAnsi="Georgia"/>
          <w:b w:val="0"/>
          <w:i w:val="0"/>
          <w:color w:val="000000"/>
          <w:sz w:val="24"/>
        </w:rPr>
        <w:t xml:space="preserve">), что [равно слову] </w:t>
      </w:r>
      <w:r>
        <w:rPr>
          <w:rFonts w:ascii="Georgia" w:hAnsi="Georgia"/>
          <w:b w:val="0"/>
          <w:i/>
          <w:color w:val="000000"/>
          <w:sz w:val="24"/>
        </w:rPr>
        <w:t>тов</w:t>
      </w:r>
      <w:r>
        <w:rPr>
          <w:rFonts w:ascii="Georgia" w:hAnsi="Georgia"/>
          <w:b w:val="0"/>
          <w:i w:val="0"/>
          <w:color w:val="000000"/>
          <w:sz w:val="24"/>
        </w:rPr>
        <w:t xml:space="preserve"> — «благо» (</w:t>
      </w:r>
      <w:r>
        <w:rPr>
          <w:rFonts w:ascii="Georgia" w:hAnsi="Georgia" w:cs="Times New Roman"/>
          <w:b/>
          <w:i w:val="0"/>
          <w:color w:val="000000"/>
          <w:sz w:val="24"/>
          <w:rtl/>
          <w:szCs w:val="32"/>
        </w:rPr>
        <w:t>טוֹב</w:t>
      </w:r>
      <w:r>
        <w:rPr>
          <w:rFonts w:ascii="Georgia" w:hAnsi="Georgia"/>
          <w:b w:val="0"/>
          <w:i w:val="0"/>
          <w:color w:val="000000"/>
          <w:sz w:val="24"/>
        </w:rPr>
        <w:t xml:space="preserve"> = 17). [Примечание издателя: автор комментария, благословенной памяти [поясняет]: «[Это 17] от АВАЯ де-АБ, сокрытой в Есоде для соударения (зивуга). И этим разрешается вопрос, ведь общее число для зивуга — к пробуждению (</w:t>
      </w:r>
      <w:r>
        <w:rPr>
          <w:rFonts w:ascii="Georgia" w:hAnsi="Georgia"/>
          <w:b w:val="0"/>
          <w:i/>
          <w:color w:val="000000"/>
          <w:sz w:val="24"/>
        </w:rPr>
        <w:t>ле-иур</w:t>
      </w:r>
      <w:r>
        <w:rPr>
          <w:rFonts w:ascii="Georgia" w:hAnsi="Georgia"/>
          <w:b w:val="0"/>
          <w:i w:val="0"/>
          <w:color w:val="000000"/>
          <w:sz w:val="24"/>
        </w:rPr>
        <w:t xml:space="preserve">, </w:t>
      </w:r>
      <w:r>
        <w:rPr>
          <w:rFonts w:ascii="Georgia" w:hAnsi="Georgia" w:cs="Times New Roman"/>
          <w:b/>
          <w:i w:val="0"/>
          <w:color w:val="000000"/>
          <w:sz w:val="24"/>
          <w:rtl/>
          <w:szCs w:val="32"/>
        </w:rPr>
        <w:t>ליעו״ר</w:t>
      </w:r>
      <w:r>
        <w:rPr>
          <w:rFonts w:ascii="Georgia" w:hAnsi="Georgia"/>
          <w:b w:val="0"/>
          <w:i w:val="0"/>
          <w:color w:val="000000"/>
          <w:sz w:val="24"/>
        </w:rPr>
        <w:t xml:space="preserve"> = 316), как упомянуто в каванот [на слова] «Коне а-коль» (Создатель всего)». До сих пор [его слова].] И смысл в том, чтобы притянуть свыше еще 17 к МА, и получится 62 (</w:t>
      </w:r>
      <w:r>
        <w:rPr>
          <w:rFonts w:ascii="Georgia" w:hAnsi="Georgia" w:cs="Times New Roman"/>
          <w:b/>
          <w:i w:val="0"/>
          <w:color w:val="000000"/>
          <w:sz w:val="24"/>
          <w:rtl/>
          <w:szCs w:val="32"/>
        </w:rPr>
        <w:t>ס״ב</w:t>
      </w:r>
      <w:r>
        <w:rPr>
          <w:rFonts w:ascii="Georgia" w:hAnsi="Georgia"/>
          <w:b w:val="0"/>
          <w:i w:val="0"/>
          <w:color w:val="000000"/>
          <w:sz w:val="24"/>
        </w:rPr>
        <w:t>), что составляет два упомянутых простых [Имени] ЭЛЬ, ЭЛЬ (31 + 31 = 62), и тогда образуется Имя в наполнении йод, хэй, вав, хэй (</w:t>
      </w:r>
      <w:r>
        <w:rPr>
          <w:rFonts w:ascii="Georgia" w:hAnsi="Georgia" w:cs="Times New Roman"/>
          <w:b/>
          <w:i w:val="0"/>
          <w:color w:val="000000"/>
          <w:sz w:val="24"/>
          <w:rtl/>
          <w:szCs w:val="32"/>
        </w:rPr>
        <w:t>יו״ד ה״י ו״ו ה״י</w:t>
      </w:r>
      <w:r>
        <w:rPr>
          <w:rFonts w:ascii="Georgia" w:hAnsi="Georgia"/>
          <w:b w:val="0"/>
          <w:i w:val="0"/>
          <w:color w:val="000000"/>
          <w:sz w:val="24"/>
        </w:rPr>
        <w:t xml:space="preserve">). Слово </w:t>
      </w:r>
      <w:r>
        <w:rPr>
          <w:rFonts w:ascii="Georgia" w:hAnsi="Georgia"/>
          <w:b w:val="0"/>
          <w:i/>
          <w:color w:val="000000"/>
          <w:sz w:val="24"/>
        </w:rPr>
        <w:t>ор</w:t>
      </w:r>
      <w:r>
        <w:rPr>
          <w:rFonts w:ascii="Georgia" w:hAnsi="Georgia"/>
          <w:b w:val="0"/>
          <w:i w:val="0"/>
          <w:color w:val="000000"/>
          <w:sz w:val="24"/>
        </w:rPr>
        <w:t xml:space="preserve"> — «свет» (</w:t>
      </w:r>
      <w:r>
        <w:rPr>
          <w:rFonts w:ascii="Georgia" w:hAnsi="Georgia" w:cs="Times New Roman"/>
          <w:b/>
          <w:i w:val="0"/>
          <w:color w:val="000000"/>
          <w:sz w:val="24"/>
          <w:rtl/>
          <w:szCs w:val="32"/>
        </w:rPr>
        <w:t>אוֹר</w:t>
      </w:r>
      <w:r>
        <w:rPr>
          <w:rFonts w:ascii="Georgia" w:hAnsi="Georgia"/>
          <w:b w:val="0"/>
          <w:i w:val="0"/>
          <w:color w:val="000000"/>
          <w:sz w:val="24"/>
        </w:rPr>
        <w:t>) в гематрии [равно] 207 (</w:t>
      </w:r>
      <w:r>
        <w:rPr>
          <w:rFonts w:ascii="Georgia" w:hAnsi="Georgia" w:cs="Times New Roman"/>
          <w:b/>
          <w:i w:val="0"/>
          <w:color w:val="000000"/>
          <w:sz w:val="24"/>
          <w:rtl/>
          <w:szCs w:val="32"/>
        </w:rPr>
        <w:t>ר״ז</w:t>
      </w:r>
      <w:r>
        <w:rPr>
          <w:rFonts w:ascii="Georgia" w:hAnsi="Georgia"/>
          <w:b w:val="0"/>
          <w:i w:val="0"/>
          <w:color w:val="000000"/>
          <w:sz w:val="24"/>
        </w:rPr>
        <w:t>), и это [наполнение] алеф-ламэд (</w:t>
      </w:r>
      <w:r>
        <w:rPr>
          <w:rFonts w:ascii="Georgia" w:hAnsi="Georgia" w:cs="Times New Roman"/>
          <w:b/>
          <w:i w:val="0"/>
          <w:color w:val="000000"/>
          <w:sz w:val="24"/>
          <w:rtl/>
          <w:szCs w:val="32"/>
        </w:rPr>
        <w:t>אל״ף למ״ד</w:t>
      </w:r>
      <w:r>
        <w:rPr>
          <w:rFonts w:ascii="Georgia" w:hAnsi="Georgia"/>
          <w:b w:val="0"/>
          <w:i w:val="0"/>
          <w:color w:val="000000"/>
          <w:sz w:val="24"/>
        </w:rPr>
        <w:t xml:space="preserve"> = 185) и [Имя] ЭЙЕ (21). Говорит Шмуэль: с колелем. Слово </w:t>
      </w:r>
      <w:r>
        <w:rPr>
          <w:rFonts w:ascii="Georgia" w:hAnsi="Georgia"/>
          <w:b w:val="0"/>
          <w:i/>
          <w:color w:val="000000"/>
          <w:sz w:val="24"/>
        </w:rPr>
        <w:t>зруа</w:t>
      </w:r>
      <w:r>
        <w:rPr>
          <w:rFonts w:ascii="Georgia" w:hAnsi="Georgia"/>
          <w:b w:val="0"/>
          <w:i w:val="0"/>
          <w:color w:val="000000"/>
          <w:sz w:val="24"/>
        </w:rPr>
        <w:t xml:space="preserve"> — «посеян» (</w:t>
      </w:r>
      <w:r>
        <w:rPr>
          <w:rFonts w:ascii="Georgia" w:hAnsi="Georgia" w:cs="Times New Roman"/>
          <w:b/>
          <w:i w:val="0"/>
          <w:color w:val="000000"/>
          <w:sz w:val="24"/>
          <w:rtl/>
          <w:szCs w:val="32"/>
        </w:rPr>
        <w:t>זָרוּעַ</w:t>
      </w:r>
      <w:r>
        <w:rPr>
          <w:rFonts w:ascii="Georgia" w:hAnsi="Georgia"/>
          <w:b w:val="0"/>
          <w:i w:val="0"/>
          <w:color w:val="000000"/>
          <w:sz w:val="24"/>
        </w:rPr>
        <w:t>) в гематрии [равно] 283 (</w:t>
      </w:r>
      <w:r>
        <w:rPr>
          <w:rFonts w:ascii="Georgia" w:hAnsi="Georgia" w:cs="Times New Roman"/>
          <w:b/>
          <w:i w:val="0"/>
          <w:color w:val="000000"/>
          <w:sz w:val="24"/>
          <w:rtl/>
          <w:szCs w:val="32"/>
        </w:rPr>
        <w:t>רפ״ג</w:t>
      </w:r>
      <w:r>
        <w:rPr>
          <w:rFonts w:ascii="Georgia" w:hAnsi="Georgia"/>
          <w:b w:val="0"/>
          <w:i w:val="0"/>
          <w:color w:val="000000"/>
          <w:sz w:val="24"/>
        </w:rPr>
        <w:t xml:space="preserve">), и это [наполнение] алеф-ламэд (185), [Имя] ЭЛЬ (31) и [Имя] АДОНАЙ (65), вместе с двумя колелями. Слово </w:t>
      </w:r>
      <w:r>
        <w:rPr>
          <w:rFonts w:ascii="Georgia" w:hAnsi="Georgia"/>
          <w:b w:val="0"/>
          <w:i/>
          <w:color w:val="000000"/>
          <w:sz w:val="24"/>
        </w:rPr>
        <w:t>ле-цадик</w:t>
      </w:r>
      <w:r>
        <w:rPr>
          <w:rFonts w:ascii="Georgia" w:hAnsi="Georgia"/>
          <w:b w:val="0"/>
          <w:i w:val="0"/>
          <w:color w:val="000000"/>
          <w:sz w:val="24"/>
        </w:rPr>
        <w:t xml:space="preserve"> — «для праведника» (</w:t>
      </w:r>
      <w:r>
        <w:rPr>
          <w:rFonts w:ascii="Georgia" w:hAnsi="Georgia" w:cs="Times New Roman"/>
          <w:b/>
          <w:i w:val="0"/>
          <w:color w:val="000000"/>
          <w:sz w:val="24"/>
          <w:rtl/>
          <w:szCs w:val="32"/>
        </w:rPr>
        <w:t>לַצַּדִּיק</w:t>
      </w:r>
      <w:r>
        <w:rPr>
          <w:rFonts w:ascii="Georgia" w:hAnsi="Georgia"/>
          <w:b w:val="0"/>
          <w:i w:val="0"/>
          <w:color w:val="000000"/>
          <w:sz w:val="24"/>
        </w:rPr>
        <w:t>) в гематрии [равно сумме] АВАЯ де-АБ с йодами (72) и ЭЙЕ с йодами (161), с колелем.</w:t>
      </w:r>
    </w:p>
    <w:p>
      <w:pPr>
        <w:spacing w:before="40" w:after="120"/>
        <w:jc w:val="both"/>
      </w:pPr>
      <w:r>
        <w:rPr>
          <w:rFonts w:ascii="Georgia" w:hAnsi="Georgia"/>
          <w:b w:val="0"/>
          <w:i w:val="0"/>
          <w:color w:val="000000"/>
          <w:sz w:val="24"/>
        </w:rPr>
        <w:t xml:space="preserve">И еще: слово </w:t>
      </w:r>
      <w:r>
        <w:rPr>
          <w:rFonts w:ascii="Georgia" w:hAnsi="Georgia"/>
          <w:b w:val="0"/>
          <w:i/>
          <w:color w:val="000000"/>
          <w:sz w:val="24"/>
        </w:rPr>
        <w:t>зруа</w:t>
      </w:r>
      <w:r>
        <w:rPr>
          <w:rFonts w:ascii="Georgia" w:hAnsi="Georgia"/>
          <w:b w:val="0"/>
          <w:i w:val="0"/>
          <w:color w:val="000000"/>
          <w:sz w:val="24"/>
        </w:rPr>
        <w:t xml:space="preserve"> в гематрии [можно объяснить как Имя] ЭЛЬ (31) и [наполнение] алеф-ламэд (185), которые в гематрии с колелем дают 216 (</w:t>
      </w:r>
      <w:r>
        <w:rPr>
          <w:rFonts w:ascii="Georgia" w:hAnsi="Georgia" w:cs="Times New Roman"/>
          <w:b/>
          <w:i w:val="0"/>
          <w:color w:val="000000"/>
          <w:sz w:val="24"/>
          <w:rtl/>
          <w:szCs w:val="32"/>
        </w:rPr>
        <w:t>רי״ו</w:t>
      </w:r>
      <w:r>
        <w:rPr>
          <w:rFonts w:ascii="Georgia" w:hAnsi="Georgia"/>
          <w:b w:val="0"/>
          <w:i w:val="0"/>
          <w:color w:val="000000"/>
          <w:sz w:val="24"/>
        </w:rPr>
        <w:t>) (то есть 216, а с колелем — 217 (</w:t>
      </w:r>
      <w:r>
        <w:rPr>
          <w:rFonts w:ascii="Georgia" w:hAnsi="Georgia" w:cs="Times New Roman"/>
          <w:b/>
          <w:i w:val="0"/>
          <w:color w:val="000000"/>
          <w:sz w:val="24"/>
          <w:rtl/>
          <w:szCs w:val="32"/>
        </w:rPr>
        <w:t>רי״ז</w:t>
      </w:r>
      <w:r>
        <w:rPr>
          <w:rFonts w:ascii="Georgia" w:hAnsi="Georgia"/>
          <w:b w:val="0"/>
          <w:i w:val="0"/>
          <w:color w:val="000000"/>
          <w:sz w:val="24"/>
        </w:rPr>
        <w:t>); и так же в Имени АДОНАЙ [65], а с колелем — 66 (</w:t>
      </w:r>
      <w:r>
        <w:rPr>
          <w:rFonts w:ascii="Georgia" w:hAnsi="Georgia" w:cs="Times New Roman"/>
          <w:b/>
          <w:i w:val="0"/>
          <w:color w:val="000000"/>
          <w:sz w:val="24"/>
          <w:rtl/>
          <w:szCs w:val="32"/>
        </w:rPr>
        <w:t>ס״ו</w:t>
      </w:r>
      <w:r>
        <w:rPr>
          <w:rFonts w:ascii="Georgia" w:hAnsi="Georgia"/>
          <w:b w:val="0"/>
          <w:i w:val="0"/>
          <w:color w:val="000000"/>
          <w:sz w:val="24"/>
        </w:rPr>
        <w:t>); [так пояснил] автор комментария (</w:t>
      </w:r>
      <w:r>
        <w:rPr>
          <w:rFonts w:ascii="Georgia" w:hAnsi="Georgia" w:cs="Times New Roman"/>
          <w:b/>
          <w:i w:val="0"/>
          <w:color w:val="000000"/>
          <w:sz w:val="24"/>
          <w:rtl/>
          <w:szCs w:val="32"/>
        </w:rPr>
        <w:t>היוס״ד</w:t>
      </w:r>
      <w:r>
        <w:rPr>
          <w:rFonts w:ascii="Georgia" w:hAnsi="Georgia"/>
          <w:b w:val="0"/>
          <w:i w:val="0"/>
          <w:color w:val="000000"/>
          <w:sz w:val="24"/>
        </w:rPr>
        <w:t>) ради подсчета числа 283), а Имя АДОНАЙ с колелем дает 66, и вот [в сумме получается] 283 (</w:t>
      </w:r>
      <w:r>
        <w:rPr>
          <w:rFonts w:ascii="Georgia" w:hAnsi="Georgia" w:cs="Times New Roman"/>
          <w:b/>
          <w:i w:val="0"/>
          <w:color w:val="000000"/>
          <w:sz w:val="24"/>
          <w:rtl/>
          <w:szCs w:val="32"/>
        </w:rPr>
        <w:t>רפ״ג</w:t>
      </w:r>
      <w:r>
        <w:rPr>
          <w:rFonts w:ascii="Georgia" w:hAnsi="Georgia"/>
          <w:b w:val="0"/>
          <w:i w:val="0"/>
          <w:color w:val="000000"/>
          <w:sz w:val="24"/>
        </w:rPr>
        <w:t xml:space="preserve">). Слово </w:t>
      </w:r>
      <w:r>
        <w:rPr>
          <w:rFonts w:ascii="Georgia" w:hAnsi="Georgia"/>
          <w:b w:val="0"/>
          <w:i/>
          <w:color w:val="000000"/>
          <w:sz w:val="24"/>
        </w:rPr>
        <w:t>у-ле-йишрей</w:t>
      </w:r>
      <w:r>
        <w:rPr>
          <w:rFonts w:ascii="Georgia" w:hAnsi="Georgia"/>
          <w:b w:val="0"/>
          <w:i w:val="0"/>
          <w:color w:val="000000"/>
          <w:sz w:val="24"/>
        </w:rPr>
        <w:t xml:space="preserve"> — «и для правых» (</w:t>
      </w:r>
      <w:r>
        <w:rPr>
          <w:rFonts w:ascii="Georgia" w:hAnsi="Georgia" w:cs="Times New Roman"/>
          <w:b/>
          <w:i w:val="0"/>
          <w:color w:val="000000"/>
          <w:sz w:val="24"/>
          <w:rtl/>
          <w:szCs w:val="32"/>
        </w:rPr>
        <w:t>וּלְיִשְׁרֵי</w:t>
      </w:r>
      <w:r>
        <w:rPr>
          <w:rFonts w:ascii="Georgia" w:hAnsi="Georgia"/>
          <w:b w:val="0"/>
          <w:i w:val="0"/>
          <w:color w:val="000000"/>
          <w:sz w:val="24"/>
        </w:rPr>
        <w:t>) в гематрии [равно] 556 (</w:t>
      </w:r>
      <w:r>
        <w:rPr>
          <w:rFonts w:ascii="Georgia" w:hAnsi="Georgia" w:cs="Times New Roman"/>
          <w:b/>
          <w:i w:val="0"/>
          <w:color w:val="000000"/>
          <w:sz w:val="24"/>
          <w:rtl/>
          <w:szCs w:val="32"/>
        </w:rPr>
        <w:t>תקנ״ו</w:t>
      </w:r>
      <w:r>
        <w:rPr>
          <w:rFonts w:ascii="Georgia" w:hAnsi="Georgia"/>
          <w:b w:val="0"/>
          <w:i w:val="0"/>
          <w:color w:val="000000"/>
          <w:sz w:val="24"/>
        </w:rPr>
        <w:t xml:space="preserve">), и это трижды [наполнение] алеф-ламэд в их полных наполнениях (185 </w:t>
      </w:r>
      <w:r>
        <w:rPr>
          <w:rFonts w:ascii="Georgia" w:hAnsi="Georgia"/>
          <w:b w:val="0"/>
          <w:i/>
          <w:color w:val="000000"/>
          <w:sz w:val="24"/>
        </w:rPr>
        <w:t xml:space="preserve"> 3 = 555). Говорит Шмуэль: с колелем. Слова </w:t>
      </w:r>
      <w:r>
        <w:rPr>
          <w:rFonts w:ascii="Georgia" w:hAnsi="Georgia"/>
          <w:b w:val="0"/>
          <w:i w:val="0"/>
          <w:color w:val="000000"/>
          <w:sz w:val="24"/>
        </w:rPr>
        <w:t>лев симха</w:t>
      </w:r>
      <w:r>
        <w:rPr>
          <w:rFonts w:ascii="Georgia" w:hAnsi="Georgia"/>
          <w:b w:val="0"/>
          <w:i/>
          <w:color w:val="000000"/>
          <w:sz w:val="24"/>
        </w:rPr>
        <w:t xml:space="preserve"> — «сердце [и] радость» (</w:t>
      </w:r>
      <w:r>
        <w:rPr>
          <w:rFonts w:ascii="Georgia" w:hAnsi="Georgia" w:cs="Times New Roman"/>
          <w:b/>
          <w:i/>
          <w:color w:val="000000"/>
          <w:sz w:val="24"/>
          <w:rtl/>
          <w:szCs w:val="32"/>
        </w:rPr>
        <w:t>לֵב שִׂמְחָה</w:t>
      </w:r>
      <w:r>
        <w:rPr>
          <w:rFonts w:ascii="Georgia" w:hAnsi="Georgia"/>
          <w:b w:val="0"/>
          <w:i/>
          <w:color w:val="000000"/>
          <w:sz w:val="24"/>
        </w:rPr>
        <w:t>) в гематрии [равны] 385 (</w:t>
      </w:r>
      <w:r>
        <w:rPr>
          <w:rFonts w:ascii="Georgia" w:hAnsi="Georgia" w:cs="Times New Roman"/>
          <w:b/>
          <w:i/>
          <w:color w:val="000000"/>
          <w:sz w:val="24"/>
          <w:rtl/>
          <w:szCs w:val="32"/>
        </w:rPr>
        <w:t>שפ״ה</w:t>
      </w:r>
      <w:r>
        <w:rPr>
          <w:rFonts w:ascii="Georgia" w:hAnsi="Georgia"/>
          <w:b w:val="0"/>
          <w:i/>
          <w:color w:val="000000"/>
          <w:sz w:val="24"/>
        </w:rPr>
        <w:t>), и это [Имя] ЭЛОКИМ в простом написании — 86 (</w:t>
      </w:r>
      <w:r>
        <w:rPr>
          <w:rFonts w:ascii="Georgia" w:hAnsi="Georgia" w:cs="Times New Roman"/>
          <w:b/>
          <w:i/>
          <w:color w:val="000000"/>
          <w:sz w:val="24"/>
          <w:rtl/>
          <w:szCs w:val="32"/>
        </w:rPr>
        <w:t>פ״ו</w:t>
      </w:r>
      <w:r>
        <w:rPr>
          <w:rFonts w:ascii="Georgia" w:hAnsi="Georgia"/>
          <w:b w:val="0"/>
          <w:i/>
          <w:color w:val="000000"/>
          <w:sz w:val="24"/>
        </w:rPr>
        <w:t>), а в наполнении с йодами — 300 (</w:t>
      </w:r>
      <w:r>
        <w:rPr>
          <w:rFonts w:ascii="Georgia" w:hAnsi="Georgia" w:cs="Times New Roman"/>
          <w:b/>
          <w:i/>
          <w:color w:val="000000"/>
          <w:sz w:val="24"/>
          <w:rtl/>
          <w:szCs w:val="32"/>
        </w:rPr>
        <w:t>ש</w:t>
      </w:r>
      <w:r>
        <w:rPr>
          <w:rFonts w:ascii="Georgia" w:hAnsi="Georgia"/>
          <w:b w:val="0"/>
          <w:i/>
          <w:color w:val="000000"/>
          <w:sz w:val="24"/>
        </w:rPr>
        <w:t>), и вот [получается число] 385 (</w:t>
      </w:r>
      <w:r>
        <w:rPr>
          <w:rFonts w:ascii="Georgia" w:hAnsi="Georgia" w:cs="Times New Roman"/>
          <w:b/>
          <w:i/>
          <w:color w:val="000000"/>
          <w:sz w:val="24"/>
          <w:rtl/>
          <w:szCs w:val="32"/>
        </w:rPr>
        <w:t>שפ״ה</w:t>
      </w:r>
      <w:r>
        <w:rPr>
          <w:rFonts w:ascii="Georgia" w:hAnsi="Georgia"/>
          <w:b w:val="0"/>
          <w:i/>
          <w:color w:val="000000"/>
          <w:sz w:val="24"/>
        </w:rPr>
        <w:t xml:space="preserve">). Говорит Шмуэль: с колелем. И все Имена ЭЛЬ, которые мы упомянули, все они [служат для того], чтобы притянуть их к этому [Имени] ЭЛОКИМ для его услаждения. Имя из [слова] </w:t>
      </w:r>
      <w:r>
        <w:rPr>
          <w:rFonts w:ascii="Georgia" w:hAnsi="Georgia"/>
          <w:b w:val="0"/>
          <w:i w:val="0"/>
          <w:color w:val="000000"/>
          <w:sz w:val="24"/>
        </w:rPr>
        <w:t>симха</w:t>
      </w:r>
      <w:r>
        <w:rPr>
          <w:rFonts w:ascii="Georgia" w:hAnsi="Georgia"/>
          <w:b w:val="0"/>
          <w:i/>
          <w:color w:val="000000"/>
          <w:sz w:val="24"/>
        </w:rPr>
        <w:t xml:space="preserve"> (</w:t>
      </w:r>
      <w:r>
        <w:rPr>
          <w:rFonts w:ascii="Georgia" w:hAnsi="Georgia" w:cs="Times New Roman"/>
          <w:b/>
          <w:i/>
          <w:color w:val="000000"/>
          <w:sz w:val="24"/>
          <w:rtl/>
          <w:szCs w:val="32"/>
        </w:rPr>
        <w:t>שִׂמְחָה</w:t>
      </w:r>
      <w:r>
        <w:rPr>
          <w:rFonts w:ascii="Georgia" w:hAnsi="Georgia"/>
          <w:b w:val="0"/>
          <w:i/>
          <w:color w:val="000000"/>
          <w:sz w:val="24"/>
        </w:rPr>
        <w:t>) по системе атбаш (</w:t>
      </w:r>
      <w:r>
        <w:rPr>
          <w:rFonts w:ascii="Georgia" w:hAnsi="Georgia" w:cs="Times New Roman"/>
          <w:b/>
          <w:i/>
          <w:color w:val="000000"/>
          <w:sz w:val="24"/>
          <w:rtl/>
          <w:szCs w:val="32"/>
        </w:rPr>
        <w:t>א״ת ב״ש</w:t>
      </w:r>
      <w:r>
        <w:rPr>
          <w:rFonts w:ascii="Georgia" w:hAnsi="Georgia"/>
          <w:b w:val="0"/>
          <w:i/>
          <w:color w:val="000000"/>
          <w:sz w:val="24"/>
        </w:rPr>
        <w:t xml:space="preserve">) — это </w:t>
      </w:r>
      <w:r>
        <w:rPr>
          <w:rFonts w:ascii="Georgia" w:hAnsi="Georgia"/>
          <w:b w:val="0"/>
          <w:i w:val="0"/>
          <w:color w:val="000000"/>
          <w:sz w:val="24"/>
        </w:rPr>
        <w:t>Боясацу</w:t>
      </w:r>
      <w:r>
        <w:rPr>
          <w:rFonts w:ascii="Georgia" w:hAnsi="Georgia"/>
          <w:b w:val="0"/>
          <w:i/>
          <w:color w:val="000000"/>
          <w:sz w:val="24"/>
        </w:rPr>
        <w:t xml:space="preserve"> (</w:t>
      </w:r>
      <w:r>
        <w:rPr>
          <w:rFonts w:ascii="Georgia" w:hAnsi="Georgia" w:cs="Times New Roman"/>
          <w:b/>
          <w:i/>
          <w:color w:val="000000"/>
          <w:sz w:val="24"/>
          <w:rtl/>
          <w:szCs w:val="32"/>
        </w:rPr>
        <w:t>בֹיָסַצוּ</w:t>
      </w:r>
      <w:r>
        <w:rPr>
          <w:rFonts w:ascii="Georgia" w:hAnsi="Georgia"/>
          <w:b w:val="0"/>
          <w:i/>
          <w:color w:val="000000"/>
          <w:sz w:val="24"/>
        </w:rPr>
        <w:t>), и оно в гематрии [равно Имени] ЭЙЕ с йодами — 161 (</w:t>
      </w:r>
      <w:r>
        <w:rPr>
          <w:rFonts w:ascii="Georgia" w:hAnsi="Georgia" w:cs="Times New Roman"/>
          <w:b/>
          <w:i/>
          <w:color w:val="000000"/>
          <w:sz w:val="24"/>
          <w:rtl/>
          <w:szCs w:val="32"/>
        </w:rPr>
        <w:t>קס״א</w:t>
      </w:r>
      <w:r>
        <w:rPr>
          <w:rFonts w:ascii="Georgia" w:hAnsi="Georgia"/>
          <w:b w:val="0"/>
          <w:i/>
          <w:color w:val="000000"/>
          <w:sz w:val="24"/>
        </w:rPr>
        <w:t xml:space="preserve">). Говорит Шмуэль: с колелем. А огласовка [слов] </w:t>
      </w:r>
      <w:r>
        <w:rPr>
          <w:rFonts w:ascii="Georgia" w:hAnsi="Georgia"/>
          <w:b w:val="0"/>
          <w:i w:val="0"/>
          <w:color w:val="000000"/>
          <w:sz w:val="24"/>
        </w:rPr>
        <w:t>«Свет посеян для праведника и для правых [сердцем]…»* — [следующая]:</w:t>
      </w:r>
    </w:p>
    <w:p>
      <w:pPr>
        <w:keepNext/>
        <w:spacing w:before="320" w:after="120"/>
      </w:pPr>
      <w:r>
        <w:rPr>
          <w:rFonts w:ascii="Georgia" w:hAnsi="Georgia"/>
          <w:b w:val="0"/>
          <w:i w:val="0"/>
          <w:color w:val="000000"/>
          <w:sz w:val="32"/>
        </w:rPr>
        <w:t>Ихуд 22</w:t>
      </w:r>
    </w:p>
    <w:p>
      <w:pPr>
        <w:spacing w:before="40" w:after="120"/>
        <w:jc w:val="both"/>
      </w:pPr>
      <w:r>
        <w:rPr>
          <w:rFonts w:ascii="Georgia" w:hAnsi="Georgia"/>
          <w:b w:val="0"/>
          <w:i w:val="0"/>
          <w:color w:val="000000"/>
          <w:sz w:val="24"/>
        </w:rPr>
        <w:t xml:space="preserve">К вышеупомянутому [стиху]: </w:t>
      </w:r>
      <w:r>
        <w:rPr>
          <w:rFonts w:ascii="Georgia" w:hAnsi="Georgia"/>
          <w:b w:val="0"/>
          <w:i/>
          <w:color w:val="000000"/>
          <w:sz w:val="24"/>
        </w:rPr>
        <w:t>«Поддерживает Г-сподь всех падающих…»</w:t>
      </w:r>
      <w:r>
        <w:rPr>
          <w:rFonts w:ascii="Georgia" w:hAnsi="Georgia"/>
          <w:b w:val="0"/>
          <w:i w:val="0"/>
          <w:color w:val="000000"/>
          <w:sz w:val="24"/>
        </w:rPr>
        <w:t xml:space="preserve"> (Теилим 145:14). Начальные буквы [этих слов составляют 105, что соответствует сумме гематрий] двух [Имен] АВАЯ с наполнением хэй (де-хэйин), то есть БОН и БОН [52 + 52 = 104], вместе с коллелем [104 + 1 = 105]. Кроме того, это [Имя] АВАЯ в своем известном мысленном представлении содержит пятнадцать букв вав (</w:t>
      </w:r>
      <w:r>
        <w:rPr>
          <w:rFonts w:ascii="Georgia" w:hAnsi="Georgia" w:cs="Times New Roman"/>
          <w:b/>
          <w:i w:val="0"/>
          <w:color w:val="000000"/>
          <w:sz w:val="24"/>
          <w:rtl/>
          <w:szCs w:val="32"/>
        </w:rPr>
        <w:t>ו</w:t>
      </w:r>
      <w:r>
        <w:rPr>
          <w:rFonts w:ascii="Georgia" w:hAnsi="Georgia"/>
          <w:b w:val="0"/>
          <w:i w:val="0"/>
          <w:color w:val="000000"/>
          <w:sz w:val="24"/>
        </w:rPr>
        <w:t>), а вместе с остальными четырнадцатью [буквами] это составляет 104 (</w:t>
      </w:r>
      <w:r>
        <w:rPr>
          <w:rFonts w:ascii="Georgia" w:hAnsi="Georgia" w:cs="Times New Roman"/>
          <w:b/>
          <w:i w:val="0"/>
          <w:color w:val="000000"/>
          <w:sz w:val="24"/>
          <w:rtl/>
          <w:szCs w:val="32"/>
        </w:rPr>
        <w:t>ק״ד</w:t>
      </w:r>
      <w:r>
        <w:rPr>
          <w:rFonts w:ascii="Georgia" w:hAnsi="Georgia"/>
          <w:b w:val="0"/>
          <w:i w:val="0"/>
          <w:color w:val="000000"/>
          <w:sz w:val="24"/>
        </w:rPr>
        <w:t>). [Примечание издателя: рав Йосеф Дараа, благословенной памяти, в «Каванот» писал, что из волос рош де-ЗА образовались упомянутые здесь пятнадцать букв вав; однако здесь имеется в виду буква вав, на которую должно быть направлено намерение (кавана) — притянуть [свет] от дикна де-АА к рош де-ЗА, к Нукве]. Конечные буквы [этих слов имеют гематрию] 95 (</w:t>
      </w:r>
      <w:r>
        <w:rPr>
          <w:rFonts w:ascii="Georgia" w:hAnsi="Georgia" w:cs="Times New Roman"/>
          <w:b/>
          <w:i w:val="0"/>
          <w:color w:val="000000"/>
          <w:sz w:val="24"/>
          <w:rtl/>
          <w:szCs w:val="32"/>
        </w:rPr>
        <w:t>צ״ה</w:t>
      </w:r>
      <w:r>
        <w:rPr>
          <w:rFonts w:ascii="Georgia" w:hAnsi="Georgia"/>
          <w:b w:val="0"/>
          <w:i w:val="0"/>
          <w:color w:val="000000"/>
          <w:sz w:val="24"/>
        </w:rPr>
        <w:t xml:space="preserve">), а вместе с коллелем — [96, что равно сумме Имен] ЭЛЬ АДОНАЙ [31 + 65 = 96]. Намерение же заключается в том, чтобы притянуть [свет] от дикна де-АА к Нукве де-ЗА. </w:t>
      </w:r>
      <w:r>
        <w:rPr>
          <w:rFonts w:ascii="Georgia" w:hAnsi="Georgia"/>
          <w:b w:val="0"/>
          <w:i/>
          <w:color w:val="000000"/>
          <w:sz w:val="24"/>
        </w:rPr>
        <w:t>«…И выпрямляет всех согбенных»</w:t>
      </w:r>
      <w:r>
        <w:rPr>
          <w:rFonts w:ascii="Georgia" w:hAnsi="Georgia"/>
          <w:b w:val="0"/>
          <w:i w:val="0"/>
          <w:color w:val="000000"/>
          <w:sz w:val="24"/>
        </w:rPr>
        <w:t xml:space="preserve">: начальные буквы составляют слово </w:t>
      </w:r>
      <w:r>
        <w:rPr>
          <w:rFonts w:ascii="Georgia" w:hAnsi="Georgia"/>
          <w:b w:val="0"/>
          <w:i/>
          <w:color w:val="000000"/>
          <w:sz w:val="24"/>
        </w:rPr>
        <w:t>эм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 xml:space="preserve"> = 41) — буквы [Имени] ЭЙЕ с наполнением алеф (де-алфин). Посредством этого [сочетания] </w:t>
      </w:r>
      <w:r>
        <w:rPr>
          <w:rFonts w:ascii="Georgia" w:hAnsi="Georgia"/>
          <w:b w:val="0"/>
          <w:i/>
          <w:color w:val="000000"/>
          <w:sz w:val="24"/>
        </w:rPr>
        <w:t>эм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 Рахель, представляющая собой упомянутое [Имя] АВАЯ с наполнением хэй (де-хэйин) и стоящая, как известно, в Ход де-Има, поднимется к Бине де-ЗА, которая представляет собой упомянутое [Имя] ЭЙЕ. Конечные буквы [этих слов дают в сумме] 150 (</w:t>
      </w:r>
      <w:r>
        <w:rPr>
          <w:rFonts w:ascii="Georgia" w:hAnsi="Georgia" w:cs="Times New Roman"/>
          <w:b/>
          <w:i w:val="0"/>
          <w:color w:val="000000"/>
          <w:sz w:val="24"/>
          <w:rtl/>
          <w:szCs w:val="32"/>
        </w:rPr>
        <w:t>ק״ן</w:t>
      </w:r>
      <w:r>
        <w:rPr>
          <w:rFonts w:ascii="Georgia" w:hAnsi="Georgia"/>
          <w:b w:val="0"/>
          <w:i w:val="0"/>
          <w:color w:val="000000"/>
          <w:sz w:val="24"/>
        </w:rPr>
        <w:t>), что соответствует [Имени] ЭЙЕ с наполнением хэй (де-хэйин). Намерение же состоит в том, чтобы светить ей из Даат де-ЗА, облаченного, как известно, в Есод де-Бина, называемый 151 (</w:t>
      </w:r>
      <w:r>
        <w:rPr>
          <w:rFonts w:ascii="Georgia" w:hAnsi="Georgia" w:cs="Times New Roman"/>
          <w:b/>
          <w:i w:val="0"/>
          <w:color w:val="000000"/>
          <w:sz w:val="24"/>
          <w:rtl/>
          <w:szCs w:val="32"/>
        </w:rPr>
        <w:t>קנ״א</w:t>
      </w:r>
      <w:r>
        <w:rPr>
          <w:rFonts w:ascii="Georgia" w:hAnsi="Georgia"/>
          <w:b w:val="0"/>
          <w:i w:val="0"/>
          <w:color w:val="000000"/>
          <w:sz w:val="24"/>
        </w:rPr>
        <w:t xml:space="preserve">), как упомянуто выше. Гематрия слова </w:t>
      </w:r>
      <w:r>
        <w:rPr>
          <w:rFonts w:ascii="Georgia" w:hAnsi="Georgia"/>
          <w:b w:val="0"/>
          <w:i/>
          <w:color w:val="000000"/>
          <w:sz w:val="24"/>
        </w:rPr>
        <w:t>сомех</w:t>
      </w:r>
      <w:r>
        <w:rPr>
          <w:rFonts w:ascii="Georgia" w:hAnsi="Georgia"/>
          <w:b w:val="0"/>
          <w:i w:val="0"/>
          <w:color w:val="000000"/>
          <w:sz w:val="24"/>
        </w:rPr>
        <w:t xml:space="preserve"> — 126 (</w:t>
      </w:r>
      <w:r>
        <w:rPr>
          <w:rFonts w:ascii="Georgia" w:hAnsi="Georgia" w:cs="Times New Roman"/>
          <w:b/>
          <w:i w:val="0"/>
          <w:color w:val="000000"/>
          <w:sz w:val="24"/>
          <w:rtl/>
          <w:szCs w:val="32"/>
        </w:rPr>
        <w:t>קכ״ו</w:t>
      </w:r>
      <w:r>
        <w:rPr>
          <w:rFonts w:ascii="Georgia" w:hAnsi="Georgia"/>
          <w:b w:val="0"/>
          <w:i w:val="0"/>
          <w:color w:val="000000"/>
          <w:sz w:val="24"/>
        </w:rPr>
        <w:t>). Намерение здесь состоит в том, чтобы притянуть трижды по 42 [в сумме составляющие 126], содержащиеся в трех [Именах] АВАЯ — АБ, САГ и МА, — до Зеир Анпина, а также притянуть простое развертывание ахораим [Имени] АДОНАЙ, гематрия которого [также] составляет 126, к Его Нукве. Оба этих намерения образуют [Имя] АВАЯ, поскольку три упомянутых [наполнения по] 42 заключены в трех первых буквах йод, хэй, вав (</w:t>
      </w:r>
      <w:r>
        <w:rPr>
          <w:rFonts w:ascii="Georgia" w:hAnsi="Georgia" w:cs="Times New Roman"/>
          <w:b/>
          <w:i w:val="0"/>
          <w:color w:val="000000"/>
          <w:sz w:val="24"/>
          <w:rtl/>
          <w:szCs w:val="32"/>
        </w:rPr>
        <w:t>יה״ו</w:t>
      </w:r>
      <w:r>
        <w:rPr>
          <w:rFonts w:ascii="Georgia" w:hAnsi="Georgia"/>
          <w:b w:val="0"/>
          <w:i w:val="0"/>
          <w:color w:val="000000"/>
          <w:sz w:val="24"/>
        </w:rPr>
        <w:t>), в которых пребывает тайна [наполнений] АБ, САГ и МА, тогда как Имя АДОНАЙ находится в последней букве хэй (</w:t>
      </w:r>
      <w:r>
        <w:rPr>
          <w:rFonts w:ascii="Georgia" w:hAnsi="Georgia" w:cs="Times New Roman"/>
          <w:b/>
          <w:i w:val="0"/>
          <w:color w:val="000000"/>
          <w:sz w:val="24"/>
          <w:rtl/>
          <w:szCs w:val="32"/>
        </w:rPr>
        <w:t>ה</w:t>
      </w:r>
      <w:r>
        <w:rPr>
          <w:rFonts w:ascii="Georgia" w:hAnsi="Georgia"/>
          <w:b w:val="0"/>
          <w:i w:val="0"/>
          <w:color w:val="000000"/>
          <w:sz w:val="24"/>
        </w:rPr>
        <w:t xml:space="preserve">). Это и есть то самое [Имя] АВАЯ, о котором сказано в стихе </w:t>
      </w:r>
      <w:r>
        <w:rPr>
          <w:rFonts w:ascii="Georgia" w:hAnsi="Georgia"/>
          <w:b w:val="0"/>
          <w:i/>
          <w:color w:val="000000"/>
          <w:sz w:val="24"/>
        </w:rPr>
        <w:t>«Поддерживает Г-сподь всех падающих»</w:t>
      </w:r>
      <w:r>
        <w:rPr>
          <w:rFonts w:ascii="Georgia" w:hAnsi="Georgia"/>
          <w:b w:val="0"/>
          <w:i w:val="0"/>
          <w:color w:val="000000"/>
          <w:sz w:val="24"/>
        </w:rPr>
        <w:t xml:space="preserve">. Слово </w:t>
      </w:r>
      <w:r>
        <w:rPr>
          <w:rFonts w:ascii="Georgia" w:hAnsi="Georgia"/>
          <w:b w:val="0"/>
          <w:i/>
          <w:color w:val="000000"/>
          <w:sz w:val="24"/>
        </w:rPr>
        <w:t>лехоль</w:t>
      </w:r>
      <w:r>
        <w:rPr>
          <w:rFonts w:ascii="Georgia" w:hAnsi="Georgia"/>
          <w:b w:val="0"/>
          <w:i w:val="0"/>
          <w:color w:val="000000"/>
          <w:sz w:val="24"/>
        </w:rPr>
        <w:t xml:space="preserve"> имеет гематрию [80, равную сумме Имен] ЙА и АДОНАЙ [15 + 65 = 80], и намерение заключается в том, чтобы притянуть в Нукву этот свет разума (мохин). Слово </w:t>
      </w:r>
      <w:r>
        <w:rPr>
          <w:rFonts w:ascii="Georgia" w:hAnsi="Georgia"/>
          <w:b w:val="0"/>
          <w:i/>
          <w:color w:val="000000"/>
          <w:sz w:val="24"/>
        </w:rPr>
        <w:t>а-нофлим</w:t>
      </w:r>
      <w:r>
        <w:rPr>
          <w:rFonts w:ascii="Georgia" w:hAnsi="Georgia"/>
          <w:b w:val="0"/>
          <w:i w:val="0"/>
          <w:color w:val="000000"/>
          <w:sz w:val="24"/>
        </w:rPr>
        <w:t xml:space="preserve"> имеет гематрию 215 (</w:t>
      </w:r>
      <w:r>
        <w:rPr>
          <w:rFonts w:ascii="Georgia" w:hAnsi="Georgia" w:cs="Times New Roman"/>
          <w:b/>
          <w:i w:val="0"/>
          <w:color w:val="000000"/>
          <w:sz w:val="24"/>
          <w:rtl/>
          <w:szCs w:val="32"/>
        </w:rPr>
        <w:t>רט״ו</w:t>
      </w:r>
      <w:r>
        <w:rPr>
          <w:rFonts w:ascii="Georgia" w:hAnsi="Georgia"/>
          <w:b w:val="0"/>
          <w:i w:val="0"/>
          <w:color w:val="000000"/>
          <w:sz w:val="24"/>
        </w:rPr>
        <w:t xml:space="preserve">), что соответствует простому развертыванию ахораим [Имени] ЭЛОКИМ: оно составляет 200 вместе с пятнадцатью составляющими его буквами, и все это равно гематрии слова </w:t>
      </w:r>
      <w:r>
        <w:rPr>
          <w:rFonts w:ascii="Georgia" w:hAnsi="Georgia"/>
          <w:b w:val="0"/>
          <w:i/>
          <w:color w:val="000000"/>
          <w:sz w:val="24"/>
        </w:rPr>
        <w:t>ахор</w:t>
      </w:r>
      <w:r>
        <w:rPr>
          <w:rFonts w:ascii="Georgia" w:hAnsi="Georgia"/>
          <w:b w:val="0"/>
          <w:i w:val="0"/>
          <w:color w:val="000000"/>
          <w:sz w:val="24"/>
        </w:rPr>
        <w:t xml:space="preserve"> (</w:t>
      </w:r>
      <w:r>
        <w:rPr>
          <w:rFonts w:ascii="Georgia" w:hAnsi="Georgia" w:cs="Times New Roman"/>
          <w:b/>
          <w:i w:val="0"/>
          <w:color w:val="000000"/>
          <w:sz w:val="24"/>
          <w:rtl/>
          <w:szCs w:val="32"/>
        </w:rPr>
        <w:t>אחו״ר</w:t>
      </w:r>
      <w:r>
        <w:rPr>
          <w:rFonts w:ascii="Georgia" w:hAnsi="Georgia"/>
          <w:b w:val="0"/>
          <w:i w:val="0"/>
          <w:color w:val="000000"/>
          <w:sz w:val="24"/>
        </w:rPr>
        <w:t xml:space="preserve"> = 215). Слово </w:t>
      </w:r>
      <w:r>
        <w:rPr>
          <w:rFonts w:ascii="Georgia" w:hAnsi="Georgia"/>
          <w:b w:val="0"/>
          <w:i/>
          <w:color w:val="000000"/>
          <w:sz w:val="24"/>
        </w:rPr>
        <w:t>ве-зокеф</w:t>
      </w:r>
      <w:r>
        <w:rPr>
          <w:rFonts w:ascii="Georgia" w:hAnsi="Georgia"/>
          <w:b w:val="0"/>
          <w:i w:val="0"/>
          <w:color w:val="000000"/>
          <w:sz w:val="24"/>
        </w:rPr>
        <w:t xml:space="preserve"> имеет гематрию 199 (</w:t>
      </w:r>
      <w:r>
        <w:rPr>
          <w:rFonts w:ascii="Georgia" w:hAnsi="Georgia" w:cs="Times New Roman"/>
          <w:b/>
          <w:i w:val="0"/>
          <w:color w:val="000000"/>
          <w:sz w:val="24"/>
          <w:rtl/>
          <w:szCs w:val="32"/>
        </w:rPr>
        <w:t>קצ״ט</w:t>
      </w:r>
      <w:r>
        <w:rPr>
          <w:rFonts w:ascii="Georgia" w:hAnsi="Georgia"/>
          <w:b w:val="0"/>
          <w:i w:val="0"/>
          <w:color w:val="000000"/>
          <w:sz w:val="24"/>
        </w:rPr>
        <w:t xml:space="preserve">), что составляет: [наполнение] </w:t>
      </w:r>
      <w:r>
        <w:rPr>
          <w:rFonts w:ascii="Georgia" w:hAnsi="Georgia"/>
          <w:b w:val="0"/>
          <w:i/>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יו״ד</w:t>
      </w:r>
      <w:r>
        <w:rPr>
          <w:rFonts w:ascii="Georgia" w:hAnsi="Georgia"/>
          <w:b w:val="0"/>
          <w:i w:val="0"/>
          <w:color w:val="000000"/>
          <w:sz w:val="24"/>
        </w:rPr>
        <w:t xml:space="preserve"> = 20) раз по [наполнению] </w:t>
      </w:r>
      <w:r>
        <w:rPr>
          <w:rFonts w:ascii="Georgia" w:hAnsi="Georgia"/>
          <w:b w:val="0"/>
          <w:i/>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ה״א</w:t>
      </w:r>
      <w:r>
        <w:rPr>
          <w:rFonts w:ascii="Georgia" w:hAnsi="Georgia"/>
          <w:b w:val="0"/>
          <w:i w:val="0"/>
          <w:color w:val="000000"/>
          <w:sz w:val="24"/>
        </w:rPr>
        <w:t xml:space="preserve"> = 6) [20 × 6 = 120], [наполнение] </w:t>
      </w:r>
      <w:r>
        <w:rPr>
          <w:rFonts w:ascii="Georgia" w:hAnsi="Georgia"/>
          <w:b w:val="0"/>
          <w:i/>
          <w:color w:val="000000"/>
          <w:sz w:val="24"/>
        </w:rPr>
        <w:t>вав</w:t>
      </w:r>
      <w:r>
        <w:rPr>
          <w:rFonts w:ascii="Georgia" w:hAnsi="Georgia"/>
          <w:b w:val="0"/>
          <w:i w:val="0"/>
          <w:color w:val="000000"/>
          <w:sz w:val="24"/>
        </w:rPr>
        <w:t xml:space="preserve"> (</w:t>
      </w:r>
      <w:r>
        <w:rPr>
          <w:rFonts w:ascii="Georgia" w:hAnsi="Georgia" w:cs="Times New Roman"/>
          <w:b/>
          <w:i w:val="0"/>
          <w:color w:val="000000"/>
          <w:sz w:val="24"/>
          <w:rtl/>
          <w:szCs w:val="32"/>
        </w:rPr>
        <w:t>וא״ו</w:t>
      </w:r>
      <w:r>
        <w:rPr>
          <w:rFonts w:ascii="Georgia" w:hAnsi="Georgia"/>
          <w:b w:val="0"/>
          <w:i w:val="0"/>
          <w:color w:val="000000"/>
          <w:sz w:val="24"/>
        </w:rPr>
        <w:t xml:space="preserve"> = 13) раз по [наполнению] </w:t>
      </w:r>
      <w:r>
        <w:rPr>
          <w:rFonts w:ascii="Georgia" w:hAnsi="Georgia"/>
          <w:b w:val="0"/>
          <w:i/>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ה״א</w:t>
      </w:r>
      <w:r>
        <w:rPr>
          <w:rFonts w:ascii="Georgia" w:hAnsi="Georgia"/>
          <w:b w:val="0"/>
          <w:i w:val="0"/>
          <w:color w:val="000000"/>
          <w:sz w:val="24"/>
        </w:rPr>
        <w:t xml:space="preserve"> = 6) [13 × 6 = 78] и коллель [120 + 78 + 1 = 199]; это тайна [Имени] ЭЛЬ Эльон, которое образуют буквы </w:t>
      </w:r>
      <w:r>
        <w:rPr>
          <w:rFonts w:ascii="Georgia" w:hAnsi="Georgia"/>
          <w:b w:val="0"/>
          <w:i/>
          <w:color w:val="000000"/>
          <w:sz w:val="24"/>
        </w:rPr>
        <w:t>йиай</w:t>
      </w:r>
      <w:r>
        <w:rPr>
          <w:rFonts w:ascii="Georgia" w:hAnsi="Georgia"/>
          <w:b w:val="0"/>
          <w:i w:val="0"/>
          <w:color w:val="000000"/>
          <w:sz w:val="24"/>
        </w:rPr>
        <w:t xml:space="preserve"> (</w:t>
      </w:r>
      <w:r>
        <w:rPr>
          <w:rFonts w:ascii="Georgia" w:hAnsi="Georgia" w:cs="Times New Roman"/>
          <w:b/>
          <w:i w:val="0"/>
          <w:color w:val="000000"/>
          <w:sz w:val="24"/>
          <w:rtl/>
          <w:szCs w:val="32"/>
        </w:rPr>
        <w:t>ייא״י</w:t>
      </w:r>
      <w:r>
        <w:rPr>
          <w:rFonts w:ascii="Georgia" w:hAnsi="Georgia"/>
          <w:b w:val="0"/>
          <w:i w:val="0"/>
          <w:color w:val="000000"/>
          <w:sz w:val="24"/>
        </w:rPr>
        <w:t>) [Имени] АВАЯ с наполнением САГ, и 166 (</w:t>
      </w:r>
      <w:r>
        <w:rPr>
          <w:rFonts w:ascii="Georgia" w:hAnsi="Georgia" w:cs="Times New Roman"/>
          <w:b/>
          <w:i w:val="0"/>
          <w:color w:val="000000"/>
          <w:sz w:val="24"/>
          <w:rtl/>
          <w:szCs w:val="32"/>
        </w:rPr>
        <w:t>קס״ו</w:t>
      </w:r>
      <w:r>
        <w:rPr>
          <w:rFonts w:ascii="Georgia" w:hAnsi="Georgia"/>
          <w:b w:val="0"/>
          <w:i w:val="0"/>
          <w:color w:val="000000"/>
          <w:sz w:val="24"/>
        </w:rPr>
        <w:t>). Говорит Хаим: мне представляется, что здесь должно быть сказано «и 161» (</w:t>
      </w:r>
      <w:r>
        <w:rPr>
          <w:rFonts w:ascii="Georgia" w:hAnsi="Georgia" w:cs="Times New Roman"/>
          <w:b/>
          <w:i w:val="0"/>
          <w:color w:val="000000"/>
          <w:sz w:val="24"/>
          <w:rtl/>
          <w:szCs w:val="32"/>
        </w:rPr>
        <w:t>קס״א</w:t>
      </w:r>
      <w:r>
        <w:rPr>
          <w:rFonts w:ascii="Georgia" w:hAnsi="Georgia"/>
          <w:b w:val="0"/>
          <w:i w:val="0"/>
          <w:color w:val="000000"/>
          <w:sz w:val="24"/>
        </w:rPr>
        <w:t>), то есть [Имя] ЭЙЕ с наполнением йодин (де-йодин).</w:t>
      </w:r>
    </w:p>
    <w:p>
      <w:pPr>
        <w:spacing w:before="40" w:after="120"/>
        <w:jc w:val="both"/>
      </w:pPr>
      <w:r>
        <w:rPr>
          <w:rFonts w:ascii="Georgia" w:hAnsi="Georgia"/>
          <w:b w:val="0"/>
          <w:i w:val="0"/>
          <w:color w:val="000000"/>
          <w:sz w:val="24"/>
        </w:rPr>
        <w:t xml:space="preserve">Говорит Шмуэль: это требует изучения, ведь </w:t>
      </w:r>
      <w:r>
        <w:rPr>
          <w:rFonts w:ascii="Georgia" w:hAnsi="Georgia"/>
          <w:b w:val="0"/>
          <w:i/>
          <w:color w:val="000000"/>
          <w:sz w:val="24"/>
        </w:rPr>
        <w:t>йиай</w:t>
      </w:r>
      <w:r>
        <w:rPr>
          <w:rFonts w:ascii="Georgia" w:hAnsi="Georgia"/>
          <w:b w:val="0"/>
          <w:i w:val="0"/>
          <w:color w:val="000000"/>
          <w:sz w:val="24"/>
        </w:rPr>
        <w:t xml:space="preserve"> (</w:t>
      </w:r>
      <w:r>
        <w:rPr>
          <w:rFonts w:ascii="Georgia" w:hAnsi="Georgia" w:cs="Times New Roman"/>
          <w:b/>
          <w:i w:val="0"/>
          <w:color w:val="000000"/>
          <w:sz w:val="24"/>
          <w:rtl/>
          <w:szCs w:val="32"/>
        </w:rPr>
        <w:t>ייא״י</w:t>
      </w:r>
      <w:r>
        <w:rPr>
          <w:rFonts w:ascii="Georgia" w:hAnsi="Georgia"/>
          <w:b w:val="0"/>
          <w:i w:val="0"/>
          <w:color w:val="000000"/>
          <w:sz w:val="24"/>
        </w:rPr>
        <w:t xml:space="preserve"> = 31) и 161 (</w:t>
      </w:r>
      <w:r>
        <w:rPr>
          <w:rFonts w:ascii="Georgia" w:hAnsi="Georgia" w:cs="Times New Roman"/>
          <w:b/>
          <w:i w:val="0"/>
          <w:color w:val="000000"/>
          <w:sz w:val="24"/>
          <w:rtl/>
          <w:szCs w:val="32"/>
        </w:rPr>
        <w:t>קס״א</w:t>
      </w:r>
      <w:r>
        <w:rPr>
          <w:rFonts w:ascii="Georgia" w:hAnsi="Georgia"/>
          <w:b w:val="0"/>
          <w:i w:val="0"/>
          <w:color w:val="000000"/>
          <w:sz w:val="24"/>
        </w:rPr>
        <w:t>) в сумме дают лишь 192 (</w:t>
      </w:r>
      <w:r>
        <w:rPr>
          <w:rFonts w:ascii="Georgia" w:hAnsi="Georgia" w:cs="Times New Roman"/>
          <w:b/>
          <w:i w:val="0"/>
          <w:color w:val="000000"/>
          <w:sz w:val="24"/>
          <w:rtl/>
          <w:szCs w:val="32"/>
        </w:rPr>
        <w:t>קצ״ב</w:t>
      </w:r>
      <w:r>
        <w:rPr>
          <w:rFonts w:ascii="Georgia" w:hAnsi="Georgia"/>
          <w:b w:val="0"/>
          <w:i w:val="0"/>
          <w:color w:val="000000"/>
          <w:sz w:val="24"/>
        </w:rPr>
        <w:t>), и все еще не хватает семи. Но, возможно, имеется в виду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слова «и 161» вместе с коллелем [6 + 1 = 7], что и дает 199 (</w:t>
      </w:r>
      <w:r>
        <w:rPr>
          <w:rFonts w:ascii="Georgia" w:hAnsi="Georgia" w:cs="Times New Roman"/>
          <w:b/>
          <w:i w:val="0"/>
          <w:color w:val="000000"/>
          <w:sz w:val="24"/>
          <w:rtl/>
          <w:szCs w:val="32"/>
        </w:rPr>
        <w:t>קצ״ט</w:t>
      </w:r>
      <w:r>
        <w:rPr>
          <w:rFonts w:ascii="Georgia" w:hAnsi="Georgia"/>
          <w:b w:val="0"/>
          <w:i w:val="0"/>
          <w:color w:val="000000"/>
          <w:sz w:val="24"/>
        </w:rPr>
        <w:t xml:space="preserve">). [Второе] слово </w:t>
      </w:r>
      <w:r>
        <w:rPr>
          <w:rFonts w:ascii="Georgia" w:hAnsi="Georgia"/>
          <w:b w:val="0"/>
          <w:i/>
          <w:color w:val="000000"/>
          <w:sz w:val="24"/>
        </w:rPr>
        <w:t>лехоль</w:t>
      </w:r>
      <w:r>
        <w:rPr>
          <w:rFonts w:ascii="Georgia" w:hAnsi="Georgia"/>
          <w:b w:val="0"/>
          <w:i w:val="0"/>
          <w:color w:val="000000"/>
          <w:sz w:val="24"/>
        </w:rPr>
        <w:t xml:space="preserve"> имеет гематрию 80, и это — [буквы] йод и хэй (</w:t>
      </w:r>
      <w:r>
        <w:rPr>
          <w:rFonts w:ascii="Georgia" w:hAnsi="Georgia" w:cs="Times New Roman"/>
          <w:b/>
          <w:i w:val="0"/>
          <w:color w:val="000000"/>
          <w:sz w:val="24"/>
          <w:rtl/>
          <w:szCs w:val="32"/>
        </w:rPr>
        <w:t>י״וד ה״י</w:t>
      </w:r>
      <w:r>
        <w:rPr>
          <w:rFonts w:ascii="Georgia" w:hAnsi="Georgia"/>
          <w:b w:val="0"/>
          <w:i w:val="0"/>
          <w:color w:val="000000"/>
          <w:sz w:val="24"/>
        </w:rPr>
        <w:t xml:space="preserve"> = 35) вместе с [Именем] АВАЯ с наполнением МА (45) [35 + 45 = 80]. Намерение состоит в том, чтобы притянуть мохин, называемые «йод-хэй», к Зеир Анпину, называемому МА. Оба слова </w:t>
      </w:r>
      <w:r>
        <w:rPr>
          <w:rFonts w:ascii="Georgia" w:hAnsi="Georgia"/>
          <w:b w:val="0"/>
          <w:i/>
          <w:color w:val="000000"/>
          <w:sz w:val="24"/>
        </w:rPr>
        <w:t>лехоль</w:t>
      </w:r>
      <w:r>
        <w:rPr>
          <w:rFonts w:ascii="Georgia" w:hAnsi="Georgia"/>
          <w:b w:val="0"/>
          <w:i w:val="0"/>
          <w:color w:val="000000"/>
          <w:sz w:val="24"/>
        </w:rPr>
        <w:t xml:space="preserve"> вместе [80 + 80 = 160, а с коллелем — 161] равны по гематрии 161 (</w:t>
      </w:r>
      <w:r>
        <w:rPr>
          <w:rFonts w:ascii="Georgia" w:hAnsi="Georgia" w:cs="Times New Roman"/>
          <w:b/>
          <w:i w:val="0"/>
          <w:color w:val="000000"/>
          <w:sz w:val="24"/>
          <w:rtl/>
          <w:szCs w:val="32"/>
        </w:rPr>
        <w:t>קס״א</w:t>
      </w:r>
      <w:r>
        <w:rPr>
          <w:rFonts w:ascii="Georgia" w:hAnsi="Georgia"/>
          <w:b w:val="0"/>
          <w:i w:val="0"/>
          <w:color w:val="000000"/>
          <w:sz w:val="24"/>
        </w:rPr>
        <w:t xml:space="preserve">), что соответствует [Имени] ЭЙЕ с наполнением йодин [Говорит Шмуэль: обрати на это внимание]. Слово </w:t>
      </w:r>
      <w:r>
        <w:rPr>
          <w:rFonts w:ascii="Georgia" w:hAnsi="Georgia"/>
          <w:b w:val="0"/>
          <w:i/>
          <w:color w:val="000000"/>
          <w:sz w:val="24"/>
        </w:rPr>
        <w:t>а-кефуфим</w:t>
      </w:r>
      <w:r>
        <w:rPr>
          <w:rFonts w:ascii="Georgia" w:hAnsi="Georgia"/>
          <w:b w:val="0"/>
          <w:i w:val="0"/>
          <w:color w:val="000000"/>
          <w:sz w:val="24"/>
        </w:rPr>
        <w:t xml:space="preserve"> имеет гематрию 241 (</w:t>
      </w:r>
      <w:r>
        <w:rPr>
          <w:rFonts w:ascii="Georgia" w:hAnsi="Georgia" w:cs="Times New Roman"/>
          <w:b/>
          <w:i w:val="0"/>
          <w:color w:val="000000"/>
          <w:sz w:val="24"/>
          <w:rtl/>
          <w:szCs w:val="32"/>
        </w:rPr>
        <w:t>רמ״א</w:t>
      </w:r>
      <w:r>
        <w:rPr>
          <w:rFonts w:ascii="Georgia" w:hAnsi="Georgia"/>
          <w:b w:val="0"/>
          <w:i w:val="0"/>
          <w:color w:val="000000"/>
          <w:sz w:val="24"/>
        </w:rPr>
        <w:t xml:space="preserve">), [что соответствует] гематрии слова </w:t>
      </w:r>
      <w:r>
        <w:rPr>
          <w:rFonts w:ascii="Georgia" w:hAnsi="Georgia"/>
          <w:b w:val="0"/>
          <w:i/>
          <w:color w:val="000000"/>
          <w:sz w:val="24"/>
        </w:rPr>
        <w:t>руах</w:t>
      </w:r>
      <w:r>
        <w:rPr>
          <w:rFonts w:ascii="Georgia" w:hAnsi="Georgia"/>
          <w:b w:val="0"/>
          <w:i w:val="0"/>
          <w:color w:val="000000"/>
          <w:sz w:val="24"/>
        </w:rPr>
        <w:t xml:space="preserve"> [вместе с Именем АВАЯ и коллелем]. Если из [Имени] АВАЯ в форме МАЦПАЦ (</w:t>
      </w:r>
      <w:r>
        <w:rPr>
          <w:rFonts w:ascii="Georgia" w:hAnsi="Georgia" w:cs="Times New Roman"/>
          <w:b/>
          <w:i w:val="0"/>
          <w:color w:val="000000"/>
          <w:sz w:val="24"/>
          <w:rtl/>
          <w:szCs w:val="32"/>
        </w:rPr>
        <w:t>מצפ״ץ</w:t>
      </w:r>
      <w:r>
        <w:rPr>
          <w:rFonts w:ascii="Georgia" w:hAnsi="Georgia"/>
          <w:b w:val="0"/>
          <w:i w:val="0"/>
          <w:color w:val="000000"/>
          <w:sz w:val="24"/>
        </w:rPr>
        <w:t xml:space="preserve"> = 300) вычесть 86 (</w:t>
      </w:r>
      <w:r>
        <w:rPr>
          <w:rFonts w:ascii="Georgia" w:hAnsi="Georgia" w:cs="Times New Roman"/>
          <w:b/>
          <w:i w:val="0"/>
          <w:color w:val="000000"/>
          <w:sz w:val="24"/>
          <w:rtl/>
          <w:szCs w:val="32"/>
        </w:rPr>
        <w:t>פ״ו</w:t>
      </w:r>
      <w:r>
        <w:rPr>
          <w:rFonts w:ascii="Georgia" w:hAnsi="Georgia"/>
          <w:b w:val="0"/>
          <w:i w:val="0"/>
          <w:color w:val="000000"/>
          <w:sz w:val="24"/>
        </w:rPr>
        <w:t xml:space="preserve">), останется [число 214, равное гематрии слова] </w:t>
      </w:r>
      <w:r>
        <w:rPr>
          <w:rFonts w:ascii="Georgia" w:hAnsi="Georgia"/>
          <w:b w:val="0"/>
          <w:i/>
          <w:color w:val="000000"/>
          <w:sz w:val="24"/>
        </w:rPr>
        <w:t>руах</w:t>
      </w:r>
      <w:r>
        <w:rPr>
          <w:rFonts w:ascii="Georgia" w:hAnsi="Georgia"/>
          <w:b w:val="0"/>
          <w:i w:val="0"/>
          <w:color w:val="000000"/>
          <w:sz w:val="24"/>
        </w:rPr>
        <w:t>; если же [к 214] прибавить [Имя] АВАЯ [26] и коллель [1], то получится 241 (</w:t>
      </w:r>
      <w:r>
        <w:rPr>
          <w:rFonts w:ascii="Georgia" w:hAnsi="Georgia" w:cs="Times New Roman"/>
          <w:b/>
          <w:i w:val="0"/>
          <w:color w:val="000000"/>
          <w:sz w:val="24"/>
          <w:rtl/>
          <w:szCs w:val="32"/>
        </w:rPr>
        <w:t>רמ״א</w:t>
      </w:r>
      <w:r>
        <w:rPr>
          <w:rFonts w:ascii="Georgia" w:hAnsi="Georgia"/>
          <w:b w:val="0"/>
          <w:i w:val="0"/>
          <w:color w:val="000000"/>
          <w:sz w:val="24"/>
        </w:rPr>
        <w:t xml:space="preserve">). Имя, полученное из слова </w:t>
      </w:r>
      <w:r>
        <w:rPr>
          <w:rFonts w:ascii="Georgia" w:hAnsi="Georgia"/>
          <w:b w:val="0"/>
          <w:i/>
          <w:color w:val="000000"/>
          <w:sz w:val="24"/>
        </w:rPr>
        <w:t>а-кефуфим</w:t>
      </w:r>
      <w:r>
        <w:rPr>
          <w:rFonts w:ascii="Georgia" w:hAnsi="Georgia"/>
          <w:b w:val="0"/>
          <w:i w:val="0"/>
          <w:color w:val="000000"/>
          <w:sz w:val="24"/>
        </w:rPr>
        <w:t xml:space="preserve"> путем подстановки атбаш, — </w:t>
      </w:r>
      <w:r>
        <w:rPr>
          <w:rFonts w:ascii="Georgia" w:hAnsi="Georgia"/>
          <w:b w:val="0"/>
          <w:i/>
          <w:color w:val="000000"/>
          <w:sz w:val="24"/>
        </w:rPr>
        <w:t>Цольвефавмай</w:t>
      </w:r>
      <w:r>
        <w:rPr>
          <w:rFonts w:ascii="Georgia" w:hAnsi="Georgia"/>
          <w:b w:val="0"/>
          <w:i w:val="0"/>
          <w:color w:val="000000"/>
          <w:sz w:val="24"/>
        </w:rPr>
        <w:t xml:space="preserve"> (</w:t>
      </w:r>
      <w:r>
        <w:rPr>
          <w:rFonts w:ascii="Georgia" w:hAnsi="Georgia" w:cs="Times New Roman"/>
          <w:b/>
          <w:i w:val="0"/>
          <w:color w:val="000000"/>
          <w:sz w:val="24"/>
          <w:rtl/>
          <w:szCs w:val="32"/>
        </w:rPr>
        <w:t>צֹלְוְפַוְמְיַ</w:t>
      </w:r>
      <w:r>
        <w:rPr>
          <w:rFonts w:ascii="Georgia" w:hAnsi="Georgia"/>
          <w:b w:val="0"/>
          <w:i w:val="0"/>
          <w:color w:val="000000"/>
          <w:sz w:val="24"/>
        </w:rPr>
        <w:t>); его гематрия равна 262 (</w:t>
      </w:r>
      <w:r>
        <w:rPr>
          <w:rFonts w:ascii="Georgia" w:hAnsi="Georgia" w:cs="Times New Roman"/>
          <w:b/>
          <w:i w:val="0"/>
          <w:color w:val="000000"/>
          <w:sz w:val="24"/>
          <w:rtl/>
          <w:szCs w:val="32"/>
        </w:rPr>
        <w:t>רס״ב</w:t>
      </w:r>
      <w:r>
        <w:rPr>
          <w:rFonts w:ascii="Georgia" w:hAnsi="Georgia"/>
          <w:b w:val="0"/>
          <w:i w:val="0"/>
          <w:color w:val="000000"/>
          <w:sz w:val="24"/>
        </w:rPr>
        <w:t xml:space="preserve">), что соответствует десяти [Именам] АВАЯ де-Хасадим и де-Гвурот [10 × 26 = 260] и двум коллелям [260 + 2 = 262]. А огласовки [взяты] из [стиха]: </w:t>
      </w:r>
      <w:r>
        <w:rPr>
          <w:rFonts w:ascii="Georgia" w:hAnsi="Georgia"/>
          <w:b w:val="0"/>
          <w:i/>
          <w:color w:val="000000"/>
          <w:sz w:val="24"/>
        </w:rPr>
        <w:t>«Поддерживает Г-сподь всех падающих и выпрямляет всех согбенных»</w:t>
      </w:r>
      <w:r>
        <w:rPr>
          <w:rFonts w:ascii="Georgia" w:hAnsi="Georgia"/>
          <w:b w:val="0"/>
          <w:i w:val="0"/>
          <w:color w:val="000000"/>
          <w:sz w:val="24"/>
        </w:rPr>
        <w:t xml:space="preserve"> (Теилим 145:14).</w:t>
      </w:r>
    </w:p>
    <w:p>
      <w:pPr>
        <w:keepNext/>
        <w:spacing w:before="320" w:after="120"/>
      </w:pPr>
      <w:r>
        <w:rPr>
          <w:rFonts w:ascii="Georgia" w:hAnsi="Georgia"/>
          <w:b w:val="0"/>
          <w:i w:val="0"/>
          <w:color w:val="000000"/>
          <w:sz w:val="32"/>
        </w:rPr>
        <w:t>Ихуд 23</w:t>
      </w:r>
    </w:p>
    <w:p>
      <w:pPr>
        <w:spacing w:before="40" w:after="120"/>
        <w:jc w:val="both"/>
      </w:pPr>
      <w:r>
        <w:rPr>
          <w:rFonts w:ascii="Georgia" w:hAnsi="Georgia"/>
          <w:b w:val="0"/>
          <w:i w:val="0"/>
          <w:color w:val="000000"/>
          <w:sz w:val="24"/>
        </w:rPr>
        <w:t xml:space="preserve">К упомянутому выше [стиху]: </w:t>
      </w:r>
      <w:r>
        <w:rPr>
          <w:rFonts w:ascii="Georgia" w:hAnsi="Georgia"/>
          <w:b w:val="0"/>
          <w:i/>
          <w:color w:val="000000"/>
          <w:sz w:val="24"/>
        </w:rPr>
        <w:t>«Помилуй меня, Б-же, ибо жаждет поглотить меня человек…»</w:t>
      </w:r>
      <w:r>
        <w:rPr>
          <w:rFonts w:ascii="Georgia" w:hAnsi="Georgia"/>
          <w:b w:val="0"/>
          <w:i w:val="0"/>
          <w:color w:val="000000"/>
          <w:sz w:val="24"/>
        </w:rPr>
        <w:t xml:space="preserve"> (Теилим 56:2). Это Имя ЭЛОКИМ написано как Имя АВАЯ, а огласовано как ЭЛОКИМ, и поэтому направь намерение на оба [Имени]. Говорит Шмуэль: я не понял сказанного, ведь [в стихе] написано только Имя ЭЛОКИМ. А начальные буквы (</w:t>
      </w:r>
      <w:r>
        <w:rPr>
          <w:rFonts w:ascii="Georgia" w:hAnsi="Georgia"/>
          <w:b w:val="0"/>
          <w:i/>
          <w:color w:val="000000"/>
          <w:sz w:val="24"/>
        </w:rPr>
        <w:t>рашей тевот</w:t>
      </w:r>
      <w:r>
        <w:rPr>
          <w:rFonts w:ascii="Georgia" w:hAnsi="Georgia"/>
          <w:b w:val="0"/>
          <w:i w:val="0"/>
          <w:color w:val="000000"/>
          <w:sz w:val="24"/>
        </w:rPr>
        <w:t>) — 161 (</w:t>
      </w:r>
      <w:r>
        <w:rPr>
          <w:rFonts w:ascii="Georgia" w:hAnsi="Georgia" w:cs="Times New Roman"/>
          <w:b/>
          <w:i w:val="0"/>
          <w:color w:val="000000"/>
          <w:sz w:val="24"/>
          <w:rtl/>
          <w:szCs w:val="32"/>
        </w:rPr>
        <w:t>קס״א</w:t>
      </w:r>
      <w:r>
        <w:rPr>
          <w:rFonts w:ascii="Georgia" w:hAnsi="Georgia"/>
          <w:b w:val="0"/>
          <w:i w:val="0"/>
          <w:color w:val="000000"/>
          <w:sz w:val="24"/>
        </w:rPr>
        <w:t>) [и] 151 (</w:t>
      </w:r>
      <w:r>
        <w:rPr>
          <w:rFonts w:ascii="Georgia" w:hAnsi="Georgia" w:cs="Times New Roman"/>
          <w:b/>
          <w:i w:val="0"/>
          <w:color w:val="000000"/>
          <w:sz w:val="24"/>
          <w:rtl/>
          <w:szCs w:val="32"/>
        </w:rPr>
        <w:t>קנ״א</w:t>
      </w:r>
      <w:r>
        <w:rPr>
          <w:rFonts w:ascii="Georgia" w:hAnsi="Georgia"/>
          <w:b w:val="0"/>
          <w:i w:val="0"/>
          <w:color w:val="000000"/>
          <w:sz w:val="24"/>
        </w:rPr>
        <w:t>). И соедини начальные буквы с [Именем] ЭЛОКИМ — это составит по гематрии 330 (</w:t>
      </w:r>
      <w:r>
        <w:rPr>
          <w:rFonts w:ascii="Georgia" w:hAnsi="Georgia" w:cs="Times New Roman"/>
          <w:b/>
          <w:i w:val="0"/>
          <w:color w:val="000000"/>
          <w:sz w:val="24"/>
          <w:rtl/>
          <w:szCs w:val="32"/>
        </w:rPr>
        <w:t>ש״ל</w:t>
      </w:r>
      <w:r>
        <w:rPr>
          <w:rFonts w:ascii="Georgia" w:hAnsi="Georgia"/>
          <w:b w:val="0"/>
          <w:i w:val="0"/>
          <w:color w:val="000000"/>
          <w:sz w:val="24"/>
        </w:rPr>
        <w:t xml:space="preserve">), что [соответствует] </w:t>
      </w:r>
      <w:r>
        <w:rPr>
          <w:rFonts w:ascii="Georgia" w:hAnsi="Georgia" w:cs="Times New Roman"/>
          <w:b/>
          <w:i w:val="0"/>
          <w:color w:val="000000"/>
          <w:sz w:val="24"/>
          <w:rtl/>
          <w:szCs w:val="32"/>
        </w:rPr>
        <w:t>מצפ״ץ</w:t>
      </w:r>
      <w:r>
        <w:rPr>
          <w:rFonts w:ascii="Georgia" w:hAnsi="Georgia"/>
          <w:b w:val="0"/>
          <w:i w:val="0"/>
          <w:color w:val="000000"/>
          <w:sz w:val="24"/>
        </w:rPr>
        <w:t xml:space="preserve"> и [Имени] ЭЛЬ (</w:t>
      </w:r>
      <w:r>
        <w:rPr>
          <w:rFonts w:ascii="Georgia" w:hAnsi="Georgia" w:cs="Times New Roman"/>
          <w:b/>
          <w:i w:val="0"/>
          <w:color w:val="000000"/>
          <w:sz w:val="24"/>
          <w:rtl/>
          <w:szCs w:val="32"/>
        </w:rPr>
        <w:t>א״ל</w:t>
      </w:r>
      <w:r>
        <w:rPr>
          <w:rFonts w:ascii="Georgia" w:hAnsi="Georgia"/>
          <w:b w:val="0"/>
          <w:i w:val="0"/>
          <w:color w:val="000000"/>
          <w:sz w:val="24"/>
        </w:rPr>
        <w:t>). А конечные буквы (</w:t>
      </w:r>
      <w:r>
        <w:rPr>
          <w:rFonts w:ascii="Georgia" w:hAnsi="Georgia"/>
          <w:b w:val="0"/>
          <w:i/>
          <w:color w:val="000000"/>
          <w:sz w:val="24"/>
        </w:rPr>
        <w:t>софей тевот</w:t>
      </w:r>
      <w:r>
        <w:rPr>
          <w:rFonts w:ascii="Georgia" w:hAnsi="Georgia"/>
          <w:b w:val="0"/>
          <w:i w:val="0"/>
          <w:color w:val="000000"/>
          <w:sz w:val="24"/>
        </w:rPr>
        <w:t>) соедини с [Именем] АВАЯ — [это] составит 335 (</w:t>
      </w:r>
      <w:r>
        <w:rPr>
          <w:rFonts w:ascii="Georgia" w:hAnsi="Georgia" w:cs="Times New Roman"/>
          <w:b/>
          <w:i w:val="0"/>
          <w:color w:val="000000"/>
          <w:sz w:val="24"/>
          <w:rtl/>
          <w:szCs w:val="32"/>
        </w:rPr>
        <w:t>של״ה</w:t>
      </w:r>
      <w:r>
        <w:rPr>
          <w:rFonts w:ascii="Georgia" w:hAnsi="Georgia"/>
          <w:b w:val="0"/>
          <w:i w:val="0"/>
          <w:color w:val="000000"/>
          <w:sz w:val="24"/>
        </w:rPr>
        <w:t>), что есть йод-хэй (</w:t>
      </w:r>
      <w:r>
        <w:rPr>
          <w:rFonts w:ascii="Georgia" w:hAnsi="Georgia" w:cs="Times New Roman"/>
          <w:b/>
          <w:i w:val="0"/>
          <w:color w:val="000000"/>
          <w:sz w:val="24"/>
          <w:rtl/>
          <w:szCs w:val="32"/>
        </w:rPr>
        <w:t>יו״ד ה״י</w:t>
      </w:r>
      <w:r>
        <w:rPr>
          <w:rFonts w:ascii="Georgia" w:hAnsi="Georgia"/>
          <w:b w:val="0"/>
          <w:i w:val="0"/>
          <w:color w:val="000000"/>
          <w:sz w:val="24"/>
        </w:rPr>
        <w:t>), десять раз по хэй (</w:t>
      </w:r>
      <w:r>
        <w:rPr>
          <w:rFonts w:ascii="Georgia" w:hAnsi="Georgia" w:cs="Times New Roman"/>
          <w:b/>
          <w:i w:val="0"/>
          <w:color w:val="000000"/>
          <w:sz w:val="24"/>
          <w:rtl/>
          <w:szCs w:val="32"/>
        </w:rPr>
        <w:t>ה״י</w:t>
      </w:r>
      <w:r>
        <w:rPr>
          <w:rFonts w:ascii="Georgia" w:hAnsi="Georgia"/>
          <w:b w:val="0"/>
          <w:i w:val="0"/>
          <w:color w:val="000000"/>
          <w:sz w:val="24"/>
        </w:rPr>
        <w:t>). И соедини конечные буквы с [Именем] ЭЛОКИМ — [это] составит 370 светов (</w:t>
      </w:r>
      <w:r>
        <w:rPr>
          <w:rFonts w:ascii="Georgia" w:hAnsi="Georgia"/>
          <w:b w:val="0"/>
          <w:i/>
          <w:color w:val="000000"/>
          <w:sz w:val="24"/>
        </w:rPr>
        <w:t>шеа неорин</w:t>
      </w:r>
      <w:r>
        <w:rPr>
          <w:rFonts w:ascii="Georgia" w:hAnsi="Georgia"/>
          <w:b w:val="0"/>
          <w:i w:val="0"/>
          <w:color w:val="000000"/>
          <w:sz w:val="24"/>
        </w:rPr>
        <w:t xml:space="preserve">, </w:t>
      </w:r>
      <w:r>
        <w:rPr>
          <w:rFonts w:ascii="Georgia" w:hAnsi="Georgia" w:cs="Times New Roman"/>
          <w:b/>
          <w:i w:val="0"/>
          <w:color w:val="000000"/>
          <w:sz w:val="24"/>
          <w:rtl/>
          <w:szCs w:val="32"/>
        </w:rPr>
        <w:t>ש״ע נְהוֹרִין</w:t>
      </w:r>
      <w:r>
        <w:rPr>
          <w:rFonts w:ascii="Georgia" w:hAnsi="Georgia"/>
          <w:b w:val="0"/>
          <w:i w:val="0"/>
          <w:color w:val="000000"/>
          <w:sz w:val="24"/>
        </w:rPr>
        <w:t>). [Слова] «Помилуй меня» (</w:t>
      </w:r>
      <w:r>
        <w:rPr>
          <w:rFonts w:ascii="Georgia" w:hAnsi="Georgia"/>
          <w:b w:val="0"/>
          <w:i/>
          <w:color w:val="000000"/>
          <w:sz w:val="24"/>
        </w:rPr>
        <w:t>ханени</w:t>
      </w:r>
      <w:r>
        <w:rPr>
          <w:rFonts w:ascii="Georgia" w:hAnsi="Georgia"/>
          <w:b w:val="0"/>
          <w:i w:val="0"/>
          <w:color w:val="000000"/>
          <w:sz w:val="24"/>
        </w:rPr>
        <w:t>) с [Именем] АВАЯ [дают число] ахораим де-АВАЯ де-хэйин, составляющих 144 (</w:t>
      </w:r>
      <w:r>
        <w:rPr>
          <w:rFonts w:ascii="Georgia" w:hAnsi="Georgia" w:cs="Times New Roman"/>
          <w:b/>
          <w:i w:val="0"/>
          <w:color w:val="000000"/>
          <w:sz w:val="24"/>
          <w:rtl/>
          <w:szCs w:val="32"/>
        </w:rPr>
        <w:t>קמ״ד</w:t>
      </w:r>
      <w:r>
        <w:rPr>
          <w:rFonts w:ascii="Georgia" w:hAnsi="Georgia"/>
          <w:b w:val="0"/>
          <w:i w:val="0"/>
          <w:color w:val="000000"/>
          <w:sz w:val="24"/>
        </w:rPr>
        <w:t>). «Помилуй меня, Б-же» (</w:t>
      </w:r>
      <w:r>
        <w:rPr>
          <w:rFonts w:ascii="Georgia" w:hAnsi="Georgia"/>
          <w:b w:val="0"/>
          <w:i/>
          <w:color w:val="000000"/>
          <w:sz w:val="24"/>
        </w:rPr>
        <w:t>Ханени ЭЛОКИМ</w:t>
      </w:r>
      <w:r>
        <w:rPr>
          <w:rFonts w:ascii="Georgia" w:hAnsi="Georgia"/>
          <w:b w:val="0"/>
          <w:i w:val="0"/>
          <w:color w:val="000000"/>
          <w:sz w:val="24"/>
        </w:rPr>
        <w:t>) [составляет] 204 (</w:t>
      </w:r>
      <w:r>
        <w:rPr>
          <w:rFonts w:ascii="Georgia" w:hAnsi="Georgia" w:cs="Times New Roman"/>
          <w:b/>
          <w:i w:val="0"/>
          <w:color w:val="000000"/>
          <w:sz w:val="24"/>
          <w:rtl/>
          <w:szCs w:val="32"/>
        </w:rPr>
        <w:t>ר״ד</w:t>
      </w:r>
      <w:r>
        <w:rPr>
          <w:rFonts w:ascii="Georgia" w:hAnsi="Georgia"/>
          <w:b w:val="0"/>
          <w:i w:val="0"/>
          <w:color w:val="000000"/>
          <w:sz w:val="24"/>
        </w:rPr>
        <w:t>), и это два аспекта по 102 (</w:t>
      </w:r>
      <w:r>
        <w:rPr>
          <w:rFonts w:ascii="Georgia" w:hAnsi="Georgia" w:cs="Times New Roman"/>
          <w:b/>
          <w:i w:val="0"/>
          <w:color w:val="000000"/>
          <w:sz w:val="24"/>
          <w:rtl/>
          <w:szCs w:val="32"/>
        </w:rPr>
        <w:t>ק״ב</w:t>
      </w:r>
      <w:r>
        <w:rPr>
          <w:rFonts w:ascii="Georgia" w:hAnsi="Georgia"/>
          <w:b w:val="0"/>
          <w:i w:val="0"/>
          <w:color w:val="000000"/>
          <w:sz w:val="24"/>
        </w:rPr>
        <w:t>): первый — три наполнения: АБ, САГ и МА, составляющие 46 (</w:t>
      </w:r>
      <w:r>
        <w:rPr>
          <w:rFonts w:ascii="Georgia" w:hAnsi="Georgia" w:cs="Times New Roman"/>
          <w:b/>
          <w:i w:val="0"/>
          <w:color w:val="000000"/>
          <w:sz w:val="24"/>
          <w:rtl/>
          <w:szCs w:val="32"/>
        </w:rPr>
        <w:t>מ״ו</w:t>
      </w:r>
      <w:r>
        <w:rPr>
          <w:rFonts w:ascii="Georgia" w:hAnsi="Georgia"/>
          <w:b w:val="0"/>
          <w:i w:val="0"/>
          <w:color w:val="000000"/>
          <w:sz w:val="24"/>
        </w:rPr>
        <w:t>), 37 (</w:t>
      </w:r>
      <w:r>
        <w:rPr>
          <w:rFonts w:ascii="Georgia" w:hAnsi="Georgia" w:cs="Times New Roman"/>
          <w:b/>
          <w:i w:val="0"/>
          <w:color w:val="000000"/>
          <w:sz w:val="24"/>
          <w:rtl/>
          <w:szCs w:val="32"/>
        </w:rPr>
        <w:t>ל״ז</w:t>
      </w:r>
      <w:r>
        <w:rPr>
          <w:rFonts w:ascii="Georgia" w:hAnsi="Georgia"/>
          <w:b w:val="0"/>
          <w:i w:val="0"/>
          <w:color w:val="000000"/>
          <w:sz w:val="24"/>
        </w:rPr>
        <w:t>) и 19 (</w:t>
      </w:r>
      <w:r>
        <w:rPr>
          <w:rFonts w:ascii="Georgia" w:hAnsi="Georgia" w:cs="Times New Roman"/>
          <w:b/>
          <w:i w:val="0"/>
          <w:color w:val="000000"/>
          <w:sz w:val="24"/>
          <w:rtl/>
          <w:szCs w:val="32"/>
        </w:rPr>
        <w:t>י״ט</w:t>
      </w:r>
      <w:r>
        <w:rPr>
          <w:rFonts w:ascii="Georgia" w:hAnsi="Georgia"/>
          <w:b w:val="0"/>
          <w:i w:val="0"/>
          <w:color w:val="000000"/>
          <w:sz w:val="24"/>
        </w:rPr>
        <w:t>); а второе 102 — это число букв ахораим четырех [Имен] АВАЯ: 26 в АБ, 26 в САГ, 26 в МА и 24 в БОН, что дает 102. Говорит Шмуэль: я уже писал, что совершенно не понял это единение. «Ведь жаждет поглотить меня» (</w:t>
      </w:r>
      <w:r>
        <w:rPr>
          <w:rFonts w:ascii="Georgia" w:hAnsi="Georgia"/>
          <w:b w:val="0"/>
          <w:i/>
          <w:color w:val="000000"/>
          <w:sz w:val="24"/>
        </w:rPr>
        <w:t>ки шеафани</w:t>
      </w:r>
      <w:r>
        <w:rPr>
          <w:rFonts w:ascii="Georgia" w:hAnsi="Georgia"/>
          <w:b w:val="0"/>
          <w:i w:val="0"/>
          <w:color w:val="000000"/>
          <w:sz w:val="24"/>
        </w:rPr>
        <w:t xml:space="preserve">, </w:t>
      </w:r>
      <w:r>
        <w:rPr>
          <w:rFonts w:ascii="Georgia" w:hAnsi="Georgia" w:cs="Times New Roman"/>
          <w:b/>
          <w:i w:val="0"/>
          <w:color w:val="000000"/>
          <w:sz w:val="24"/>
          <w:rtl/>
          <w:szCs w:val="32"/>
        </w:rPr>
        <w:t>כִּי שְׁאָפַנִי</w:t>
      </w:r>
      <w:r>
        <w:rPr>
          <w:rFonts w:ascii="Georgia" w:hAnsi="Georgia"/>
          <w:b w:val="0"/>
          <w:i w:val="0"/>
          <w:color w:val="000000"/>
          <w:sz w:val="24"/>
        </w:rPr>
        <w:t>) по гематрии составляет 470 (</w:t>
      </w:r>
      <w:r>
        <w:rPr>
          <w:rFonts w:ascii="Georgia" w:hAnsi="Georgia" w:cs="Times New Roman"/>
          <w:b/>
          <w:i w:val="0"/>
          <w:color w:val="000000"/>
          <w:sz w:val="24"/>
          <w:rtl/>
          <w:szCs w:val="32"/>
        </w:rPr>
        <w:t>ת״ע</w:t>
      </w:r>
      <w:r>
        <w:rPr>
          <w:rFonts w:ascii="Georgia" w:hAnsi="Georgia"/>
          <w:b w:val="0"/>
          <w:i w:val="0"/>
          <w:color w:val="000000"/>
          <w:sz w:val="24"/>
        </w:rPr>
        <w:t>), [что равно] пяти [сочетаниям Имен] АВАЯ [и] ЭЙЕ. [Говорит Шмуэль: по моему скромному мнению, следует исправить на «десять раз [по] АВАЯ [и] ЭЙЕ»]. «Человек» (</w:t>
      </w:r>
      <w:r>
        <w:rPr>
          <w:rFonts w:ascii="Georgia" w:hAnsi="Georgia"/>
          <w:b w:val="0"/>
          <w:i/>
          <w:color w:val="000000"/>
          <w:sz w:val="24"/>
        </w:rPr>
        <w:t>энош</w:t>
      </w:r>
      <w:r>
        <w:rPr>
          <w:rFonts w:ascii="Georgia" w:hAnsi="Georgia"/>
          <w:b w:val="0"/>
          <w:i w:val="0"/>
          <w:color w:val="000000"/>
          <w:sz w:val="24"/>
        </w:rPr>
        <w:t xml:space="preserve">, </w:t>
      </w:r>
      <w:r>
        <w:rPr>
          <w:rFonts w:ascii="Georgia" w:hAnsi="Georgia" w:cs="Times New Roman"/>
          <w:b/>
          <w:i w:val="0"/>
          <w:color w:val="000000"/>
          <w:sz w:val="24"/>
          <w:rtl/>
          <w:szCs w:val="32"/>
        </w:rPr>
        <w:t>אֱנוֹשׁ</w:t>
      </w:r>
      <w:r>
        <w:rPr>
          <w:rFonts w:ascii="Georgia" w:hAnsi="Georgia"/>
          <w:b w:val="0"/>
          <w:i w:val="0"/>
          <w:color w:val="000000"/>
          <w:sz w:val="24"/>
        </w:rPr>
        <w:t>) по гематрии равен [сумме] 325 (</w:t>
      </w:r>
      <w:r>
        <w:rPr>
          <w:rFonts w:ascii="Georgia" w:hAnsi="Georgia" w:cs="Times New Roman"/>
          <w:b/>
          <w:i w:val="0"/>
          <w:color w:val="000000"/>
          <w:sz w:val="24"/>
          <w:rtl/>
          <w:szCs w:val="32"/>
        </w:rPr>
        <w:t>שכ״ה</w:t>
      </w:r>
      <w:r>
        <w:rPr>
          <w:rFonts w:ascii="Georgia" w:hAnsi="Georgia"/>
          <w:b w:val="0"/>
          <w:i w:val="0"/>
          <w:color w:val="000000"/>
          <w:sz w:val="24"/>
        </w:rPr>
        <w:t>) судов (</w:t>
      </w:r>
      <w:r>
        <w:rPr>
          <w:rFonts w:ascii="Georgia" w:hAnsi="Georgia"/>
          <w:b w:val="0"/>
          <w:i/>
          <w:color w:val="000000"/>
          <w:sz w:val="24"/>
        </w:rPr>
        <w:t>диним</w:t>
      </w:r>
      <w:r>
        <w:rPr>
          <w:rFonts w:ascii="Georgia" w:hAnsi="Georgia"/>
          <w:b w:val="0"/>
          <w:i w:val="0"/>
          <w:color w:val="000000"/>
          <w:sz w:val="24"/>
        </w:rPr>
        <w:t>), 28 (</w:t>
      </w:r>
      <w:r>
        <w:rPr>
          <w:rFonts w:ascii="Georgia" w:hAnsi="Georgia" w:cs="Times New Roman"/>
          <w:b/>
          <w:i w:val="0"/>
          <w:color w:val="000000"/>
          <w:sz w:val="24"/>
          <w:rtl/>
          <w:szCs w:val="32"/>
        </w:rPr>
        <w:t>כ״ח</w:t>
      </w:r>
      <w:r>
        <w:rPr>
          <w:rFonts w:ascii="Georgia" w:hAnsi="Georgia"/>
          <w:b w:val="0"/>
          <w:i w:val="0"/>
          <w:color w:val="000000"/>
          <w:sz w:val="24"/>
        </w:rPr>
        <w:t xml:space="preserve">) букв наполнения АВАЯ де-йодин и четырех ее простых букв. Имя из [слова] «ханени» при замене методом </w:t>
      </w:r>
      <w:r>
        <w:rPr>
          <w:rFonts w:ascii="Georgia" w:hAnsi="Georgia"/>
          <w:b w:val="0"/>
          <w:i/>
          <w:color w:val="000000"/>
          <w:sz w:val="24"/>
        </w:rPr>
        <w:t>атбаш</w:t>
      </w:r>
      <w:r>
        <w:rPr>
          <w:rFonts w:ascii="Georgia" w:hAnsi="Georgia"/>
          <w:b w:val="0"/>
          <w:i w:val="0"/>
          <w:color w:val="000000"/>
          <w:sz w:val="24"/>
        </w:rPr>
        <w:t xml:space="preserve"> (</w:t>
      </w:r>
      <w:r>
        <w:rPr>
          <w:rFonts w:ascii="Georgia" w:hAnsi="Georgia" w:cs="Times New Roman"/>
          <w:b/>
          <w:i w:val="0"/>
          <w:color w:val="000000"/>
          <w:sz w:val="24"/>
          <w:rtl/>
          <w:szCs w:val="32"/>
        </w:rPr>
        <w:t>א״ת ב״ש</w:t>
      </w:r>
      <w:r>
        <w:rPr>
          <w:rFonts w:ascii="Georgia" w:hAnsi="Georgia"/>
          <w:b w:val="0"/>
          <w:i w:val="0"/>
          <w:color w:val="000000"/>
          <w:sz w:val="24"/>
        </w:rPr>
        <w:t xml:space="preserve">) — </w:t>
      </w:r>
      <w:r>
        <w:rPr>
          <w:rFonts w:ascii="Georgia" w:hAnsi="Georgia"/>
          <w:b w:val="0"/>
          <w:i/>
          <w:color w:val="000000"/>
          <w:sz w:val="24"/>
        </w:rPr>
        <w:t>сотетим</w:t>
      </w:r>
      <w:r>
        <w:rPr>
          <w:rFonts w:ascii="Georgia" w:hAnsi="Georgia"/>
          <w:b w:val="0"/>
          <w:i w:val="0"/>
          <w:color w:val="000000"/>
          <w:sz w:val="24"/>
        </w:rPr>
        <w:t xml:space="preserve"> (</w:t>
      </w:r>
      <w:r>
        <w:rPr>
          <w:rFonts w:ascii="Georgia" w:hAnsi="Georgia" w:cs="Times New Roman"/>
          <w:b/>
          <w:i w:val="0"/>
          <w:color w:val="000000"/>
          <w:sz w:val="24"/>
          <w:rtl/>
          <w:szCs w:val="32"/>
        </w:rPr>
        <w:t>סֳטֱטִםְ</w:t>
      </w:r>
      <w:r>
        <w:rPr>
          <w:rFonts w:ascii="Georgia" w:hAnsi="Georgia"/>
          <w:b w:val="0"/>
          <w:i w:val="0"/>
          <w:color w:val="000000"/>
          <w:sz w:val="24"/>
        </w:rPr>
        <w:t xml:space="preserve">), и оно по гематрии равно [Именам] АДОНАЙ и АВАЯ де-БОН вместе с колелем, а огласовка — от [слов] </w:t>
      </w:r>
      <w:r>
        <w:rPr>
          <w:rFonts w:ascii="Georgia" w:hAnsi="Georgia"/>
          <w:b w:val="0"/>
          <w:i/>
          <w:color w:val="000000"/>
          <w:sz w:val="24"/>
        </w:rPr>
        <w:t>ханени</w:t>
      </w:r>
      <w:r>
        <w:rPr>
          <w:rFonts w:ascii="Georgia" w:hAnsi="Georgia"/>
          <w:b w:val="0"/>
          <w:i w:val="0"/>
          <w:color w:val="000000"/>
          <w:sz w:val="24"/>
        </w:rPr>
        <w:t xml:space="preserve">, ЭЛОКИМ, </w:t>
      </w:r>
      <w:r>
        <w:rPr>
          <w:rFonts w:ascii="Georgia" w:hAnsi="Georgia"/>
          <w:b w:val="0"/>
          <w:i/>
          <w:color w:val="000000"/>
          <w:sz w:val="24"/>
        </w:rPr>
        <w:t>ки, шеафани</w:t>
      </w:r>
      <w:r>
        <w:rPr>
          <w:rFonts w:ascii="Georgia" w:hAnsi="Georgia"/>
          <w:b w:val="0"/>
          <w:i w:val="0"/>
          <w:color w:val="000000"/>
          <w:sz w:val="24"/>
        </w:rPr>
        <w:t xml:space="preserve"> (</w:t>
      </w:r>
      <w:r>
        <w:rPr>
          <w:rFonts w:ascii="Georgia" w:hAnsi="Georgia" w:cs="Times New Roman"/>
          <w:b/>
          <w:i w:val="0"/>
          <w:color w:val="000000"/>
          <w:sz w:val="24"/>
          <w:rtl/>
          <w:szCs w:val="32"/>
        </w:rPr>
        <w:t>חָנֵּנִי אֱלֹהִים כִּי שְׁאָפַנִי</w:t>
      </w:r>
      <w:r>
        <w:rPr>
          <w:rFonts w:ascii="Georgia" w:hAnsi="Georgia"/>
          <w:b w:val="0"/>
          <w:i w:val="0"/>
          <w:color w:val="000000"/>
          <w:sz w:val="24"/>
        </w:rPr>
        <w:t>).</w:t>
      </w:r>
    </w:p>
    <w:p>
      <w:pPr>
        <w:keepNext/>
        <w:spacing w:before="320" w:after="120"/>
      </w:pPr>
      <w:r>
        <w:rPr>
          <w:rFonts w:ascii="Georgia" w:hAnsi="Georgia"/>
          <w:b w:val="0"/>
          <w:i w:val="0"/>
          <w:color w:val="000000"/>
          <w:sz w:val="32"/>
        </w:rPr>
        <w:t>Ихуд 24</w:t>
      </w:r>
    </w:p>
    <w:p>
      <w:pPr>
        <w:spacing w:before="40" w:after="120"/>
        <w:jc w:val="both"/>
      </w:pPr>
      <w:r>
        <w:rPr>
          <w:rFonts w:ascii="Georgia" w:hAnsi="Georgia"/>
          <w:b w:val="0"/>
          <w:i w:val="0"/>
          <w:color w:val="000000"/>
          <w:sz w:val="24"/>
        </w:rPr>
        <w:t xml:space="preserve">К вышеупомянутому [стиху]: </w:t>
      </w:r>
      <w:r>
        <w:rPr>
          <w:rFonts w:ascii="Georgia" w:hAnsi="Georgia"/>
          <w:b w:val="0"/>
          <w:i/>
          <w:color w:val="000000"/>
          <w:sz w:val="24"/>
        </w:rPr>
        <w:t>«Земля пшеницы и ячменя…»</w:t>
      </w:r>
      <w:r>
        <w:rPr>
          <w:rFonts w:ascii="Georgia" w:hAnsi="Georgia"/>
          <w:b w:val="0"/>
          <w:i w:val="0"/>
          <w:color w:val="000000"/>
          <w:sz w:val="24"/>
        </w:rPr>
        <w:t xml:space="preserve"> (Дварим 8:8). [Слово] </w:t>
      </w:r>
      <w:r>
        <w:rPr>
          <w:rFonts w:ascii="Georgia" w:hAnsi="Georgia"/>
          <w:b w:val="0"/>
          <w:i/>
          <w:color w:val="000000"/>
          <w:sz w:val="24"/>
        </w:rPr>
        <w:t>«земля»</w:t>
      </w:r>
      <w:r>
        <w:rPr>
          <w:rFonts w:ascii="Georgia" w:hAnsi="Georgia"/>
          <w:b w:val="0"/>
          <w:i w:val="0"/>
          <w:color w:val="000000"/>
          <w:sz w:val="24"/>
        </w:rPr>
        <w:t xml:space="preserve"> (</w:t>
      </w:r>
      <w:r>
        <w:rPr>
          <w:rFonts w:ascii="Georgia" w:hAnsi="Georgia"/>
          <w:b w:val="0"/>
          <w:i/>
          <w:color w:val="000000"/>
          <w:sz w:val="24"/>
        </w:rPr>
        <w:t>эрец</w:t>
      </w:r>
      <w:r>
        <w:rPr>
          <w:rFonts w:ascii="Georgia" w:hAnsi="Georgia"/>
          <w:b w:val="0"/>
          <w:i w:val="0"/>
          <w:color w:val="000000"/>
          <w:sz w:val="24"/>
        </w:rPr>
        <w:t xml:space="preserve">) — [это Имя] ЭЛОКИМ с наполнением алеф. [Слово] </w:t>
      </w:r>
      <w:r>
        <w:rPr>
          <w:rFonts w:ascii="Georgia" w:hAnsi="Georgia"/>
          <w:b w:val="0"/>
          <w:i/>
          <w:color w:val="000000"/>
          <w:sz w:val="24"/>
        </w:rPr>
        <w:t>«пшеница»</w:t>
      </w:r>
      <w:r>
        <w:rPr>
          <w:rFonts w:ascii="Georgia" w:hAnsi="Georgia"/>
          <w:b w:val="0"/>
          <w:i w:val="0"/>
          <w:color w:val="000000"/>
          <w:sz w:val="24"/>
        </w:rPr>
        <w:t xml:space="preserve"> (</w:t>
      </w:r>
      <w:r>
        <w:rPr>
          <w:rFonts w:ascii="Georgia" w:hAnsi="Georgia"/>
          <w:b w:val="0"/>
          <w:i/>
          <w:color w:val="000000"/>
          <w:sz w:val="24"/>
        </w:rPr>
        <w:t>хита</w:t>
      </w:r>
      <w:r>
        <w:rPr>
          <w:rFonts w:ascii="Georgia" w:hAnsi="Georgia"/>
          <w:b w:val="0"/>
          <w:i w:val="0"/>
          <w:color w:val="000000"/>
          <w:sz w:val="24"/>
        </w:rPr>
        <w:t xml:space="preserve">, </w:t>
      </w:r>
      <w:r>
        <w:rPr>
          <w:rFonts w:ascii="Georgia" w:hAnsi="Georgia" w:cs="Times New Roman"/>
          <w:b/>
          <w:i w:val="0"/>
          <w:color w:val="000000"/>
          <w:sz w:val="24"/>
          <w:rtl/>
          <w:szCs w:val="32"/>
        </w:rPr>
        <w:t>חִטָּה</w:t>
      </w:r>
      <w:r>
        <w:rPr>
          <w:rFonts w:ascii="Georgia" w:hAnsi="Georgia"/>
          <w:b w:val="0"/>
          <w:i w:val="0"/>
          <w:color w:val="000000"/>
          <w:sz w:val="24"/>
        </w:rPr>
        <w:t xml:space="preserve">) равно двадцати двум буквам [алфавита]. [А о слове] </w:t>
      </w:r>
      <w:r>
        <w:rPr>
          <w:rFonts w:ascii="Georgia" w:hAnsi="Georgia"/>
          <w:b w:val="0"/>
          <w:i/>
          <w:color w:val="000000"/>
          <w:sz w:val="24"/>
        </w:rPr>
        <w:t>«и ячменя»</w:t>
      </w:r>
      <w:r>
        <w:rPr>
          <w:rFonts w:ascii="Georgia" w:hAnsi="Georgia"/>
          <w:b w:val="0"/>
          <w:i w:val="0"/>
          <w:color w:val="000000"/>
          <w:sz w:val="24"/>
        </w:rPr>
        <w:t xml:space="preserve"> (</w:t>
      </w:r>
      <w:r>
        <w:rPr>
          <w:rFonts w:ascii="Georgia" w:hAnsi="Georgia"/>
          <w:b w:val="0"/>
          <w:i/>
          <w:color w:val="000000"/>
          <w:sz w:val="24"/>
        </w:rPr>
        <w:t>у-сеора</w:t>
      </w:r>
      <w:r>
        <w:rPr>
          <w:rFonts w:ascii="Georgia" w:hAnsi="Georgia"/>
          <w:b w:val="0"/>
          <w:i w:val="0"/>
          <w:color w:val="000000"/>
          <w:sz w:val="24"/>
        </w:rPr>
        <w:t xml:space="preserve">) [Говорит Шмуэль: следует читать </w:t>
      </w:r>
      <w:r>
        <w:rPr>
          <w:rFonts w:ascii="Georgia" w:hAnsi="Georgia"/>
          <w:b w:val="0"/>
          <w:i/>
          <w:color w:val="000000"/>
          <w:sz w:val="24"/>
        </w:rPr>
        <w:t>у-сеора</w:t>
      </w:r>
      <w:r>
        <w:rPr>
          <w:rFonts w:ascii="Georgia" w:hAnsi="Georgia"/>
          <w:b w:val="0"/>
          <w:i w:val="0"/>
          <w:color w:val="000000"/>
          <w:sz w:val="24"/>
        </w:rPr>
        <w:t xml:space="preserve"> без буквы вав (</w:t>
      </w:r>
      <w:r>
        <w:rPr>
          <w:rFonts w:ascii="Georgia" w:hAnsi="Georgia" w:cs="Times New Roman"/>
          <w:b/>
          <w:i w:val="0"/>
          <w:color w:val="000000"/>
          <w:sz w:val="24"/>
          <w:rtl/>
          <w:szCs w:val="32"/>
        </w:rPr>
        <w:t>ו</w:t>
      </w:r>
      <w:r>
        <w:rPr>
          <w:rFonts w:ascii="Georgia" w:hAnsi="Georgia"/>
          <w:b w:val="0"/>
          <w:i w:val="0"/>
          <w:color w:val="000000"/>
          <w:sz w:val="24"/>
        </w:rPr>
        <w:t>)] — это: буква шин (</w:t>
      </w:r>
      <w:r>
        <w:rPr>
          <w:rFonts w:ascii="Georgia" w:hAnsi="Georgia" w:cs="Times New Roman"/>
          <w:b/>
          <w:i w:val="0"/>
          <w:color w:val="000000"/>
          <w:sz w:val="24"/>
          <w:rtl/>
          <w:szCs w:val="32"/>
        </w:rPr>
        <w:t>ש</w:t>
      </w:r>
      <w:r>
        <w:rPr>
          <w:rFonts w:ascii="Georgia" w:hAnsi="Georgia"/>
          <w:b w:val="0"/>
          <w:i w:val="0"/>
          <w:color w:val="000000"/>
          <w:sz w:val="24"/>
        </w:rPr>
        <w:t>) — [Имя] ЭЛОКИМ с наполнением йод, буква рэйш (</w:t>
      </w:r>
      <w:r>
        <w:rPr>
          <w:rFonts w:ascii="Georgia" w:hAnsi="Georgia" w:cs="Times New Roman"/>
          <w:b/>
          <w:i w:val="0"/>
          <w:color w:val="000000"/>
          <w:sz w:val="24"/>
          <w:rtl/>
          <w:szCs w:val="32"/>
        </w:rPr>
        <w:t>ר</w:t>
      </w:r>
      <w:r>
        <w:rPr>
          <w:rFonts w:ascii="Georgia" w:hAnsi="Georgia"/>
          <w:b w:val="0"/>
          <w:i w:val="0"/>
          <w:color w:val="000000"/>
          <w:sz w:val="24"/>
        </w:rPr>
        <w:t xml:space="preserve">) — его простые ахораим (обратное наполнение). И притяни эти два Имени к Престолу (то есть [буквы], оставшиеся от слова </w:t>
      </w:r>
      <w:r>
        <w:rPr>
          <w:rFonts w:ascii="Georgia" w:hAnsi="Georgia"/>
          <w:b w:val="0"/>
          <w:i/>
          <w:color w:val="000000"/>
          <w:sz w:val="24"/>
        </w:rPr>
        <w:t>сеора</w:t>
      </w:r>
      <w:r>
        <w:rPr>
          <w:rFonts w:ascii="Georgia" w:hAnsi="Georgia"/>
          <w:b w:val="0"/>
          <w:i w:val="0"/>
          <w:color w:val="000000"/>
          <w:sz w:val="24"/>
        </w:rPr>
        <w:t xml:space="preserve">, равны по гематрии слову </w:t>
      </w:r>
      <w:r>
        <w:rPr>
          <w:rFonts w:ascii="Georgia" w:hAnsi="Georgia"/>
          <w:b w:val="0"/>
          <w:i/>
          <w:color w:val="000000"/>
          <w:sz w:val="24"/>
        </w:rPr>
        <w:t>кисэ</w:t>
      </w:r>
      <w:r>
        <w:rPr>
          <w:rFonts w:ascii="Georgia" w:hAnsi="Georgia"/>
          <w:b w:val="0"/>
          <w:i w:val="0"/>
          <w:color w:val="000000"/>
          <w:sz w:val="24"/>
        </w:rPr>
        <w:t xml:space="preserve"> — Престол, 81), ведь он равен по гематрии 81 (</w:t>
      </w:r>
      <w:r>
        <w:rPr>
          <w:rFonts w:ascii="Georgia" w:hAnsi="Georgia" w:cs="Times New Roman"/>
          <w:b/>
          <w:i w:val="0"/>
          <w:color w:val="000000"/>
          <w:sz w:val="24"/>
          <w:rtl/>
          <w:szCs w:val="32"/>
        </w:rPr>
        <w:t>פ״א</w:t>
      </w:r>
      <w:r>
        <w:rPr>
          <w:rFonts w:ascii="Georgia" w:hAnsi="Georgia"/>
          <w:b w:val="0"/>
          <w:i w:val="0"/>
          <w:color w:val="000000"/>
          <w:sz w:val="24"/>
        </w:rPr>
        <w:t xml:space="preserve">), так как Престол происходит от свойства ЭЛОКИМ, как известно. Говорит Шмуэль: если бы я не опасался писать то, чего не получил [по традиции], я бы сказал, что [слово] </w:t>
      </w:r>
      <w:r>
        <w:rPr>
          <w:rFonts w:ascii="Georgia" w:hAnsi="Georgia"/>
          <w:b w:val="0"/>
          <w:i/>
          <w:color w:val="000000"/>
          <w:sz w:val="24"/>
        </w:rPr>
        <w:t>у-сеора</w:t>
      </w:r>
      <w:r>
        <w:rPr>
          <w:rFonts w:ascii="Georgia" w:hAnsi="Georgia"/>
          <w:b w:val="0"/>
          <w:i w:val="0"/>
          <w:color w:val="000000"/>
          <w:sz w:val="24"/>
        </w:rPr>
        <w:t xml:space="preserve"> [следует писать] полно, с буквой вав (</w:t>
      </w:r>
      <w:r>
        <w:rPr>
          <w:rFonts w:ascii="Georgia" w:hAnsi="Georgia" w:cs="Times New Roman"/>
          <w:b/>
          <w:i w:val="0"/>
          <w:color w:val="000000"/>
          <w:sz w:val="24"/>
          <w:rtl/>
          <w:szCs w:val="32"/>
        </w:rPr>
        <w:t>ו</w:t>
      </w:r>
      <w:r>
        <w:rPr>
          <w:rFonts w:ascii="Georgia" w:hAnsi="Georgia"/>
          <w:b w:val="0"/>
          <w:i w:val="0"/>
          <w:color w:val="000000"/>
          <w:sz w:val="24"/>
        </w:rPr>
        <w:t>). Отними [буквы] шин и рэйш (</w:t>
      </w:r>
      <w:r>
        <w:rPr>
          <w:rFonts w:ascii="Georgia" w:hAnsi="Georgia" w:cs="Times New Roman"/>
          <w:b/>
          <w:i w:val="0"/>
          <w:color w:val="000000"/>
          <w:sz w:val="24"/>
          <w:rtl/>
          <w:szCs w:val="32"/>
        </w:rPr>
        <w:t>ש״ר</w:t>
      </w:r>
      <w:r>
        <w:rPr>
          <w:rFonts w:ascii="Georgia" w:hAnsi="Georgia"/>
          <w:b w:val="0"/>
          <w:i w:val="0"/>
          <w:color w:val="000000"/>
          <w:sz w:val="24"/>
        </w:rPr>
        <w:t>), и остаток составит 87 (</w:t>
      </w:r>
      <w:r>
        <w:rPr>
          <w:rFonts w:ascii="Georgia" w:hAnsi="Georgia" w:cs="Times New Roman"/>
          <w:b/>
          <w:i w:val="0"/>
          <w:color w:val="000000"/>
          <w:sz w:val="24"/>
          <w:rtl/>
          <w:szCs w:val="32"/>
        </w:rPr>
        <w:t>פ״ז</w:t>
      </w:r>
      <w:r>
        <w:rPr>
          <w:rFonts w:ascii="Georgia" w:hAnsi="Georgia"/>
          <w:b w:val="0"/>
          <w:i w:val="0"/>
          <w:color w:val="000000"/>
          <w:sz w:val="24"/>
        </w:rPr>
        <w:t>); а это — [Имя] ЭЛОКИМ, [равное] 86 (</w:t>
      </w:r>
      <w:r>
        <w:rPr>
          <w:rFonts w:ascii="Georgia" w:hAnsi="Georgia" w:cs="Times New Roman"/>
          <w:b/>
          <w:i w:val="0"/>
          <w:color w:val="000000"/>
          <w:sz w:val="24"/>
          <w:rtl/>
          <w:szCs w:val="32"/>
        </w:rPr>
        <w:t>פ״ו</w:t>
      </w:r>
      <w:r>
        <w:rPr>
          <w:rFonts w:ascii="Georgia" w:hAnsi="Georgia"/>
          <w:b w:val="0"/>
          <w:i w:val="0"/>
          <w:color w:val="000000"/>
          <w:sz w:val="24"/>
        </w:rPr>
        <w:t xml:space="preserve">), вместе с колель — 87. А [слово] </w:t>
      </w:r>
      <w:r>
        <w:rPr>
          <w:rFonts w:ascii="Georgia" w:hAnsi="Georgia"/>
          <w:b w:val="0"/>
          <w:i/>
          <w:color w:val="000000"/>
          <w:sz w:val="24"/>
        </w:rPr>
        <w:t>«и виноградных лоз»</w:t>
      </w:r>
      <w:r>
        <w:rPr>
          <w:rFonts w:ascii="Georgia" w:hAnsi="Georgia"/>
          <w:b w:val="0"/>
          <w:i w:val="0"/>
          <w:color w:val="000000"/>
          <w:sz w:val="24"/>
        </w:rPr>
        <w:t xml:space="preserve"> (</w:t>
      </w:r>
      <w:r>
        <w:rPr>
          <w:rFonts w:ascii="Georgia" w:hAnsi="Georgia"/>
          <w:b w:val="0"/>
          <w:i/>
          <w:color w:val="000000"/>
          <w:sz w:val="24"/>
        </w:rPr>
        <w:t>ве-гефен</w:t>
      </w:r>
      <w:r>
        <w:rPr>
          <w:rFonts w:ascii="Georgia" w:hAnsi="Georgia"/>
          <w:b w:val="0"/>
          <w:i w:val="0"/>
          <w:color w:val="000000"/>
          <w:sz w:val="24"/>
        </w:rPr>
        <w:t xml:space="preserve">) равно по гематрии [Именам] АВАЯ, ЭЙЕ, АВАЯ, АДОНАЙ [Говорит Шмуэль: вместе с колель]. А [слово] </w:t>
      </w:r>
      <w:r>
        <w:rPr>
          <w:rFonts w:ascii="Georgia" w:hAnsi="Georgia"/>
          <w:b w:val="0"/>
          <w:i/>
          <w:color w:val="000000"/>
          <w:sz w:val="24"/>
        </w:rPr>
        <w:t>«и смоковниц»</w:t>
      </w:r>
      <w:r>
        <w:rPr>
          <w:rFonts w:ascii="Georgia" w:hAnsi="Georgia"/>
          <w:b w:val="0"/>
          <w:i w:val="0"/>
          <w:color w:val="000000"/>
          <w:sz w:val="24"/>
        </w:rPr>
        <w:t xml:space="preserve"> (</w:t>
      </w:r>
      <w:r>
        <w:rPr>
          <w:rFonts w:ascii="Georgia" w:hAnsi="Georgia"/>
          <w:b w:val="0"/>
          <w:i/>
          <w:color w:val="000000"/>
          <w:sz w:val="24"/>
        </w:rPr>
        <w:t>у-теэна</w:t>
      </w:r>
      <w:r>
        <w:rPr>
          <w:rFonts w:ascii="Georgia" w:hAnsi="Georgia"/>
          <w:b w:val="0"/>
          <w:i w:val="0"/>
          <w:color w:val="000000"/>
          <w:sz w:val="24"/>
        </w:rPr>
        <w:t>) равно по гематрии трем [наполнениям Имени] ЭЙЕ: с [наполнением] йод, алеф и хэй, вместе с колель. [Говорит Шмуэль: букву вав (</w:t>
      </w:r>
      <w:r>
        <w:rPr>
          <w:rFonts w:ascii="Georgia" w:hAnsi="Georgia" w:cs="Times New Roman"/>
          <w:b/>
          <w:i w:val="0"/>
          <w:color w:val="000000"/>
          <w:sz w:val="24"/>
          <w:rtl/>
          <w:szCs w:val="32"/>
        </w:rPr>
        <w:t>ו</w:t>
      </w:r>
      <w:r>
        <w:rPr>
          <w:rFonts w:ascii="Georgia" w:hAnsi="Georgia"/>
          <w:b w:val="0"/>
          <w:i w:val="0"/>
          <w:color w:val="000000"/>
          <w:sz w:val="24"/>
        </w:rPr>
        <w:t xml:space="preserve">) слова </w:t>
      </w:r>
      <w:r>
        <w:rPr>
          <w:rFonts w:ascii="Georgia" w:hAnsi="Georgia"/>
          <w:b w:val="0"/>
          <w:i/>
          <w:color w:val="000000"/>
          <w:sz w:val="24"/>
        </w:rPr>
        <w:t>у-теэна</w:t>
      </w:r>
      <w:r>
        <w:rPr>
          <w:rFonts w:ascii="Georgia" w:hAnsi="Georgia"/>
          <w:b w:val="0"/>
          <w:i w:val="0"/>
          <w:color w:val="000000"/>
          <w:sz w:val="24"/>
        </w:rPr>
        <w:t xml:space="preserve"> он не включил в этот расчет.] А [слово] </w:t>
      </w:r>
      <w:r>
        <w:rPr>
          <w:rFonts w:ascii="Georgia" w:hAnsi="Georgia"/>
          <w:b w:val="0"/>
          <w:i/>
          <w:color w:val="000000"/>
          <w:sz w:val="24"/>
        </w:rPr>
        <w:t>«и гранатовых деревьев»</w:t>
      </w:r>
      <w:r>
        <w:rPr>
          <w:rFonts w:ascii="Georgia" w:hAnsi="Georgia"/>
          <w:b w:val="0"/>
          <w:i w:val="0"/>
          <w:color w:val="000000"/>
          <w:sz w:val="24"/>
        </w:rPr>
        <w:t xml:space="preserve"> (</w:t>
      </w:r>
      <w:r>
        <w:rPr>
          <w:rFonts w:ascii="Georgia" w:hAnsi="Georgia"/>
          <w:b w:val="0"/>
          <w:i/>
          <w:color w:val="000000"/>
          <w:sz w:val="24"/>
        </w:rPr>
        <w:t>ве-римон</w:t>
      </w:r>
      <w:r>
        <w:rPr>
          <w:rFonts w:ascii="Georgia" w:hAnsi="Georgia"/>
          <w:b w:val="0"/>
          <w:i w:val="0"/>
          <w:color w:val="000000"/>
          <w:sz w:val="24"/>
        </w:rPr>
        <w:t>) равно по гематрии двукратному 151 (</w:t>
      </w:r>
      <w:r>
        <w:rPr>
          <w:rFonts w:ascii="Georgia" w:hAnsi="Georgia" w:cs="Times New Roman"/>
          <w:b/>
          <w:i w:val="0"/>
          <w:color w:val="000000"/>
          <w:sz w:val="24"/>
          <w:rtl/>
          <w:szCs w:val="32"/>
        </w:rPr>
        <w:t>קנ״א</w:t>
      </w:r>
      <w:r>
        <w:rPr>
          <w:rFonts w:ascii="Georgia" w:hAnsi="Georgia"/>
          <w:b w:val="0"/>
          <w:i w:val="0"/>
          <w:color w:val="000000"/>
          <w:sz w:val="24"/>
        </w:rPr>
        <w:t xml:space="preserve">). Имя, [составленное] из конечных букв слов </w:t>
      </w:r>
      <w:r>
        <w:rPr>
          <w:rFonts w:ascii="Georgia" w:hAnsi="Georgia"/>
          <w:b w:val="0"/>
          <w:i/>
          <w:color w:val="000000"/>
          <w:sz w:val="24"/>
        </w:rPr>
        <w:t>эрец, хита, у-сеора, ве-гефен, у-теэна, ве-римон</w:t>
      </w:r>
      <w:r>
        <w:rPr>
          <w:rFonts w:ascii="Georgia" w:hAnsi="Georgia"/>
          <w:b w:val="0"/>
          <w:i w:val="0"/>
          <w:color w:val="000000"/>
          <w:sz w:val="24"/>
        </w:rPr>
        <w:t xml:space="preserve"> (</w:t>
      </w:r>
      <w:r>
        <w:rPr>
          <w:rFonts w:ascii="Georgia" w:hAnsi="Georgia" w:cs="Times New Roman"/>
          <w:b/>
          <w:i w:val="0"/>
          <w:color w:val="000000"/>
          <w:sz w:val="24"/>
          <w:rtl/>
          <w:szCs w:val="32"/>
        </w:rPr>
        <w:t>אֶרֶץ חִטָּה וּשְׂעוֹרָה וְגֶפֶן וּתְאֵנָה וְרִמּוֹן</w:t>
      </w:r>
      <w:r>
        <w:rPr>
          <w:rFonts w:ascii="Georgia" w:hAnsi="Georgia"/>
          <w:b w:val="0"/>
          <w:i w:val="0"/>
          <w:color w:val="000000"/>
          <w:sz w:val="24"/>
        </w:rPr>
        <w:t xml:space="preserve">), а его огласовка — от начальных букв тех же [слов], и вот оно: </w:t>
      </w:r>
      <w:r>
        <w:rPr>
          <w:rFonts w:ascii="Georgia" w:hAnsi="Georgia"/>
          <w:b w:val="0"/>
          <w:i/>
          <w:color w:val="000000"/>
          <w:sz w:val="24"/>
        </w:rPr>
        <w:t>Цехиха Нехон</w:t>
      </w:r>
      <w:r>
        <w:rPr>
          <w:rFonts w:ascii="Georgia" w:hAnsi="Georgia"/>
          <w:b w:val="0"/>
          <w:i w:val="0"/>
          <w:color w:val="000000"/>
          <w:sz w:val="24"/>
        </w:rPr>
        <w:t xml:space="preserve"> (</w:t>
      </w:r>
      <w:r>
        <w:rPr>
          <w:rFonts w:ascii="Georgia" w:hAnsi="Georgia" w:cs="Times New Roman"/>
          <w:b/>
          <w:i w:val="0"/>
          <w:color w:val="000000"/>
          <w:sz w:val="24"/>
          <w:rtl/>
          <w:szCs w:val="32"/>
        </w:rPr>
        <w:t>צֶהִה נְהֹןְ</w:t>
      </w:r>
      <w:r>
        <w:rPr>
          <w:rFonts w:ascii="Georgia" w:hAnsi="Georgia"/>
          <w:b w:val="0"/>
          <w:i w:val="0"/>
          <w:color w:val="000000"/>
          <w:sz w:val="24"/>
        </w:rPr>
        <w:t>).</w:t>
      </w:r>
    </w:p>
    <w:p>
      <w:pPr>
        <w:spacing w:before="40" w:after="120"/>
        <w:jc w:val="both"/>
      </w:pPr>
      <w:r>
        <w:rPr>
          <w:rFonts w:ascii="Georgia" w:hAnsi="Georgia"/>
          <w:b w:val="0"/>
          <w:i w:val="0"/>
          <w:color w:val="000000"/>
          <w:sz w:val="24"/>
        </w:rPr>
        <w:t>Ещё я нашел записанными два других ихуда (единения), следующих один за другим, и между ними обоими нашел записанным упомянутое Имя, но мне неизвестен упомянутый смысл [этого].</w:t>
      </w:r>
    </w:p>
    <w:p>
      <w:pPr>
        <w:keepNext/>
        <w:spacing w:before="320" w:after="120"/>
      </w:pPr>
      <w:r>
        <w:rPr>
          <w:rFonts w:ascii="Georgia" w:hAnsi="Georgia"/>
          <w:b w:val="0"/>
          <w:i w:val="0"/>
          <w:color w:val="000000"/>
          <w:sz w:val="32"/>
        </w:rPr>
        <w:t>Ихуд 25</w:t>
      </w:r>
    </w:p>
    <w:p>
      <w:pPr>
        <w:spacing w:before="40" w:after="120"/>
        <w:jc w:val="both"/>
      </w:pPr>
      <w:r>
        <w:rPr>
          <w:rFonts w:ascii="Georgia" w:hAnsi="Georgia"/>
          <w:b w:val="0"/>
          <w:i w:val="0"/>
          <w:color w:val="000000"/>
          <w:sz w:val="24"/>
        </w:rPr>
        <w:t xml:space="preserve">К упомянутому выше: начальные буквы слов </w:t>
      </w:r>
      <w:r>
        <w:rPr>
          <w:rFonts w:ascii="Georgia" w:hAnsi="Georgia"/>
          <w:b w:val="0"/>
          <w:i/>
          <w:color w:val="000000"/>
          <w:sz w:val="24"/>
        </w:rPr>
        <w:t>«Зачем волнуются народы...»</w:t>
      </w:r>
      <w:r>
        <w:rPr>
          <w:rFonts w:ascii="Georgia" w:hAnsi="Georgia"/>
          <w:b w:val="0"/>
          <w:i w:val="0"/>
          <w:color w:val="000000"/>
          <w:sz w:val="24"/>
        </w:rPr>
        <w:t xml:space="preserve"> (</w:t>
      </w:r>
      <w:r>
        <w:rPr>
          <w:rFonts w:ascii="Georgia" w:hAnsi="Georgia" w:cs="Times New Roman"/>
          <w:b/>
          <w:i w:val="0"/>
          <w:color w:val="000000"/>
          <w:sz w:val="24"/>
          <w:rtl/>
          <w:szCs w:val="32"/>
        </w:rPr>
        <w:t>לָמָּה רָגְשׁוּ גוֹיִם</w:t>
      </w:r>
      <w:r>
        <w:rPr>
          <w:rFonts w:ascii="Georgia" w:hAnsi="Georgia"/>
          <w:b w:val="0"/>
          <w:i w:val="0"/>
          <w:color w:val="000000"/>
          <w:sz w:val="24"/>
        </w:rPr>
        <w:t xml:space="preserve">; Теилим 2:1) [образуют слово] </w:t>
      </w:r>
      <w:r>
        <w:rPr>
          <w:rFonts w:ascii="Georgia" w:hAnsi="Georgia"/>
          <w:b w:val="0"/>
          <w:i/>
          <w:color w:val="000000"/>
          <w:sz w:val="24"/>
        </w:rPr>
        <w:t>регель</w:t>
      </w:r>
      <w:r>
        <w:rPr>
          <w:rFonts w:ascii="Georgia" w:hAnsi="Georgia"/>
          <w:b w:val="0"/>
          <w:i w:val="0"/>
          <w:color w:val="000000"/>
          <w:sz w:val="24"/>
        </w:rPr>
        <w:t xml:space="preserve"> (</w:t>
      </w:r>
      <w:r>
        <w:rPr>
          <w:rFonts w:ascii="Georgia" w:hAnsi="Georgia" w:cs="Times New Roman"/>
          <w:b/>
          <w:i w:val="0"/>
          <w:color w:val="000000"/>
          <w:sz w:val="24"/>
          <w:rtl/>
          <w:szCs w:val="32"/>
        </w:rPr>
        <w:t>רֶגֶל</w:t>
      </w:r>
      <w:r>
        <w:rPr>
          <w:rFonts w:ascii="Georgia" w:hAnsi="Georgia"/>
          <w:b w:val="0"/>
          <w:i w:val="0"/>
          <w:color w:val="000000"/>
          <w:sz w:val="24"/>
        </w:rPr>
        <w:t xml:space="preserve"> = 233), и они [равны по числу именам] АВАЯ и ЭЙЕ с наполнением буквой йод (</w:t>
      </w:r>
      <w:r>
        <w:rPr>
          <w:rFonts w:ascii="Georgia" w:hAnsi="Georgia" w:cs="Times New Roman"/>
          <w:b/>
          <w:i w:val="0"/>
          <w:color w:val="000000"/>
          <w:sz w:val="24"/>
          <w:rtl/>
          <w:szCs w:val="32"/>
        </w:rPr>
        <w:t>י</w:t>
      </w:r>
      <w:r>
        <w:rPr>
          <w:rFonts w:ascii="Georgia" w:hAnsi="Georgia"/>
          <w:b w:val="0"/>
          <w:i w:val="0"/>
          <w:color w:val="000000"/>
          <w:sz w:val="24"/>
        </w:rPr>
        <w:t xml:space="preserve">). А начальные буквы слов </w:t>
      </w:r>
      <w:r>
        <w:rPr>
          <w:rFonts w:ascii="Georgia" w:hAnsi="Georgia"/>
          <w:b w:val="0"/>
          <w:i/>
          <w:color w:val="000000"/>
          <w:sz w:val="24"/>
        </w:rPr>
        <w:t>«...и племена замышляют тщетное»</w:t>
      </w:r>
      <w:r>
        <w:rPr>
          <w:rFonts w:ascii="Georgia" w:hAnsi="Georgia"/>
          <w:b w:val="0"/>
          <w:i w:val="0"/>
          <w:color w:val="000000"/>
          <w:sz w:val="24"/>
        </w:rPr>
        <w:t xml:space="preserve"> (</w:t>
      </w:r>
      <w:r>
        <w:rPr>
          <w:rFonts w:ascii="Georgia" w:hAnsi="Georgia" w:cs="Times New Roman"/>
          <w:b/>
          <w:i w:val="0"/>
          <w:color w:val="000000"/>
          <w:sz w:val="24"/>
          <w:rtl/>
          <w:szCs w:val="32"/>
        </w:rPr>
        <w:t>וּלְאֻמִּים יֶהְגּוּ רִיק</w:t>
      </w:r>
      <w:r>
        <w:rPr>
          <w:rFonts w:ascii="Georgia" w:hAnsi="Georgia"/>
          <w:b w:val="0"/>
          <w:i w:val="0"/>
          <w:color w:val="000000"/>
          <w:sz w:val="24"/>
        </w:rPr>
        <w:t>) [составляют число] 216 (</w:t>
      </w:r>
      <w:r>
        <w:rPr>
          <w:rFonts w:ascii="Georgia" w:hAnsi="Georgia" w:cs="Times New Roman"/>
          <w:b/>
          <w:i w:val="0"/>
          <w:color w:val="000000"/>
          <w:sz w:val="24"/>
          <w:rtl/>
          <w:szCs w:val="32"/>
        </w:rPr>
        <w:t>רי״ו</w:t>
      </w:r>
      <w:r>
        <w:rPr>
          <w:rFonts w:ascii="Georgia" w:hAnsi="Georgia"/>
          <w:b w:val="0"/>
          <w:i w:val="0"/>
          <w:color w:val="000000"/>
          <w:sz w:val="24"/>
        </w:rPr>
        <w:t xml:space="preserve"> = 216), то есть Гвуру. И намерение состоит в том, чтобы усластить Гвуру упомянутым [сочетанием] </w:t>
      </w:r>
      <w:r>
        <w:rPr>
          <w:rFonts w:ascii="Georgia" w:hAnsi="Georgia"/>
          <w:b w:val="0"/>
          <w:i/>
          <w:color w:val="000000"/>
          <w:sz w:val="24"/>
        </w:rPr>
        <w:t>регель</w:t>
      </w:r>
      <w:r>
        <w:rPr>
          <w:rFonts w:ascii="Georgia" w:hAnsi="Georgia"/>
          <w:b w:val="0"/>
          <w:i w:val="0"/>
          <w:color w:val="000000"/>
          <w:sz w:val="24"/>
        </w:rPr>
        <w:t xml:space="preserve">. А конечные буквы слов </w:t>
      </w:r>
      <w:r>
        <w:rPr>
          <w:rFonts w:ascii="Georgia" w:hAnsi="Georgia"/>
          <w:b w:val="0"/>
          <w:i/>
          <w:color w:val="000000"/>
          <w:sz w:val="24"/>
        </w:rPr>
        <w:t>«Зачем волнуются народы, и племена...»</w:t>
      </w:r>
      <w:r>
        <w:rPr>
          <w:rFonts w:ascii="Georgia" w:hAnsi="Georgia"/>
          <w:b w:val="0"/>
          <w:i w:val="0"/>
          <w:color w:val="000000"/>
          <w:sz w:val="24"/>
        </w:rPr>
        <w:t xml:space="preserve"> (</w:t>
      </w:r>
      <w:r>
        <w:rPr>
          <w:rFonts w:ascii="Georgia" w:hAnsi="Georgia" w:cs="Times New Roman"/>
          <w:b/>
          <w:i w:val="0"/>
          <w:color w:val="000000"/>
          <w:sz w:val="24"/>
          <w:rtl/>
          <w:szCs w:val="32"/>
        </w:rPr>
        <w:t>לָמָּה רָגְשׁוּ גוֹיִם וּלְאֻמִּים</w:t>
      </w:r>
      <w:r>
        <w:rPr>
          <w:rFonts w:ascii="Georgia" w:hAnsi="Georgia"/>
          <w:b w:val="0"/>
          <w:i w:val="0"/>
          <w:color w:val="000000"/>
          <w:sz w:val="24"/>
        </w:rPr>
        <w:t>) — это [сплетение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xml:space="preserve">). Конечные буквы слов </w:t>
      </w:r>
      <w:r>
        <w:rPr>
          <w:rFonts w:ascii="Georgia" w:hAnsi="Georgia"/>
          <w:b w:val="0"/>
          <w:i/>
          <w:color w:val="000000"/>
          <w:sz w:val="24"/>
        </w:rPr>
        <w:t>«замышляют тщетное»</w:t>
      </w:r>
      <w:r>
        <w:rPr>
          <w:rFonts w:ascii="Georgia" w:hAnsi="Georgia"/>
          <w:b w:val="0"/>
          <w:i w:val="0"/>
          <w:color w:val="000000"/>
          <w:sz w:val="24"/>
        </w:rPr>
        <w:t xml:space="preserve"> (</w:t>
      </w:r>
      <w:r>
        <w:rPr>
          <w:rFonts w:ascii="Georgia" w:hAnsi="Georgia" w:cs="Times New Roman"/>
          <w:b/>
          <w:i w:val="0"/>
          <w:color w:val="000000"/>
          <w:sz w:val="24"/>
          <w:rtl/>
          <w:szCs w:val="32"/>
        </w:rPr>
        <w:t>יֶהְגּוּ רִיק</w:t>
      </w:r>
      <w:r>
        <w:rPr>
          <w:rFonts w:ascii="Georgia" w:hAnsi="Georgia"/>
          <w:b w:val="0"/>
          <w:i w:val="0"/>
          <w:color w:val="000000"/>
          <w:sz w:val="24"/>
        </w:rPr>
        <w:t>) [составляют число] 106 (</w:t>
      </w:r>
      <w:r>
        <w:rPr>
          <w:rFonts w:ascii="Georgia" w:hAnsi="Georgia" w:cs="Times New Roman"/>
          <w:b/>
          <w:i w:val="0"/>
          <w:color w:val="000000"/>
          <w:sz w:val="24"/>
          <w:rtl/>
          <w:szCs w:val="32"/>
        </w:rPr>
        <w:t>ק״ו</w:t>
      </w:r>
      <w:r>
        <w:rPr>
          <w:rFonts w:ascii="Georgia" w:hAnsi="Georgia"/>
          <w:b w:val="0"/>
          <w:i w:val="0"/>
          <w:color w:val="000000"/>
          <w:sz w:val="24"/>
        </w:rPr>
        <w:t xml:space="preserve"> = 106), что соответствует [Имени] АВАЯ с наполнением буквами хэй в ее мысленном представлении. Ведь четыре буквы хэй (</w:t>
      </w:r>
      <w:r>
        <w:rPr>
          <w:rFonts w:ascii="Georgia" w:hAnsi="Georgia" w:cs="Times New Roman"/>
          <w:b/>
          <w:i w:val="0"/>
          <w:color w:val="000000"/>
          <w:sz w:val="24"/>
          <w:rtl/>
          <w:szCs w:val="32"/>
        </w:rPr>
        <w:t>ה</w:t>
      </w:r>
      <w:r>
        <w:rPr>
          <w:rFonts w:ascii="Georgia" w:hAnsi="Georgia"/>
          <w:b w:val="0"/>
          <w:i w:val="0"/>
          <w:color w:val="000000"/>
          <w:sz w:val="24"/>
        </w:rPr>
        <w:t>) делятся на двенадцать букв вав (</w:t>
      </w:r>
      <w:r>
        <w:rPr>
          <w:rFonts w:ascii="Georgia" w:hAnsi="Georgia" w:cs="Times New Roman"/>
          <w:b/>
          <w:i w:val="0"/>
          <w:color w:val="000000"/>
          <w:sz w:val="24"/>
          <w:rtl/>
          <w:szCs w:val="32"/>
        </w:rPr>
        <w:t>ו</w:t>
      </w:r>
      <w:r>
        <w:rPr>
          <w:rFonts w:ascii="Georgia" w:hAnsi="Georgia"/>
          <w:b w:val="0"/>
          <w:i w:val="0"/>
          <w:color w:val="000000"/>
          <w:sz w:val="24"/>
        </w:rPr>
        <w:t>), а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[в слове </w:t>
      </w:r>
      <w:r>
        <w:rPr>
          <w:rFonts w:ascii="Georgia" w:hAnsi="Georgia"/>
          <w:b w:val="0"/>
          <w:i/>
          <w:color w:val="000000"/>
          <w:sz w:val="24"/>
        </w:rPr>
        <w:t>йод</w:t>
      </w:r>
      <w:r>
        <w:rPr>
          <w:rFonts w:ascii="Georgia" w:hAnsi="Georgia"/>
          <w:b w:val="0"/>
          <w:i w:val="0"/>
          <w:color w:val="000000"/>
          <w:sz w:val="24"/>
        </w:rPr>
        <w:t xml:space="preserve">] — это две буквы вав; и вместе с буквой вав из [написания слова] </w:t>
      </w:r>
      <w:r>
        <w:rPr>
          <w:rFonts w:ascii="Georgia" w:hAnsi="Georgia"/>
          <w:b w:val="0"/>
          <w:i/>
          <w:color w:val="000000"/>
          <w:sz w:val="24"/>
        </w:rPr>
        <w:t>йод</w:t>
      </w:r>
      <w:r>
        <w:rPr>
          <w:rFonts w:ascii="Georgia" w:hAnsi="Georgia"/>
          <w:b w:val="0"/>
          <w:i w:val="0"/>
          <w:color w:val="000000"/>
          <w:sz w:val="24"/>
        </w:rPr>
        <w:t xml:space="preserve"> получается пятнадцать букв вав, что по гематрии составляет 90 (</w:t>
      </w:r>
      <w:r>
        <w:rPr>
          <w:rFonts w:ascii="Georgia" w:hAnsi="Georgia" w:cs="Times New Roman"/>
          <w:b/>
          <w:i w:val="0"/>
          <w:color w:val="000000"/>
          <w:sz w:val="24"/>
          <w:rtl/>
          <w:szCs w:val="32"/>
        </w:rPr>
        <w:t>צ</w:t>
      </w:r>
      <w:r>
        <w:rPr>
          <w:rFonts w:ascii="Georgia" w:hAnsi="Georgia"/>
          <w:b w:val="0"/>
          <w:i w:val="0"/>
          <w:color w:val="000000"/>
          <w:sz w:val="24"/>
        </w:rPr>
        <w:t xml:space="preserve"> = 90); сама же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[в слове </w:t>
      </w:r>
      <w:r>
        <w:rPr>
          <w:rFonts w:ascii="Georgia" w:hAnsi="Georgia"/>
          <w:b w:val="0"/>
          <w:i/>
          <w:color w:val="000000"/>
          <w:sz w:val="24"/>
        </w:rPr>
        <w:t>йод</w:t>
      </w:r>
      <w:r>
        <w:rPr>
          <w:rFonts w:ascii="Georgia" w:hAnsi="Georgia"/>
          <w:b w:val="0"/>
          <w:i w:val="0"/>
          <w:color w:val="000000"/>
          <w:sz w:val="24"/>
        </w:rPr>
        <w:t>] дает 100 (</w:t>
      </w:r>
      <w:r>
        <w:rPr>
          <w:rFonts w:ascii="Georgia" w:hAnsi="Georgia" w:cs="Times New Roman"/>
          <w:b/>
          <w:i w:val="0"/>
          <w:color w:val="000000"/>
          <w:sz w:val="24"/>
          <w:rtl/>
          <w:szCs w:val="32"/>
        </w:rPr>
        <w:t>ק</w:t>
      </w:r>
      <w:r>
        <w:rPr>
          <w:rFonts w:ascii="Georgia" w:hAnsi="Georgia"/>
          <w:b w:val="0"/>
          <w:i w:val="0"/>
          <w:color w:val="000000"/>
          <w:sz w:val="24"/>
        </w:rPr>
        <w:t xml:space="preserve"> = 100), а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самой АВАЯ дает 106. Однако вторая буква вав [из ее наполнения] не входит в счет, так как вторая буква вав необходима лишь для прочтения первой. И здесь я нашел записанным Имя </w:t>
      </w:r>
      <w:r>
        <w:rPr>
          <w:rFonts w:ascii="Georgia" w:hAnsi="Georgia"/>
          <w:b w:val="0"/>
          <w:i/>
          <w:color w:val="000000"/>
          <w:sz w:val="24"/>
        </w:rPr>
        <w:t>Цехихунхун</w:t>
      </w:r>
      <w:r>
        <w:rPr>
          <w:rFonts w:ascii="Georgia" w:hAnsi="Georgia"/>
          <w:b w:val="0"/>
          <w:i w:val="0"/>
          <w:color w:val="000000"/>
          <w:sz w:val="24"/>
        </w:rPr>
        <w:t xml:space="preserve"> (</w:t>
      </w:r>
      <w:r>
        <w:rPr>
          <w:rFonts w:ascii="Georgia" w:hAnsi="Georgia" w:cs="Times New Roman"/>
          <w:b/>
          <w:i w:val="0"/>
          <w:color w:val="000000"/>
          <w:sz w:val="24"/>
          <w:rtl/>
          <w:szCs w:val="32"/>
        </w:rPr>
        <w:t>צֶהִהוּנְהוּנְ</w:t>
      </w:r>
      <w:r>
        <w:rPr>
          <w:rFonts w:ascii="Georgia" w:hAnsi="Georgia"/>
          <w:b w:val="0"/>
          <w:i w:val="0"/>
          <w:color w:val="000000"/>
          <w:sz w:val="24"/>
        </w:rPr>
        <w:t>), а затем нашел записанным это единение:</w:t>
      </w:r>
    </w:p>
    <w:p>
      <w:pPr>
        <w:keepNext/>
        <w:spacing w:before="320" w:after="120"/>
      </w:pPr>
      <w:r>
        <w:rPr>
          <w:rFonts w:ascii="Georgia" w:hAnsi="Georgia"/>
          <w:b w:val="0"/>
          <w:i w:val="0"/>
          <w:color w:val="000000"/>
          <w:sz w:val="32"/>
        </w:rPr>
        <w:t>Ихуд 26</w:t>
      </w:r>
    </w:p>
    <w:p>
      <w:pPr>
        <w:spacing w:before="40" w:after="120"/>
        <w:jc w:val="both"/>
      </w:pPr>
      <w:r>
        <w:rPr>
          <w:rFonts w:ascii="Georgia" w:hAnsi="Georgia"/>
          <w:b w:val="0"/>
          <w:i w:val="0"/>
          <w:color w:val="000000"/>
          <w:sz w:val="24"/>
        </w:rPr>
        <w:t xml:space="preserve">Также к вышесказанному относится [стих]: </w:t>
      </w:r>
      <w:r>
        <w:rPr>
          <w:rFonts w:ascii="Georgia" w:hAnsi="Georgia"/>
          <w:b w:val="0"/>
          <w:i/>
          <w:color w:val="000000"/>
          <w:sz w:val="24"/>
        </w:rPr>
        <w:t>«Тору заповедал нам Моше…»</w:t>
      </w:r>
      <w:r>
        <w:rPr>
          <w:rFonts w:ascii="Georgia" w:hAnsi="Georgia"/>
          <w:b w:val="0"/>
          <w:i w:val="0"/>
          <w:color w:val="000000"/>
          <w:sz w:val="24"/>
        </w:rPr>
        <w:t xml:space="preserve"> (Дварим 33:4). Начальные буквы его слов составляют в гематрии 520 (</w:t>
      </w:r>
      <w:r>
        <w:rPr>
          <w:rFonts w:ascii="Georgia" w:hAnsi="Georgia" w:cs="Times New Roman"/>
          <w:b/>
          <w:i w:val="0"/>
          <w:color w:val="000000"/>
          <w:sz w:val="24"/>
          <w:rtl/>
          <w:szCs w:val="32"/>
        </w:rPr>
        <w:t>תק״ך</w:t>
      </w:r>
      <w:r>
        <w:rPr>
          <w:rFonts w:ascii="Georgia" w:hAnsi="Georgia"/>
          <w:b w:val="0"/>
          <w:i w:val="0"/>
          <w:color w:val="000000"/>
          <w:sz w:val="24"/>
        </w:rPr>
        <w:t>), что равно двум числам 260 (</w:t>
      </w:r>
      <w:r>
        <w:rPr>
          <w:rFonts w:ascii="Georgia" w:hAnsi="Georgia" w:cs="Times New Roman"/>
          <w:b/>
          <w:i w:val="0"/>
          <w:color w:val="000000"/>
          <w:sz w:val="24"/>
          <w:rtl/>
          <w:szCs w:val="32"/>
        </w:rPr>
        <w:t>ר״ס</w:t>
      </w:r>
      <w:r>
        <w:rPr>
          <w:rFonts w:ascii="Georgia" w:hAnsi="Georgia"/>
          <w:b w:val="0"/>
          <w:i w:val="0"/>
          <w:color w:val="000000"/>
          <w:sz w:val="24"/>
        </w:rPr>
        <w:t>). Первое число 260 — это дважды по 130 (</w:t>
      </w:r>
      <w:r>
        <w:rPr>
          <w:rFonts w:ascii="Georgia" w:hAnsi="Georgia" w:cs="Times New Roman"/>
          <w:b/>
          <w:i w:val="0"/>
          <w:color w:val="000000"/>
          <w:sz w:val="24"/>
          <w:rtl/>
          <w:szCs w:val="32"/>
        </w:rPr>
        <w:t>ק״ל</w:t>
      </w:r>
      <w:r>
        <w:rPr>
          <w:rFonts w:ascii="Georgia" w:hAnsi="Georgia"/>
          <w:b w:val="0"/>
          <w:i w:val="0"/>
          <w:color w:val="000000"/>
          <w:sz w:val="24"/>
        </w:rPr>
        <w:t xml:space="preserve">): пять Имен АВАЯ де-хасадим [дают] 130, и пять Имен АВАЯ де-гвурот — 130; при этом хасадим пребывают в Абе, а гвурот — в Име. Второе же число 260 — это десять Имен АВАЯ пяти хасадим де-ЗА и пяти гвурот его Нуквы. В этом заключается смысл [разделения слова </w:t>
      </w:r>
      <w:r>
        <w:rPr>
          <w:rFonts w:ascii="Georgia" w:hAnsi="Georgia"/>
          <w:b w:val="0"/>
          <w:i/>
          <w:color w:val="000000"/>
          <w:sz w:val="24"/>
        </w:rPr>
        <w:t>берешит</w:t>
      </w:r>
      <w:r>
        <w:rPr>
          <w:rFonts w:ascii="Georgia" w:hAnsi="Georgia"/>
          <w:b w:val="0"/>
          <w:i w:val="0"/>
          <w:color w:val="000000"/>
          <w:sz w:val="24"/>
        </w:rPr>
        <w:t xml:space="preserve"> на] </w:t>
      </w:r>
      <w:r>
        <w:rPr>
          <w:rFonts w:ascii="Georgia" w:hAnsi="Georgia"/>
          <w:b w:val="0"/>
          <w:i/>
          <w:color w:val="000000"/>
          <w:sz w:val="24"/>
        </w:rPr>
        <w:t>бара шит</w:t>
      </w:r>
      <w:r>
        <w:rPr>
          <w:rFonts w:ascii="Georgia" w:hAnsi="Georgia"/>
          <w:b w:val="0"/>
          <w:i w:val="0"/>
          <w:color w:val="000000"/>
          <w:sz w:val="24"/>
        </w:rPr>
        <w:t xml:space="preserve"> (</w:t>
      </w:r>
      <w:r>
        <w:rPr>
          <w:rFonts w:ascii="Georgia" w:hAnsi="Georgia" w:cs="Times New Roman"/>
          <w:b/>
          <w:i w:val="0"/>
          <w:color w:val="000000"/>
          <w:sz w:val="24"/>
          <w:rtl/>
          <w:szCs w:val="32"/>
        </w:rPr>
        <w:t>בָּרָא שִׁית</w:t>
      </w:r>
      <w:r>
        <w:rPr>
          <w:rFonts w:ascii="Georgia" w:hAnsi="Georgia"/>
          <w:b w:val="0"/>
          <w:i w:val="0"/>
          <w:color w:val="000000"/>
          <w:sz w:val="24"/>
        </w:rPr>
        <w:t xml:space="preserve">): буквы слова </w:t>
      </w:r>
      <w:r>
        <w:rPr>
          <w:rFonts w:ascii="Georgia" w:hAnsi="Georgia"/>
          <w:b w:val="0"/>
          <w:i/>
          <w:color w:val="000000"/>
          <w:sz w:val="24"/>
        </w:rPr>
        <w:t>беэр</w:t>
      </w:r>
      <w:r>
        <w:rPr>
          <w:rFonts w:ascii="Georgia" w:hAnsi="Georgia"/>
          <w:b w:val="0"/>
          <w:i w:val="0"/>
          <w:color w:val="000000"/>
          <w:sz w:val="24"/>
        </w:rPr>
        <w:t xml:space="preserve"> («источник», </w:t>
      </w:r>
      <w:r>
        <w:rPr>
          <w:rFonts w:ascii="Georgia" w:hAnsi="Georgia" w:cs="Times New Roman"/>
          <w:b/>
          <w:i w:val="0"/>
          <w:color w:val="000000"/>
          <w:sz w:val="24"/>
          <w:rtl/>
          <w:szCs w:val="32"/>
        </w:rPr>
        <w:t>בְּאֵר</w:t>
      </w:r>
      <w:r>
        <w:rPr>
          <w:rFonts w:ascii="Georgia" w:hAnsi="Georgia"/>
          <w:b w:val="0"/>
          <w:i w:val="0"/>
          <w:color w:val="000000"/>
          <w:sz w:val="24"/>
        </w:rPr>
        <w:t xml:space="preserve">) находятся в Име, а буквы слова </w:t>
      </w:r>
      <w:r>
        <w:rPr>
          <w:rFonts w:ascii="Georgia" w:hAnsi="Georgia"/>
          <w:b w:val="0"/>
          <w:i/>
          <w:color w:val="000000"/>
          <w:sz w:val="24"/>
        </w:rPr>
        <w:t>шит</w:t>
      </w:r>
      <w:r>
        <w:rPr>
          <w:rFonts w:ascii="Georgia" w:hAnsi="Georgia"/>
          <w:b w:val="0"/>
          <w:i w:val="0"/>
          <w:color w:val="000000"/>
          <w:sz w:val="24"/>
        </w:rPr>
        <w:t xml:space="preserve"> («шесть», </w:t>
      </w:r>
      <w:r>
        <w:rPr>
          <w:rFonts w:ascii="Georgia" w:hAnsi="Georgia" w:cs="Times New Roman"/>
          <w:b/>
          <w:i w:val="0"/>
          <w:color w:val="000000"/>
          <w:sz w:val="24"/>
          <w:rtl/>
          <w:szCs w:val="32"/>
        </w:rPr>
        <w:t>שִׁית</w:t>
      </w:r>
      <w:r>
        <w:rPr>
          <w:rFonts w:ascii="Georgia" w:hAnsi="Georgia"/>
          <w:b w:val="0"/>
          <w:i w:val="0"/>
          <w:color w:val="000000"/>
          <w:sz w:val="24"/>
        </w:rPr>
        <w:t xml:space="preserve">) — в Есоде де-ЗА, поскольку через пребывающий в нем Есод он передает хасадим и гвурот своей Нукве. Конечные буквы слов </w:t>
      </w:r>
      <w:r>
        <w:rPr>
          <w:rFonts w:ascii="Georgia" w:hAnsi="Georgia"/>
          <w:b w:val="0"/>
          <w:i/>
          <w:color w:val="000000"/>
          <w:sz w:val="24"/>
        </w:rPr>
        <w:t>«Тору заповедал нам Моше»</w:t>
      </w:r>
      <w:r>
        <w:rPr>
          <w:rFonts w:ascii="Georgia" w:hAnsi="Georgia"/>
          <w:b w:val="0"/>
          <w:i w:val="0"/>
          <w:color w:val="000000"/>
          <w:sz w:val="24"/>
        </w:rPr>
        <w:t xml:space="preserve"> образуют выходящее из них Имя </w:t>
      </w:r>
      <w:r>
        <w:rPr>
          <w:rFonts w:ascii="Georgia" w:hAnsi="Georgia"/>
          <w:b w:val="0"/>
          <w:i/>
          <w:color w:val="000000"/>
          <w:sz w:val="24"/>
        </w:rPr>
        <w:t>Хаховихо</w:t>
      </w:r>
      <w:r>
        <w:rPr>
          <w:rFonts w:ascii="Georgia" w:hAnsi="Georgia"/>
          <w:b w:val="0"/>
          <w:i w:val="0"/>
          <w:color w:val="000000"/>
          <w:sz w:val="24"/>
        </w:rPr>
        <w:t xml:space="preserve"> (</w:t>
      </w:r>
      <w:r>
        <w:rPr>
          <w:rFonts w:ascii="Georgia" w:hAnsi="Georgia" w:cs="Times New Roman"/>
          <w:b/>
          <w:i w:val="0"/>
          <w:color w:val="000000"/>
          <w:sz w:val="24"/>
          <w:rtl/>
          <w:szCs w:val="32"/>
        </w:rPr>
        <w:t>ההֹוִהָֹ</w:t>
      </w:r>
      <w:r>
        <w:rPr>
          <w:rFonts w:ascii="Georgia" w:hAnsi="Georgia"/>
          <w:b w:val="0"/>
          <w:i w:val="0"/>
          <w:color w:val="000000"/>
          <w:sz w:val="24"/>
        </w:rPr>
        <w:t xml:space="preserve">), а его огласовка берется от начальных букв этого стиха. Начальные буквы слов </w:t>
      </w:r>
      <w:r>
        <w:rPr>
          <w:rFonts w:ascii="Georgia" w:hAnsi="Georgia"/>
          <w:b w:val="0"/>
          <w:i/>
          <w:color w:val="000000"/>
          <w:sz w:val="24"/>
        </w:rPr>
        <w:t>«…наследие общине Яакова»</w:t>
      </w:r>
      <w:r>
        <w:rPr>
          <w:rFonts w:ascii="Georgia" w:hAnsi="Georgia"/>
          <w:b w:val="0"/>
          <w:i w:val="0"/>
          <w:color w:val="000000"/>
          <w:sz w:val="24"/>
        </w:rPr>
        <w:t xml:space="preserve"> (Дварим 33:4) составляют 151 (</w:t>
      </w:r>
      <w:r>
        <w:rPr>
          <w:rFonts w:ascii="Georgia" w:hAnsi="Georgia" w:cs="Times New Roman"/>
          <w:b/>
          <w:i w:val="0"/>
          <w:color w:val="000000"/>
          <w:sz w:val="24"/>
          <w:rtl/>
          <w:szCs w:val="32"/>
        </w:rPr>
        <w:t>קנ״א</w:t>
      </w:r>
      <w:r>
        <w:rPr>
          <w:rFonts w:ascii="Georgia" w:hAnsi="Georgia"/>
          <w:b w:val="0"/>
          <w:i w:val="0"/>
          <w:color w:val="000000"/>
          <w:sz w:val="24"/>
        </w:rPr>
        <w:t>). [Говорит Шмуэль, мир ему: слово «нам» (</w:t>
      </w:r>
      <w:r>
        <w:rPr>
          <w:rFonts w:ascii="Georgia" w:hAnsi="Georgia"/>
          <w:b w:val="0"/>
          <w:i/>
          <w:color w:val="000000"/>
          <w:sz w:val="24"/>
        </w:rPr>
        <w:t>лану</w:t>
      </w:r>
      <w:r>
        <w:rPr>
          <w:rFonts w:ascii="Georgia" w:hAnsi="Georgia"/>
          <w:b w:val="0"/>
          <w:i w:val="0"/>
          <w:color w:val="000000"/>
          <w:sz w:val="24"/>
        </w:rPr>
        <w:t xml:space="preserve">, </w:t>
      </w:r>
      <w:r>
        <w:rPr>
          <w:rFonts w:ascii="Georgia" w:hAnsi="Georgia" w:cs="Times New Roman"/>
          <w:b/>
          <w:i w:val="0"/>
          <w:color w:val="000000"/>
          <w:sz w:val="24"/>
          <w:rtl/>
          <w:szCs w:val="32"/>
        </w:rPr>
        <w:t>לָנוּ</w:t>
      </w:r>
      <w:r>
        <w:rPr>
          <w:rFonts w:ascii="Georgia" w:hAnsi="Georgia"/>
          <w:b w:val="0"/>
          <w:i w:val="0"/>
          <w:color w:val="000000"/>
          <w:sz w:val="24"/>
        </w:rPr>
        <w:t>) в гематрии равно Имени ЭЛОКИМ; слова «заповедал нам» (</w:t>
      </w:r>
      <w:r>
        <w:rPr>
          <w:rFonts w:ascii="Georgia" w:hAnsi="Georgia"/>
          <w:b w:val="0"/>
          <w:i/>
          <w:color w:val="000000"/>
          <w:sz w:val="24"/>
        </w:rPr>
        <w:t>цава лану</w:t>
      </w:r>
      <w:r>
        <w:rPr>
          <w:rFonts w:ascii="Georgia" w:hAnsi="Georgia"/>
          <w:b w:val="0"/>
          <w:i w:val="0"/>
          <w:color w:val="000000"/>
          <w:sz w:val="24"/>
        </w:rPr>
        <w:t xml:space="preserve">, </w:t>
      </w:r>
      <w:r>
        <w:rPr>
          <w:rFonts w:ascii="Georgia" w:hAnsi="Georgia" w:cs="Times New Roman"/>
          <w:b/>
          <w:i w:val="0"/>
          <w:color w:val="000000"/>
          <w:sz w:val="24"/>
          <w:rtl/>
          <w:szCs w:val="32"/>
        </w:rPr>
        <w:t>צִוָּה לָנוּ</w:t>
      </w:r>
      <w:r>
        <w:rPr>
          <w:rFonts w:ascii="Georgia" w:hAnsi="Georgia"/>
          <w:b w:val="0"/>
          <w:i w:val="0"/>
          <w:color w:val="000000"/>
          <w:sz w:val="24"/>
        </w:rPr>
        <w:t>) в гематрии равны [сочетанию] Фазек (</w:t>
      </w:r>
      <w:r>
        <w:rPr>
          <w:rFonts w:ascii="Georgia" w:hAnsi="Georgia" w:cs="Times New Roman"/>
          <w:b/>
          <w:i w:val="0"/>
          <w:color w:val="000000"/>
          <w:sz w:val="24"/>
          <w:rtl/>
          <w:szCs w:val="32"/>
        </w:rPr>
        <w:t>פָזֶקְ</w:t>
      </w:r>
      <w:r>
        <w:rPr>
          <w:rFonts w:ascii="Georgia" w:hAnsi="Georgia"/>
          <w:b w:val="0"/>
          <w:i w:val="0"/>
          <w:color w:val="000000"/>
          <w:sz w:val="24"/>
        </w:rPr>
        <w:t xml:space="preserve">), а его огласовка — как у слова </w:t>
      </w:r>
      <w:r>
        <w:rPr>
          <w:rFonts w:ascii="Georgia" w:hAnsi="Georgia"/>
          <w:b w:val="0"/>
          <w:i/>
          <w:color w:val="000000"/>
          <w:sz w:val="24"/>
        </w:rPr>
        <w:t>алеф</w:t>
      </w:r>
      <w:r>
        <w:rPr>
          <w:rFonts w:ascii="Georgia" w:hAnsi="Georgia"/>
          <w:b w:val="0"/>
          <w:i w:val="0"/>
          <w:color w:val="000000"/>
          <w:sz w:val="24"/>
        </w:rPr>
        <w:t xml:space="preserve"> (</w:t>
      </w:r>
      <w:r>
        <w:rPr>
          <w:rFonts w:ascii="Georgia" w:hAnsi="Georgia" w:cs="Times New Roman"/>
          <w:b/>
          <w:i w:val="0"/>
          <w:color w:val="000000"/>
          <w:sz w:val="24"/>
          <w:rtl/>
          <w:szCs w:val="32"/>
        </w:rPr>
        <w:t>אָלֶףְ</w:t>
      </w:r>
      <w:r>
        <w:rPr>
          <w:rFonts w:ascii="Georgia" w:hAnsi="Georgia"/>
          <w:b w:val="0"/>
          <w:i w:val="0"/>
          <w:color w:val="000000"/>
          <w:sz w:val="24"/>
        </w:rPr>
        <w:t xml:space="preserve">).] Конечные буквы слов </w:t>
      </w:r>
      <w:r>
        <w:rPr>
          <w:rFonts w:ascii="Georgia" w:hAnsi="Georgia"/>
          <w:b w:val="0"/>
          <w:i/>
          <w:color w:val="000000"/>
          <w:sz w:val="24"/>
        </w:rPr>
        <w:t>«…наследие общине Яакова»</w:t>
      </w:r>
      <w:r>
        <w:rPr>
          <w:rFonts w:ascii="Georgia" w:hAnsi="Georgia"/>
          <w:b w:val="0"/>
          <w:i w:val="0"/>
          <w:color w:val="000000"/>
          <w:sz w:val="24"/>
        </w:rPr>
        <w:t xml:space="preserve"> образуют [сочетание] </w:t>
      </w:r>
      <w:r>
        <w:rPr>
          <w:rFonts w:ascii="Georgia" w:hAnsi="Georgia"/>
          <w:b w:val="0"/>
          <w:i/>
          <w:color w:val="000000"/>
          <w:sz w:val="24"/>
        </w:rPr>
        <w:t>Хевита</w:t>
      </w:r>
      <w:r>
        <w:rPr>
          <w:rFonts w:ascii="Georgia" w:hAnsi="Georgia"/>
          <w:b w:val="0"/>
          <w:i w:val="0"/>
          <w:color w:val="000000"/>
          <w:sz w:val="24"/>
        </w:rPr>
        <w:t xml:space="preserve"> (</w:t>
      </w:r>
      <w:r>
        <w:rPr>
          <w:rFonts w:ascii="Georgia" w:hAnsi="Georgia" w:cs="Times New Roman"/>
          <w:b/>
          <w:i w:val="0"/>
          <w:color w:val="000000"/>
          <w:sz w:val="24"/>
          <w:rtl/>
          <w:szCs w:val="32"/>
        </w:rPr>
        <w:t>הֶבִתָ</w:t>
      </w:r>
      <w:r>
        <w:rPr>
          <w:rFonts w:ascii="Georgia" w:hAnsi="Georgia"/>
          <w:b w:val="0"/>
          <w:i w:val="0"/>
          <w:color w:val="000000"/>
          <w:sz w:val="24"/>
        </w:rPr>
        <w:t xml:space="preserve">), а его огласовка берется из оборота </w:t>
      </w:r>
      <w:r>
        <w:rPr>
          <w:rFonts w:ascii="Georgia" w:hAnsi="Georgia"/>
          <w:b w:val="0"/>
          <w:i/>
          <w:color w:val="000000"/>
          <w:sz w:val="24"/>
        </w:rPr>
        <w:t>шавта а-баит</w:t>
      </w:r>
      <w:r>
        <w:rPr>
          <w:rFonts w:ascii="Georgia" w:hAnsi="Georgia"/>
          <w:b w:val="0"/>
          <w:i w:val="0"/>
          <w:color w:val="000000"/>
          <w:sz w:val="24"/>
        </w:rPr>
        <w:t xml:space="preserve"> (</w:t>
      </w:r>
      <w:r>
        <w:rPr>
          <w:rFonts w:ascii="Georgia" w:hAnsi="Georgia" w:cs="Times New Roman"/>
          <w:b/>
          <w:i w:val="0"/>
          <w:color w:val="000000"/>
          <w:sz w:val="24"/>
          <w:rtl/>
          <w:szCs w:val="32"/>
        </w:rPr>
        <w:t>שָׁבְתָה הַבַּיִת</w:t>
      </w:r>
      <w:r>
        <w:rPr>
          <w:rFonts w:ascii="Georgia" w:hAnsi="Georgia"/>
          <w:b w:val="0"/>
          <w:i w:val="0"/>
          <w:color w:val="000000"/>
          <w:sz w:val="24"/>
        </w:rPr>
        <w:t xml:space="preserve">), поскольку слово </w:t>
      </w:r>
      <w:r>
        <w:rPr>
          <w:rFonts w:ascii="Georgia" w:hAnsi="Georgia"/>
          <w:b w:val="0"/>
          <w:i/>
          <w:color w:val="000000"/>
          <w:sz w:val="24"/>
        </w:rPr>
        <w:t>а-баит</w:t>
      </w:r>
      <w:r>
        <w:rPr>
          <w:rFonts w:ascii="Georgia" w:hAnsi="Georgia"/>
          <w:b w:val="0"/>
          <w:i w:val="0"/>
          <w:color w:val="000000"/>
          <w:sz w:val="24"/>
        </w:rPr>
        <w:t xml:space="preserve"> («дом») написано здесь без буквы йод (</w:t>
      </w:r>
      <w:r>
        <w:rPr>
          <w:rFonts w:ascii="Georgia" w:hAnsi="Georgia" w:cs="Times New Roman"/>
          <w:b/>
          <w:i w:val="0"/>
          <w:color w:val="000000"/>
          <w:sz w:val="24"/>
          <w:rtl/>
          <w:szCs w:val="32"/>
        </w:rPr>
        <w:t>י</w:t>
      </w:r>
      <w:r>
        <w:rPr>
          <w:rFonts w:ascii="Georgia" w:hAnsi="Georgia"/>
          <w:b w:val="0"/>
          <w:i w:val="0"/>
          <w:color w:val="000000"/>
          <w:sz w:val="24"/>
        </w:rPr>
        <w:t xml:space="preserve">), как </w:t>
      </w:r>
      <w:r>
        <w:rPr>
          <w:rFonts w:ascii="Georgia" w:hAnsi="Georgia"/>
          <w:b w:val="0"/>
          <w:i/>
          <w:color w:val="000000"/>
          <w:sz w:val="24"/>
        </w:rPr>
        <w:t>а-бат</w:t>
      </w:r>
      <w:r>
        <w:rPr>
          <w:rFonts w:ascii="Georgia" w:hAnsi="Georgia"/>
          <w:b w:val="0"/>
          <w:i w:val="0"/>
          <w:color w:val="000000"/>
          <w:sz w:val="24"/>
        </w:rPr>
        <w:t xml:space="preserve"> (</w:t>
      </w:r>
      <w:r>
        <w:rPr>
          <w:rFonts w:ascii="Georgia" w:hAnsi="Georgia" w:cs="Times New Roman"/>
          <w:b/>
          <w:i w:val="0"/>
          <w:color w:val="000000"/>
          <w:sz w:val="24"/>
          <w:rtl/>
          <w:szCs w:val="32"/>
        </w:rPr>
        <w:t>הַבַּת</w:t>
      </w:r>
      <w:r>
        <w:rPr>
          <w:rFonts w:ascii="Georgia" w:hAnsi="Georgia"/>
          <w:b w:val="0"/>
          <w:i w:val="0"/>
          <w:color w:val="000000"/>
          <w:sz w:val="24"/>
        </w:rPr>
        <w:t>). И оно вместе со своими тремя буквами составляет в гематрии 410 (</w:t>
      </w:r>
      <w:r>
        <w:rPr>
          <w:rFonts w:ascii="Georgia" w:hAnsi="Georgia" w:cs="Times New Roman"/>
          <w:b/>
          <w:i w:val="0"/>
          <w:color w:val="000000"/>
          <w:sz w:val="24"/>
          <w:rtl/>
          <w:szCs w:val="32"/>
        </w:rPr>
        <w:t>ת״י</w:t>
      </w:r>
      <w:r>
        <w:rPr>
          <w:rFonts w:ascii="Georgia" w:hAnsi="Georgia"/>
          <w:b w:val="0"/>
          <w:i w:val="0"/>
          <w:color w:val="000000"/>
          <w:sz w:val="24"/>
        </w:rPr>
        <w:t xml:space="preserve">). Это соответствует двум простым ахораим Имени ЭЛОКИМ, которые вместе со своими десятью буквами также равны 410. Огласовка же этих двух Имен ЭЛОКИМ такова: </w:t>
      </w:r>
      <w:r>
        <w:rPr>
          <w:rFonts w:ascii="Georgia" w:hAnsi="Georgia"/>
          <w:b w:val="0"/>
          <w:i/>
          <w:color w:val="000000"/>
          <w:sz w:val="24"/>
        </w:rPr>
        <w:t>Олахиям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 xml:space="preserve">) и </w:t>
      </w:r>
      <w:r>
        <w:rPr>
          <w:rFonts w:ascii="Georgia" w:hAnsi="Georgia"/>
          <w:b w:val="0"/>
          <w:i/>
          <w:color w:val="000000"/>
          <w:sz w:val="24"/>
        </w:rPr>
        <w:t>Улохеям</w:t>
      </w:r>
      <w:r>
        <w:rPr>
          <w:rFonts w:ascii="Georgia" w:hAnsi="Georgia"/>
          <w:b w:val="0"/>
          <w:i w:val="0"/>
          <w:color w:val="000000"/>
          <w:sz w:val="24"/>
        </w:rPr>
        <w:t xml:space="preserve"> (</w:t>
      </w:r>
      <w:r>
        <w:rPr>
          <w:rFonts w:ascii="Georgia" w:hAnsi="Georgia" w:cs="Times New Roman"/>
          <w:b/>
          <w:i w:val="0"/>
          <w:color w:val="000000"/>
          <w:sz w:val="24"/>
          <w:rtl/>
          <w:szCs w:val="32"/>
        </w:rPr>
        <w:t>אוּלֹהֶיֹםַ</w:t>
      </w:r>
      <w:r>
        <w:rPr>
          <w:rFonts w:ascii="Georgia" w:hAnsi="Georgia"/>
          <w:b w:val="0"/>
          <w:i w:val="0"/>
          <w:color w:val="000000"/>
          <w:sz w:val="24"/>
        </w:rPr>
        <w:t xml:space="preserve">), и огласовка их взята из самого стиха: </w:t>
      </w:r>
      <w:r>
        <w:rPr>
          <w:rFonts w:ascii="Georgia" w:hAnsi="Georgia"/>
          <w:b w:val="0"/>
          <w:i/>
          <w:color w:val="000000"/>
          <w:sz w:val="24"/>
        </w:rPr>
        <w:t>«Тору заповедал нам Моше, наследие…»</w:t>
      </w:r>
      <w:r>
        <w:rPr>
          <w:rFonts w:ascii="Georgia" w:hAnsi="Georgia"/>
          <w:b w:val="0"/>
          <w:i w:val="0"/>
          <w:color w:val="000000"/>
          <w:sz w:val="24"/>
        </w:rPr>
        <w:t xml:space="preserve"> И нужно сосредоточиться на этом Имени: </w:t>
      </w:r>
      <w:r>
        <w:rPr>
          <w:rFonts w:ascii="Georgia" w:hAnsi="Georgia"/>
          <w:b w:val="0"/>
          <w:i/>
          <w:color w:val="000000"/>
          <w:sz w:val="24"/>
        </w:rPr>
        <w:t>Тававек</w:t>
      </w:r>
      <w:r>
        <w:rPr>
          <w:rFonts w:ascii="Georgia" w:hAnsi="Georgia"/>
          <w:b w:val="0"/>
          <w:i w:val="0"/>
          <w:color w:val="000000"/>
          <w:sz w:val="24"/>
        </w:rPr>
        <w:t xml:space="preserve"> (</w:t>
      </w:r>
      <w:r>
        <w:rPr>
          <w:rFonts w:ascii="Georgia" w:hAnsi="Georgia" w:cs="Times New Roman"/>
          <w:b/>
          <w:i w:val="0"/>
          <w:color w:val="000000"/>
          <w:sz w:val="24"/>
          <w:rtl/>
          <w:szCs w:val="32"/>
        </w:rPr>
        <w:t>תָבָוֶק</w:t>
      </w:r>
      <w:r>
        <w:rPr>
          <w:rFonts w:ascii="Georgia" w:hAnsi="Georgia"/>
          <w:b w:val="0"/>
          <w:i w:val="0"/>
          <w:color w:val="000000"/>
          <w:sz w:val="24"/>
        </w:rPr>
        <w:t>), которое образовано из буквы тав (</w:t>
      </w:r>
      <w:r>
        <w:rPr>
          <w:rFonts w:ascii="Georgia" w:hAnsi="Georgia" w:cs="Times New Roman"/>
          <w:b/>
          <w:i w:val="0"/>
          <w:color w:val="000000"/>
          <w:sz w:val="24"/>
          <w:rtl/>
          <w:szCs w:val="32"/>
        </w:rPr>
        <w:t>ת</w:t>
      </w:r>
      <w:r>
        <w:rPr>
          <w:rFonts w:ascii="Georgia" w:hAnsi="Georgia"/>
          <w:b w:val="0"/>
          <w:i w:val="0"/>
          <w:color w:val="000000"/>
          <w:sz w:val="24"/>
        </w:rPr>
        <w:t xml:space="preserve">) слова </w:t>
      </w:r>
      <w:r>
        <w:rPr>
          <w:rFonts w:ascii="Georgia" w:hAnsi="Georgia"/>
          <w:b w:val="0"/>
          <w:i/>
          <w:color w:val="000000"/>
          <w:sz w:val="24"/>
        </w:rPr>
        <w:t>«Тора»</w:t>
      </w:r>
      <w:r>
        <w:rPr>
          <w:rFonts w:ascii="Georgia" w:hAnsi="Georgia"/>
          <w:b w:val="0"/>
          <w:i w:val="0"/>
          <w:color w:val="000000"/>
          <w:sz w:val="24"/>
        </w:rPr>
        <w:t>, буквы бэт (</w:t>
      </w:r>
      <w:r>
        <w:rPr>
          <w:rFonts w:ascii="Georgia" w:hAnsi="Georgia" w:cs="Times New Roman"/>
          <w:b/>
          <w:i w:val="0"/>
          <w:color w:val="000000"/>
          <w:sz w:val="24"/>
          <w:rtl/>
          <w:szCs w:val="32"/>
        </w:rPr>
        <w:t>ב</w:t>
      </w:r>
      <w:r>
        <w:rPr>
          <w:rFonts w:ascii="Georgia" w:hAnsi="Georgia"/>
          <w:b w:val="0"/>
          <w:i w:val="0"/>
          <w:color w:val="000000"/>
          <w:sz w:val="24"/>
        </w:rPr>
        <w:t xml:space="preserve">) слова </w:t>
      </w:r>
      <w:r>
        <w:rPr>
          <w:rFonts w:ascii="Georgia" w:hAnsi="Georgia"/>
          <w:b w:val="0"/>
          <w:i/>
          <w:color w:val="000000"/>
          <w:sz w:val="24"/>
        </w:rPr>
        <w:t>«Яаков»</w:t>
      </w:r>
      <w:r>
        <w:rPr>
          <w:rFonts w:ascii="Georgia" w:hAnsi="Georgia"/>
          <w:b w:val="0"/>
          <w:i w:val="0"/>
          <w:color w:val="000000"/>
          <w:sz w:val="24"/>
        </w:rPr>
        <w:t>, буквы вав (</w:t>
      </w:r>
      <w:r>
        <w:rPr>
          <w:rFonts w:ascii="Georgia" w:hAnsi="Georgia" w:cs="Times New Roman"/>
          <w:b/>
          <w:i w:val="0"/>
          <w:color w:val="000000"/>
          <w:sz w:val="24"/>
          <w:rtl/>
          <w:szCs w:val="32"/>
        </w:rPr>
        <w:t>ו</w:t>
      </w:r>
      <w:r>
        <w:rPr>
          <w:rFonts w:ascii="Georgia" w:hAnsi="Georgia"/>
          <w:b w:val="0"/>
          <w:i w:val="0"/>
          <w:color w:val="000000"/>
          <w:sz w:val="24"/>
        </w:rPr>
        <w:t xml:space="preserve">) слова </w:t>
      </w:r>
      <w:r>
        <w:rPr>
          <w:rFonts w:ascii="Georgia" w:hAnsi="Georgia"/>
          <w:b w:val="0"/>
          <w:i/>
          <w:color w:val="000000"/>
          <w:sz w:val="24"/>
        </w:rPr>
        <w:t>«Тора»</w:t>
      </w:r>
      <w:r>
        <w:rPr>
          <w:rFonts w:ascii="Georgia" w:hAnsi="Georgia"/>
          <w:b w:val="0"/>
          <w:i w:val="0"/>
          <w:color w:val="000000"/>
          <w:sz w:val="24"/>
        </w:rPr>
        <w:t xml:space="preserve"> и буквы куф (</w:t>
      </w:r>
      <w:r>
        <w:rPr>
          <w:rFonts w:ascii="Georgia" w:hAnsi="Georgia" w:cs="Times New Roman"/>
          <w:b/>
          <w:i w:val="0"/>
          <w:color w:val="000000"/>
          <w:sz w:val="24"/>
          <w:rtl/>
          <w:szCs w:val="32"/>
        </w:rPr>
        <w:t>ק</w:t>
      </w:r>
      <w:r>
        <w:rPr>
          <w:rFonts w:ascii="Georgia" w:hAnsi="Georgia"/>
          <w:b w:val="0"/>
          <w:i w:val="0"/>
          <w:color w:val="000000"/>
          <w:sz w:val="24"/>
        </w:rPr>
        <w:t xml:space="preserve">) слова </w:t>
      </w:r>
      <w:r>
        <w:rPr>
          <w:rFonts w:ascii="Georgia" w:hAnsi="Georgia"/>
          <w:b w:val="0"/>
          <w:i/>
          <w:color w:val="000000"/>
          <w:sz w:val="24"/>
        </w:rPr>
        <w:t>«Яаков»</w:t>
      </w:r>
      <w:r>
        <w:rPr>
          <w:rFonts w:ascii="Georgia" w:hAnsi="Georgia"/>
          <w:b w:val="0"/>
          <w:i w:val="0"/>
          <w:color w:val="000000"/>
          <w:sz w:val="24"/>
        </w:rPr>
        <w:t xml:space="preserve">. Огласовка же его взята из [стиха] </w:t>
      </w:r>
      <w:r>
        <w:rPr>
          <w:rFonts w:ascii="Georgia" w:hAnsi="Georgia"/>
          <w:b w:val="0"/>
          <w:i/>
          <w:color w:val="000000"/>
          <w:sz w:val="24"/>
        </w:rPr>
        <w:t>«[Опустошена] будет земля…»</w:t>
      </w:r>
      <w:r>
        <w:rPr>
          <w:rFonts w:ascii="Georgia" w:hAnsi="Georgia"/>
          <w:b w:val="0"/>
          <w:i w:val="0"/>
          <w:color w:val="000000"/>
          <w:sz w:val="24"/>
        </w:rPr>
        <w:t xml:space="preserve"> (Йешаяу 24:3), по слову </w:t>
      </w:r>
      <w:r>
        <w:rPr>
          <w:rFonts w:ascii="Georgia" w:hAnsi="Georgia"/>
          <w:b w:val="0"/>
          <w:i/>
          <w:color w:val="000000"/>
          <w:sz w:val="24"/>
        </w:rPr>
        <w:t>а-арец</w:t>
      </w:r>
      <w:r>
        <w:rPr>
          <w:rFonts w:ascii="Georgia" w:hAnsi="Georgia"/>
          <w:b w:val="0"/>
          <w:i w:val="0"/>
          <w:color w:val="000000"/>
          <w:sz w:val="24"/>
        </w:rPr>
        <w:t xml:space="preserve"> (</w:t>
      </w:r>
      <w:r>
        <w:rPr>
          <w:rFonts w:ascii="Georgia" w:hAnsi="Georgia" w:cs="Times New Roman"/>
          <w:b/>
          <w:i w:val="0"/>
          <w:color w:val="000000"/>
          <w:sz w:val="24"/>
          <w:rtl/>
          <w:szCs w:val="32"/>
        </w:rPr>
        <w:t>הָאָרֶץ</w:t>
      </w:r>
      <w:r>
        <w:rPr>
          <w:rFonts w:ascii="Georgia" w:hAnsi="Georgia"/>
          <w:b w:val="0"/>
          <w:i w:val="0"/>
          <w:color w:val="000000"/>
          <w:sz w:val="24"/>
        </w:rPr>
        <w:t xml:space="preserve">), и в гематрии оно равно слову </w:t>
      </w:r>
      <w:r>
        <w:rPr>
          <w:rFonts w:ascii="Georgia" w:hAnsi="Georgia"/>
          <w:b w:val="0"/>
          <w:i/>
          <w:color w:val="000000"/>
          <w:sz w:val="24"/>
        </w:rPr>
        <w:t>тиках</w:t>
      </w:r>
      <w:r>
        <w:rPr>
          <w:rFonts w:ascii="Georgia" w:hAnsi="Georgia"/>
          <w:b w:val="0"/>
          <w:i w:val="0"/>
          <w:color w:val="000000"/>
          <w:sz w:val="24"/>
        </w:rPr>
        <w:t xml:space="preserve"> (</w:t>
      </w:r>
      <w:r>
        <w:rPr>
          <w:rFonts w:ascii="Georgia" w:hAnsi="Georgia" w:cs="Times New Roman"/>
          <w:b/>
          <w:i w:val="0"/>
          <w:color w:val="000000"/>
          <w:sz w:val="24"/>
          <w:rtl/>
          <w:szCs w:val="32"/>
        </w:rPr>
        <w:t>תִּקַּח</w:t>
      </w:r>
      <w:r>
        <w:rPr>
          <w:rFonts w:ascii="Georgia" w:hAnsi="Georgia"/>
          <w:b w:val="0"/>
          <w:i w:val="0"/>
          <w:color w:val="000000"/>
          <w:sz w:val="24"/>
        </w:rPr>
        <w:t xml:space="preserve">) [из стиха]: </w:t>
      </w:r>
      <w:r>
        <w:rPr>
          <w:rFonts w:ascii="Georgia" w:hAnsi="Georgia"/>
          <w:b w:val="0"/>
          <w:i/>
          <w:color w:val="000000"/>
          <w:sz w:val="24"/>
        </w:rPr>
        <w:t>«…возьми себе по семи, мужа и жену его…»</w:t>
      </w:r>
      <w:r>
        <w:rPr>
          <w:rFonts w:ascii="Georgia" w:hAnsi="Georgia"/>
          <w:b w:val="0"/>
          <w:i w:val="0"/>
          <w:color w:val="000000"/>
          <w:sz w:val="24"/>
        </w:rPr>
        <w:t xml:space="preserve"> (Берешит 7:2), а также равно в гематрии ахораим Имени ЭЙЕ с наполнением алеф.</w:t>
      </w:r>
    </w:p>
    <w:p>
      <w:pPr>
        <w:keepNext/>
        <w:spacing w:before="320" w:after="120"/>
      </w:pPr>
      <w:r>
        <w:rPr>
          <w:rFonts w:ascii="Georgia" w:hAnsi="Georgia"/>
          <w:b w:val="0"/>
          <w:i w:val="0"/>
          <w:color w:val="000000"/>
          <w:sz w:val="32"/>
        </w:rPr>
        <w:t>Ихуд 27</w:t>
      </w:r>
    </w:p>
    <w:p>
      <w:pPr>
        <w:spacing w:before="40" w:after="120"/>
        <w:jc w:val="both"/>
      </w:pPr>
      <w:r>
        <w:rPr>
          <w:rFonts w:ascii="Georgia" w:hAnsi="Georgia"/>
          <w:b w:val="0"/>
          <w:i w:val="0"/>
          <w:color w:val="000000"/>
          <w:sz w:val="24"/>
        </w:rPr>
        <w:t xml:space="preserve">[Относится] к упомянутому выше [стиху]: </w:t>
      </w:r>
      <w:r>
        <w:rPr>
          <w:rFonts w:ascii="Georgia" w:hAnsi="Georgia"/>
          <w:b w:val="0"/>
          <w:i/>
          <w:color w:val="000000"/>
          <w:sz w:val="24"/>
        </w:rPr>
        <w:t>«Светильник Г-сподень — душа человека…»</w:t>
      </w:r>
      <w:r>
        <w:rPr>
          <w:rFonts w:ascii="Georgia" w:hAnsi="Georgia"/>
          <w:b w:val="0"/>
          <w:i w:val="0"/>
          <w:color w:val="000000"/>
          <w:sz w:val="24"/>
        </w:rPr>
        <w:t xml:space="preserve"> (Мишлей 20:27): начальные буквы указывают на АВАЯ де-МА (45) и АДОНАЙ. Слово </w:t>
      </w:r>
      <w:r>
        <w:rPr>
          <w:rFonts w:ascii="Georgia" w:hAnsi="Georgia"/>
          <w:b w:val="0"/>
          <w:i/>
          <w:color w:val="000000"/>
          <w:sz w:val="24"/>
        </w:rPr>
        <w:t>адам</w:t>
      </w:r>
      <w:r>
        <w:rPr>
          <w:rFonts w:ascii="Georgia" w:hAnsi="Georgia"/>
          <w:b w:val="0"/>
          <w:i w:val="0"/>
          <w:color w:val="000000"/>
          <w:sz w:val="24"/>
        </w:rPr>
        <w:t xml:space="preserve"> — «человек» (</w:t>
      </w:r>
      <w:r>
        <w:rPr>
          <w:rFonts w:ascii="Georgia" w:hAnsi="Georgia" w:cs="Times New Roman"/>
          <w:b/>
          <w:i w:val="0"/>
          <w:color w:val="000000"/>
          <w:sz w:val="24"/>
          <w:rtl/>
          <w:szCs w:val="32"/>
        </w:rPr>
        <w:t>אָדָם</w:t>
      </w:r>
      <w:r>
        <w:rPr>
          <w:rFonts w:ascii="Georgia" w:hAnsi="Georgia"/>
          <w:b w:val="0"/>
          <w:i w:val="0"/>
          <w:color w:val="000000"/>
          <w:sz w:val="24"/>
        </w:rPr>
        <w:t xml:space="preserve">) [соответствует имени] АВАЯ де-МА (45). В [написании со Священным Именем] </w:t>
      </w:r>
      <w:r>
        <w:rPr>
          <w:rFonts w:ascii="Georgia" w:hAnsi="Georgia"/>
          <w:b w:val="0"/>
          <w:i/>
          <w:color w:val="000000"/>
          <w:sz w:val="24"/>
        </w:rPr>
        <w:t>«светильник АВАЯ — душа человека»</w:t>
      </w:r>
      <w:r>
        <w:rPr>
          <w:rFonts w:ascii="Georgia" w:hAnsi="Georgia"/>
          <w:b w:val="0"/>
          <w:i w:val="0"/>
          <w:color w:val="000000"/>
          <w:sz w:val="24"/>
        </w:rPr>
        <w:t xml:space="preserve"> начальные буквы — буква нун (</w:t>
      </w:r>
      <w:r>
        <w:rPr>
          <w:rFonts w:ascii="Georgia" w:hAnsi="Georgia" w:cs="Times New Roman"/>
          <w:b/>
          <w:i w:val="0"/>
          <w:color w:val="000000"/>
          <w:sz w:val="24"/>
          <w:rtl/>
          <w:szCs w:val="32"/>
        </w:rPr>
        <w:t>נ</w:t>
      </w:r>
      <w:r>
        <w:rPr>
          <w:rFonts w:ascii="Georgia" w:hAnsi="Georgia"/>
          <w:b w:val="0"/>
          <w:i w:val="0"/>
          <w:color w:val="000000"/>
          <w:sz w:val="24"/>
        </w:rPr>
        <w:t xml:space="preserve"> = 50),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буква нун (</w:t>
      </w:r>
      <w:r>
        <w:rPr>
          <w:rFonts w:ascii="Georgia" w:hAnsi="Georgia" w:cs="Times New Roman"/>
          <w:b/>
          <w:i w:val="0"/>
          <w:color w:val="000000"/>
          <w:sz w:val="24"/>
          <w:rtl/>
          <w:szCs w:val="32"/>
        </w:rPr>
        <w:t>נ</w:t>
      </w:r>
      <w:r>
        <w:rPr>
          <w:rFonts w:ascii="Georgia" w:hAnsi="Georgia"/>
          <w:b w:val="0"/>
          <w:i w:val="0"/>
          <w:color w:val="000000"/>
          <w:sz w:val="24"/>
        </w:rPr>
        <w:t xml:space="preserve"> = 50) и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 составляют в сумме 111 (</w:t>
      </w:r>
      <w:r>
        <w:rPr>
          <w:rFonts w:ascii="Georgia" w:hAnsi="Georgia" w:cs="Times New Roman"/>
          <w:b/>
          <w:i w:val="0"/>
          <w:color w:val="000000"/>
          <w:sz w:val="24"/>
          <w:rtl/>
          <w:szCs w:val="32"/>
        </w:rPr>
        <w:t>קי״א</w:t>
      </w:r>
      <w:r>
        <w:rPr>
          <w:rFonts w:ascii="Georgia" w:hAnsi="Georgia"/>
          <w:b w:val="0"/>
          <w:i w:val="0"/>
          <w:color w:val="000000"/>
          <w:sz w:val="24"/>
        </w:rPr>
        <w:t>), что соответствует [наполнению буквы] алеф (</w:t>
      </w:r>
      <w:r>
        <w:rPr>
          <w:rFonts w:ascii="Georgia" w:hAnsi="Georgia" w:cs="Times New Roman"/>
          <w:b/>
          <w:i w:val="0"/>
          <w:color w:val="000000"/>
          <w:sz w:val="24"/>
          <w:rtl/>
          <w:szCs w:val="32"/>
        </w:rPr>
        <w:t>אל״ף</w:t>
      </w:r>
      <w:r>
        <w:rPr>
          <w:rFonts w:ascii="Georgia" w:hAnsi="Georgia"/>
          <w:b w:val="0"/>
          <w:i w:val="0"/>
          <w:color w:val="000000"/>
          <w:sz w:val="24"/>
        </w:rPr>
        <w:t xml:space="preserve"> = 111); а вместе с самим [словом] алеф (111 + 1 = 112) направь намерение на 112 (</w:t>
      </w:r>
      <w:r>
        <w:rPr>
          <w:rFonts w:ascii="Georgia" w:hAnsi="Georgia" w:cs="Times New Roman"/>
          <w:b/>
          <w:i w:val="0"/>
          <w:color w:val="000000"/>
          <w:sz w:val="24"/>
          <w:rtl/>
          <w:szCs w:val="32"/>
        </w:rPr>
        <w:t>יב״ק</w:t>
      </w:r>
      <w:r>
        <w:rPr>
          <w:rFonts w:ascii="Georgia" w:hAnsi="Georgia"/>
          <w:b w:val="0"/>
          <w:i w:val="0"/>
          <w:color w:val="000000"/>
          <w:sz w:val="24"/>
        </w:rPr>
        <w:t xml:space="preserve">). В [словах] </w:t>
      </w:r>
      <w:r>
        <w:rPr>
          <w:rFonts w:ascii="Georgia" w:hAnsi="Georgia"/>
          <w:b w:val="0"/>
          <w:i/>
          <w:color w:val="000000"/>
          <w:sz w:val="24"/>
        </w:rPr>
        <w:t>«исследующая все тайники утробы»</w:t>
      </w:r>
      <w:r>
        <w:rPr>
          <w:rFonts w:ascii="Georgia" w:hAnsi="Georgia"/>
          <w:b w:val="0"/>
          <w:i w:val="0"/>
          <w:color w:val="000000"/>
          <w:sz w:val="24"/>
        </w:rPr>
        <w:t xml:space="preserve"> начальные буквы —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буква каф (</w:t>
      </w:r>
      <w:r>
        <w:rPr>
          <w:rFonts w:ascii="Georgia" w:hAnsi="Georgia" w:cs="Times New Roman"/>
          <w:b/>
          <w:i w:val="0"/>
          <w:color w:val="000000"/>
          <w:sz w:val="24"/>
          <w:rtl/>
          <w:szCs w:val="32"/>
        </w:rPr>
        <w:t>כ</w:t>
      </w:r>
      <w:r>
        <w:rPr>
          <w:rFonts w:ascii="Georgia" w:hAnsi="Georgia"/>
          <w:b w:val="0"/>
          <w:i w:val="0"/>
          <w:color w:val="000000"/>
          <w:sz w:val="24"/>
        </w:rPr>
        <w:t xml:space="preserve"> = 20),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и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 составляют в сумме 38 (</w:t>
      </w:r>
      <w:r>
        <w:rPr>
          <w:rFonts w:ascii="Georgia" w:hAnsi="Georgia" w:cs="Times New Roman"/>
          <w:b/>
          <w:i w:val="0"/>
          <w:color w:val="000000"/>
          <w:sz w:val="24"/>
          <w:rtl/>
          <w:szCs w:val="32"/>
        </w:rPr>
        <w:t>ל״ח</w:t>
      </w:r>
      <w:r>
        <w:rPr>
          <w:rFonts w:ascii="Georgia" w:hAnsi="Georgia"/>
          <w:b w:val="0"/>
          <w:i w:val="0"/>
          <w:color w:val="000000"/>
          <w:sz w:val="24"/>
        </w:rPr>
        <w:t xml:space="preserve">), что равно двум наполнениям [Имени] АВАЯ де-МА, о котором говорилось выше в связи с начальными буквами [слов] </w:t>
      </w:r>
      <w:r>
        <w:rPr>
          <w:rFonts w:ascii="Georgia" w:hAnsi="Georgia"/>
          <w:b w:val="0"/>
          <w:i/>
          <w:color w:val="000000"/>
          <w:sz w:val="24"/>
        </w:rPr>
        <w:t>«светильник Г-сподень — душа человека»</w:t>
      </w:r>
      <w:r>
        <w:rPr>
          <w:rFonts w:ascii="Georgia" w:hAnsi="Georgia"/>
          <w:b w:val="0"/>
          <w:i w:val="0"/>
          <w:color w:val="000000"/>
          <w:sz w:val="24"/>
        </w:rPr>
        <w:t>, и они равны 19 (</w:t>
      </w:r>
      <w:r>
        <w:rPr>
          <w:rFonts w:ascii="Georgia" w:hAnsi="Georgia" w:cs="Times New Roman"/>
          <w:b/>
          <w:i w:val="0"/>
          <w:color w:val="000000"/>
          <w:sz w:val="24"/>
          <w:rtl/>
          <w:szCs w:val="32"/>
        </w:rPr>
        <w:t>י״ט</w:t>
      </w:r>
      <w:r>
        <w:rPr>
          <w:rFonts w:ascii="Georgia" w:hAnsi="Georgia"/>
          <w:b w:val="0"/>
          <w:i w:val="0"/>
          <w:color w:val="000000"/>
          <w:sz w:val="24"/>
        </w:rPr>
        <w:t>) и 19. Это также 33 (</w:t>
      </w:r>
      <w:r>
        <w:rPr>
          <w:rFonts w:ascii="Georgia" w:hAnsi="Georgia" w:cs="Times New Roman"/>
          <w:b/>
          <w:i w:val="0"/>
          <w:color w:val="000000"/>
          <w:sz w:val="24"/>
          <w:rtl/>
          <w:szCs w:val="32"/>
        </w:rPr>
        <w:t>ל״ג</w:t>
      </w:r>
      <w:r>
        <w:rPr>
          <w:rFonts w:ascii="Georgia" w:hAnsi="Georgia"/>
          <w:b w:val="0"/>
          <w:i w:val="0"/>
          <w:color w:val="000000"/>
          <w:sz w:val="24"/>
        </w:rPr>
        <w:t>) буквы в наполнении наполнения [Имени] ЭЛОКИМ, а вместе с пятью его простыми буквами получается 38. И выглядит это так: алеф-ламэд-пэй, ламэд-мэм-далет, хэй-алеф, йод-вав-далет, мэм-мэм (</w:t>
      </w:r>
      <w:r>
        <w:rPr>
          <w:rFonts w:ascii="Georgia" w:hAnsi="Georgia" w:cs="Times New Roman"/>
          <w:b/>
          <w:i w:val="0"/>
          <w:color w:val="000000"/>
          <w:sz w:val="24"/>
          <w:rtl/>
          <w:szCs w:val="32"/>
        </w:rPr>
        <w:t>אל״ף למ״ד פ״א למ״ד מ״ם דל״ת ה״א אל״ף יו״ד וי״ו דל״ת מ״ם מ״ם</w:t>
      </w:r>
      <w:r>
        <w:rPr>
          <w:rFonts w:ascii="Georgia" w:hAnsi="Georgia"/>
          <w:b w:val="0"/>
          <w:i w:val="0"/>
          <w:color w:val="000000"/>
          <w:sz w:val="24"/>
        </w:rPr>
        <w:t xml:space="preserve">). Конечные буквы начальных букв [слов] </w:t>
      </w:r>
      <w:r>
        <w:rPr>
          <w:rFonts w:ascii="Georgia" w:hAnsi="Georgia"/>
          <w:b w:val="0"/>
          <w:i/>
          <w:color w:val="000000"/>
          <w:sz w:val="24"/>
        </w:rPr>
        <w:t>«светильник АВАЯ — душа человека»</w:t>
      </w:r>
      <w:r>
        <w:rPr>
          <w:rFonts w:ascii="Georgia" w:hAnsi="Georgia"/>
          <w:b w:val="0"/>
          <w:i w:val="0"/>
          <w:color w:val="000000"/>
          <w:sz w:val="24"/>
        </w:rPr>
        <w:t xml:space="preserve"> представляют собой все свойства судов — 325 (</w:t>
      </w:r>
      <w:r>
        <w:rPr>
          <w:rFonts w:ascii="Georgia" w:hAnsi="Georgia" w:cs="Times New Roman"/>
          <w:b/>
          <w:i w:val="0"/>
          <w:color w:val="000000"/>
          <w:sz w:val="24"/>
          <w:rtl/>
          <w:szCs w:val="32"/>
        </w:rPr>
        <w:t>שכ״ה</w:t>
      </w:r>
      <w:r>
        <w:rPr>
          <w:rFonts w:ascii="Georgia" w:hAnsi="Georgia"/>
          <w:b w:val="0"/>
          <w:i w:val="0"/>
          <w:color w:val="000000"/>
          <w:sz w:val="24"/>
        </w:rPr>
        <w:t>) и 84 (</w:t>
      </w:r>
      <w:r>
        <w:rPr>
          <w:rFonts w:ascii="Georgia" w:hAnsi="Georgia" w:cs="Times New Roman"/>
          <w:b/>
          <w:i w:val="0"/>
          <w:color w:val="000000"/>
          <w:sz w:val="24"/>
          <w:rtl/>
          <w:szCs w:val="32"/>
        </w:rPr>
        <w:t>פ״ד</w:t>
      </w:r>
      <w:r>
        <w:rPr>
          <w:rFonts w:ascii="Georgia" w:hAnsi="Georgia"/>
          <w:b w:val="0"/>
          <w:i w:val="0"/>
          <w:color w:val="000000"/>
          <w:sz w:val="24"/>
        </w:rPr>
        <w:t>). И направь намерение усластить 320 (</w:t>
      </w:r>
      <w:r>
        <w:rPr>
          <w:rFonts w:ascii="Georgia" w:hAnsi="Georgia" w:cs="Times New Roman"/>
          <w:b/>
          <w:i w:val="0"/>
          <w:color w:val="000000"/>
          <w:sz w:val="24"/>
          <w:rtl/>
          <w:szCs w:val="32"/>
        </w:rPr>
        <w:t>ש״ך</w:t>
      </w:r>
      <w:r>
        <w:rPr>
          <w:rFonts w:ascii="Georgia" w:hAnsi="Georgia"/>
          <w:b w:val="0"/>
          <w:i w:val="0"/>
          <w:color w:val="000000"/>
          <w:sz w:val="24"/>
        </w:rPr>
        <w:t>) — то есть пять раз суд (</w:t>
      </w:r>
      <w:r>
        <w:rPr>
          <w:rFonts w:ascii="Georgia" w:hAnsi="Georgia"/>
          <w:b w:val="0"/>
          <w:i/>
          <w:color w:val="000000"/>
          <w:sz w:val="24"/>
        </w:rPr>
        <w:t>дин</w:t>
      </w:r>
      <w:r>
        <w:rPr>
          <w:rFonts w:ascii="Georgia" w:hAnsi="Georgia"/>
          <w:b w:val="0"/>
          <w:i w:val="0"/>
          <w:color w:val="000000"/>
          <w:sz w:val="24"/>
        </w:rPr>
        <w:t xml:space="preserve">, </w:t>
      </w:r>
      <w:r>
        <w:rPr>
          <w:rFonts w:ascii="Georgia" w:hAnsi="Georgia" w:cs="Times New Roman"/>
          <w:b/>
          <w:i w:val="0"/>
          <w:color w:val="000000"/>
          <w:sz w:val="24"/>
          <w:rtl/>
          <w:szCs w:val="32"/>
        </w:rPr>
        <w:t>דִּין</w:t>
      </w:r>
      <w:r>
        <w:rPr>
          <w:rFonts w:ascii="Georgia" w:hAnsi="Georgia"/>
          <w:b w:val="0"/>
          <w:i w:val="0"/>
          <w:color w:val="000000"/>
          <w:sz w:val="24"/>
        </w:rPr>
        <w:t xml:space="preserve"> = 64) вместе с пятью буквами, чтобы они стали пятью [Именами] АДОНАЙ (5 × 65), что по числу равно 325. Конечные буквы [слов] </w:t>
      </w:r>
      <w:r>
        <w:rPr>
          <w:rFonts w:ascii="Georgia" w:hAnsi="Georgia"/>
          <w:b w:val="0"/>
          <w:i/>
          <w:color w:val="000000"/>
          <w:sz w:val="24"/>
        </w:rPr>
        <w:t>«человек, исследующая все»</w:t>
      </w:r>
      <w:r>
        <w:rPr>
          <w:rFonts w:ascii="Georgia" w:hAnsi="Georgia"/>
          <w:b w:val="0"/>
          <w:i w:val="0"/>
          <w:color w:val="000000"/>
          <w:sz w:val="24"/>
        </w:rPr>
        <w:t xml:space="preserve"> — буква мэм софит (</w:t>
      </w:r>
      <w:r>
        <w:rPr>
          <w:rFonts w:ascii="Georgia" w:hAnsi="Georgia" w:cs="Times New Roman"/>
          <w:b/>
          <w:i w:val="0"/>
          <w:color w:val="000000"/>
          <w:sz w:val="24"/>
          <w:rtl/>
          <w:szCs w:val="32"/>
        </w:rPr>
        <w:t>ם</w:t>
      </w:r>
      <w:r>
        <w:rPr>
          <w:rFonts w:ascii="Georgia" w:hAnsi="Georgia"/>
          <w:b w:val="0"/>
          <w:i w:val="0"/>
          <w:color w:val="000000"/>
          <w:sz w:val="24"/>
        </w:rPr>
        <w:t xml:space="preserve"> = 40),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и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 составляют 370 (</w:t>
      </w:r>
      <w:r>
        <w:rPr>
          <w:rFonts w:ascii="Georgia" w:hAnsi="Georgia" w:cs="Times New Roman"/>
          <w:b/>
          <w:i w:val="0"/>
          <w:color w:val="000000"/>
          <w:sz w:val="24"/>
          <w:rtl/>
          <w:szCs w:val="32"/>
        </w:rPr>
        <w:t>ש״ע</w:t>
      </w:r>
      <w:r>
        <w:rPr>
          <w:rFonts w:ascii="Georgia" w:hAnsi="Georgia"/>
          <w:b w:val="0"/>
          <w:i w:val="0"/>
          <w:color w:val="000000"/>
          <w:sz w:val="24"/>
        </w:rPr>
        <w:t>), указывая на 370 светов АА. Направь намерение привлечь [их] ко всем упомянутым судам, чтобы аннулировать их. И эти 370 — это дважды алеф-ламэд, алеф-ламэд (</w:t>
      </w:r>
      <w:r>
        <w:rPr>
          <w:rFonts w:ascii="Georgia" w:hAnsi="Georgia" w:cs="Times New Roman"/>
          <w:b/>
          <w:i w:val="0"/>
          <w:color w:val="000000"/>
          <w:sz w:val="24"/>
          <w:rtl/>
          <w:szCs w:val="32"/>
        </w:rPr>
        <w:t>אל״ף למ״ד אל״ף למ״ד</w:t>
      </w:r>
      <w:r>
        <w:rPr>
          <w:rFonts w:ascii="Georgia" w:hAnsi="Georgia"/>
          <w:b w:val="0"/>
          <w:i w:val="0"/>
          <w:color w:val="000000"/>
          <w:sz w:val="24"/>
        </w:rPr>
        <w:t xml:space="preserve">). Конечные буквы [слов] </w:t>
      </w:r>
      <w:r>
        <w:rPr>
          <w:rFonts w:ascii="Georgia" w:hAnsi="Georgia"/>
          <w:b w:val="0"/>
          <w:i/>
          <w:color w:val="000000"/>
          <w:sz w:val="24"/>
        </w:rPr>
        <w:t>«тайники утробы»</w:t>
      </w:r>
      <w:r>
        <w:rPr>
          <w:rFonts w:ascii="Georgia" w:hAnsi="Georgia"/>
          <w:b w:val="0"/>
          <w:i w:val="0"/>
          <w:color w:val="000000"/>
          <w:sz w:val="24"/>
        </w:rPr>
        <w:t xml:space="preserve"> —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нун софит (</w:t>
      </w:r>
      <w:r>
        <w:rPr>
          <w:rFonts w:ascii="Georgia" w:hAnsi="Georgia" w:cs="Times New Roman"/>
          <w:b/>
          <w:i w:val="0"/>
          <w:color w:val="000000"/>
          <w:sz w:val="24"/>
          <w:rtl/>
          <w:szCs w:val="32"/>
        </w:rPr>
        <w:t>ן</w:t>
      </w:r>
      <w:r>
        <w:rPr>
          <w:rFonts w:ascii="Georgia" w:hAnsi="Georgia"/>
          <w:b w:val="0"/>
          <w:i w:val="0"/>
          <w:color w:val="000000"/>
          <w:sz w:val="24"/>
        </w:rPr>
        <w:t xml:space="preserve"> = 50) — по гематрии равны 60. Это шесть букв йод в [Именах] АВАЯ де-АБ (72), МА (45) и БОН (52). И направь намерение привлечь [свет] от Абы, который [соответствует имени] АБ, к ЗА, который [соответствует имени] МА, а оттуда — к его Нукве, представляющей собой АВАЯ де-БОН.</w:t>
      </w:r>
    </w:p>
    <w:p>
      <w:pPr>
        <w:spacing w:before="40" w:after="120"/>
        <w:jc w:val="both"/>
      </w:pPr>
      <w:r>
        <w:rPr>
          <w:rFonts w:ascii="Georgia" w:hAnsi="Georgia"/>
          <w:b w:val="0"/>
          <w:i w:val="0"/>
          <w:color w:val="000000"/>
          <w:sz w:val="24"/>
        </w:rPr>
        <w:t>Смысл упомянутого числа 60 в конечных буквах таков: это буквы йод-хэй (</w:t>
      </w:r>
      <w:r>
        <w:rPr>
          <w:rFonts w:ascii="Georgia" w:hAnsi="Georgia" w:cs="Times New Roman"/>
          <w:b/>
          <w:i w:val="0"/>
          <w:color w:val="000000"/>
          <w:sz w:val="24"/>
          <w:rtl/>
          <w:szCs w:val="32"/>
        </w:rPr>
        <w:t>י״ה</w:t>
      </w:r>
      <w:r>
        <w:rPr>
          <w:rFonts w:ascii="Georgia" w:hAnsi="Georgia"/>
          <w:b w:val="0"/>
          <w:i w:val="0"/>
          <w:color w:val="000000"/>
          <w:sz w:val="24"/>
        </w:rPr>
        <w:t>)... [Примечание издателя: [буквы] Есода де-ЗА происходят из третьей ступени падения Тиферет и НЕХИ, и поэтому мы соединяем с ними ступень десяти букв, так как они остались с САГ, отчего с ними и соединились буквы йод-хэй, как известно. — Конец примечания] [Вместе с Именем] АВАЯ получается 45 (</w:t>
      </w:r>
      <w:r>
        <w:rPr>
          <w:rFonts w:ascii="Georgia" w:hAnsi="Georgia" w:cs="Times New Roman"/>
          <w:b/>
          <w:i w:val="0"/>
          <w:color w:val="000000"/>
          <w:sz w:val="24"/>
          <w:rtl/>
          <w:szCs w:val="32"/>
        </w:rPr>
        <w:t>מ״ה</w:t>
      </w:r>
      <w:r>
        <w:rPr>
          <w:rFonts w:ascii="Georgia" w:hAnsi="Georgia"/>
          <w:b w:val="0"/>
          <w:i w:val="0"/>
          <w:color w:val="000000"/>
          <w:sz w:val="24"/>
        </w:rPr>
        <w:t>), с четырьмя буквами [самого Имени] АВАЯ и десятью буквами наполнения получается 55 (</w:t>
      </w:r>
      <w:r>
        <w:rPr>
          <w:rFonts w:ascii="Georgia" w:hAnsi="Georgia" w:cs="Times New Roman"/>
          <w:b/>
          <w:i w:val="0"/>
          <w:color w:val="000000"/>
          <w:sz w:val="24"/>
          <w:rtl/>
          <w:szCs w:val="32"/>
        </w:rPr>
        <w:t>נ״ה</w:t>
      </w:r>
      <w:r>
        <w:rPr>
          <w:rFonts w:ascii="Georgia" w:hAnsi="Georgia"/>
          <w:b w:val="0"/>
          <w:i w:val="0"/>
          <w:color w:val="000000"/>
          <w:sz w:val="24"/>
        </w:rPr>
        <w:t>), а с пятью буквами наполнения букв йод-хэй — йод-вав-далет, хэй-йод (</w:t>
      </w:r>
      <w:r>
        <w:rPr>
          <w:rFonts w:ascii="Georgia" w:hAnsi="Georgia" w:cs="Times New Roman"/>
          <w:b/>
          <w:i w:val="0"/>
          <w:color w:val="000000"/>
          <w:sz w:val="24"/>
          <w:rtl/>
          <w:szCs w:val="32"/>
        </w:rPr>
        <w:t>יו״ד ה״י</w:t>
      </w:r>
      <w:r>
        <w:rPr>
          <w:rFonts w:ascii="Georgia" w:hAnsi="Georgia"/>
          <w:b w:val="0"/>
          <w:i w:val="0"/>
          <w:color w:val="000000"/>
          <w:sz w:val="24"/>
        </w:rPr>
        <w:t xml:space="preserve">) — получается 60. [Имя] АВАЯ [и слово] </w:t>
      </w:r>
      <w:r>
        <w:rPr>
          <w:rFonts w:ascii="Georgia" w:hAnsi="Georgia"/>
          <w:b w:val="0"/>
          <w:i/>
          <w:color w:val="000000"/>
          <w:sz w:val="24"/>
        </w:rPr>
        <w:t>нишмат</w:t>
      </w:r>
      <w:r>
        <w:rPr>
          <w:rFonts w:ascii="Georgia" w:hAnsi="Georgia"/>
          <w:b w:val="0"/>
          <w:i w:val="0"/>
          <w:color w:val="000000"/>
          <w:sz w:val="24"/>
        </w:rPr>
        <w:t xml:space="preserve"> (</w:t>
      </w:r>
      <w:r>
        <w:rPr>
          <w:rFonts w:ascii="Georgia" w:hAnsi="Georgia" w:cs="Times New Roman"/>
          <w:b/>
          <w:i w:val="0"/>
          <w:color w:val="000000"/>
          <w:sz w:val="24"/>
          <w:rtl/>
          <w:szCs w:val="32"/>
        </w:rPr>
        <w:t>נִשְׁמַת</w:t>
      </w:r>
      <w:r>
        <w:rPr>
          <w:rFonts w:ascii="Georgia" w:hAnsi="Georgia"/>
          <w:b w:val="0"/>
          <w:i w:val="0"/>
          <w:color w:val="000000"/>
          <w:sz w:val="24"/>
        </w:rPr>
        <w:t>) по гематрии составляют 816 (</w:t>
      </w:r>
      <w:r>
        <w:rPr>
          <w:rFonts w:ascii="Georgia" w:hAnsi="Georgia" w:cs="Times New Roman"/>
          <w:b/>
          <w:i w:val="0"/>
          <w:color w:val="000000"/>
          <w:sz w:val="24"/>
          <w:rtl/>
          <w:szCs w:val="32"/>
        </w:rPr>
        <w:t>תתי״ו</w:t>
      </w:r>
      <w:r>
        <w:rPr>
          <w:rFonts w:ascii="Georgia" w:hAnsi="Georgia"/>
          <w:b w:val="0"/>
          <w:i w:val="0"/>
          <w:color w:val="000000"/>
          <w:sz w:val="24"/>
        </w:rPr>
        <w:t>). [Имя] ШАДАЙ в полном наполнении составляет 814 (</w:t>
      </w:r>
      <w:r>
        <w:rPr>
          <w:rFonts w:ascii="Georgia" w:hAnsi="Georgia" w:cs="Times New Roman"/>
          <w:b/>
          <w:i w:val="0"/>
          <w:color w:val="000000"/>
          <w:sz w:val="24"/>
          <w:rtl/>
          <w:szCs w:val="32"/>
        </w:rPr>
        <w:t>תת״יד</w:t>
      </w:r>
      <w:r>
        <w:rPr>
          <w:rFonts w:ascii="Georgia" w:hAnsi="Georgia"/>
          <w:b w:val="0"/>
          <w:i w:val="0"/>
          <w:color w:val="000000"/>
          <w:sz w:val="24"/>
        </w:rPr>
        <w:t xml:space="preserve">), а вместе с двумя словами получается 816; со словом же </w:t>
      </w:r>
      <w:r>
        <w:rPr>
          <w:rFonts w:ascii="Georgia" w:hAnsi="Georgia"/>
          <w:b w:val="0"/>
          <w:i/>
          <w:color w:val="000000"/>
          <w:sz w:val="24"/>
        </w:rPr>
        <w:t>адам</w:t>
      </w:r>
      <w:r>
        <w:rPr>
          <w:rFonts w:ascii="Georgia" w:hAnsi="Georgia"/>
          <w:b w:val="0"/>
          <w:i w:val="0"/>
          <w:color w:val="000000"/>
          <w:sz w:val="24"/>
        </w:rPr>
        <w:t>, составляющим 45, все вместе составит 861 (</w:t>
      </w:r>
      <w:r>
        <w:rPr>
          <w:rFonts w:ascii="Georgia" w:hAnsi="Georgia" w:cs="Times New Roman"/>
          <w:b/>
          <w:i w:val="0"/>
          <w:color w:val="000000"/>
          <w:sz w:val="24"/>
          <w:rtl/>
          <w:szCs w:val="32"/>
        </w:rPr>
        <w:t>תתס״א</w:t>
      </w:r>
      <w:r>
        <w:rPr>
          <w:rFonts w:ascii="Georgia" w:hAnsi="Georgia"/>
          <w:b w:val="0"/>
          <w:i w:val="0"/>
          <w:color w:val="000000"/>
          <w:sz w:val="24"/>
        </w:rPr>
        <w:t xml:space="preserve">), что по гематрии равно десяти Именам ЭЛОКИМ, представляющим собой пять [светов] хасадим и пять [светов] гвурот. Это Имя представляет собой сплетение слова </w:t>
      </w:r>
      <w:r>
        <w:rPr>
          <w:rFonts w:ascii="Georgia" w:hAnsi="Georgia"/>
          <w:b w:val="0"/>
          <w:i/>
          <w:color w:val="000000"/>
          <w:sz w:val="24"/>
        </w:rPr>
        <w:t>нишмат</w:t>
      </w:r>
      <w:r>
        <w:rPr>
          <w:rFonts w:ascii="Georgia" w:hAnsi="Georgia"/>
          <w:b w:val="0"/>
          <w:i w:val="0"/>
          <w:color w:val="000000"/>
          <w:sz w:val="24"/>
        </w:rPr>
        <w:t xml:space="preserve"> с [Именем] АВАЯ, вот так: </w:t>
      </w:r>
      <w:r>
        <w:rPr>
          <w:rFonts w:ascii="Georgia" w:hAnsi="Georgia" w:cs="Times New Roman"/>
          <w:b/>
          <w:i w:val="0"/>
          <w:color w:val="000000"/>
          <w:sz w:val="24"/>
          <w:rtl/>
          <w:szCs w:val="32"/>
        </w:rPr>
        <w:t>נישהמותה</w:t>
      </w:r>
      <w:r>
        <w:rPr>
          <w:rFonts w:ascii="Georgia" w:hAnsi="Georgia"/>
          <w:b w:val="0"/>
          <w:i w:val="0"/>
          <w:color w:val="000000"/>
          <w:sz w:val="24"/>
        </w:rPr>
        <w:t xml:space="preserve">. А затем снова переплети это Имя со словом </w:t>
      </w:r>
      <w:r>
        <w:rPr>
          <w:rFonts w:ascii="Georgia" w:hAnsi="Georgia"/>
          <w:b w:val="0"/>
          <w:i/>
          <w:color w:val="000000"/>
          <w:sz w:val="24"/>
        </w:rPr>
        <w:t>адам</w:t>
      </w:r>
      <w:r>
        <w:rPr>
          <w:rFonts w:ascii="Georgia" w:hAnsi="Georgia"/>
          <w:b w:val="0"/>
          <w:i w:val="0"/>
          <w:color w:val="000000"/>
          <w:sz w:val="24"/>
        </w:rPr>
        <w:t xml:space="preserve">, намекающим на АВАЯ, вот так: </w:t>
      </w:r>
      <w:r>
        <w:rPr>
          <w:rFonts w:ascii="Georgia" w:hAnsi="Georgia" w:cs="Times New Roman"/>
          <w:b/>
          <w:i w:val="0"/>
          <w:color w:val="000000"/>
          <w:sz w:val="24"/>
          <w:rtl/>
          <w:szCs w:val="32"/>
        </w:rPr>
        <w:t>יֵנֳוָידָשִהְהָאָמָוֵוּאֹתָוְהֵהָאֶ</w:t>
      </w:r>
      <w:r>
        <w:rPr>
          <w:rFonts w:ascii="Georgia" w:hAnsi="Georgia"/>
          <w:b w:val="0"/>
          <w:i w:val="0"/>
          <w:color w:val="000000"/>
          <w:sz w:val="24"/>
        </w:rPr>
        <w:t xml:space="preserve">. Огласовка же берется из стиха: </w:t>
      </w:r>
      <w:r>
        <w:rPr>
          <w:rFonts w:ascii="Georgia" w:hAnsi="Georgia" w:cs="Times New Roman"/>
          <w:b/>
          <w:i w:val="0"/>
          <w:color w:val="000000"/>
          <w:sz w:val="24"/>
          <w:rtl/>
          <w:szCs w:val="32"/>
        </w:rPr>
        <w:t>נֵר יְהָוְהָ נִשְמָת אָדָם</w:t>
      </w:r>
      <w:r>
        <w:rPr>
          <w:rFonts w:ascii="Georgia" w:hAnsi="Georgia"/>
          <w:b w:val="0"/>
          <w:i w:val="0"/>
          <w:color w:val="000000"/>
          <w:sz w:val="24"/>
        </w:rPr>
        <w:t>.</w:t>
      </w:r>
    </w:p>
    <w:p>
      <w:pPr>
        <w:keepNext/>
        <w:spacing w:before="320" w:after="120"/>
      </w:pPr>
      <w:r>
        <w:rPr>
          <w:rFonts w:ascii="Georgia" w:hAnsi="Georgia"/>
          <w:b w:val="0"/>
          <w:i w:val="0"/>
          <w:color w:val="000000"/>
          <w:sz w:val="32"/>
        </w:rPr>
        <w:t>Ихуд 28</w:t>
      </w:r>
    </w:p>
    <w:p>
      <w:pPr>
        <w:spacing w:before="40" w:after="120"/>
        <w:jc w:val="both"/>
      </w:pPr>
      <w:r>
        <w:rPr>
          <w:rFonts w:ascii="Georgia" w:hAnsi="Georgia"/>
          <w:b w:val="0"/>
          <w:i w:val="0"/>
          <w:color w:val="000000"/>
          <w:sz w:val="24"/>
        </w:rPr>
        <w:t xml:space="preserve">К вышеупомянутому: </w:t>
      </w:r>
      <w:r>
        <w:rPr>
          <w:rFonts w:ascii="Georgia" w:hAnsi="Georgia"/>
          <w:b w:val="0"/>
          <w:i/>
          <w:color w:val="000000"/>
          <w:sz w:val="24"/>
        </w:rPr>
        <w:t>«Я к Б-гу воззову, и Г-сподь спасет меня»</w:t>
      </w:r>
      <w:r>
        <w:rPr>
          <w:rFonts w:ascii="Georgia" w:hAnsi="Georgia"/>
          <w:b w:val="0"/>
          <w:i w:val="0"/>
          <w:color w:val="000000"/>
          <w:sz w:val="24"/>
        </w:rPr>
        <w:t xml:space="preserve"> (Теилим 55:17). Слова </w:t>
      </w:r>
      <w:r>
        <w:rPr>
          <w:rFonts w:ascii="Georgia" w:hAnsi="Georgia"/>
          <w:b w:val="0"/>
          <w:i/>
          <w:color w:val="000000"/>
          <w:sz w:val="24"/>
        </w:rPr>
        <w:t>ЭЛЬ ЭЛОКИМ</w:t>
      </w:r>
      <w:r>
        <w:rPr>
          <w:rFonts w:ascii="Georgia" w:hAnsi="Georgia"/>
          <w:b w:val="0"/>
          <w:i w:val="0"/>
          <w:color w:val="000000"/>
          <w:sz w:val="24"/>
        </w:rPr>
        <w:t xml:space="preserve"> (</w:t>
      </w:r>
      <w:r>
        <w:rPr>
          <w:rFonts w:ascii="Georgia" w:hAnsi="Georgia" w:cs="Times New Roman"/>
          <w:b/>
          <w:i w:val="0"/>
          <w:color w:val="000000"/>
          <w:sz w:val="24"/>
          <w:rtl/>
          <w:szCs w:val="32"/>
        </w:rPr>
        <w:t>אֵל אֱלֹהִים</w:t>
      </w:r>
      <w:r>
        <w:rPr>
          <w:rFonts w:ascii="Georgia" w:hAnsi="Georgia"/>
          <w:b w:val="0"/>
          <w:i w:val="0"/>
          <w:color w:val="000000"/>
          <w:sz w:val="24"/>
        </w:rPr>
        <w:t>) в гематрии составляют 117 (</w:t>
      </w:r>
      <w:r>
        <w:rPr>
          <w:rFonts w:ascii="Georgia" w:hAnsi="Georgia" w:cs="Times New Roman"/>
          <w:b/>
          <w:i w:val="0"/>
          <w:color w:val="000000"/>
          <w:sz w:val="24"/>
          <w:rtl/>
          <w:szCs w:val="32"/>
        </w:rPr>
        <w:t>קי״ז</w:t>
      </w:r>
      <w:r>
        <w:rPr>
          <w:rFonts w:ascii="Georgia" w:hAnsi="Georgia"/>
          <w:b w:val="0"/>
          <w:i w:val="0"/>
          <w:color w:val="000000"/>
          <w:sz w:val="24"/>
        </w:rPr>
        <w:t xml:space="preserve">). Это простые ахораим АБ (72) де-АВАЯ и простые ахораим МАД (44) де-ЭЙЕ вместе с единицей целого (коллель), а вместе со словом </w:t>
      </w:r>
      <w:r>
        <w:rPr>
          <w:rFonts w:ascii="Georgia" w:hAnsi="Georgia"/>
          <w:b w:val="0"/>
          <w:i/>
          <w:color w:val="000000"/>
          <w:sz w:val="24"/>
        </w:rPr>
        <w:t>ани</w:t>
      </w:r>
      <w:r>
        <w:rPr>
          <w:rFonts w:ascii="Georgia" w:hAnsi="Georgia"/>
          <w:b w:val="0"/>
          <w:i w:val="0"/>
          <w:color w:val="000000"/>
          <w:sz w:val="24"/>
        </w:rPr>
        <w:t xml:space="preserve"> — «я» (</w:t>
      </w:r>
      <w:r>
        <w:rPr>
          <w:rFonts w:ascii="Georgia" w:hAnsi="Georgia" w:cs="Times New Roman"/>
          <w:b/>
          <w:i w:val="0"/>
          <w:color w:val="000000"/>
          <w:sz w:val="24"/>
          <w:rtl/>
          <w:szCs w:val="32"/>
        </w:rPr>
        <w:t>אֲנִי</w:t>
      </w:r>
      <w:r>
        <w:rPr>
          <w:rFonts w:ascii="Georgia" w:hAnsi="Georgia"/>
          <w:b w:val="0"/>
          <w:i w:val="0"/>
          <w:color w:val="000000"/>
          <w:sz w:val="24"/>
        </w:rPr>
        <w:t xml:space="preserve"> = 61) получается 178 (</w:t>
      </w:r>
      <w:r>
        <w:rPr>
          <w:rFonts w:ascii="Georgia" w:hAnsi="Georgia" w:cs="Times New Roman"/>
          <w:b/>
          <w:i w:val="0"/>
          <w:color w:val="000000"/>
          <w:sz w:val="24"/>
          <w:rtl/>
          <w:szCs w:val="32"/>
        </w:rPr>
        <w:t>קע״ח</w:t>
      </w:r>
      <w:r>
        <w:rPr>
          <w:rFonts w:ascii="Georgia" w:hAnsi="Georgia"/>
          <w:b w:val="0"/>
          <w:i w:val="0"/>
          <w:color w:val="000000"/>
          <w:sz w:val="24"/>
        </w:rPr>
        <w:t>). [Число] 100 (</w:t>
      </w:r>
      <w:r>
        <w:rPr>
          <w:rFonts w:ascii="Georgia" w:hAnsi="Georgia" w:cs="Times New Roman"/>
          <w:b/>
          <w:i w:val="0"/>
          <w:color w:val="000000"/>
          <w:sz w:val="24"/>
          <w:rtl/>
          <w:szCs w:val="32"/>
        </w:rPr>
        <w:t>ק</w:t>
      </w:r>
      <w:r>
        <w:rPr>
          <w:rFonts w:ascii="Georgia" w:hAnsi="Georgia"/>
          <w:b w:val="0"/>
          <w:i w:val="0"/>
          <w:color w:val="000000"/>
          <w:sz w:val="24"/>
        </w:rPr>
        <w:t>) — это АВАЯ де-САГ (63) и буквы его наполнения числом 37 (</w:t>
      </w:r>
      <w:r>
        <w:rPr>
          <w:rFonts w:ascii="Georgia" w:hAnsi="Georgia" w:cs="Times New Roman"/>
          <w:b/>
          <w:i w:val="0"/>
          <w:color w:val="000000"/>
          <w:sz w:val="24"/>
          <w:rtl/>
          <w:szCs w:val="32"/>
        </w:rPr>
        <w:t>ל״ז</w:t>
      </w:r>
      <w:r>
        <w:rPr>
          <w:rFonts w:ascii="Georgia" w:hAnsi="Georgia"/>
          <w:b w:val="0"/>
          <w:i w:val="0"/>
          <w:color w:val="000000"/>
          <w:sz w:val="24"/>
        </w:rPr>
        <w:t>). 78 (</w:t>
      </w:r>
      <w:r>
        <w:rPr>
          <w:rFonts w:ascii="Georgia" w:hAnsi="Georgia" w:cs="Times New Roman"/>
          <w:b/>
          <w:i w:val="0"/>
          <w:color w:val="000000"/>
          <w:sz w:val="24"/>
          <w:rtl/>
          <w:szCs w:val="32"/>
        </w:rPr>
        <w:t>ע״ח</w:t>
      </w:r>
      <w:r>
        <w:rPr>
          <w:rFonts w:ascii="Georgia" w:hAnsi="Georgia"/>
          <w:b w:val="0"/>
          <w:i w:val="0"/>
          <w:color w:val="000000"/>
          <w:sz w:val="24"/>
        </w:rPr>
        <w:t xml:space="preserve">) — это три [Имени] АВАЯ (3 × 26 = 78) в тринадцатом исправлении, называемом </w:t>
      </w:r>
      <w:r>
        <w:rPr>
          <w:rFonts w:ascii="Georgia" w:hAnsi="Georgia"/>
          <w:b w:val="0"/>
          <w:i/>
          <w:color w:val="000000"/>
          <w:sz w:val="24"/>
        </w:rPr>
        <w:t>мазла де-дикна</w:t>
      </w:r>
      <w:r>
        <w:rPr>
          <w:rFonts w:ascii="Georgia" w:hAnsi="Georgia"/>
          <w:b w:val="0"/>
          <w:i w:val="0"/>
          <w:color w:val="000000"/>
          <w:sz w:val="24"/>
        </w:rPr>
        <w:t xml:space="preserve"> де-АА. Слово </w:t>
      </w:r>
      <w:r>
        <w:rPr>
          <w:rFonts w:ascii="Georgia" w:hAnsi="Georgia"/>
          <w:b w:val="0"/>
          <w:i/>
          <w:color w:val="000000"/>
          <w:sz w:val="24"/>
        </w:rPr>
        <w:t>экра</w:t>
      </w:r>
      <w:r>
        <w:rPr>
          <w:rFonts w:ascii="Georgia" w:hAnsi="Georgia"/>
          <w:b w:val="0"/>
          <w:i w:val="0"/>
          <w:color w:val="000000"/>
          <w:sz w:val="24"/>
        </w:rPr>
        <w:t xml:space="preserve"> (</w:t>
      </w:r>
      <w:r>
        <w:rPr>
          <w:rFonts w:ascii="Georgia" w:hAnsi="Georgia" w:cs="Times New Roman"/>
          <w:b/>
          <w:i w:val="0"/>
          <w:color w:val="000000"/>
          <w:sz w:val="24"/>
          <w:rtl/>
          <w:szCs w:val="32"/>
        </w:rPr>
        <w:t>אֶקְרָא</w:t>
      </w:r>
      <w:r>
        <w:rPr>
          <w:rFonts w:ascii="Georgia" w:hAnsi="Georgia"/>
          <w:b w:val="0"/>
          <w:i w:val="0"/>
          <w:color w:val="000000"/>
          <w:sz w:val="24"/>
        </w:rPr>
        <w:t>) — это дважды 151 (</w:t>
      </w:r>
      <w:r>
        <w:rPr>
          <w:rFonts w:ascii="Georgia" w:hAnsi="Georgia" w:cs="Times New Roman"/>
          <w:b/>
          <w:i w:val="0"/>
          <w:color w:val="000000"/>
          <w:sz w:val="24"/>
          <w:rtl/>
          <w:szCs w:val="32"/>
        </w:rPr>
        <w:t>קנ״א</w:t>
      </w:r>
      <w:r>
        <w:rPr>
          <w:rFonts w:ascii="Georgia" w:hAnsi="Georgia"/>
          <w:b w:val="0"/>
          <w:i w:val="0"/>
          <w:color w:val="000000"/>
          <w:sz w:val="24"/>
        </w:rPr>
        <w:t>) [что составляет 302]. Сложи 178 и 302 (</w:t>
      </w:r>
      <w:r>
        <w:rPr>
          <w:rFonts w:ascii="Georgia" w:hAnsi="Georgia" w:cs="Times New Roman"/>
          <w:b/>
          <w:i w:val="0"/>
          <w:color w:val="000000"/>
          <w:sz w:val="24"/>
          <w:rtl/>
          <w:szCs w:val="32"/>
        </w:rPr>
        <w:t>ש״ב</w:t>
      </w:r>
      <w:r>
        <w:rPr>
          <w:rFonts w:ascii="Georgia" w:hAnsi="Georgia"/>
          <w:b w:val="0"/>
          <w:i w:val="0"/>
          <w:color w:val="000000"/>
          <w:sz w:val="24"/>
        </w:rPr>
        <w:t>) — получится 480 (</w:t>
      </w:r>
      <w:r>
        <w:rPr>
          <w:rFonts w:ascii="Georgia" w:hAnsi="Georgia" w:cs="Times New Roman"/>
          <w:b/>
          <w:i w:val="0"/>
          <w:color w:val="000000"/>
          <w:sz w:val="24"/>
          <w:rtl/>
          <w:szCs w:val="32"/>
        </w:rPr>
        <w:t>ת״פ</w:t>
      </w:r>
      <w:r>
        <w:rPr>
          <w:rFonts w:ascii="Georgia" w:hAnsi="Georgia"/>
          <w:b w:val="0"/>
          <w:i w:val="0"/>
          <w:color w:val="000000"/>
          <w:sz w:val="24"/>
        </w:rPr>
        <w:t>). И это [число включает в себя]: АБ (72), 130 (</w:t>
      </w:r>
      <w:r>
        <w:rPr>
          <w:rFonts w:ascii="Georgia" w:hAnsi="Georgia" w:cs="Times New Roman"/>
          <w:b/>
          <w:i w:val="0"/>
          <w:color w:val="000000"/>
          <w:sz w:val="24"/>
          <w:rtl/>
          <w:szCs w:val="32"/>
        </w:rPr>
        <w:t>ק״ל</w:t>
      </w:r>
      <w:r>
        <w:rPr>
          <w:rFonts w:ascii="Georgia" w:hAnsi="Georgia"/>
          <w:b w:val="0"/>
          <w:i w:val="0"/>
          <w:color w:val="000000"/>
          <w:sz w:val="24"/>
        </w:rPr>
        <w:t xml:space="preserve">), [еще один] АБ (72), </w:t>
      </w:r>
      <w:r>
        <w:rPr>
          <w:rFonts w:ascii="Georgia" w:hAnsi="Georgia"/>
          <w:b w:val="0"/>
          <w:i/>
          <w:color w:val="000000"/>
          <w:sz w:val="24"/>
        </w:rPr>
        <w:t>Кедем</w:t>
      </w:r>
      <w:r>
        <w:rPr>
          <w:rFonts w:ascii="Georgia" w:hAnsi="Georgia"/>
          <w:b w:val="0"/>
          <w:i w:val="0"/>
          <w:color w:val="000000"/>
          <w:sz w:val="24"/>
        </w:rPr>
        <w:t xml:space="preserve"> (</w:t>
      </w:r>
      <w:r>
        <w:rPr>
          <w:rFonts w:ascii="Georgia" w:hAnsi="Georgia" w:cs="Times New Roman"/>
          <w:b/>
          <w:i w:val="0"/>
          <w:color w:val="000000"/>
          <w:sz w:val="24"/>
          <w:rtl/>
          <w:szCs w:val="32"/>
        </w:rPr>
        <w:t>קֶדֶם</w:t>
      </w:r>
      <w:r>
        <w:rPr>
          <w:rFonts w:ascii="Georgia" w:hAnsi="Georgia"/>
          <w:b w:val="0"/>
          <w:i w:val="0"/>
          <w:color w:val="000000"/>
          <w:sz w:val="24"/>
        </w:rPr>
        <w:t xml:space="preserve"> = 144), АВАЯ де-БОН (52) и десять букв наполнения АВАЯ (10). Начальные буквы слов </w:t>
      </w:r>
      <w:r>
        <w:rPr>
          <w:rFonts w:ascii="Georgia" w:hAnsi="Georgia"/>
          <w:b w:val="0"/>
          <w:i/>
          <w:color w:val="000000"/>
          <w:sz w:val="24"/>
        </w:rPr>
        <w:t>ани Эль ЭЛОКИМ экра</w:t>
      </w:r>
      <w:r>
        <w:rPr>
          <w:rFonts w:ascii="Georgia" w:hAnsi="Georgia"/>
          <w:b w:val="0"/>
          <w:i w:val="0"/>
          <w:color w:val="000000"/>
          <w:sz w:val="24"/>
        </w:rPr>
        <w:t xml:space="preserve"> — это четыре буквы алеф (</w:t>
      </w:r>
      <w:r>
        <w:rPr>
          <w:rFonts w:ascii="Georgia" w:hAnsi="Georgia" w:cs="Times New Roman"/>
          <w:b/>
          <w:i w:val="0"/>
          <w:color w:val="000000"/>
          <w:sz w:val="24"/>
          <w:rtl/>
          <w:szCs w:val="32"/>
        </w:rPr>
        <w:t>א</w:t>
      </w:r>
      <w:r>
        <w:rPr>
          <w:rFonts w:ascii="Georgia" w:hAnsi="Georgia"/>
          <w:b w:val="0"/>
          <w:i w:val="0"/>
          <w:color w:val="000000"/>
          <w:sz w:val="24"/>
        </w:rPr>
        <w:t xml:space="preserve">): первая — это алеф де-ЭЙЕ де-йодин, а три остальные — три буквы алеф в ЭЙЕ де-альфин; и эти четыре буквы алеф облачаются внутрь последней буквы алеф в слове </w:t>
      </w:r>
      <w:r>
        <w:rPr>
          <w:rFonts w:ascii="Georgia" w:hAnsi="Georgia"/>
          <w:b w:val="0"/>
          <w:i/>
          <w:color w:val="000000"/>
          <w:sz w:val="24"/>
        </w:rPr>
        <w:t>экра</w:t>
      </w:r>
      <w:r>
        <w:rPr>
          <w:rFonts w:ascii="Georgia" w:hAnsi="Georgia"/>
          <w:b w:val="0"/>
          <w:i w:val="0"/>
          <w:color w:val="000000"/>
          <w:sz w:val="24"/>
        </w:rPr>
        <w:t xml:space="preserve"> (</w:t>
      </w:r>
      <w:r>
        <w:rPr>
          <w:rFonts w:ascii="Georgia" w:hAnsi="Georgia" w:cs="Times New Roman"/>
          <w:b/>
          <w:i w:val="0"/>
          <w:color w:val="000000"/>
          <w:sz w:val="24"/>
          <w:rtl/>
          <w:szCs w:val="32"/>
        </w:rPr>
        <w:t>אֶקְרָא</w:t>
      </w:r>
      <w:r>
        <w:rPr>
          <w:rFonts w:ascii="Georgia" w:hAnsi="Georgia"/>
          <w:b w:val="0"/>
          <w:i w:val="0"/>
          <w:color w:val="000000"/>
          <w:sz w:val="24"/>
        </w:rPr>
        <w:t xml:space="preserve">), а она — это алеф, имеющаяся в ЭЙЕ де-хэйин. Начальные буквы слов </w:t>
      </w:r>
      <w:r>
        <w:rPr>
          <w:rFonts w:ascii="Georgia" w:hAnsi="Georgia"/>
          <w:b w:val="0"/>
          <w:i/>
          <w:color w:val="000000"/>
          <w:sz w:val="24"/>
        </w:rPr>
        <w:t>экра ве-АВАЯ йошиэни</w:t>
      </w:r>
      <w:r>
        <w:rPr>
          <w:rFonts w:ascii="Georgia" w:hAnsi="Georgia"/>
          <w:b w:val="0"/>
          <w:i w:val="0"/>
          <w:color w:val="000000"/>
          <w:sz w:val="24"/>
        </w:rPr>
        <w:t xml:space="preserve"> (</w:t>
      </w:r>
      <w:r>
        <w:rPr>
          <w:rFonts w:ascii="Georgia" w:hAnsi="Georgia" w:cs="Times New Roman"/>
          <w:b/>
          <w:i w:val="0"/>
          <w:color w:val="000000"/>
          <w:sz w:val="24"/>
          <w:rtl/>
          <w:szCs w:val="32"/>
        </w:rPr>
        <w:t>אֶקְרָא וַיהוָה יוֹשִׁיעֵנִי</w:t>
      </w:r>
      <w:r>
        <w:rPr>
          <w:rFonts w:ascii="Georgia" w:hAnsi="Georgia"/>
          <w:b w:val="0"/>
          <w:i w:val="0"/>
          <w:color w:val="000000"/>
          <w:sz w:val="24"/>
        </w:rPr>
        <w:t>) составляют буквы алеф, вав, йод (</w:t>
      </w:r>
      <w:r>
        <w:rPr>
          <w:rFonts w:ascii="Georgia" w:hAnsi="Georgia" w:cs="Times New Roman"/>
          <w:b/>
          <w:i w:val="0"/>
          <w:color w:val="000000"/>
          <w:sz w:val="24"/>
          <w:rtl/>
          <w:szCs w:val="32"/>
        </w:rPr>
        <w:t>או״י</w:t>
      </w:r>
      <w:r>
        <w:rPr>
          <w:rFonts w:ascii="Georgia" w:hAnsi="Georgia"/>
          <w:b w:val="0"/>
          <w:i w:val="0"/>
          <w:color w:val="000000"/>
          <w:sz w:val="24"/>
        </w:rPr>
        <w:t>); в полном наполнении — алеф, йод, вав (</w:t>
      </w:r>
      <w:r>
        <w:rPr>
          <w:rFonts w:ascii="Georgia" w:hAnsi="Georgia" w:cs="Times New Roman"/>
          <w:b/>
          <w:i w:val="0"/>
          <w:color w:val="000000"/>
          <w:sz w:val="24"/>
          <w:rtl/>
          <w:szCs w:val="32"/>
        </w:rPr>
        <w:t>אלף יו״ד וי״ו</w:t>
      </w:r>
      <w:r>
        <w:rPr>
          <w:rFonts w:ascii="Georgia" w:hAnsi="Georgia"/>
          <w:b w:val="0"/>
          <w:i w:val="0"/>
          <w:color w:val="000000"/>
          <w:sz w:val="24"/>
        </w:rPr>
        <w:t xml:space="preserve"> = 111 + 20 + 22) — [это] составляет 153 (</w:t>
      </w:r>
      <w:r>
        <w:rPr>
          <w:rFonts w:ascii="Georgia" w:hAnsi="Georgia" w:cs="Times New Roman"/>
          <w:b/>
          <w:i w:val="0"/>
          <w:color w:val="000000"/>
          <w:sz w:val="24"/>
          <w:rtl/>
          <w:szCs w:val="32"/>
        </w:rPr>
        <w:t>קנ״ג</w:t>
      </w:r>
      <w:r>
        <w:rPr>
          <w:rFonts w:ascii="Georgia" w:hAnsi="Georgia"/>
          <w:b w:val="0"/>
          <w:i w:val="0"/>
          <w:color w:val="000000"/>
          <w:sz w:val="24"/>
        </w:rPr>
        <w:t>). И это два мира, упомянутые в начале [раздела] «Идра» главы Насо — второй и третий, то есть 57 (</w:t>
      </w:r>
      <w:r>
        <w:rPr>
          <w:rFonts w:ascii="Georgia" w:hAnsi="Georgia" w:cs="Times New Roman"/>
          <w:b/>
          <w:i w:val="0"/>
          <w:color w:val="000000"/>
          <w:sz w:val="24"/>
          <w:rtl/>
          <w:szCs w:val="32"/>
        </w:rPr>
        <w:t>נ״ז</w:t>
      </w:r>
      <w:r>
        <w:rPr>
          <w:rFonts w:ascii="Georgia" w:hAnsi="Georgia"/>
          <w:b w:val="0"/>
          <w:i w:val="0"/>
          <w:color w:val="000000"/>
          <w:sz w:val="24"/>
        </w:rPr>
        <w:t>) миров и 96 (</w:t>
      </w:r>
      <w:r>
        <w:rPr>
          <w:rFonts w:ascii="Georgia" w:hAnsi="Georgia" w:cs="Times New Roman"/>
          <w:b/>
          <w:i w:val="0"/>
          <w:color w:val="000000"/>
          <w:sz w:val="24"/>
          <w:rtl/>
          <w:szCs w:val="32"/>
        </w:rPr>
        <w:t>צ״ו</w:t>
      </w:r>
      <w:r>
        <w:rPr>
          <w:rFonts w:ascii="Georgia" w:hAnsi="Georgia"/>
          <w:b w:val="0"/>
          <w:i w:val="0"/>
          <w:color w:val="000000"/>
          <w:sz w:val="24"/>
        </w:rPr>
        <w:t>) миров, что вместе дает 153. И это тайна [Имени] ЭЙЕ де-альфин, [составляющего] 143 (</w:t>
      </w:r>
      <w:r>
        <w:rPr>
          <w:rFonts w:ascii="Georgia" w:hAnsi="Georgia" w:cs="Times New Roman"/>
          <w:b/>
          <w:i w:val="0"/>
          <w:color w:val="000000"/>
          <w:sz w:val="24"/>
          <w:rtl/>
          <w:szCs w:val="32"/>
        </w:rPr>
        <w:t>קמ״ג</w:t>
      </w:r>
      <w:r>
        <w:rPr>
          <w:rFonts w:ascii="Georgia" w:hAnsi="Georgia"/>
          <w:b w:val="0"/>
          <w:i w:val="0"/>
          <w:color w:val="000000"/>
          <w:sz w:val="24"/>
        </w:rPr>
        <w:t>), а вместе с десятью его буквами — 153. Конечные буквы [этих же слов] — алеф, хэй, йод (</w:t>
      </w:r>
      <w:r>
        <w:rPr>
          <w:rFonts w:ascii="Georgia" w:hAnsi="Georgia" w:cs="Times New Roman"/>
          <w:b/>
          <w:i w:val="0"/>
          <w:color w:val="000000"/>
          <w:sz w:val="24"/>
          <w:rtl/>
          <w:szCs w:val="32"/>
        </w:rPr>
        <w:t>אה״י</w:t>
      </w:r>
      <w:r>
        <w:rPr>
          <w:rFonts w:ascii="Georgia" w:hAnsi="Georgia"/>
          <w:b w:val="0"/>
          <w:i w:val="0"/>
          <w:color w:val="000000"/>
          <w:sz w:val="24"/>
        </w:rPr>
        <w:t>); в полном наполнении — алеф, хэй, йод (</w:t>
      </w:r>
      <w:r>
        <w:rPr>
          <w:rFonts w:ascii="Georgia" w:hAnsi="Georgia" w:cs="Times New Roman"/>
          <w:b/>
          <w:i w:val="0"/>
          <w:color w:val="000000"/>
          <w:sz w:val="24"/>
          <w:rtl/>
          <w:szCs w:val="32"/>
        </w:rPr>
        <w:t>אלף הי יוד</w:t>
      </w:r>
      <w:r>
        <w:rPr>
          <w:rFonts w:ascii="Georgia" w:hAnsi="Georgia"/>
          <w:b w:val="0"/>
          <w:i w:val="0"/>
          <w:color w:val="000000"/>
          <w:sz w:val="24"/>
        </w:rPr>
        <w:t xml:space="preserve"> = 111 + 15 + 20) — [это] составляет 146 (</w:t>
      </w:r>
      <w:r>
        <w:rPr>
          <w:rFonts w:ascii="Georgia" w:hAnsi="Georgia" w:cs="Times New Roman"/>
          <w:b/>
          <w:i w:val="0"/>
          <w:color w:val="000000"/>
          <w:sz w:val="24"/>
          <w:rtl/>
          <w:szCs w:val="32"/>
        </w:rPr>
        <w:t>קמ״ו</w:t>
      </w:r>
      <w:r>
        <w:rPr>
          <w:rFonts w:ascii="Georgia" w:hAnsi="Georgia"/>
          <w:b w:val="0"/>
          <w:i w:val="0"/>
          <w:color w:val="000000"/>
          <w:sz w:val="24"/>
        </w:rPr>
        <w:t>), что [соответствует] шести буквам наполнения [Имени] ЭЙЕ де-йодин, составляющим 140 (</w:t>
      </w:r>
      <w:r>
        <w:rPr>
          <w:rFonts w:ascii="Georgia" w:hAnsi="Georgia" w:cs="Times New Roman"/>
          <w:b/>
          <w:i w:val="0"/>
          <w:color w:val="000000"/>
          <w:sz w:val="24"/>
          <w:rtl/>
          <w:szCs w:val="32"/>
        </w:rPr>
        <w:t>ק״מ</w:t>
      </w:r>
      <w:r>
        <w:rPr>
          <w:rFonts w:ascii="Georgia" w:hAnsi="Georgia"/>
          <w:b w:val="0"/>
          <w:i w:val="0"/>
          <w:color w:val="000000"/>
          <w:sz w:val="24"/>
        </w:rPr>
        <w:t>), а вместе с шестью буквами получается 146.</w:t>
      </w:r>
    </w:p>
    <w:p>
      <w:pPr>
        <w:keepNext/>
        <w:spacing w:before="320" w:after="120"/>
      </w:pPr>
      <w:r>
        <w:rPr>
          <w:rFonts w:ascii="Georgia" w:hAnsi="Georgia"/>
          <w:b w:val="0"/>
          <w:i w:val="0"/>
          <w:color w:val="000000"/>
          <w:sz w:val="32"/>
        </w:rPr>
        <w:t>Ихуд 29</w:t>
      </w:r>
    </w:p>
    <w:p>
      <w:pPr>
        <w:spacing w:before="40" w:after="120"/>
        <w:jc w:val="both"/>
      </w:pPr>
      <w:r>
        <w:rPr>
          <w:rFonts w:ascii="Georgia" w:hAnsi="Georgia"/>
          <w:b w:val="0"/>
          <w:i w:val="0"/>
          <w:color w:val="000000"/>
          <w:sz w:val="24"/>
        </w:rPr>
        <w:t xml:space="preserve">Сказал мне вышеупомянутый [учитель]: начальные буквы слов </w:t>
      </w:r>
      <w:r>
        <w:rPr>
          <w:rFonts w:ascii="Georgia" w:hAnsi="Georgia"/>
          <w:b w:val="0"/>
          <w:i/>
          <w:color w:val="000000"/>
          <w:sz w:val="24"/>
        </w:rPr>
        <w:t>«Жестоко наказывал меня Г-сподь…»</w:t>
      </w:r>
      <w:r>
        <w:rPr>
          <w:rFonts w:ascii="Georgia" w:hAnsi="Georgia"/>
          <w:b w:val="0"/>
          <w:i w:val="0"/>
          <w:color w:val="000000"/>
          <w:sz w:val="24"/>
        </w:rPr>
        <w:t xml:space="preserve"> (Теилим 118:18) — это три буквы йод (</w:t>
      </w:r>
      <w:r>
        <w:rPr>
          <w:rFonts w:ascii="Georgia" w:hAnsi="Georgia" w:cs="Times New Roman"/>
          <w:b/>
          <w:i w:val="0"/>
          <w:color w:val="000000"/>
          <w:sz w:val="24"/>
          <w:rtl/>
          <w:szCs w:val="32"/>
        </w:rPr>
        <w:t>י</w:t>
      </w:r>
      <w:r>
        <w:rPr>
          <w:rFonts w:ascii="Georgia" w:hAnsi="Georgia"/>
          <w:b w:val="0"/>
          <w:i w:val="0"/>
          <w:color w:val="000000"/>
          <w:sz w:val="24"/>
        </w:rPr>
        <w:t xml:space="preserve">): [они соответствуют] трем [буквам] йод в имени АВАЯ де-САГ, а также трем [буквам] йод, имеющимся в имени ЭЙЕ с йодами. Начальные буквы слов </w:t>
      </w:r>
      <w:r>
        <w:rPr>
          <w:rFonts w:ascii="Georgia" w:hAnsi="Georgia"/>
          <w:b w:val="0"/>
          <w:i/>
          <w:color w:val="000000"/>
          <w:sz w:val="24"/>
        </w:rPr>
        <w:t>«…но смерти не предал меня»</w:t>
      </w:r>
      <w:r>
        <w:rPr>
          <w:rFonts w:ascii="Georgia" w:hAnsi="Georgia"/>
          <w:b w:val="0"/>
          <w:i w:val="0"/>
          <w:color w:val="000000"/>
          <w:sz w:val="24"/>
        </w:rPr>
        <w:t xml:space="preserve"> по гематрии равны имени ЭЛОКИМ [86]. А всё вместе составляет по гематрии 116 (</w:t>
      </w:r>
      <w:r>
        <w:rPr>
          <w:rFonts w:ascii="Georgia" w:hAnsi="Georgia" w:cs="Times New Roman"/>
          <w:b/>
          <w:i w:val="0"/>
          <w:color w:val="000000"/>
          <w:sz w:val="24"/>
          <w:rtl/>
          <w:szCs w:val="32"/>
        </w:rPr>
        <w:t>קי״ו</w:t>
      </w:r>
      <w:r>
        <w:rPr>
          <w:rFonts w:ascii="Georgia" w:hAnsi="Georgia"/>
          <w:b w:val="0"/>
          <w:i w:val="0"/>
          <w:color w:val="000000"/>
          <w:sz w:val="24"/>
        </w:rPr>
        <w:t>), что соответствует 72 (</w:t>
      </w:r>
      <w:r>
        <w:rPr>
          <w:rFonts w:ascii="Georgia" w:hAnsi="Georgia" w:cs="Times New Roman"/>
          <w:b/>
          <w:i w:val="0"/>
          <w:color w:val="000000"/>
          <w:sz w:val="24"/>
          <w:rtl/>
          <w:szCs w:val="32"/>
        </w:rPr>
        <w:t>ע״ב</w:t>
      </w:r>
      <w:r>
        <w:rPr>
          <w:rFonts w:ascii="Georgia" w:hAnsi="Georgia"/>
          <w:b w:val="0"/>
          <w:i w:val="0"/>
          <w:color w:val="000000"/>
          <w:sz w:val="24"/>
        </w:rPr>
        <w:t>) простых ахораим де-АВАЯ и 44 (</w:t>
      </w:r>
      <w:r>
        <w:rPr>
          <w:rFonts w:ascii="Georgia" w:hAnsi="Georgia" w:cs="Times New Roman"/>
          <w:b/>
          <w:i w:val="0"/>
          <w:color w:val="000000"/>
          <w:sz w:val="24"/>
          <w:rtl/>
          <w:szCs w:val="32"/>
        </w:rPr>
        <w:t>מ״ד</w:t>
      </w:r>
      <w:r>
        <w:rPr>
          <w:rFonts w:ascii="Georgia" w:hAnsi="Georgia"/>
          <w:b w:val="0"/>
          <w:i w:val="0"/>
          <w:color w:val="000000"/>
          <w:sz w:val="24"/>
        </w:rPr>
        <w:t xml:space="preserve">) простых ахораим де-ЭЙЕ. Конечные буквы слов </w:t>
      </w:r>
      <w:r>
        <w:rPr>
          <w:rFonts w:ascii="Georgia" w:hAnsi="Georgia"/>
          <w:b w:val="0"/>
          <w:i/>
          <w:color w:val="000000"/>
          <w:sz w:val="24"/>
        </w:rPr>
        <w:t>«Жестоко наказывал меня Г-сподь…»</w:t>
      </w:r>
      <w:r>
        <w:rPr>
          <w:rFonts w:ascii="Georgia" w:hAnsi="Georgia"/>
          <w:b w:val="0"/>
          <w:i w:val="0"/>
          <w:color w:val="000000"/>
          <w:sz w:val="24"/>
        </w:rPr>
        <w:t xml:space="preserve"> составляют 215 (</w:t>
      </w:r>
      <w:r>
        <w:rPr>
          <w:rFonts w:ascii="Georgia" w:hAnsi="Georgia" w:cs="Times New Roman"/>
          <w:b/>
          <w:i w:val="0"/>
          <w:color w:val="000000"/>
          <w:sz w:val="24"/>
          <w:rtl/>
          <w:szCs w:val="32"/>
        </w:rPr>
        <w:t>רי״ה</w:t>
      </w:r>
      <w:r>
        <w:rPr>
          <w:rFonts w:ascii="Georgia" w:hAnsi="Georgia"/>
          <w:b w:val="0"/>
          <w:i w:val="0"/>
          <w:color w:val="000000"/>
          <w:sz w:val="24"/>
        </w:rPr>
        <w:t>). Смысл же в том, что тайна [числа] 216 (</w:t>
      </w:r>
      <w:r>
        <w:rPr>
          <w:rFonts w:ascii="Georgia" w:hAnsi="Georgia" w:cs="Times New Roman"/>
          <w:b/>
          <w:i w:val="0"/>
          <w:color w:val="000000"/>
          <w:sz w:val="24"/>
          <w:rtl/>
          <w:szCs w:val="32"/>
        </w:rPr>
        <w:t>רי״ו</w:t>
      </w:r>
      <w:r>
        <w:rPr>
          <w:rFonts w:ascii="Georgia" w:hAnsi="Georgia"/>
          <w:b w:val="0"/>
          <w:i w:val="0"/>
          <w:color w:val="000000"/>
          <w:sz w:val="24"/>
        </w:rPr>
        <w:t>) — это АБ с йодами [72], САГ с его десятью буквами, что составляет 73 (</w:t>
      </w:r>
      <w:r>
        <w:rPr>
          <w:rFonts w:ascii="Georgia" w:hAnsi="Georgia" w:cs="Times New Roman"/>
          <w:b/>
          <w:i w:val="0"/>
          <w:color w:val="000000"/>
          <w:sz w:val="24"/>
          <w:rtl/>
          <w:szCs w:val="32"/>
        </w:rPr>
        <w:t>ע״ג</w:t>
      </w:r>
      <w:r>
        <w:rPr>
          <w:rFonts w:ascii="Georgia" w:hAnsi="Georgia"/>
          <w:b w:val="0"/>
          <w:i w:val="0"/>
          <w:color w:val="000000"/>
          <w:sz w:val="24"/>
        </w:rPr>
        <w:t>), и МА с алефами вместе с 26 (</w:t>
      </w:r>
      <w:r>
        <w:rPr>
          <w:rFonts w:ascii="Georgia" w:hAnsi="Georgia" w:cs="Times New Roman"/>
          <w:b/>
          <w:i w:val="0"/>
          <w:color w:val="000000"/>
          <w:sz w:val="24"/>
          <w:rtl/>
          <w:szCs w:val="32"/>
        </w:rPr>
        <w:t>כ״ו</w:t>
      </w:r>
      <w:r>
        <w:rPr>
          <w:rFonts w:ascii="Georgia" w:hAnsi="Georgia"/>
          <w:b w:val="0"/>
          <w:i w:val="0"/>
          <w:color w:val="000000"/>
          <w:sz w:val="24"/>
        </w:rPr>
        <w:t>) самого простого имени АВАЯ, что составляет 71 (</w:t>
      </w:r>
      <w:r>
        <w:rPr>
          <w:rFonts w:ascii="Georgia" w:hAnsi="Georgia" w:cs="Times New Roman"/>
          <w:b/>
          <w:i w:val="0"/>
          <w:color w:val="000000"/>
          <w:sz w:val="24"/>
          <w:rtl/>
          <w:szCs w:val="32"/>
        </w:rPr>
        <w:t>ע״א</w:t>
      </w:r>
      <w:r>
        <w:rPr>
          <w:rFonts w:ascii="Georgia" w:hAnsi="Georgia"/>
          <w:b w:val="0"/>
          <w:i w:val="0"/>
          <w:color w:val="000000"/>
          <w:sz w:val="24"/>
        </w:rPr>
        <w:t>); в сумме 72, 73 и 71 как раз дают 216.</w:t>
      </w:r>
    </w:p>
    <w:p>
      <w:pPr>
        <w:spacing w:before="40" w:after="120"/>
        <w:jc w:val="both"/>
      </w:pPr>
      <w:r>
        <w:rPr>
          <w:rFonts w:ascii="Georgia" w:hAnsi="Georgia"/>
          <w:b w:val="0"/>
          <w:i w:val="0"/>
          <w:color w:val="000000"/>
          <w:sz w:val="24"/>
        </w:rPr>
        <w:t>Однако теперь в этом намерении (</w:t>
      </w:r>
      <w:r>
        <w:rPr>
          <w:rFonts w:ascii="Georgia" w:hAnsi="Georgia"/>
          <w:b w:val="0"/>
          <w:i/>
          <w:color w:val="000000"/>
          <w:sz w:val="24"/>
        </w:rPr>
        <w:t>кавана</w:t>
      </w:r>
      <w:r>
        <w:rPr>
          <w:rFonts w:ascii="Georgia" w:hAnsi="Georgia"/>
          <w:b w:val="0"/>
          <w:i w:val="0"/>
          <w:color w:val="000000"/>
          <w:sz w:val="24"/>
        </w:rPr>
        <w:t xml:space="preserve">) мы выводим имя АВАЯ де-САГ с его десятью буквами и помещаем на его место четвертый [вид] 72, представляющий собой простые ахораим де-БОН, и тогда получаются 72, 71 и 72, что составляет 215. Причина же сказанного вышеупомянутым [учителем] заключается в том, что свойство страданий исходит от имени АВАЯ де-САГ с его десятью буквами, составляющими 73, — именно оттуда приходят страдания. Ведь в этом тайна слов </w:t>
      </w:r>
      <w:r>
        <w:rPr>
          <w:rFonts w:ascii="Georgia" w:hAnsi="Georgia"/>
          <w:b w:val="0"/>
          <w:i/>
          <w:color w:val="000000"/>
          <w:sz w:val="24"/>
        </w:rPr>
        <w:t>«и коснись кости его и плоти его»</w:t>
      </w:r>
      <w:r>
        <w:rPr>
          <w:rFonts w:ascii="Georgia" w:hAnsi="Georgia"/>
          <w:b w:val="0"/>
          <w:i w:val="0"/>
          <w:color w:val="000000"/>
          <w:sz w:val="24"/>
        </w:rPr>
        <w:t xml:space="preserve"> (Иов 2:5) в стихе </w:t>
      </w:r>
      <w:r>
        <w:rPr>
          <w:rFonts w:ascii="Georgia" w:hAnsi="Georgia"/>
          <w:b w:val="0"/>
          <w:i/>
          <w:color w:val="000000"/>
          <w:sz w:val="24"/>
        </w:rPr>
        <w:t>«но протяни руку Твою…»</w:t>
      </w:r>
      <w:r>
        <w:rPr>
          <w:rFonts w:ascii="Georgia" w:hAnsi="Georgia"/>
          <w:b w:val="0"/>
          <w:i w:val="0"/>
          <w:color w:val="000000"/>
          <w:sz w:val="24"/>
        </w:rPr>
        <w:t>: [слово «руку Твою» (</w:t>
      </w:r>
      <w:r>
        <w:rPr>
          <w:rFonts w:ascii="Georgia" w:hAnsi="Georgia"/>
          <w:b w:val="0"/>
          <w:i/>
          <w:color w:val="000000"/>
          <w:sz w:val="24"/>
        </w:rPr>
        <w:t>ядха</w:t>
      </w:r>
      <w:r>
        <w:rPr>
          <w:rFonts w:ascii="Georgia" w:hAnsi="Georgia"/>
          <w:b w:val="0"/>
          <w:i w:val="0"/>
          <w:color w:val="000000"/>
          <w:sz w:val="24"/>
        </w:rPr>
        <w:t xml:space="preserve">, </w:t>
      </w:r>
      <w:r>
        <w:rPr>
          <w:rFonts w:ascii="Georgia" w:hAnsi="Georgia" w:cs="Times New Roman"/>
          <w:b/>
          <w:i w:val="0"/>
          <w:color w:val="000000"/>
          <w:sz w:val="24"/>
          <w:rtl/>
          <w:szCs w:val="32"/>
        </w:rPr>
        <w:t>יָדְךָ</w:t>
      </w:r>
      <w:r>
        <w:rPr>
          <w:rFonts w:ascii="Georgia" w:hAnsi="Georgia"/>
          <w:b w:val="0"/>
          <w:i w:val="0"/>
          <w:color w:val="000000"/>
          <w:sz w:val="24"/>
        </w:rPr>
        <w:t>)] указывает на «твои йоды» (</w:t>
      </w:r>
      <w:r>
        <w:rPr>
          <w:rFonts w:ascii="Georgia" w:hAnsi="Georgia" w:cs="Times New Roman"/>
          <w:b/>
          <w:i w:val="0"/>
          <w:color w:val="000000"/>
          <w:sz w:val="24"/>
          <w:rtl/>
          <w:szCs w:val="32"/>
        </w:rPr>
        <w:t>יודי״ך</w:t>
      </w:r>
      <w:r>
        <w:rPr>
          <w:rFonts w:ascii="Georgia" w:hAnsi="Georgia"/>
          <w:b w:val="0"/>
          <w:i w:val="0"/>
          <w:color w:val="000000"/>
          <w:sz w:val="24"/>
        </w:rPr>
        <w:t>), то есть десять букв наполнения; соедини их с САГ — и все они вместе составят 73 (</w:t>
      </w:r>
      <w:r>
        <w:rPr>
          <w:rFonts w:ascii="Georgia" w:hAnsi="Georgia" w:cs="Times New Roman"/>
          <w:b/>
          <w:i w:val="0"/>
          <w:color w:val="000000"/>
          <w:sz w:val="24"/>
          <w:rtl/>
          <w:szCs w:val="32"/>
        </w:rPr>
        <w:t>ג״ע</w:t>
      </w:r>
      <w:r>
        <w:rPr>
          <w:rFonts w:ascii="Georgia" w:hAnsi="Georgia"/>
          <w:b w:val="0"/>
          <w:i w:val="0"/>
          <w:color w:val="000000"/>
          <w:sz w:val="24"/>
        </w:rPr>
        <w:t xml:space="preserve">). За счет этого [действует слово] </w:t>
      </w:r>
      <w:r>
        <w:rPr>
          <w:rFonts w:ascii="Georgia" w:hAnsi="Georgia"/>
          <w:b w:val="0"/>
          <w:i/>
          <w:color w:val="000000"/>
          <w:sz w:val="24"/>
        </w:rPr>
        <w:t>ве-га</w:t>
      </w:r>
      <w:r>
        <w:rPr>
          <w:rFonts w:ascii="Georgia" w:hAnsi="Georgia"/>
          <w:b w:val="0"/>
          <w:i w:val="0"/>
          <w:color w:val="000000"/>
          <w:sz w:val="24"/>
        </w:rPr>
        <w:t xml:space="preserve"> (</w:t>
      </w:r>
      <w:r>
        <w:rPr>
          <w:rFonts w:ascii="Georgia" w:hAnsi="Georgia" w:cs="Times New Roman"/>
          <w:b/>
          <w:i w:val="0"/>
          <w:color w:val="000000"/>
          <w:sz w:val="24"/>
          <w:rtl/>
          <w:szCs w:val="32"/>
        </w:rPr>
        <w:t>וְגַע</w:t>
      </w:r>
      <w:r>
        <w:rPr>
          <w:rFonts w:ascii="Georgia" w:hAnsi="Georgia"/>
          <w:b w:val="0"/>
          <w:i w:val="0"/>
          <w:color w:val="000000"/>
          <w:sz w:val="24"/>
        </w:rPr>
        <w:t>): «коснись кости его» — и наведи на него страдания.</w:t>
      </w:r>
    </w:p>
    <w:p>
      <w:pPr>
        <w:spacing w:before="40" w:after="120"/>
        <w:jc w:val="both"/>
      </w:pPr>
      <w:r>
        <w:rPr>
          <w:rFonts w:ascii="Georgia" w:hAnsi="Georgia"/>
          <w:b w:val="0"/>
          <w:i w:val="0"/>
          <w:color w:val="000000"/>
          <w:sz w:val="24"/>
        </w:rPr>
        <w:t xml:space="preserve">Теперь наше намерение состоит в том, чтобы устранить страдания, как следует из простого смысла стиха, ведь сказано: </w:t>
      </w:r>
      <w:r>
        <w:rPr>
          <w:rFonts w:ascii="Georgia" w:hAnsi="Georgia"/>
          <w:b w:val="0"/>
          <w:i/>
          <w:color w:val="000000"/>
          <w:sz w:val="24"/>
        </w:rPr>
        <w:t>«Жестоко наказывал меня Г-сподь, но смерти не предал меня»</w:t>
      </w:r>
      <w:r>
        <w:rPr>
          <w:rFonts w:ascii="Georgia" w:hAnsi="Georgia"/>
          <w:b w:val="0"/>
          <w:i w:val="0"/>
          <w:color w:val="000000"/>
          <w:sz w:val="24"/>
        </w:rPr>
        <w:t xml:space="preserve"> (Теилим 118:18), — и потому мы удалили его, как упомянуто выше. Конечные буквы слов </w:t>
      </w:r>
      <w:r>
        <w:rPr>
          <w:rFonts w:ascii="Georgia" w:hAnsi="Georgia"/>
          <w:b w:val="0"/>
          <w:i/>
          <w:color w:val="000000"/>
          <w:sz w:val="24"/>
        </w:rPr>
        <w:t>«…но смерти не предал меня»</w:t>
      </w:r>
      <w:r>
        <w:rPr>
          <w:rFonts w:ascii="Georgia" w:hAnsi="Georgia"/>
          <w:b w:val="0"/>
          <w:i w:val="0"/>
          <w:color w:val="000000"/>
          <w:sz w:val="24"/>
        </w:rPr>
        <w:t xml:space="preserve"> составляют 411 (</w:t>
      </w:r>
      <w:r>
        <w:rPr>
          <w:rFonts w:ascii="Georgia" w:hAnsi="Georgia" w:cs="Times New Roman"/>
          <w:b/>
          <w:i w:val="0"/>
          <w:color w:val="000000"/>
          <w:sz w:val="24"/>
          <w:rtl/>
          <w:szCs w:val="32"/>
        </w:rPr>
        <w:t>תי״א</w:t>
      </w:r>
      <w:r>
        <w:rPr>
          <w:rFonts w:ascii="Georgia" w:hAnsi="Georgia"/>
          <w:b w:val="0"/>
          <w:i w:val="0"/>
          <w:color w:val="000000"/>
          <w:sz w:val="24"/>
        </w:rPr>
        <w:t xml:space="preserve">), что по гематрии равно слову </w:t>
      </w:r>
      <w:r>
        <w:rPr>
          <w:rFonts w:ascii="Georgia" w:hAnsi="Georgia"/>
          <w:b w:val="0"/>
          <w:i/>
          <w:color w:val="000000"/>
          <w:sz w:val="24"/>
        </w:rPr>
        <w:t>тоху</w:t>
      </w:r>
      <w:r>
        <w:rPr>
          <w:rFonts w:ascii="Georgia" w:hAnsi="Georgia"/>
          <w:b w:val="0"/>
          <w:i w:val="0"/>
          <w:color w:val="000000"/>
          <w:sz w:val="24"/>
        </w:rPr>
        <w:t xml:space="preserve"> (</w:t>
      </w:r>
      <w:r>
        <w:rPr>
          <w:rFonts w:ascii="Georgia" w:hAnsi="Georgia" w:cs="Times New Roman"/>
          <w:b/>
          <w:i w:val="0"/>
          <w:color w:val="000000"/>
          <w:sz w:val="24"/>
          <w:rtl/>
          <w:szCs w:val="32"/>
        </w:rPr>
        <w:t>תֹּהוּ</w:t>
      </w:r>
      <w:r>
        <w:rPr>
          <w:rFonts w:ascii="Georgia" w:hAnsi="Georgia"/>
          <w:b w:val="0"/>
          <w:i w:val="0"/>
          <w:color w:val="000000"/>
          <w:sz w:val="24"/>
        </w:rPr>
        <w:t xml:space="preserve"> = 411). Они представляют собой два [ряда] простых ахораим де-ЭЛОКИМ: 200 и 200, а вместе с их десятью буквами и с колелем получается 411 (</w:t>
      </w:r>
      <w:r>
        <w:rPr>
          <w:rFonts w:ascii="Georgia" w:hAnsi="Georgia"/>
          <w:b w:val="0"/>
          <w:i/>
          <w:color w:val="000000"/>
          <w:sz w:val="24"/>
        </w:rPr>
        <w:t>тоху</w:t>
      </w:r>
      <w:r>
        <w:rPr>
          <w:rFonts w:ascii="Georgia" w:hAnsi="Georgia"/>
          <w:b w:val="0"/>
          <w:i w:val="0"/>
          <w:color w:val="000000"/>
          <w:sz w:val="24"/>
        </w:rPr>
        <w:t xml:space="preserve">). Имя [для сосредоточения] образуется из [букв слова] </w:t>
      </w:r>
      <w:r>
        <w:rPr>
          <w:rFonts w:ascii="Georgia" w:hAnsi="Georgia"/>
          <w:b w:val="0"/>
          <w:i/>
          <w:color w:val="000000"/>
          <w:sz w:val="24"/>
        </w:rPr>
        <w:t>ве-ла-мавет</w:t>
      </w:r>
      <w:r>
        <w:rPr>
          <w:rFonts w:ascii="Georgia" w:hAnsi="Georgia"/>
          <w:b w:val="0"/>
          <w:i w:val="0"/>
          <w:color w:val="000000"/>
          <w:sz w:val="24"/>
        </w:rPr>
        <w:t xml:space="preserve"> («к смерти») в таком сочетании: </w:t>
      </w:r>
      <w:r>
        <w:rPr>
          <w:rFonts w:ascii="Georgia" w:hAnsi="Georgia" w:cs="Times New Roman"/>
          <w:b/>
          <w:i w:val="0"/>
          <w:color w:val="000000"/>
          <w:sz w:val="24"/>
          <w:rtl/>
          <w:szCs w:val="32"/>
        </w:rPr>
        <w:t>מָלִוָוֹתְ</w:t>
      </w:r>
      <w:r>
        <w:rPr>
          <w:rFonts w:ascii="Georgia" w:hAnsi="Georgia"/>
          <w:b w:val="0"/>
          <w:i w:val="0"/>
          <w:color w:val="000000"/>
          <w:sz w:val="24"/>
        </w:rPr>
        <w:t xml:space="preserve">, а его огласовка берется от [слов стиха] </w:t>
      </w:r>
      <w:r>
        <w:rPr>
          <w:rFonts w:ascii="Georgia" w:hAnsi="Georgia"/>
          <w:b w:val="0"/>
          <w:i/>
          <w:color w:val="000000"/>
          <w:sz w:val="24"/>
        </w:rPr>
        <w:t>«Жестоко наказывал меня Г-сподь... не предал меня»</w:t>
      </w:r>
      <w:r>
        <w:rPr>
          <w:rFonts w:ascii="Georgia" w:hAnsi="Georgia"/>
          <w:b w:val="0"/>
          <w:i w:val="0"/>
          <w:color w:val="000000"/>
          <w:sz w:val="24"/>
        </w:rPr>
        <w:t>. Его гематрия равна 482 (</w:t>
      </w:r>
      <w:r>
        <w:rPr>
          <w:rFonts w:ascii="Georgia" w:hAnsi="Georgia" w:cs="Times New Roman"/>
          <w:b/>
          <w:i w:val="0"/>
          <w:color w:val="000000"/>
          <w:sz w:val="24"/>
          <w:rtl/>
          <w:szCs w:val="32"/>
        </w:rPr>
        <w:t>תפ״ב</w:t>
      </w:r>
      <w:r>
        <w:rPr>
          <w:rFonts w:ascii="Georgia" w:hAnsi="Georgia"/>
          <w:b w:val="0"/>
          <w:i w:val="0"/>
          <w:color w:val="000000"/>
          <w:sz w:val="24"/>
        </w:rPr>
        <w:t xml:space="preserve">), что составляет пять раз по </w:t>
      </w:r>
      <w:r>
        <w:rPr>
          <w:rFonts w:ascii="Georgia" w:hAnsi="Georgia"/>
          <w:b w:val="0"/>
          <w:i/>
          <w:color w:val="000000"/>
          <w:sz w:val="24"/>
        </w:rPr>
        <w:t>дам</w:t>
      </w:r>
      <w:r>
        <w:rPr>
          <w:rFonts w:ascii="Georgia" w:hAnsi="Georgia"/>
          <w:b w:val="0"/>
          <w:i w:val="0"/>
          <w:color w:val="000000"/>
          <w:sz w:val="24"/>
        </w:rPr>
        <w:t xml:space="preserve"> («кровь», </w:t>
      </w:r>
      <w:r>
        <w:rPr>
          <w:rFonts w:ascii="Georgia" w:hAnsi="Georgia" w:cs="Times New Roman"/>
          <w:b/>
          <w:i w:val="0"/>
          <w:color w:val="000000"/>
          <w:sz w:val="24"/>
          <w:rtl/>
          <w:szCs w:val="32"/>
        </w:rPr>
        <w:t>דָּם</w:t>
      </w:r>
      <w:r>
        <w:rPr>
          <w:rFonts w:ascii="Georgia" w:hAnsi="Georgia"/>
          <w:b w:val="0"/>
          <w:i w:val="0"/>
          <w:color w:val="000000"/>
          <w:sz w:val="24"/>
        </w:rPr>
        <w:t xml:space="preserve"> = 44), то есть свойство имени АВАЯ вида </w:t>
      </w:r>
      <w:r>
        <w:rPr>
          <w:rFonts w:ascii="Georgia" w:hAnsi="Georgia" w:cs="Times New Roman"/>
          <w:b/>
          <w:i w:val="0"/>
          <w:color w:val="000000"/>
          <w:sz w:val="24"/>
          <w:rtl/>
          <w:szCs w:val="32"/>
        </w:rPr>
        <w:t>יוד הא וו הא</w:t>
      </w:r>
      <w:r>
        <w:rPr>
          <w:rFonts w:ascii="Georgia" w:hAnsi="Georgia"/>
          <w:b w:val="0"/>
          <w:i w:val="0"/>
          <w:color w:val="000000"/>
          <w:sz w:val="24"/>
        </w:rPr>
        <w:t xml:space="preserve"> [МА], а также пять раз по </w:t>
      </w:r>
      <w:r>
        <w:rPr>
          <w:rFonts w:ascii="Georgia" w:hAnsi="Georgia"/>
          <w:b w:val="0"/>
          <w:i/>
          <w:color w:val="000000"/>
          <w:sz w:val="24"/>
        </w:rPr>
        <w:t>дам</w:t>
      </w:r>
      <w:r>
        <w:rPr>
          <w:rFonts w:ascii="Georgia" w:hAnsi="Georgia"/>
          <w:b w:val="0"/>
          <w:i w:val="0"/>
          <w:color w:val="000000"/>
          <w:sz w:val="24"/>
        </w:rPr>
        <w:t xml:space="preserve"> (44) простых ахораим де-ЭЙЕ. Десять раз по </w:t>
      </w:r>
      <w:r>
        <w:rPr>
          <w:rFonts w:ascii="Georgia" w:hAnsi="Georgia"/>
          <w:b w:val="0"/>
          <w:i/>
          <w:color w:val="000000"/>
          <w:sz w:val="24"/>
        </w:rPr>
        <w:t>дам</w:t>
      </w:r>
      <w:r>
        <w:rPr>
          <w:rFonts w:ascii="Georgia" w:hAnsi="Georgia"/>
          <w:b w:val="0"/>
          <w:i w:val="0"/>
          <w:color w:val="000000"/>
          <w:sz w:val="24"/>
        </w:rPr>
        <w:t xml:space="preserve"> (44) дают 440 (</w:t>
      </w:r>
      <w:r>
        <w:rPr>
          <w:rFonts w:ascii="Georgia" w:hAnsi="Georgia" w:cs="Times New Roman"/>
          <w:b/>
          <w:i w:val="0"/>
          <w:color w:val="000000"/>
          <w:sz w:val="24"/>
          <w:rtl/>
          <w:szCs w:val="32"/>
        </w:rPr>
        <w:t>ת״ם</w:t>
      </w:r>
      <w:r>
        <w:rPr>
          <w:rFonts w:ascii="Georgia" w:hAnsi="Georgia"/>
          <w:b w:val="0"/>
          <w:i w:val="0"/>
          <w:color w:val="000000"/>
          <w:sz w:val="24"/>
        </w:rPr>
        <w:t>); кроме того, в десяти упомянутых [именах] АВАЯ и ЭЙЕ содержится 40 букв, и вместе с двумя общими целыми (колелим) для АВАЯ и ЭЙЕ получается 482.</w:t>
      </w:r>
    </w:p>
    <w:p>
      <w:pPr>
        <w:keepNext/>
        <w:spacing w:before="320" w:after="120"/>
      </w:pPr>
      <w:r>
        <w:rPr>
          <w:rFonts w:ascii="Georgia" w:hAnsi="Georgia"/>
          <w:b w:val="0"/>
          <w:i w:val="0"/>
          <w:color w:val="000000"/>
          <w:sz w:val="32"/>
        </w:rPr>
        <w:t>Ихуд 30</w:t>
      </w:r>
    </w:p>
    <w:p>
      <w:pPr>
        <w:spacing w:before="40" w:after="120"/>
        <w:jc w:val="both"/>
      </w:pPr>
      <w:r>
        <w:rPr>
          <w:rFonts w:ascii="Georgia" w:hAnsi="Georgia"/>
          <w:b w:val="0"/>
          <w:i w:val="0"/>
          <w:color w:val="000000"/>
          <w:sz w:val="24"/>
        </w:rPr>
        <w:t xml:space="preserve">К вышеупомянутому: </w:t>
      </w:r>
      <w:r>
        <w:rPr>
          <w:rFonts w:ascii="Georgia" w:hAnsi="Georgia"/>
          <w:b w:val="0"/>
          <w:i/>
          <w:color w:val="000000"/>
          <w:sz w:val="24"/>
        </w:rPr>
        <w:t>«Я сказал в опрометчивости моей: всякий человек ложен»</w:t>
      </w:r>
      <w:r>
        <w:rPr>
          <w:rFonts w:ascii="Georgia" w:hAnsi="Georgia"/>
          <w:b w:val="0"/>
          <w:i w:val="0"/>
          <w:color w:val="000000"/>
          <w:sz w:val="24"/>
        </w:rPr>
        <w:t xml:space="preserve"> (Теилим 116:11). Начальные буквы [этих слов составляют в гематрии] 49 (</w:t>
      </w:r>
      <w:r>
        <w:rPr>
          <w:rFonts w:ascii="Georgia" w:hAnsi="Georgia" w:cs="Times New Roman"/>
          <w:b/>
          <w:i w:val="0"/>
          <w:color w:val="000000"/>
          <w:sz w:val="24"/>
          <w:rtl/>
          <w:szCs w:val="32"/>
        </w:rPr>
        <w:t>מ״ט</w:t>
      </w:r>
      <w:r>
        <w:rPr>
          <w:rFonts w:ascii="Georgia" w:hAnsi="Georgia"/>
          <w:b w:val="0"/>
          <w:i w:val="0"/>
          <w:color w:val="000000"/>
          <w:sz w:val="24"/>
        </w:rPr>
        <w:t xml:space="preserve"> = 49), и это [соответствует Имени] АВАЯ в таком виде: </w:t>
      </w:r>
      <w:r>
        <w:rPr>
          <w:rFonts w:ascii="Georgia" w:hAnsi="Georgia" w:cs="Times New Roman"/>
          <w:b/>
          <w:i w:val="0"/>
          <w:color w:val="000000"/>
          <w:sz w:val="24"/>
          <w:rtl/>
          <w:szCs w:val="32"/>
        </w:rPr>
        <w:t>יַוִדְ הָאְ וִאְוֵ הָהָ</w:t>
      </w:r>
      <w:r>
        <w:rPr>
          <w:rFonts w:ascii="Georgia" w:hAnsi="Georgia"/>
          <w:b w:val="0"/>
          <w:i w:val="0"/>
          <w:color w:val="000000"/>
          <w:sz w:val="24"/>
        </w:rPr>
        <w:t>. А конечные буквы составляют 102 (</w:t>
      </w:r>
      <w:r>
        <w:rPr>
          <w:rFonts w:ascii="Georgia" w:hAnsi="Georgia" w:cs="Times New Roman"/>
          <w:b/>
          <w:i w:val="0"/>
          <w:color w:val="000000"/>
          <w:sz w:val="24"/>
          <w:rtl/>
          <w:szCs w:val="32"/>
        </w:rPr>
        <w:t>ק״ב</w:t>
      </w:r>
      <w:r>
        <w:rPr>
          <w:rFonts w:ascii="Georgia" w:hAnsi="Georgia"/>
          <w:b w:val="0"/>
          <w:i w:val="0"/>
          <w:color w:val="000000"/>
          <w:sz w:val="24"/>
        </w:rPr>
        <w:t xml:space="preserve"> = 102), что [равно сумме] трех наполнений [Имен] АБ, САГ и МА, составляющих 46 (</w:t>
      </w:r>
      <w:r>
        <w:rPr>
          <w:rFonts w:ascii="Georgia" w:hAnsi="Georgia" w:cs="Times New Roman"/>
          <w:b/>
          <w:i w:val="0"/>
          <w:color w:val="000000"/>
          <w:sz w:val="24"/>
          <w:rtl/>
          <w:szCs w:val="32"/>
        </w:rPr>
        <w:t>מ״ו</w:t>
      </w:r>
      <w:r>
        <w:rPr>
          <w:rFonts w:ascii="Georgia" w:hAnsi="Georgia"/>
          <w:b w:val="0"/>
          <w:i w:val="0"/>
          <w:color w:val="000000"/>
          <w:sz w:val="24"/>
        </w:rPr>
        <w:t xml:space="preserve"> = 46), 37 (</w:t>
      </w:r>
      <w:r>
        <w:rPr>
          <w:rFonts w:ascii="Georgia" w:hAnsi="Georgia" w:cs="Times New Roman"/>
          <w:b/>
          <w:i w:val="0"/>
          <w:color w:val="000000"/>
          <w:sz w:val="24"/>
          <w:rtl/>
          <w:szCs w:val="32"/>
        </w:rPr>
        <w:t>ל״ז</w:t>
      </w:r>
      <w:r>
        <w:rPr>
          <w:rFonts w:ascii="Georgia" w:hAnsi="Georgia"/>
          <w:b w:val="0"/>
          <w:i w:val="0"/>
          <w:color w:val="000000"/>
          <w:sz w:val="24"/>
        </w:rPr>
        <w:t xml:space="preserve"> = 37) и 19 (</w:t>
      </w:r>
      <w:r>
        <w:rPr>
          <w:rFonts w:ascii="Georgia" w:hAnsi="Georgia" w:cs="Times New Roman"/>
          <w:b/>
          <w:i w:val="0"/>
          <w:color w:val="000000"/>
          <w:sz w:val="24"/>
          <w:rtl/>
          <w:szCs w:val="32"/>
        </w:rPr>
        <w:t>י״ט</w:t>
      </w:r>
      <w:r>
        <w:rPr>
          <w:rFonts w:ascii="Georgia" w:hAnsi="Georgia"/>
          <w:b w:val="0"/>
          <w:i w:val="0"/>
          <w:color w:val="000000"/>
          <w:sz w:val="24"/>
        </w:rPr>
        <w:t xml:space="preserve"> = 19). Сложи 49 и 102 — они составят в гематрии 151 (</w:t>
      </w:r>
      <w:r>
        <w:rPr>
          <w:rFonts w:ascii="Georgia" w:hAnsi="Georgia" w:cs="Times New Roman"/>
          <w:b/>
          <w:i w:val="0"/>
          <w:color w:val="000000"/>
          <w:sz w:val="24"/>
          <w:rtl/>
          <w:szCs w:val="32"/>
        </w:rPr>
        <w:t>קנ״א</w:t>
      </w:r>
      <w:r>
        <w:rPr>
          <w:rFonts w:ascii="Georgia" w:hAnsi="Georgia"/>
          <w:b w:val="0"/>
          <w:i w:val="0"/>
          <w:color w:val="000000"/>
          <w:sz w:val="24"/>
        </w:rPr>
        <w:t xml:space="preserve"> = 151), что [соответствует Имени] ЭЙЕ с [наполнением] хэйин. Имя [для сосредоточения] — это сами начальные буквы с их же собственными огласовками: </w:t>
      </w:r>
      <w:r>
        <w:rPr>
          <w:rFonts w:ascii="Georgia" w:hAnsi="Georgia" w:cs="Times New Roman"/>
          <w:b/>
          <w:i w:val="0"/>
          <w:color w:val="000000"/>
          <w:sz w:val="24"/>
          <w:rtl/>
          <w:szCs w:val="32"/>
        </w:rPr>
        <w:t>אֲאָבְכָהָכֹ</w:t>
      </w:r>
      <w:r>
        <w:rPr>
          <w:rFonts w:ascii="Georgia" w:hAnsi="Georgia"/>
          <w:b w:val="0"/>
          <w:i w:val="0"/>
          <w:color w:val="000000"/>
          <w:sz w:val="24"/>
        </w:rPr>
        <w:t xml:space="preserve">. А в конечных буквах направь намерение на то, что три буквы йод [слов] </w:t>
      </w:r>
      <w:r>
        <w:rPr>
          <w:rFonts w:ascii="Georgia" w:hAnsi="Georgia"/>
          <w:b w:val="0"/>
          <w:i/>
          <w:color w:val="000000"/>
          <w:sz w:val="24"/>
        </w:rPr>
        <w:t>«Я сказал в опрометчивости моей»</w:t>
      </w:r>
      <w:r>
        <w:rPr>
          <w:rFonts w:ascii="Georgia" w:hAnsi="Georgia"/>
          <w:b w:val="0"/>
          <w:i w:val="0"/>
          <w:color w:val="000000"/>
          <w:sz w:val="24"/>
        </w:rPr>
        <w:t xml:space="preserve"> — это Имя [АВАЯ] с огласовкой хирик (</w:t>
      </w:r>
      <w:r>
        <w:rPr>
          <w:rFonts w:ascii="Georgia" w:hAnsi="Georgia" w:cs="Times New Roman"/>
          <w:b/>
          <w:i w:val="0"/>
          <w:color w:val="000000"/>
          <w:sz w:val="24"/>
          <w:rtl/>
          <w:szCs w:val="32"/>
        </w:rPr>
        <w:t>יִהִוִהִ</w:t>
      </w:r>
      <w:r>
        <w:rPr>
          <w:rFonts w:ascii="Georgia" w:hAnsi="Georgia"/>
          <w:b w:val="0"/>
          <w:i w:val="0"/>
          <w:color w:val="000000"/>
          <w:sz w:val="24"/>
        </w:rPr>
        <w:t>), по огласовке самих этих букв йод, и вместе с четырьмя своими буквами оно составляет в гематрии 30 (</w:t>
      </w:r>
      <w:r>
        <w:rPr>
          <w:rFonts w:ascii="Georgia" w:hAnsi="Georgia" w:cs="Times New Roman"/>
          <w:b/>
          <w:i w:val="0"/>
          <w:color w:val="000000"/>
          <w:sz w:val="24"/>
          <w:rtl/>
          <w:szCs w:val="32"/>
        </w:rPr>
        <w:t>ל</w:t>
      </w:r>
      <w:r>
        <w:rPr>
          <w:rFonts w:ascii="Georgia" w:hAnsi="Georgia"/>
          <w:b w:val="0"/>
          <w:i w:val="0"/>
          <w:color w:val="000000"/>
          <w:sz w:val="24"/>
        </w:rPr>
        <w:t xml:space="preserve"> = 30).</w:t>
      </w:r>
    </w:p>
    <w:p>
      <w:pPr>
        <w:spacing w:before="40" w:after="120"/>
        <w:jc w:val="both"/>
      </w:pPr>
      <w:r>
        <w:rPr>
          <w:rFonts w:ascii="Georgia" w:hAnsi="Georgia"/>
          <w:b w:val="0"/>
          <w:i w:val="0"/>
          <w:color w:val="000000"/>
          <w:sz w:val="24"/>
        </w:rPr>
        <w:t xml:space="preserve">Также три буквы в конечных буквах [слов] </w:t>
      </w:r>
      <w:r>
        <w:rPr>
          <w:rFonts w:ascii="Georgia" w:hAnsi="Georgia"/>
          <w:b w:val="0"/>
          <w:i/>
          <w:color w:val="000000"/>
          <w:sz w:val="24"/>
        </w:rPr>
        <w:t>«всякий человек ложен»</w:t>
      </w:r>
      <w:r>
        <w:rPr>
          <w:rFonts w:ascii="Georgia" w:hAnsi="Georgia"/>
          <w:b w:val="0"/>
          <w:i w:val="0"/>
          <w:color w:val="000000"/>
          <w:sz w:val="24"/>
        </w:rPr>
        <w:t xml:space="preserve"> — это ламэд, мэм, бэт (</w:t>
      </w:r>
      <w:r>
        <w:rPr>
          <w:rFonts w:ascii="Georgia" w:hAnsi="Georgia" w:cs="Times New Roman"/>
          <w:b/>
          <w:i w:val="0"/>
          <w:color w:val="000000"/>
          <w:sz w:val="24"/>
          <w:rtl/>
          <w:szCs w:val="32"/>
        </w:rPr>
        <w:t>למ״ב</w:t>
      </w:r>
      <w:r>
        <w:rPr>
          <w:rFonts w:ascii="Georgia" w:hAnsi="Georgia"/>
          <w:b w:val="0"/>
          <w:i w:val="0"/>
          <w:color w:val="000000"/>
          <w:sz w:val="24"/>
        </w:rPr>
        <w:t>), и они составляют в гематрии 72 (</w:t>
      </w:r>
      <w:r>
        <w:rPr>
          <w:rFonts w:ascii="Georgia" w:hAnsi="Georgia" w:cs="Times New Roman"/>
          <w:b/>
          <w:i w:val="0"/>
          <w:color w:val="000000"/>
          <w:sz w:val="24"/>
          <w:rtl/>
          <w:szCs w:val="32"/>
        </w:rPr>
        <w:t>ע״ב</w:t>
      </w:r>
      <w:r>
        <w:rPr>
          <w:rFonts w:ascii="Georgia" w:hAnsi="Georgia"/>
          <w:b w:val="0"/>
          <w:i w:val="0"/>
          <w:color w:val="000000"/>
          <w:sz w:val="24"/>
        </w:rPr>
        <w:t xml:space="preserve"> = 72), вот так: </w:t>
      </w:r>
      <w:r>
        <w:rPr>
          <w:rFonts w:ascii="Georgia" w:hAnsi="Georgia" w:cs="Times New Roman"/>
          <w:b/>
          <w:i w:val="0"/>
          <w:color w:val="000000"/>
          <w:sz w:val="24"/>
          <w:rtl/>
          <w:szCs w:val="32"/>
        </w:rPr>
        <w:t>ל מ ב</w:t>
      </w:r>
      <w:r>
        <w:rPr>
          <w:rFonts w:ascii="Georgia" w:hAnsi="Georgia"/>
          <w:b w:val="0"/>
          <w:i w:val="0"/>
          <w:color w:val="000000"/>
          <w:sz w:val="24"/>
        </w:rPr>
        <w:t>. А огласовки — от самих этих букв, и они составляют в гематрии 68 (</w:t>
      </w:r>
      <w:r>
        <w:rPr>
          <w:rFonts w:ascii="Georgia" w:hAnsi="Georgia" w:cs="Times New Roman"/>
          <w:b/>
          <w:i w:val="0"/>
          <w:color w:val="000000"/>
          <w:sz w:val="24"/>
          <w:rtl/>
          <w:szCs w:val="32"/>
        </w:rPr>
        <w:t>ס״ח</w:t>
      </w:r>
      <w:r>
        <w:rPr>
          <w:rFonts w:ascii="Georgia" w:hAnsi="Georgia"/>
          <w:b w:val="0"/>
          <w:i w:val="0"/>
          <w:color w:val="000000"/>
          <w:sz w:val="24"/>
        </w:rPr>
        <w:t xml:space="preserve"> = 68), [что равно слову] «жизнь» (</w:t>
      </w:r>
      <w:r>
        <w:rPr>
          <w:rFonts w:ascii="Georgia" w:hAnsi="Georgia"/>
          <w:b w:val="0"/>
          <w:i/>
          <w:color w:val="000000"/>
          <w:sz w:val="24"/>
        </w:rPr>
        <w:t>хайим</w:t>
      </w:r>
      <w:r>
        <w:rPr>
          <w:rFonts w:ascii="Georgia" w:hAnsi="Georgia"/>
          <w:b w:val="0"/>
          <w:i w:val="0"/>
          <w:color w:val="000000"/>
          <w:sz w:val="24"/>
        </w:rPr>
        <w:t xml:space="preserve">, </w:t>
      </w:r>
      <w:r>
        <w:rPr>
          <w:rFonts w:ascii="Georgia" w:hAnsi="Georgia" w:cs="Times New Roman"/>
          <w:b/>
          <w:i w:val="0"/>
          <w:color w:val="000000"/>
          <w:sz w:val="24"/>
          <w:rtl/>
          <w:szCs w:val="32"/>
        </w:rPr>
        <w:t>חַיִּים</w:t>
      </w:r>
      <w:r>
        <w:rPr>
          <w:rFonts w:ascii="Georgia" w:hAnsi="Georgia"/>
          <w:b w:val="0"/>
          <w:i w:val="0"/>
          <w:color w:val="000000"/>
          <w:sz w:val="24"/>
        </w:rPr>
        <w:t xml:space="preserve">), что [соответствует] ЭЙЕ: </w:t>
      </w:r>
      <w:r>
        <w:rPr>
          <w:rFonts w:ascii="Georgia" w:hAnsi="Georgia" w:cs="Times New Roman"/>
          <w:b/>
          <w:i w:val="0"/>
          <w:color w:val="000000"/>
          <w:sz w:val="24"/>
          <w:rtl/>
          <w:szCs w:val="32"/>
        </w:rPr>
        <w:t>יוַֹדַ הַי וַיַוַ הַיַ</w:t>
      </w:r>
      <w:r>
        <w:rPr>
          <w:rFonts w:ascii="Georgia" w:hAnsi="Georgia"/>
          <w:b w:val="0"/>
          <w:i w:val="0"/>
          <w:color w:val="000000"/>
          <w:sz w:val="24"/>
        </w:rPr>
        <w:t>, АВАЯ [и] ЭЙЕ. [Говорит Шмуэль: таким образом: два йода — это два [знака], являющиеся холамами, и восемь патахов, составляющие 48 (</w:t>
      </w:r>
      <w:r>
        <w:rPr>
          <w:rFonts w:ascii="Georgia" w:hAnsi="Georgia" w:cs="Times New Roman"/>
          <w:b/>
          <w:i w:val="0"/>
          <w:color w:val="000000"/>
          <w:sz w:val="24"/>
          <w:rtl/>
          <w:szCs w:val="32"/>
        </w:rPr>
        <w:t>מ״ח</w:t>
      </w:r>
      <w:r>
        <w:rPr>
          <w:rFonts w:ascii="Georgia" w:hAnsi="Georgia"/>
          <w:b w:val="0"/>
          <w:i w:val="0"/>
          <w:color w:val="000000"/>
          <w:sz w:val="24"/>
        </w:rPr>
        <w:t xml:space="preserve"> = 48), — вот и получается 68. И нужно мысленно представить три буквы йод в виде сегольты над Именем, происходящим из этого, как сказано выше, вот так: </w:t>
      </w:r>
      <w:r>
        <w:rPr>
          <w:rFonts w:ascii="Georgia" w:hAnsi="Georgia" w:cs="Times New Roman"/>
          <w:b/>
          <w:i w:val="0"/>
          <w:color w:val="000000"/>
          <w:sz w:val="24"/>
          <w:rtl/>
          <w:szCs w:val="32"/>
        </w:rPr>
        <w:t>יוַֹדַ הַי וַיַוַ הַיַ</w:t>
      </w:r>
      <w:r>
        <w:rPr>
          <w:rFonts w:ascii="Georgia" w:hAnsi="Georgia"/>
          <w:b w:val="0"/>
          <w:i w:val="0"/>
          <w:color w:val="000000"/>
          <w:sz w:val="24"/>
        </w:rPr>
        <w:t xml:space="preserve">, и помести черту рафе над каждой из трех букв йод, которые ты мысленно представил наподобие сегольты. И эти три черты рафе — тайна трех линий буквы бэт, вот так: </w:t>
      </w:r>
      <w:r>
        <w:rPr>
          <w:rFonts w:ascii="Georgia" w:hAnsi="Georgia" w:cs="Times New Roman"/>
          <w:b/>
          <w:i w:val="0"/>
          <w:color w:val="000000"/>
          <w:sz w:val="24"/>
          <w:rtl/>
          <w:szCs w:val="32"/>
        </w:rPr>
        <w:t>ב</w:t>
      </w:r>
      <w:r>
        <w:rPr>
          <w:rFonts w:ascii="Georgia" w:hAnsi="Georgia"/>
          <w:b w:val="0"/>
          <w:i w:val="0"/>
          <w:color w:val="000000"/>
          <w:sz w:val="24"/>
        </w:rPr>
        <w:t xml:space="preserve">. А огласовка первого [наполнения] АВАЯ, составляющего в гематрии 49, как сказано выше, происходит из стиха: </w:t>
      </w:r>
      <w:r>
        <w:rPr>
          <w:rFonts w:ascii="Georgia" w:hAnsi="Georgia"/>
          <w:b w:val="0"/>
          <w:i/>
          <w:color w:val="000000"/>
          <w:sz w:val="24"/>
        </w:rPr>
        <w:t>«...праведник, падающий (</w:t>
      </w:r>
      <w:r>
        <w:rPr>
          <w:rFonts w:ascii="Georgia" w:hAnsi="Georgia"/>
          <w:b w:val="0"/>
          <w:i w:val="0"/>
          <w:color w:val="000000"/>
          <w:sz w:val="24"/>
        </w:rPr>
        <w:t>мот</w:t>
      </w:r>
      <w:r>
        <w:rPr>
          <w:rFonts w:ascii="Georgia" w:hAnsi="Georgia"/>
          <w:b w:val="0"/>
          <w:i/>
          <w:color w:val="000000"/>
          <w:sz w:val="24"/>
        </w:rPr>
        <w:t xml:space="preserve">, </w:t>
      </w:r>
      <w:r>
        <w:rPr>
          <w:rFonts w:ascii="Georgia" w:hAnsi="Georgia" w:cs="Times New Roman"/>
          <w:b/>
          <w:i/>
          <w:color w:val="000000"/>
          <w:sz w:val="24"/>
          <w:rtl/>
          <w:szCs w:val="32"/>
        </w:rPr>
        <w:t>מָט</w:t>
      </w:r>
      <w:r>
        <w:rPr>
          <w:rFonts w:ascii="Georgia" w:hAnsi="Georgia"/>
          <w:b w:val="0"/>
          <w:i/>
          <w:color w:val="000000"/>
          <w:sz w:val="24"/>
        </w:rPr>
        <w:t>) перед нечестивым»</w:t>
      </w:r>
      <w:r>
        <w:rPr>
          <w:rFonts w:ascii="Georgia" w:hAnsi="Georgia"/>
          <w:b w:val="0"/>
          <w:i w:val="0"/>
          <w:color w:val="000000"/>
          <w:sz w:val="24"/>
        </w:rPr>
        <w:t xml:space="preserve"> (Мишлей 25:26).]</w:t>
      </w:r>
    </w:p>
    <w:p>
      <w:pPr>
        <w:keepNext/>
        <w:spacing w:before="320" w:after="120"/>
      </w:pPr>
      <w:r>
        <w:rPr>
          <w:rFonts w:ascii="Georgia" w:hAnsi="Georgia"/>
          <w:b w:val="0"/>
          <w:i w:val="0"/>
          <w:color w:val="000000"/>
          <w:sz w:val="32"/>
        </w:rPr>
        <w:t>Ихуд 31</w:t>
      </w:r>
    </w:p>
    <w:p>
      <w:pPr>
        <w:spacing w:before="40" w:after="120"/>
        <w:jc w:val="both"/>
      </w:pPr>
      <w:r>
        <w:rPr>
          <w:rFonts w:ascii="Georgia" w:hAnsi="Georgia"/>
          <w:b w:val="0"/>
          <w:i w:val="0"/>
          <w:color w:val="000000"/>
          <w:sz w:val="24"/>
        </w:rPr>
        <w:t xml:space="preserve">К сказанному выше [относится стих]: </w:t>
      </w:r>
      <w:r>
        <w:rPr>
          <w:rFonts w:ascii="Georgia" w:hAnsi="Georgia"/>
          <w:b w:val="0"/>
          <w:i/>
          <w:color w:val="000000"/>
          <w:sz w:val="24"/>
        </w:rPr>
        <w:t>«Десница Твоя, Г-споди, прославлена силой…»</w:t>
      </w:r>
      <w:r>
        <w:rPr>
          <w:rFonts w:ascii="Georgia" w:hAnsi="Georgia"/>
          <w:b w:val="0"/>
          <w:i w:val="0"/>
          <w:color w:val="000000"/>
          <w:sz w:val="24"/>
        </w:rPr>
        <w:t xml:space="preserve"> (Шмот 15:6), где начальные буквы [дают в сумме число] 72 (</w:t>
      </w:r>
      <w:r>
        <w:rPr>
          <w:rFonts w:ascii="Georgia" w:hAnsi="Georgia" w:cs="Times New Roman"/>
          <w:b/>
          <w:i w:val="0"/>
          <w:color w:val="000000"/>
          <w:sz w:val="24"/>
          <w:rtl/>
          <w:szCs w:val="32"/>
        </w:rPr>
        <w:t>ע״ב</w:t>
      </w:r>
      <w:r>
        <w:rPr>
          <w:rFonts w:ascii="Georgia" w:hAnsi="Georgia"/>
          <w:b w:val="0"/>
          <w:i w:val="0"/>
          <w:color w:val="000000"/>
          <w:sz w:val="24"/>
        </w:rPr>
        <w:t xml:space="preserve">) — [наполнение] АБ Имени АВАЯ с буквами йод. Слово </w:t>
      </w:r>
      <w:r>
        <w:rPr>
          <w:rFonts w:ascii="Georgia" w:hAnsi="Georgia"/>
          <w:b w:val="0"/>
          <w:i/>
          <w:color w:val="000000"/>
          <w:sz w:val="24"/>
        </w:rPr>
        <w:t>«бе-коах»</w:t>
      </w:r>
      <w:r>
        <w:rPr>
          <w:rFonts w:ascii="Georgia" w:hAnsi="Georgia"/>
          <w:b w:val="0"/>
          <w:i w:val="0"/>
          <w:color w:val="000000"/>
          <w:sz w:val="24"/>
        </w:rPr>
        <w:t xml:space="preserve"> — это 28 (</w:t>
      </w:r>
      <w:r>
        <w:rPr>
          <w:rFonts w:ascii="Georgia" w:hAnsi="Georgia" w:cs="Times New Roman"/>
          <w:b/>
          <w:i w:val="0"/>
          <w:color w:val="000000"/>
          <w:sz w:val="24"/>
          <w:rtl/>
          <w:szCs w:val="32"/>
        </w:rPr>
        <w:t>כ״ח</w:t>
      </w:r>
      <w:r>
        <w:rPr>
          <w:rFonts w:ascii="Georgia" w:hAnsi="Georgia"/>
          <w:b w:val="0"/>
          <w:i w:val="0"/>
          <w:color w:val="000000"/>
          <w:sz w:val="24"/>
        </w:rPr>
        <w:t>) букв двойного наполнения упомянутого [Имени] АВАЯ, а конечные буквы [этих слов дают число] 43 (</w:t>
      </w:r>
      <w:r>
        <w:rPr>
          <w:rFonts w:ascii="Georgia" w:hAnsi="Georgia" w:cs="Times New Roman"/>
          <w:b/>
          <w:i w:val="0"/>
          <w:color w:val="000000"/>
          <w:sz w:val="24"/>
          <w:rtl/>
          <w:szCs w:val="32"/>
        </w:rPr>
        <w:t>מ״ג</w:t>
      </w:r>
      <w:r>
        <w:rPr>
          <w:rFonts w:ascii="Georgia" w:hAnsi="Georgia"/>
          <w:b w:val="0"/>
          <w:i w:val="0"/>
          <w:color w:val="000000"/>
          <w:sz w:val="24"/>
        </w:rPr>
        <w:t xml:space="preserve">), что составляет Имя </w:t>
      </w:r>
      <w:r>
        <w:rPr>
          <w:rFonts w:ascii="Georgia" w:hAnsi="Georgia"/>
          <w:b w:val="0"/>
          <w:i/>
          <w:color w:val="000000"/>
          <w:sz w:val="24"/>
        </w:rPr>
        <w:t>Йегле</w:t>
      </w:r>
      <w:r>
        <w:rPr>
          <w:rFonts w:ascii="Georgia" w:hAnsi="Georgia"/>
          <w:b w:val="0"/>
          <w:i w:val="0"/>
          <w:color w:val="000000"/>
          <w:sz w:val="24"/>
        </w:rPr>
        <w:t xml:space="preserve"> (</w:t>
      </w:r>
      <w:r>
        <w:rPr>
          <w:rFonts w:ascii="Georgia" w:hAnsi="Georgia" w:cs="Times New Roman"/>
          <w:b/>
          <w:i w:val="0"/>
          <w:color w:val="000000"/>
          <w:sz w:val="24"/>
          <w:rtl/>
          <w:szCs w:val="32"/>
        </w:rPr>
        <w:t>יְגְלְ</w:t>
      </w:r>
      <w:r>
        <w:rPr>
          <w:rFonts w:ascii="Georgia" w:hAnsi="Georgia"/>
          <w:b w:val="0"/>
          <w:i w:val="0"/>
          <w:color w:val="000000"/>
          <w:sz w:val="24"/>
        </w:rPr>
        <w:t xml:space="preserve">), полностью огласованное [знаками] шва. И мне, пишущему, Хаиму, представляется по скромному рассуждению, что [это Имя] образуется из огласовок [первых букв слов] </w:t>
      </w:r>
      <w:r>
        <w:rPr>
          <w:rFonts w:ascii="Georgia" w:hAnsi="Georgia"/>
          <w:b w:val="0"/>
          <w:i/>
          <w:color w:val="000000"/>
          <w:sz w:val="24"/>
        </w:rPr>
        <w:t>«йминаха»</w:t>
      </w:r>
      <w:r>
        <w:rPr>
          <w:rFonts w:ascii="Georgia" w:hAnsi="Georgia"/>
          <w:b w:val="0"/>
          <w:i w:val="0"/>
          <w:color w:val="000000"/>
          <w:sz w:val="24"/>
        </w:rPr>
        <w:t xml:space="preserve"> (</w:t>
      </w:r>
      <w:r>
        <w:rPr>
          <w:rFonts w:ascii="Georgia" w:hAnsi="Georgia" w:cs="Times New Roman"/>
          <w:b/>
          <w:i w:val="0"/>
          <w:color w:val="000000"/>
          <w:sz w:val="24"/>
          <w:rtl/>
          <w:szCs w:val="32"/>
        </w:rPr>
        <w:t>יְמינך</w:t>
      </w:r>
      <w:r>
        <w:rPr>
          <w:rFonts w:ascii="Georgia" w:hAnsi="Georgia"/>
          <w:b w:val="0"/>
          <w:i w:val="0"/>
          <w:color w:val="000000"/>
          <w:sz w:val="24"/>
        </w:rPr>
        <w:t xml:space="preserve">), </w:t>
      </w:r>
      <w:r>
        <w:rPr>
          <w:rFonts w:ascii="Georgia" w:hAnsi="Georgia"/>
          <w:b w:val="0"/>
          <w:i/>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יְהוה</w:t>
      </w:r>
      <w:r>
        <w:rPr>
          <w:rFonts w:ascii="Georgia" w:hAnsi="Georgia"/>
          <w:b w:val="0"/>
          <w:i w:val="0"/>
          <w:color w:val="000000"/>
          <w:sz w:val="24"/>
        </w:rPr>
        <w:t xml:space="preserve">) и </w:t>
      </w:r>
      <w:r>
        <w:rPr>
          <w:rFonts w:ascii="Georgia" w:hAnsi="Georgia"/>
          <w:b w:val="0"/>
          <w:i/>
          <w:color w:val="000000"/>
          <w:sz w:val="24"/>
        </w:rPr>
        <w:t>«неэдари»</w:t>
      </w:r>
      <w:r>
        <w:rPr>
          <w:rFonts w:ascii="Georgia" w:hAnsi="Georgia"/>
          <w:b w:val="0"/>
          <w:i w:val="0"/>
          <w:color w:val="000000"/>
          <w:sz w:val="24"/>
        </w:rPr>
        <w:t xml:space="preserve"> (</w:t>
      </w:r>
      <w:r>
        <w:rPr>
          <w:rFonts w:ascii="Georgia" w:hAnsi="Georgia" w:cs="Times New Roman"/>
          <w:b/>
          <w:i w:val="0"/>
          <w:color w:val="000000"/>
          <w:sz w:val="24"/>
          <w:rtl/>
          <w:szCs w:val="32"/>
        </w:rPr>
        <w:t>נְאדרי</w:t>
      </w:r>
      <w:r>
        <w:rPr>
          <w:rFonts w:ascii="Georgia" w:hAnsi="Georgia"/>
          <w:b w:val="0"/>
          <w:i w:val="0"/>
          <w:color w:val="000000"/>
          <w:sz w:val="24"/>
        </w:rPr>
        <w:t xml:space="preserve">). Гематрия [слова] </w:t>
      </w:r>
      <w:r>
        <w:rPr>
          <w:rFonts w:ascii="Georgia" w:hAnsi="Georgia"/>
          <w:b w:val="0"/>
          <w:i/>
          <w:color w:val="000000"/>
          <w:sz w:val="24"/>
        </w:rPr>
        <w:t>«неэдари»</w:t>
      </w:r>
      <w:r>
        <w:rPr>
          <w:rFonts w:ascii="Georgia" w:hAnsi="Georgia"/>
          <w:b w:val="0"/>
          <w:i w:val="0"/>
          <w:color w:val="000000"/>
          <w:sz w:val="24"/>
        </w:rPr>
        <w:t xml:space="preserve"> равна 265 (</w:t>
      </w:r>
      <w:r>
        <w:rPr>
          <w:rFonts w:ascii="Georgia" w:hAnsi="Georgia" w:cs="Times New Roman"/>
          <w:b/>
          <w:i w:val="0"/>
          <w:color w:val="000000"/>
          <w:sz w:val="24"/>
          <w:rtl/>
          <w:szCs w:val="32"/>
        </w:rPr>
        <w:t>רס״ה</w:t>
      </w:r>
      <w:r>
        <w:rPr>
          <w:rFonts w:ascii="Georgia" w:hAnsi="Georgia"/>
          <w:b w:val="0"/>
          <w:i w:val="0"/>
          <w:color w:val="000000"/>
          <w:sz w:val="24"/>
        </w:rPr>
        <w:t>). И направь намерение включить [в него] пять [Имен] АВАЯ Хеседов, числовое значение которых 130 (</w:t>
      </w:r>
      <w:r>
        <w:rPr>
          <w:rFonts w:ascii="Georgia" w:hAnsi="Georgia" w:cs="Times New Roman"/>
          <w:b/>
          <w:i w:val="0"/>
          <w:color w:val="000000"/>
          <w:sz w:val="24"/>
          <w:rtl/>
          <w:szCs w:val="32"/>
        </w:rPr>
        <w:t>ק״ל</w:t>
      </w:r>
      <w:r>
        <w:rPr>
          <w:rFonts w:ascii="Georgia" w:hAnsi="Georgia"/>
          <w:b w:val="0"/>
          <w:i w:val="0"/>
          <w:color w:val="000000"/>
          <w:sz w:val="24"/>
        </w:rPr>
        <w:t>), и пять [Имен] АВАЯ Гвурот, числовое значение которых также 130 (вместе они составляют 260 (</w:t>
      </w:r>
      <w:r>
        <w:rPr>
          <w:rFonts w:ascii="Georgia" w:hAnsi="Georgia" w:cs="Times New Roman"/>
          <w:b/>
          <w:i w:val="0"/>
          <w:color w:val="000000"/>
          <w:sz w:val="24"/>
          <w:rtl/>
          <w:szCs w:val="32"/>
        </w:rPr>
        <w:t>ר״ס</w:t>
      </w:r>
      <w:r>
        <w:rPr>
          <w:rFonts w:ascii="Georgia" w:hAnsi="Georgia"/>
          <w:b w:val="0"/>
          <w:i w:val="0"/>
          <w:color w:val="000000"/>
          <w:sz w:val="24"/>
        </w:rPr>
        <w:t xml:space="preserve">)), с пятью простыми буквами </w:t>
      </w:r>
      <w:r>
        <w:rPr>
          <w:rFonts w:ascii="Georgia" w:hAnsi="Georgia"/>
          <w:b w:val="0"/>
          <w:i/>
          <w:color w:val="000000"/>
          <w:sz w:val="24"/>
        </w:rPr>
        <w:t>манцепах</w:t>
      </w:r>
      <w:r>
        <w:rPr>
          <w:rFonts w:ascii="Georgia" w:hAnsi="Georgia"/>
          <w:b w:val="0"/>
          <w:i w:val="0"/>
          <w:color w:val="000000"/>
          <w:sz w:val="24"/>
        </w:rPr>
        <w:t xml:space="preserve"> (</w:t>
      </w:r>
      <w:r>
        <w:rPr>
          <w:rFonts w:ascii="Georgia" w:hAnsi="Georgia" w:cs="Times New Roman"/>
          <w:b/>
          <w:i w:val="0"/>
          <w:color w:val="000000"/>
          <w:sz w:val="24"/>
          <w:rtl/>
          <w:szCs w:val="32"/>
        </w:rPr>
        <w:t>מנצפ״ך</w:t>
      </w:r>
      <w:r>
        <w:rPr>
          <w:rFonts w:ascii="Georgia" w:hAnsi="Georgia"/>
          <w:b w:val="0"/>
          <w:i w:val="0"/>
          <w:color w:val="000000"/>
          <w:sz w:val="24"/>
        </w:rPr>
        <w:t>), являющимися Хеседами, что в сумме дает 265. В этом и заключается намерение (</w:t>
      </w:r>
      <w:r>
        <w:rPr>
          <w:rFonts w:ascii="Georgia" w:hAnsi="Georgia"/>
          <w:b w:val="0"/>
          <w:i/>
          <w:color w:val="000000"/>
          <w:sz w:val="24"/>
        </w:rPr>
        <w:t>кавана</w:t>
      </w:r>
      <w:r>
        <w:rPr>
          <w:rFonts w:ascii="Georgia" w:hAnsi="Georgia"/>
          <w:b w:val="0"/>
          <w:i w:val="0"/>
          <w:color w:val="000000"/>
          <w:sz w:val="24"/>
        </w:rPr>
        <w:t xml:space="preserve">) самих слов стиха: [слово] </w:t>
      </w:r>
      <w:r>
        <w:rPr>
          <w:rFonts w:ascii="Georgia" w:hAnsi="Georgia"/>
          <w:b w:val="0"/>
          <w:i/>
          <w:color w:val="000000"/>
          <w:sz w:val="24"/>
        </w:rPr>
        <w:t>«йминаха»</w:t>
      </w:r>
      <w:r>
        <w:rPr>
          <w:rFonts w:ascii="Georgia" w:hAnsi="Georgia"/>
          <w:b w:val="0"/>
          <w:i w:val="0"/>
          <w:color w:val="000000"/>
          <w:sz w:val="24"/>
        </w:rPr>
        <w:t xml:space="preserve"> в гематрии равно 130, что соответствует пяти [Именам] АВАЯ, на которые намекает слово АВАЯ в стихе. Включи их в слово </w:t>
      </w:r>
      <w:r>
        <w:rPr>
          <w:rFonts w:ascii="Georgia" w:hAnsi="Georgia"/>
          <w:b w:val="0"/>
          <w:i/>
          <w:color w:val="000000"/>
          <w:sz w:val="24"/>
        </w:rPr>
        <w:t>«неэдари»</w:t>
      </w:r>
      <w:r>
        <w:rPr>
          <w:rFonts w:ascii="Georgia" w:hAnsi="Georgia"/>
          <w:b w:val="0"/>
          <w:i w:val="0"/>
          <w:color w:val="000000"/>
          <w:sz w:val="24"/>
        </w:rPr>
        <w:t xml:space="preserve">, [число которого] равно числу [Имен] Хеседов и Гвурот, как сказано выше, а также в пять букв </w:t>
      </w:r>
      <w:r>
        <w:rPr>
          <w:rFonts w:ascii="Georgia" w:hAnsi="Georgia"/>
          <w:b w:val="0"/>
          <w:i/>
          <w:color w:val="000000"/>
          <w:sz w:val="24"/>
        </w:rPr>
        <w:t>манцепах</w:t>
      </w:r>
      <w:r>
        <w:rPr>
          <w:rFonts w:ascii="Georgia" w:hAnsi="Georgia"/>
          <w:b w:val="0"/>
          <w:i w:val="0"/>
          <w:color w:val="000000"/>
          <w:sz w:val="24"/>
        </w:rPr>
        <w:t xml:space="preserve">, на которые намекает слово </w:t>
      </w:r>
      <w:r>
        <w:rPr>
          <w:rFonts w:ascii="Georgia" w:hAnsi="Georgia"/>
          <w:b w:val="0"/>
          <w:i/>
          <w:color w:val="000000"/>
          <w:sz w:val="24"/>
        </w:rPr>
        <w:t>«бе-коах»</w:t>
      </w:r>
      <w:r>
        <w:rPr>
          <w:rFonts w:ascii="Georgia" w:hAnsi="Georgia"/>
          <w:b w:val="0"/>
          <w:i w:val="0"/>
          <w:color w:val="000000"/>
          <w:sz w:val="24"/>
        </w:rPr>
        <w:t xml:space="preserve">. Ведь в [слове] </w:t>
      </w:r>
      <w:r>
        <w:rPr>
          <w:rFonts w:ascii="Georgia" w:hAnsi="Georgia"/>
          <w:b w:val="0"/>
          <w:i/>
          <w:color w:val="000000"/>
          <w:sz w:val="24"/>
        </w:rPr>
        <w:t>«бе-коах»</w:t>
      </w:r>
      <w:r>
        <w:rPr>
          <w:rFonts w:ascii="Georgia" w:hAnsi="Georgia"/>
          <w:b w:val="0"/>
          <w:i w:val="0"/>
          <w:color w:val="000000"/>
          <w:sz w:val="24"/>
        </w:rPr>
        <w:t xml:space="preserve"> заключено 28 — [это] 28 букв двойного наполнения, как сказано выше; а десять раз по 28 дают число самих [букв] </w:t>
      </w:r>
      <w:r>
        <w:rPr>
          <w:rFonts w:ascii="Georgia" w:hAnsi="Georgia"/>
          <w:b w:val="0"/>
          <w:i/>
          <w:color w:val="000000"/>
          <w:sz w:val="24"/>
        </w:rPr>
        <w:t>манцепах</w:t>
      </w:r>
      <w:r>
        <w:rPr>
          <w:rFonts w:ascii="Georgia" w:hAnsi="Georgia"/>
          <w:b w:val="0"/>
          <w:i w:val="0"/>
          <w:color w:val="000000"/>
          <w:sz w:val="24"/>
        </w:rPr>
        <w:t xml:space="preserve">. И оказывается, что главное намерение — включить их в </w:t>
      </w:r>
      <w:r>
        <w:rPr>
          <w:rFonts w:ascii="Georgia" w:hAnsi="Georgia"/>
          <w:b w:val="0"/>
          <w:i/>
          <w:color w:val="000000"/>
          <w:sz w:val="24"/>
        </w:rPr>
        <w:t>манцепах</w:t>
      </w:r>
      <w:r>
        <w:rPr>
          <w:rFonts w:ascii="Georgia" w:hAnsi="Georgia"/>
          <w:b w:val="0"/>
          <w:i w:val="0"/>
          <w:color w:val="000000"/>
          <w:sz w:val="24"/>
        </w:rPr>
        <w:t xml:space="preserve">, как сказано выше. Имя, [образующееся] из слова </w:t>
      </w:r>
      <w:r>
        <w:rPr>
          <w:rFonts w:ascii="Georgia" w:hAnsi="Georgia"/>
          <w:b w:val="0"/>
          <w:i/>
          <w:color w:val="000000"/>
          <w:sz w:val="24"/>
        </w:rPr>
        <w:t>«неэдари»</w:t>
      </w:r>
      <w:r>
        <w:rPr>
          <w:rFonts w:ascii="Georgia" w:hAnsi="Georgia"/>
          <w:b w:val="0"/>
          <w:i w:val="0"/>
          <w:color w:val="000000"/>
          <w:sz w:val="24"/>
        </w:rPr>
        <w:t xml:space="preserve">, при перестановке букв имеет такой вид: </w:t>
      </w:r>
      <w:r>
        <w:rPr>
          <w:rFonts w:ascii="Georgia" w:hAnsi="Georgia"/>
          <w:b w:val="0"/>
          <w:i/>
          <w:color w:val="000000"/>
          <w:sz w:val="24"/>
        </w:rPr>
        <w:t>Адиран</w:t>
      </w:r>
      <w:r>
        <w:rPr>
          <w:rFonts w:ascii="Georgia" w:hAnsi="Georgia"/>
          <w:b w:val="0"/>
          <w:i w:val="0"/>
          <w:color w:val="000000"/>
          <w:sz w:val="24"/>
        </w:rPr>
        <w:t xml:space="preserve"> (</w:t>
      </w:r>
      <w:r>
        <w:rPr>
          <w:rFonts w:ascii="Georgia" w:hAnsi="Georgia" w:cs="Times New Roman"/>
          <w:b/>
          <w:i w:val="0"/>
          <w:color w:val="000000"/>
          <w:sz w:val="24"/>
          <w:rtl/>
          <w:szCs w:val="32"/>
        </w:rPr>
        <w:t>אדירן</w:t>
      </w:r>
      <w:r>
        <w:rPr>
          <w:rFonts w:ascii="Georgia" w:hAnsi="Georgia"/>
          <w:b w:val="0"/>
          <w:i w:val="0"/>
          <w:color w:val="000000"/>
          <w:sz w:val="24"/>
        </w:rPr>
        <w:t>). Добавь к нему две буквы рэйш и вав (</w:t>
      </w:r>
      <w:r>
        <w:rPr>
          <w:rFonts w:ascii="Georgia" w:hAnsi="Georgia" w:cs="Times New Roman"/>
          <w:b/>
          <w:i w:val="0"/>
          <w:color w:val="000000"/>
          <w:sz w:val="24"/>
          <w:rtl/>
          <w:szCs w:val="32"/>
        </w:rPr>
        <w:t>ר״ו</w:t>
      </w:r>
      <w:r>
        <w:rPr>
          <w:rFonts w:ascii="Georgia" w:hAnsi="Georgia"/>
          <w:b w:val="0"/>
          <w:i w:val="0"/>
          <w:color w:val="000000"/>
          <w:sz w:val="24"/>
        </w:rPr>
        <w:t xml:space="preserve"> = 206), что выражает тайну простого развертывания (</w:t>
      </w:r>
      <w:r>
        <w:rPr>
          <w:rFonts w:ascii="Georgia" w:hAnsi="Georgia"/>
          <w:b w:val="0"/>
          <w:i/>
          <w:color w:val="000000"/>
          <w:sz w:val="24"/>
        </w:rPr>
        <w:t>ахораим</w:t>
      </w:r>
      <w:r>
        <w:rPr>
          <w:rFonts w:ascii="Georgia" w:hAnsi="Georgia"/>
          <w:b w:val="0"/>
          <w:i w:val="0"/>
          <w:color w:val="000000"/>
          <w:sz w:val="24"/>
        </w:rPr>
        <w:t xml:space="preserve">) [Имени] ЭЛОКИМ: [само развертывание дает 200], а вместе с пятью его буквами и с колелем получается 206. Тогда оно примет следующий вид: </w:t>
      </w:r>
      <w:r>
        <w:rPr>
          <w:rFonts w:ascii="Georgia" w:hAnsi="Georgia"/>
          <w:b w:val="0"/>
          <w:i/>
          <w:color w:val="000000"/>
          <w:sz w:val="24"/>
        </w:rPr>
        <w:t>Эдьярираван</w:t>
      </w:r>
      <w:r>
        <w:rPr>
          <w:rFonts w:ascii="Georgia" w:hAnsi="Georgia"/>
          <w:b w:val="0"/>
          <w:i w:val="0"/>
          <w:color w:val="000000"/>
          <w:sz w:val="24"/>
        </w:rPr>
        <w:t xml:space="preserve"> (</w:t>
      </w:r>
      <w:r>
        <w:rPr>
          <w:rFonts w:ascii="Georgia" w:hAnsi="Georgia" w:cs="Times New Roman"/>
          <w:b/>
          <w:i w:val="0"/>
          <w:color w:val="000000"/>
          <w:sz w:val="24"/>
          <w:rtl/>
          <w:szCs w:val="32"/>
        </w:rPr>
        <w:t>אֶדְיָרִרַוֹןַ</w:t>
      </w:r>
      <w:r>
        <w:rPr>
          <w:rFonts w:ascii="Georgia" w:hAnsi="Georgia"/>
          <w:b w:val="0"/>
          <w:i w:val="0"/>
          <w:color w:val="000000"/>
          <w:sz w:val="24"/>
        </w:rPr>
        <w:t xml:space="preserve">), а огласовка [берется] из [слов] </w:t>
      </w:r>
      <w:r>
        <w:rPr>
          <w:rFonts w:ascii="Georgia" w:hAnsi="Georgia"/>
          <w:b w:val="0"/>
          <w:i/>
          <w:color w:val="000000"/>
          <w:sz w:val="24"/>
        </w:rPr>
        <w:t>«неэдари бе-коах»</w:t>
      </w:r>
      <w:r>
        <w:rPr>
          <w:rFonts w:ascii="Georgia" w:hAnsi="Georgia"/>
          <w:b w:val="0"/>
          <w:i w:val="0"/>
          <w:color w:val="000000"/>
          <w:sz w:val="24"/>
        </w:rPr>
        <w:t>.</w:t>
      </w:r>
    </w:p>
    <w:p>
      <w:pPr>
        <w:keepNext/>
        <w:spacing w:before="320" w:after="120"/>
      </w:pPr>
      <w:r>
        <w:rPr>
          <w:rFonts w:ascii="Georgia" w:hAnsi="Georgia"/>
          <w:b w:val="0"/>
          <w:i w:val="0"/>
          <w:color w:val="000000"/>
          <w:sz w:val="32"/>
        </w:rPr>
        <w:t>Ихуд 32</w:t>
      </w:r>
    </w:p>
    <w:p>
      <w:pPr>
        <w:spacing w:before="40" w:after="120"/>
        <w:jc w:val="both"/>
      </w:pPr>
      <w:r>
        <w:rPr>
          <w:rFonts w:ascii="Georgia" w:hAnsi="Georgia"/>
          <w:b w:val="0"/>
          <w:i w:val="0"/>
          <w:color w:val="000000"/>
          <w:sz w:val="24"/>
        </w:rPr>
        <w:t xml:space="preserve">К вышеупомянутому. Начальные буквы слов </w:t>
      </w:r>
      <w:r>
        <w:rPr>
          <w:rFonts w:ascii="Georgia" w:hAnsi="Georgia"/>
          <w:b w:val="0"/>
          <w:i/>
          <w:color w:val="000000"/>
          <w:sz w:val="24"/>
        </w:rPr>
        <w:t>«Предел положил Он тьме…»</w:t>
      </w:r>
      <w:r>
        <w:rPr>
          <w:rFonts w:ascii="Georgia" w:hAnsi="Georgia"/>
          <w:b w:val="0"/>
          <w:i w:val="0"/>
          <w:color w:val="000000"/>
          <w:sz w:val="24"/>
        </w:rPr>
        <w:t xml:space="preserve"> (Иов 28:3) (</w:t>
      </w:r>
      <w:r>
        <w:rPr>
          <w:rFonts w:ascii="Georgia" w:hAnsi="Georgia" w:cs="Times New Roman"/>
          <w:b/>
          <w:i w:val="0"/>
          <w:color w:val="000000"/>
          <w:sz w:val="24"/>
          <w:rtl/>
          <w:szCs w:val="32"/>
        </w:rPr>
        <w:t>קֵץ שָׂם לַחֹשֶׁךְ</w:t>
      </w:r>
      <w:r>
        <w:rPr>
          <w:rFonts w:ascii="Georgia" w:hAnsi="Georgia"/>
          <w:b w:val="0"/>
          <w:i w:val="0"/>
          <w:color w:val="000000"/>
          <w:sz w:val="24"/>
        </w:rPr>
        <w:t>) составляют число 430 (</w:t>
      </w:r>
      <w:r>
        <w:rPr>
          <w:rFonts w:ascii="Georgia" w:hAnsi="Georgia" w:cs="Times New Roman"/>
          <w:b/>
          <w:i w:val="0"/>
          <w:color w:val="000000"/>
          <w:sz w:val="24"/>
          <w:rtl/>
          <w:szCs w:val="32"/>
        </w:rPr>
        <w:t>ת״ל</w:t>
      </w:r>
      <w:r>
        <w:rPr>
          <w:rFonts w:ascii="Georgia" w:hAnsi="Georgia"/>
          <w:b w:val="0"/>
          <w:i w:val="0"/>
          <w:color w:val="000000"/>
          <w:sz w:val="24"/>
        </w:rPr>
        <w:t>): буква куф (</w:t>
      </w:r>
      <w:r>
        <w:rPr>
          <w:rFonts w:ascii="Georgia" w:hAnsi="Georgia" w:cs="Times New Roman"/>
          <w:b/>
          <w:i w:val="0"/>
          <w:color w:val="000000"/>
          <w:sz w:val="24"/>
          <w:rtl/>
          <w:szCs w:val="32"/>
        </w:rPr>
        <w:t>ק</w:t>
      </w:r>
      <w:r>
        <w:rPr>
          <w:rFonts w:ascii="Georgia" w:hAnsi="Georgia"/>
          <w:b w:val="0"/>
          <w:i w:val="0"/>
          <w:color w:val="000000"/>
          <w:sz w:val="24"/>
        </w:rPr>
        <w:t xml:space="preserve"> = 100),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и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Это число равняется десятикратному значению Имени </w:t>
      </w:r>
      <w:r>
        <w:rPr>
          <w:rFonts w:ascii="Georgia" w:hAnsi="Georgia" w:cs="Times New Roman"/>
          <w:b/>
          <w:i w:val="0"/>
          <w:color w:val="000000"/>
          <w:sz w:val="24"/>
          <w:rtl/>
          <w:szCs w:val="32"/>
        </w:rPr>
        <w:t>יוד הה ואו</w:t>
      </w:r>
      <w:r>
        <w:rPr>
          <w:rFonts w:ascii="Georgia" w:hAnsi="Georgia"/>
          <w:b w:val="0"/>
          <w:i w:val="0"/>
          <w:color w:val="000000"/>
          <w:sz w:val="24"/>
        </w:rPr>
        <w:t xml:space="preserve"> (43: буква йод в наполнении йод равна 20, буква хэй в наполнении хэй равна 10, буква вав в наполнении алеф равна 13; десять раз по 43 дает 430), соответствующего пяти хасадим и пяти гвурот. [Примечание издателя: рав Йосеф Давид, благословенной памяти, объяснил: ведь известно из многих мест, и в особенности из «Учения о лулаве», что Даат — это аспект трех букв йод, хэй, вав (</w:t>
      </w:r>
      <w:r>
        <w:rPr>
          <w:rFonts w:ascii="Georgia" w:hAnsi="Georgia" w:cs="Times New Roman"/>
          <w:b/>
          <w:i w:val="0"/>
          <w:color w:val="000000"/>
          <w:sz w:val="24"/>
          <w:rtl/>
          <w:szCs w:val="32"/>
        </w:rPr>
        <w:t>יה״ו</w:t>
      </w:r>
      <w:r>
        <w:rPr>
          <w:rFonts w:ascii="Georgia" w:hAnsi="Georgia"/>
          <w:b w:val="0"/>
          <w:i w:val="0"/>
          <w:color w:val="000000"/>
          <w:sz w:val="24"/>
        </w:rPr>
        <w:t>), каждая из которых включает в себя три со стороны ХАБАД. Поэтому теперь понятно, почему их наполнения осуществляются через буквы йод, хэйин и алеф: они представляют собой ХАБАД — три света разума (мохин), присутствующие в каждом хеседе и в каждой гвуре из упомянутых пяти хасадим и пяти гвурот. — Конец примечания.] Конечные буквы [тех же слов] составляют 151 (</w:t>
      </w:r>
      <w:r>
        <w:rPr>
          <w:rFonts w:ascii="Georgia" w:hAnsi="Georgia" w:cs="Times New Roman"/>
          <w:b/>
          <w:i w:val="0"/>
          <w:color w:val="000000"/>
          <w:sz w:val="24"/>
          <w:rtl/>
          <w:szCs w:val="32"/>
        </w:rPr>
        <w:t>קנ״א</w:t>
      </w:r>
      <w:r>
        <w:rPr>
          <w:rFonts w:ascii="Georgia" w:hAnsi="Georgia"/>
          <w:b w:val="0"/>
          <w:i w:val="0"/>
          <w:color w:val="000000"/>
          <w:sz w:val="24"/>
        </w:rPr>
        <w:t>): буква цади софит (</w:t>
      </w:r>
      <w:r>
        <w:rPr>
          <w:rFonts w:ascii="Georgia" w:hAnsi="Georgia" w:cs="Times New Roman"/>
          <w:b/>
          <w:i w:val="0"/>
          <w:color w:val="000000"/>
          <w:sz w:val="24"/>
          <w:rtl/>
          <w:szCs w:val="32"/>
        </w:rPr>
        <w:t>ץ</w:t>
      </w:r>
      <w:r>
        <w:rPr>
          <w:rFonts w:ascii="Georgia" w:hAnsi="Georgia"/>
          <w:b w:val="0"/>
          <w:i w:val="0"/>
          <w:color w:val="000000"/>
          <w:sz w:val="24"/>
        </w:rPr>
        <w:t xml:space="preserve"> = 90), буква мэм софит (</w:t>
      </w:r>
      <w:r>
        <w:rPr>
          <w:rFonts w:ascii="Georgia" w:hAnsi="Georgia" w:cs="Times New Roman"/>
          <w:b/>
          <w:i w:val="0"/>
          <w:color w:val="000000"/>
          <w:sz w:val="24"/>
          <w:rtl/>
          <w:szCs w:val="32"/>
        </w:rPr>
        <w:t>ם</w:t>
      </w:r>
      <w:r>
        <w:rPr>
          <w:rFonts w:ascii="Georgia" w:hAnsi="Georgia"/>
          <w:b w:val="0"/>
          <w:i w:val="0"/>
          <w:color w:val="000000"/>
          <w:sz w:val="24"/>
        </w:rPr>
        <w:t xml:space="preserve"> = 40) и буква каф софит (</w:t>
      </w:r>
      <w:r>
        <w:rPr>
          <w:rFonts w:ascii="Georgia" w:hAnsi="Georgia" w:cs="Times New Roman"/>
          <w:b/>
          <w:i w:val="0"/>
          <w:color w:val="000000"/>
          <w:sz w:val="24"/>
          <w:rtl/>
          <w:szCs w:val="32"/>
        </w:rPr>
        <w:t>ך</w:t>
      </w:r>
      <w:r>
        <w:rPr>
          <w:rFonts w:ascii="Georgia" w:hAnsi="Georgia"/>
          <w:b w:val="0"/>
          <w:i w:val="0"/>
          <w:color w:val="000000"/>
          <w:sz w:val="24"/>
        </w:rPr>
        <w:t xml:space="preserve"> = 20), что вместе с колелем дает 151. Это число равно гематрии слова </w:t>
      </w:r>
      <w:r>
        <w:rPr>
          <w:rFonts w:ascii="Georgia" w:hAnsi="Georgia"/>
          <w:b w:val="0"/>
          <w:i/>
          <w:color w:val="000000"/>
          <w:sz w:val="24"/>
        </w:rPr>
        <w:t>каас</w:t>
      </w:r>
      <w:r>
        <w:rPr>
          <w:rFonts w:ascii="Georgia" w:hAnsi="Georgia"/>
          <w:b w:val="0"/>
          <w:i w:val="0"/>
          <w:color w:val="000000"/>
          <w:sz w:val="24"/>
        </w:rPr>
        <w:t xml:space="preserve"> — «гнев» (</w:t>
      </w:r>
      <w:r>
        <w:rPr>
          <w:rFonts w:ascii="Georgia" w:hAnsi="Georgia" w:cs="Times New Roman"/>
          <w:b/>
          <w:i w:val="0"/>
          <w:color w:val="000000"/>
          <w:sz w:val="24"/>
          <w:rtl/>
          <w:szCs w:val="32"/>
        </w:rPr>
        <w:t>כַּעַס</w:t>
      </w:r>
      <w:r>
        <w:rPr>
          <w:rFonts w:ascii="Georgia" w:hAnsi="Georgia"/>
          <w:b w:val="0"/>
          <w:i w:val="0"/>
          <w:color w:val="000000"/>
          <w:sz w:val="24"/>
        </w:rPr>
        <w:t xml:space="preserve"> = 150, а с колелем — 151). [Говорит Шмуэль, мир ему.] Слово </w:t>
      </w:r>
      <w:r>
        <w:rPr>
          <w:rFonts w:ascii="Georgia" w:hAnsi="Georgia"/>
          <w:b w:val="0"/>
          <w:i/>
          <w:color w:val="000000"/>
          <w:sz w:val="24"/>
        </w:rPr>
        <w:t>кец</w:t>
      </w:r>
      <w:r>
        <w:rPr>
          <w:rFonts w:ascii="Georgia" w:hAnsi="Georgia"/>
          <w:b w:val="0"/>
          <w:i w:val="0"/>
          <w:color w:val="000000"/>
          <w:sz w:val="24"/>
        </w:rPr>
        <w:t xml:space="preserve"> (</w:t>
      </w:r>
      <w:r>
        <w:rPr>
          <w:rFonts w:ascii="Georgia" w:hAnsi="Georgia" w:cs="Times New Roman"/>
          <w:b/>
          <w:i w:val="0"/>
          <w:color w:val="000000"/>
          <w:sz w:val="24"/>
          <w:rtl/>
          <w:szCs w:val="32"/>
        </w:rPr>
        <w:t>קֵץ</w:t>
      </w:r>
      <w:r>
        <w:rPr>
          <w:rFonts w:ascii="Georgia" w:hAnsi="Georgia"/>
          <w:b w:val="0"/>
          <w:i w:val="0"/>
          <w:color w:val="000000"/>
          <w:sz w:val="24"/>
        </w:rPr>
        <w:t xml:space="preserve"> = 190): вот Имя ЭЛОКИМ в наполнении алеф имеет гематрию 291 (</w:t>
      </w:r>
      <w:r>
        <w:rPr>
          <w:rFonts w:ascii="Georgia" w:hAnsi="Georgia" w:cs="Times New Roman"/>
          <w:b/>
          <w:i w:val="0"/>
          <w:color w:val="000000"/>
          <w:sz w:val="24"/>
          <w:rtl/>
          <w:szCs w:val="32"/>
        </w:rPr>
        <w:t>רצ״א</w:t>
      </w:r>
      <w:r>
        <w:rPr>
          <w:rFonts w:ascii="Georgia" w:hAnsi="Georgia"/>
          <w:b w:val="0"/>
          <w:i w:val="0"/>
          <w:color w:val="000000"/>
          <w:sz w:val="24"/>
        </w:rPr>
        <w:t xml:space="preserve"> = 291). Отними от него корень — простое Имя, равное 86 (</w:t>
      </w:r>
      <w:r>
        <w:rPr>
          <w:rFonts w:ascii="Georgia" w:hAnsi="Georgia" w:cs="Times New Roman"/>
          <w:b/>
          <w:i w:val="0"/>
          <w:color w:val="000000"/>
          <w:sz w:val="24"/>
          <w:rtl/>
          <w:szCs w:val="32"/>
        </w:rPr>
        <w:t>פ״ו</w:t>
      </w:r>
      <w:r>
        <w:rPr>
          <w:rFonts w:ascii="Georgia" w:hAnsi="Georgia"/>
          <w:b w:val="0"/>
          <w:i w:val="0"/>
          <w:color w:val="000000"/>
          <w:sz w:val="24"/>
        </w:rPr>
        <w:t xml:space="preserve"> = 86), и отними Имя ЙА (</w:t>
      </w:r>
      <w:r>
        <w:rPr>
          <w:rFonts w:ascii="Georgia" w:hAnsi="Georgia" w:cs="Times New Roman"/>
          <w:b/>
          <w:i w:val="0"/>
          <w:color w:val="000000"/>
          <w:sz w:val="24"/>
          <w:rtl/>
          <w:szCs w:val="32"/>
        </w:rPr>
        <w:t>יָהּ</w:t>
      </w:r>
      <w:r>
        <w:rPr>
          <w:rFonts w:ascii="Georgia" w:hAnsi="Georgia"/>
          <w:b w:val="0"/>
          <w:i w:val="0"/>
          <w:color w:val="000000"/>
          <w:sz w:val="24"/>
        </w:rPr>
        <w:t xml:space="preserve"> = 15) — останется 190 (</w:t>
      </w:r>
      <w:r>
        <w:rPr>
          <w:rFonts w:ascii="Georgia" w:hAnsi="Georgia" w:cs="Times New Roman"/>
          <w:b/>
          <w:i w:val="0"/>
          <w:color w:val="000000"/>
          <w:sz w:val="24"/>
          <w:rtl/>
          <w:szCs w:val="32"/>
        </w:rPr>
        <w:t>ק״ץ</w:t>
      </w:r>
      <w:r>
        <w:rPr>
          <w:rFonts w:ascii="Georgia" w:hAnsi="Georgia"/>
          <w:b w:val="0"/>
          <w:i w:val="0"/>
          <w:color w:val="000000"/>
          <w:sz w:val="24"/>
        </w:rPr>
        <w:t xml:space="preserve"> = 190). Слово </w:t>
      </w:r>
      <w:r>
        <w:rPr>
          <w:rFonts w:ascii="Georgia" w:hAnsi="Georgia"/>
          <w:b w:val="0"/>
          <w:i/>
          <w:color w:val="000000"/>
          <w:sz w:val="24"/>
        </w:rPr>
        <w:t>шем</w:t>
      </w:r>
      <w:r>
        <w:rPr>
          <w:rFonts w:ascii="Georgia" w:hAnsi="Georgia"/>
          <w:b w:val="0"/>
          <w:i w:val="0"/>
          <w:color w:val="000000"/>
          <w:sz w:val="24"/>
        </w:rPr>
        <w:t xml:space="preserve"> (</w:t>
      </w:r>
      <w:r>
        <w:rPr>
          <w:rFonts w:ascii="Georgia" w:hAnsi="Georgia" w:cs="Times New Roman"/>
          <w:b/>
          <w:i w:val="0"/>
          <w:color w:val="000000"/>
          <w:sz w:val="24"/>
          <w:rtl/>
          <w:szCs w:val="32"/>
        </w:rPr>
        <w:t>שֵׁם</w:t>
      </w:r>
      <w:r>
        <w:rPr>
          <w:rFonts w:ascii="Georgia" w:hAnsi="Georgia"/>
          <w:b w:val="0"/>
          <w:i w:val="0"/>
          <w:color w:val="000000"/>
          <w:sz w:val="24"/>
        </w:rPr>
        <w:t xml:space="preserve"> = 340) равно по гематрии Именам ШАДАЙ (</w:t>
      </w:r>
      <w:r>
        <w:rPr>
          <w:rFonts w:ascii="Georgia" w:hAnsi="Georgia" w:cs="Times New Roman"/>
          <w:b/>
          <w:i w:val="0"/>
          <w:color w:val="000000"/>
          <w:sz w:val="24"/>
          <w:rtl/>
          <w:szCs w:val="32"/>
        </w:rPr>
        <w:t>שַׁדַּי</w:t>
      </w:r>
      <w:r>
        <w:rPr>
          <w:rFonts w:ascii="Georgia" w:hAnsi="Georgia"/>
          <w:b w:val="0"/>
          <w:i w:val="0"/>
          <w:color w:val="000000"/>
          <w:sz w:val="24"/>
        </w:rPr>
        <w:t xml:space="preserve"> = 314) и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ведь 314 + 26 = 340. [Говорит Шмуэль, мир ему.] И направь намерение отменить этим змея (</w:t>
      </w:r>
      <w:r>
        <w:rPr>
          <w:rFonts w:ascii="Georgia" w:hAnsi="Georgia"/>
          <w:b w:val="0"/>
          <w:i/>
          <w:color w:val="000000"/>
          <w:sz w:val="24"/>
        </w:rPr>
        <w:t>нахаш</w:t>
      </w:r>
      <w:r>
        <w:rPr>
          <w:rFonts w:ascii="Georgia" w:hAnsi="Georgia"/>
          <w:b w:val="0"/>
          <w:i w:val="0"/>
          <w:color w:val="000000"/>
          <w:sz w:val="24"/>
        </w:rPr>
        <w:t xml:space="preserve">, </w:t>
      </w:r>
      <w:r>
        <w:rPr>
          <w:rFonts w:ascii="Georgia" w:hAnsi="Georgia" w:cs="Times New Roman"/>
          <w:b/>
          <w:i w:val="0"/>
          <w:color w:val="000000"/>
          <w:sz w:val="24"/>
          <w:rtl/>
          <w:szCs w:val="32"/>
        </w:rPr>
        <w:t>נָחָשׁ</w:t>
      </w:r>
      <w:r>
        <w:rPr>
          <w:rFonts w:ascii="Georgia" w:hAnsi="Georgia"/>
          <w:b w:val="0"/>
          <w:i w:val="0"/>
          <w:color w:val="000000"/>
          <w:sz w:val="24"/>
        </w:rPr>
        <w:t xml:space="preserve">) [разъяснение: святость малого состояния (катнут), то есть Есод, называемый ШАДАЙ, имеет гематрию ШАДАЙ (314) плюс квадрат простого Имени ЭЙЕ (44: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алеф и хэй, </w:t>
      </w:r>
      <w:r>
        <w:rPr>
          <w:rFonts w:ascii="Georgia" w:hAnsi="Georgia" w:cs="Times New Roman"/>
          <w:b/>
          <w:i w:val="0"/>
          <w:color w:val="000000"/>
          <w:sz w:val="24"/>
          <w:rtl/>
          <w:szCs w:val="32"/>
        </w:rPr>
        <w:t>אה</w:t>
      </w:r>
      <w:r>
        <w:rPr>
          <w:rFonts w:ascii="Georgia" w:hAnsi="Georgia"/>
          <w:b w:val="0"/>
          <w:i w:val="0"/>
          <w:color w:val="000000"/>
          <w:sz w:val="24"/>
        </w:rPr>
        <w:t xml:space="preserve"> = 6; алеф, хэй и йод, </w:t>
      </w:r>
      <w:r>
        <w:rPr>
          <w:rFonts w:ascii="Georgia" w:hAnsi="Georgia" w:cs="Times New Roman"/>
          <w:b/>
          <w:i w:val="0"/>
          <w:color w:val="000000"/>
          <w:sz w:val="24"/>
          <w:rtl/>
          <w:szCs w:val="32"/>
        </w:rPr>
        <w:t>אהי</w:t>
      </w:r>
      <w:r>
        <w:rPr>
          <w:rFonts w:ascii="Georgia" w:hAnsi="Georgia"/>
          <w:b w:val="0"/>
          <w:i w:val="0"/>
          <w:color w:val="000000"/>
          <w:sz w:val="24"/>
        </w:rPr>
        <w:t xml:space="preserve"> = 16; алеф, хэй, йод и хэй, </w:t>
      </w:r>
      <w:r>
        <w:rPr>
          <w:rFonts w:ascii="Georgia" w:hAnsi="Georgia" w:cs="Times New Roman"/>
          <w:b/>
          <w:i w:val="0"/>
          <w:color w:val="000000"/>
          <w:sz w:val="24"/>
          <w:rtl/>
          <w:szCs w:val="32"/>
        </w:rPr>
        <w:t>אהיה</w:t>
      </w:r>
      <w:r>
        <w:rPr>
          <w:rFonts w:ascii="Georgia" w:hAnsi="Georgia"/>
          <w:b w:val="0"/>
          <w:i w:val="0"/>
          <w:color w:val="000000"/>
          <w:sz w:val="24"/>
        </w:rPr>
        <w:t xml:space="preserve"> = 21; 1 + 6 + 16 + 21 = 44; 314 + 44 = 358), как упомянуто в наставлениях на ночь Песаха. И поскольку из-за свойства квадрата здесь действуют суды, мы направляем намерение на Имя АВАЯ вместо ЭЙЕ вместе с ШАДАЙ, что служит смягчением судов (26 + 314 = 340). Они составляют число 340 (</w:t>
      </w:r>
      <w:r>
        <w:rPr>
          <w:rFonts w:ascii="Georgia" w:hAnsi="Georgia" w:cs="Times New Roman"/>
          <w:b/>
          <w:i w:val="0"/>
          <w:color w:val="000000"/>
          <w:sz w:val="24"/>
          <w:rtl/>
          <w:szCs w:val="32"/>
        </w:rPr>
        <w:t>ש״ם</w:t>
      </w:r>
      <w:r>
        <w:rPr>
          <w:rFonts w:ascii="Georgia" w:hAnsi="Georgia"/>
          <w:b w:val="0"/>
          <w:i w:val="0"/>
          <w:color w:val="000000"/>
          <w:sz w:val="24"/>
        </w:rPr>
        <w:t xml:space="preserve"> = 340), известное по смыслу стиха </w:t>
      </w:r>
      <w:r>
        <w:rPr>
          <w:rFonts w:ascii="Georgia" w:hAnsi="Georgia"/>
          <w:b w:val="0"/>
          <w:i/>
          <w:color w:val="000000"/>
          <w:sz w:val="24"/>
        </w:rPr>
        <w:t>«И сделал Давид [себе] имя…»</w:t>
      </w:r>
      <w:r>
        <w:rPr>
          <w:rFonts w:ascii="Georgia" w:hAnsi="Georgia"/>
          <w:b w:val="0"/>
          <w:i w:val="0"/>
          <w:color w:val="000000"/>
          <w:sz w:val="24"/>
        </w:rPr>
        <w:t xml:space="preserve"> (Шмуэль II 8:13), как сказано ниже, в единении 43. Это также следует из соотношения с РАПАХ (288 искр вместе с Именем БОН, 52, дают 340 — ШЕМ), так что произнесение слова «шем» имеет особый смысл. Но до числа слова </w:t>
      </w:r>
      <w:r>
        <w:rPr>
          <w:rFonts w:ascii="Georgia" w:hAnsi="Georgia"/>
          <w:b w:val="0"/>
          <w:i/>
          <w:color w:val="000000"/>
          <w:sz w:val="24"/>
        </w:rPr>
        <w:t>нахаш</w:t>
      </w:r>
      <w:r>
        <w:rPr>
          <w:rFonts w:ascii="Georgia" w:hAnsi="Georgia"/>
          <w:b w:val="0"/>
          <w:i w:val="0"/>
          <w:color w:val="000000"/>
          <w:sz w:val="24"/>
        </w:rPr>
        <w:t xml:space="preserve"> (358) все еще недостает 18 (</w:t>
      </w:r>
      <w:r>
        <w:rPr>
          <w:rFonts w:ascii="Georgia" w:hAnsi="Georgia" w:cs="Times New Roman"/>
          <w:b/>
          <w:i w:val="0"/>
          <w:color w:val="000000"/>
          <w:sz w:val="24"/>
          <w:rtl/>
          <w:szCs w:val="32"/>
        </w:rPr>
        <w:t>חַי</w:t>
      </w:r>
      <w:r>
        <w:rPr>
          <w:rFonts w:ascii="Georgia" w:hAnsi="Georgia"/>
          <w:b w:val="0"/>
          <w:i w:val="0"/>
          <w:color w:val="000000"/>
          <w:sz w:val="24"/>
        </w:rPr>
        <w:t xml:space="preserve"> = 18). Поэтому привлекается слово </w:t>
      </w:r>
      <w:r>
        <w:rPr>
          <w:rFonts w:ascii="Georgia" w:hAnsi="Georgia"/>
          <w:b w:val="0"/>
          <w:i/>
          <w:color w:val="000000"/>
          <w:sz w:val="24"/>
        </w:rPr>
        <w:t>кец</w:t>
      </w:r>
      <w:r>
        <w:rPr>
          <w:rFonts w:ascii="Georgia" w:hAnsi="Georgia"/>
          <w:b w:val="0"/>
          <w:i w:val="0"/>
          <w:color w:val="000000"/>
          <w:sz w:val="24"/>
        </w:rPr>
        <w:t xml:space="preserve"> (</w:t>
      </w:r>
      <w:r>
        <w:rPr>
          <w:rFonts w:ascii="Georgia" w:hAnsi="Georgia" w:cs="Times New Roman"/>
          <w:b/>
          <w:i w:val="0"/>
          <w:color w:val="000000"/>
          <w:sz w:val="24"/>
          <w:rtl/>
          <w:szCs w:val="32"/>
        </w:rPr>
        <w:t>קֵץ</w:t>
      </w:r>
      <w:r>
        <w:rPr>
          <w:rFonts w:ascii="Georgia" w:hAnsi="Georgia"/>
          <w:b w:val="0"/>
          <w:i w:val="0"/>
          <w:color w:val="000000"/>
          <w:sz w:val="24"/>
        </w:rPr>
        <w:t xml:space="preserve">), то есть Есод, именуемый «живым пределом» (кец хай), который исходит от Имени ЭЛОКИМ с наполнением алеф в Есоде, и число становится полным (340 + 18 = 358), благодаря чему упомянутый змей смягчается и освобождается от судов. И тогда аннулируется змей со стороны ситра ахра, гематрия которого равна слову </w:t>
      </w:r>
      <w:r>
        <w:rPr>
          <w:rFonts w:ascii="Georgia" w:hAnsi="Georgia"/>
          <w:b w:val="0"/>
          <w:i/>
          <w:color w:val="000000"/>
          <w:sz w:val="24"/>
        </w:rPr>
        <w:t>ла-хошех</w:t>
      </w:r>
      <w:r>
        <w:rPr>
          <w:rFonts w:ascii="Georgia" w:hAnsi="Georgia"/>
          <w:b w:val="0"/>
          <w:i w:val="0"/>
          <w:color w:val="000000"/>
          <w:sz w:val="24"/>
        </w:rPr>
        <w:t xml:space="preserve"> — «тьме» (</w:t>
      </w:r>
      <w:r>
        <w:rPr>
          <w:rFonts w:ascii="Georgia" w:hAnsi="Georgia" w:cs="Times New Roman"/>
          <w:b/>
          <w:i w:val="0"/>
          <w:color w:val="000000"/>
          <w:sz w:val="24"/>
          <w:rtl/>
          <w:szCs w:val="32"/>
        </w:rPr>
        <w:t>לַחֹשֶׁךְ</w:t>
      </w:r>
      <w:r>
        <w:rPr>
          <w:rFonts w:ascii="Georgia" w:hAnsi="Georgia"/>
          <w:b w:val="0"/>
          <w:i w:val="0"/>
          <w:color w:val="000000"/>
          <w:sz w:val="24"/>
        </w:rPr>
        <w:t xml:space="preserve"> = 358: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буква каф софит, </w:t>
      </w:r>
      <w:r>
        <w:rPr>
          <w:rFonts w:ascii="Georgia" w:hAnsi="Georgia" w:cs="Times New Roman"/>
          <w:b/>
          <w:i w:val="0"/>
          <w:color w:val="000000"/>
          <w:sz w:val="24"/>
          <w:rtl/>
          <w:szCs w:val="32"/>
        </w:rPr>
        <w:t>ך</w:t>
      </w:r>
      <w:r>
        <w:rPr>
          <w:rFonts w:ascii="Georgia" w:hAnsi="Georgia"/>
          <w:b w:val="0"/>
          <w:i w:val="0"/>
          <w:color w:val="000000"/>
          <w:sz w:val="24"/>
        </w:rPr>
        <w:t xml:space="preserve"> = 20; 30 + 8 + 300 + 20 = 358). Поэтому после этого [следует сочетание] </w:t>
      </w:r>
      <w:r>
        <w:rPr>
          <w:rFonts w:ascii="Georgia" w:hAnsi="Georgia"/>
          <w:b w:val="0"/>
          <w:i/>
          <w:color w:val="000000"/>
          <w:sz w:val="24"/>
        </w:rPr>
        <w:t>кец</w:t>
      </w:r>
      <w:r>
        <w:rPr>
          <w:rFonts w:ascii="Georgia" w:hAnsi="Georgia"/>
          <w:b w:val="0"/>
          <w:i w:val="0"/>
          <w:color w:val="000000"/>
          <w:sz w:val="24"/>
        </w:rPr>
        <w:t xml:space="preserve"> и </w:t>
      </w:r>
      <w:r>
        <w:rPr>
          <w:rFonts w:ascii="Georgia" w:hAnsi="Georgia"/>
          <w:b w:val="0"/>
          <w:i/>
          <w:color w:val="000000"/>
          <w:sz w:val="24"/>
        </w:rPr>
        <w:t>шем</w:t>
      </w:r>
      <w:r>
        <w:rPr>
          <w:rFonts w:ascii="Georgia" w:hAnsi="Georgia"/>
          <w:b w:val="0"/>
          <w:i w:val="0"/>
          <w:color w:val="000000"/>
          <w:sz w:val="24"/>
        </w:rPr>
        <w:t xml:space="preserve"> — десять Имен БОН, а затем трижды [полное написание слов] </w:t>
      </w:r>
      <w:r>
        <w:rPr>
          <w:rFonts w:ascii="Georgia" w:hAnsi="Georgia"/>
          <w:b w:val="0"/>
          <w:i/>
          <w:color w:val="000000"/>
          <w:sz w:val="24"/>
        </w:rPr>
        <w:t>кец</w:t>
      </w:r>
      <w:r>
        <w:rPr>
          <w:rFonts w:ascii="Georgia" w:hAnsi="Georgia"/>
          <w:b w:val="0"/>
          <w:i w:val="0"/>
          <w:color w:val="000000"/>
          <w:sz w:val="24"/>
        </w:rPr>
        <w:t xml:space="preserve"> и </w:t>
      </w:r>
      <w:r>
        <w:rPr>
          <w:rFonts w:ascii="Georgia" w:hAnsi="Georgia"/>
          <w:b w:val="0"/>
          <w:i/>
          <w:color w:val="000000"/>
          <w:sz w:val="24"/>
        </w:rPr>
        <w:t>шем</w:t>
      </w:r>
      <w:r>
        <w:rPr>
          <w:rFonts w:ascii="Georgia" w:hAnsi="Georgia"/>
          <w:b w:val="0"/>
          <w:i w:val="0"/>
          <w:color w:val="000000"/>
          <w:sz w:val="24"/>
        </w:rPr>
        <w:t xml:space="preserve"> — также десять Имен АБ, как упомянуто в «Учении о ночи». Таковы слова рава Йосефа Давида, благословенной памяти], гематрия которого равна слову </w:t>
      </w:r>
      <w:r>
        <w:rPr>
          <w:rFonts w:ascii="Georgia" w:hAnsi="Georgia"/>
          <w:b w:val="0"/>
          <w:i/>
          <w:color w:val="000000"/>
          <w:sz w:val="24"/>
        </w:rPr>
        <w:t>ла-хошех</w:t>
      </w:r>
      <w:r>
        <w:rPr>
          <w:rFonts w:ascii="Georgia" w:hAnsi="Georgia"/>
          <w:b w:val="0"/>
          <w:i w:val="0"/>
          <w:color w:val="000000"/>
          <w:sz w:val="24"/>
        </w:rPr>
        <w:t xml:space="preserve"> («тьме»).</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кец</w:t>
      </w:r>
      <w:r>
        <w:rPr>
          <w:rFonts w:ascii="Georgia" w:hAnsi="Georgia"/>
          <w:b w:val="0"/>
          <w:i w:val="0"/>
          <w:color w:val="000000"/>
          <w:sz w:val="24"/>
        </w:rPr>
        <w:t xml:space="preserve"> и </w:t>
      </w:r>
      <w:r>
        <w:rPr>
          <w:rFonts w:ascii="Georgia" w:hAnsi="Georgia"/>
          <w:b w:val="0"/>
          <w:i/>
          <w:color w:val="000000"/>
          <w:sz w:val="24"/>
        </w:rPr>
        <w:t>шем</w:t>
      </w:r>
      <w:r>
        <w:rPr>
          <w:rFonts w:ascii="Georgia" w:hAnsi="Georgia"/>
          <w:b w:val="0"/>
          <w:i w:val="0"/>
          <w:color w:val="000000"/>
          <w:sz w:val="24"/>
        </w:rPr>
        <w:t xml:space="preserve"> (</w:t>
      </w:r>
      <w:r>
        <w:rPr>
          <w:rFonts w:ascii="Georgia" w:hAnsi="Georgia" w:cs="Times New Roman"/>
          <w:b/>
          <w:i w:val="0"/>
          <w:color w:val="000000"/>
          <w:sz w:val="24"/>
          <w:rtl/>
          <w:szCs w:val="32"/>
        </w:rPr>
        <w:t>קֵץ שֵׁם</w:t>
      </w:r>
      <w:r>
        <w:rPr>
          <w:rFonts w:ascii="Georgia" w:hAnsi="Georgia"/>
          <w:b w:val="0"/>
          <w:i w:val="0"/>
          <w:color w:val="000000"/>
          <w:sz w:val="24"/>
        </w:rPr>
        <w:t>) оба вместе равны по гематрии 530 (</w:t>
      </w:r>
      <w:r>
        <w:rPr>
          <w:rFonts w:ascii="Georgia" w:hAnsi="Georgia" w:cs="Times New Roman"/>
          <w:b/>
          <w:i w:val="0"/>
          <w:color w:val="000000"/>
          <w:sz w:val="24"/>
          <w:rtl/>
          <w:szCs w:val="32"/>
        </w:rPr>
        <w:t>תק״ל</w:t>
      </w:r>
      <w:r>
        <w:rPr>
          <w:rFonts w:ascii="Georgia" w:hAnsi="Georgia"/>
          <w:b w:val="0"/>
          <w:i w:val="0"/>
          <w:color w:val="000000"/>
          <w:sz w:val="24"/>
        </w:rPr>
        <w:t xml:space="preserve"> = 530: 190 + 340 = 530). Это десять Имен АВАЯ де-БОН де-хэйин, о которых сказано: </w:t>
      </w:r>
      <w:r>
        <w:rPr>
          <w:rFonts w:ascii="Georgia" w:hAnsi="Georgia"/>
          <w:b w:val="0"/>
          <w:i/>
          <w:color w:val="000000"/>
          <w:sz w:val="24"/>
        </w:rPr>
        <w:t>«Не лучше ли я для тебя десяти сыновей?»</w:t>
      </w:r>
      <w:r>
        <w:rPr>
          <w:rFonts w:ascii="Georgia" w:hAnsi="Georgia"/>
          <w:b w:val="0"/>
          <w:i w:val="0"/>
          <w:color w:val="000000"/>
          <w:sz w:val="24"/>
        </w:rPr>
        <w:t xml:space="preserve"> (Шмуэль I 1:8), что составляет 520 (</w:t>
      </w:r>
      <w:r>
        <w:rPr>
          <w:rFonts w:ascii="Georgia" w:hAnsi="Georgia" w:cs="Times New Roman"/>
          <w:b/>
          <w:i w:val="0"/>
          <w:color w:val="000000"/>
          <w:sz w:val="24"/>
          <w:rtl/>
          <w:szCs w:val="32"/>
        </w:rPr>
        <w:t>תק״ך</w:t>
      </w:r>
      <w:r>
        <w:rPr>
          <w:rFonts w:ascii="Georgia" w:hAnsi="Georgia"/>
          <w:b w:val="0"/>
          <w:i w:val="0"/>
          <w:color w:val="000000"/>
          <w:sz w:val="24"/>
        </w:rPr>
        <w:t xml:space="preserve"> = 520: десять раз по 52), а вместе с совокупностью самих этих десяти Имен АВАЯ получается 530. Имя из слов </w:t>
      </w:r>
      <w:r>
        <w:rPr>
          <w:rFonts w:ascii="Georgia" w:hAnsi="Georgia"/>
          <w:b w:val="0"/>
          <w:i/>
          <w:color w:val="000000"/>
          <w:sz w:val="24"/>
        </w:rPr>
        <w:t>кец</w:t>
      </w:r>
      <w:r>
        <w:rPr>
          <w:rFonts w:ascii="Georgia" w:hAnsi="Georgia"/>
          <w:b w:val="0"/>
          <w:i w:val="0"/>
          <w:color w:val="000000"/>
          <w:sz w:val="24"/>
        </w:rPr>
        <w:t xml:space="preserve"> и </w:t>
      </w:r>
      <w:r>
        <w:rPr>
          <w:rFonts w:ascii="Georgia" w:hAnsi="Georgia"/>
          <w:b w:val="0"/>
          <w:i/>
          <w:color w:val="000000"/>
          <w:sz w:val="24"/>
        </w:rPr>
        <w:t>шем</w:t>
      </w:r>
      <w:r>
        <w:rPr>
          <w:rFonts w:ascii="Georgia" w:hAnsi="Georgia"/>
          <w:b w:val="0"/>
          <w:i w:val="0"/>
          <w:color w:val="000000"/>
          <w:sz w:val="24"/>
        </w:rPr>
        <w:t xml:space="preserve"> в их полном написании выглядит так: </w:t>
      </w:r>
      <w:r>
        <w:rPr>
          <w:rFonts w:ascii="Georgia" w:hAnsi="Georgia" w:cs="Times New Roman"/>
          <w:b/>
          <w:i w:val="0"/>
          <w:color w:val="000000"/>
          <w:sz w:val="24"/>
          <w:rtl/>
          <w:szCs w:val="32"/>
        </w:rPr>
        <w:t>קוָֹףָ צֵדָיָ שֵיֹןֵ מַסוּ</w:t>
      </w:r>
      <w:r>
        <w:rPr>
          <w:rFonts w:ascii="Georgia" w:hAnsi="Georgia"/>
          <w:b w:val="0"/>
          <w:i w:val="0"/>
          <w:color w:val="000000"/>
          <w:sz w:val="24"/>
        </w:rPr>
        <w:t xml:space="preserve">, а его огласовка берется от Имени </w:t>
      </w:r>
      <w:r>
        <w:rPr>
          <w:rFonts w:ascii="Georgia" w:hAnsi="Georgia" w:cs="Times New Roman"/>
          <w:b/>
          <w:i w:val="0"/>
          <w:color w:val="000000"/>
          <w:sz w:val="24"/>
          <w:rtl/>
          <w:szCs w:val="32"/>
        </w:rPr>
        <w:t>יֹוָאָהֵצָצָבֵיֹרֵוָןוּ</w:t>
      </w:r>
      <w:r>
        <w:rPr>
          <w:rFonts w:ascii="Georgia" w:hAnsi="Georgia"/>
          <w:b w:val="0"/>
          <w:i w:val="0"/>
          <w:color w:val="000000"/>
          <w:sz w:val="24"/>
        </w:rPr>
        <w:t xml:space="preserve"> — согласно огласовкам при чтении его букв йод (</w:t>
      </w:r>
      <w:r>
        <w:rPr>
          <w:rFonts w:ascii="Georgia" w:hAnsi="Georgia" w:cs="Times New Roman"/>
          <w:b/>
          <w:i w:val="0"/>
          <w:color w:val="000000"/>
          <w:sz w:val="24"/>
          <w:rtl/>
          <w:szCs w:val="32"/>
        </w:rPr>
        <w:t>יו״ד</w:t>
      </w:r>
      <w:r>
        <w:rPr>
          <w:rFonts w:ascii="Georgia" w:hAnsi="Georgia"/>
          <w:b w:val="0"/>
          <w:i w:val="0"/>
          <w:color w:val="000000"/>
          <w:sz w:val="24"/>
        </w:rPr>
        <w:t>) и вав (</w:t>
      </w:r>
      <w:r>
        <w:rPr>
          <w:rFonts w:ascii="Georgia" w:hAnsi="Georgia" w:cs="Times New Roman"/>
          <w:b/>
          <w:i w:val="0"/>
          <w:color w:val="000000"/>
          <w:sz w:val="24"/>
          <w:rtl/>
          <w:szCs w:val="32"/>
        </w:rPr>
        <w:t>וא״ו</w:t>
      </w:r>
      <w:r>
        <w:rPr>
          <w:rFonts w:ascii="Georgia" w:hAnsi="Georgia"/>
          <w:b w:val="0"/>
          <w:i w:val="0"/>
          <w:color w:val="000000"/>
          <w:sz w:val="24"/>
        </w:rPr>
        <w:t>). Это Имя имеет гематрию 730 (</w:t>
      </w:r>
      <w:r>
        <w:rPr>
          <w:rFonts w:ascii="Georgia" w:hAnsi="Georgia" w:cs="Times New Roman"/>
          <w:b/>
          <w:i w:val="0"/>
          <w:color w:val="000000"/>
          <w:sz w:val="24"/>
          <w:rtl/>
          <w:szCs w:val="32"/>
        </w:rPr>
        <w:t>תש״ל</w:t>
      </w:r>
      <w:r>
        <w:rPr>
          <w:rFonts w:ascii="Georgia" w:hAnsi="Georgia"/>
          <w:b w:val="0"/>
          <w:i w:val="0"/>
          <w:color w:val="000000"/>
          <w:sz w:val="24"/>
        </w:rPr>
        <w:t xml:space="preserve"> = 730), что составляет десять Имен АВАЯ де-АБ де-йодин (десять раз по 72 дают 720), а вместе с десятью колелями самих этих Имен АВАЯ получается как раз 730.</w:t>
      </w:r>
    </w:p>
    <w:p>
      <w:pPr>
        <w:keepNext/>
        <w:spacing w:before="320" w:after="120"/>
      </w:pPr>
      <w:r>
        <w:rPr>
          <w:rFonts w:ascii="Georgia" w:hAnsi="Georgia"/>
          <w:b w:val="0"/>
          <w:i w:val="0"/>
          <w:color w:val="000000"/>
          <w:sz w:val="32"/>
        </w:rPr>
        <w:t>Ихуд 33</w:t>
      </w:r>
    </w:p>
    <w:p>
      <w:pPr>
        <w:spacing w:before="40" w:after="120"/>
        <w:jc w:val="both"/>
      </w:pPr>
      <w:r>
        <w:rPr>
          <w:rFonts w:ascii="Georgia" w:hAnsi="Georgia"/>
          <w:b w:val="0"/>
          <w:i w:val="0"/>
          <w:color w:val="000000"/>
          <w:sz w:val="24"/>
        </w:rPr>
        <w:t xml:space="preserve">(К упомянутому выше [стиху]: </w:t>
      </w:r>
      <w:r>
        <w:rPr>
          <w:rFonts w:ascii="Georgia" w:hAnsi="Georgia"/>
          <w:b w:val="0"/>
          <w:i/>
          <w:color w:val="000000"/>
          <w:sz w:val="24"/>
        </w:rPr>
        <w:t>«Памятными сделал Он чудеса Свои…»</w:t>
      </w:r>
      <w:r>
        <w:rPr>
          <w:rFonts w:ascii="Georgia" w:hAnsi="Georgia"/>
          <w:b w:val="0"/>
          <w:i w:val="0"/>
          <w:color w:val="000000"/>
          <w:sz w:val="24"/>
        </w:rPr>
        <w:t xml:space="preserve"> (Теилим 111:4). Слово </w:t>
      </w:r>
      <w:r>
        <w:rPr>
          <w:rFonts w:ascii="Georgia" w:hAnsi="Georgia"/>
          <w:b w:val="0"/>
          <w:i/>
          <w:color w:val="000000"/>
          <w:sz w:val="24"/>
        </w:rPr>
        <w:t>зехер</w:t>
      </w:r>
      <w:r>
        <w:rPr>
          <w:rFonts w:ascii="Georgia" w:hAnsi="Georgia"/>
          <w:b w:val="0"/>
          <w:i w:val="0"/>
          <w:color w:val="000000"/>
          <w:sz w:val="24"/>
        </w:rPr>
        <w:t xml:space="preserve"> («память», </w:t>
      </w:r>
      <w:r>
        <w:rPr>
          <w:rFonts w:ascii="Georgia" w:hAnsi="Georgia" w:cs="Times New Roman"/>
          <w:b/>
          <w:i w:val="0"/>
          <w:color w:val="000000"/>
          <w:sz w:val="24"/>
          <w:rtl/>
          <w:szCs w:val="32"/>
        </w:rPr>
        <w:t>זֵכֶר</w:t>
      </w:r>
      <w:r>
        <w:rPr>
          <w:rFonts w:ascii="Georgia" w:hAnsi="Georgia"/>
          <w:b w:val="0"/>
          <w:i w:val="0"/>
          <w:color w:val="000000"/>
          <w:sz w:val="24"/>
        </w:rPr>
        <w:t xml:space="preserve"> [где </w:t>
      </w:r>
      <w:r>
        <w:rPr>
          <w:rFonts w:ascii="Georgia" w:hAnsi="Georgia" w:cs="Times New Roman"/>
          <w:b/>
          <w:i w:val="0"/>
          <w:color w:val="000000"/>
          <w:sz w:val="24"/>
          <w:rtl/>
          <w:szCs w:val="32"/>
        </w:rPr>
        <w:t>ז</w:t>
      </w:r>
      <w:r>
        <w:rPr>
          <w:rFonts w:ascii="Georgia" w:hAnsi="Georgia"/>
          <w:b w:val="0"/>
          <w:i w:val="0"/>
          <w:color w:val="000000"/>
          <w:sz w:val="24"/>
        </w:rPr>
        <w:t xml:space="preserve"> = 7, </w:t>
      </w:r>
      <w:r>
        <w:rPr>
          <w:rFonts w:ascii="Georgia" w:hAnsi="Georgia" w:cs="Times New Roman"/>
          <w:b/>
          <w:i w:val="0"/>
          <w:color w:val="000000"/>
          <w:sz w:val="24"/>
          <w:rtl/>
          <w:szCs w:val="32"/>
        </w:rPr>
        <w:t>כ</w:t>
      </w:r>
      <w:r>
        <w:rPr>
          <w:rFonts w:ascii="Georgia" w:hAnsi="Georgia"/>
          <w:b w:val="0"/>
          <w:i w:val="0"/>
          <w:color w:val="000000"/>
          <w:sz w:val="24"/>
        </w:rPr>
        <w:t xml:space="preserve"> = 20, </w:t>
      </w:r>
      <w:r>
        <w:rPr>
          <w:rFonts w:ascii="Georgia" w:hAnsi="Georgia" w:cs="Times New Roman"/>
          <w:b/>
          <w:i w:val="0"/>
          <w:color w:val="000000"/>
          <w:sz w:val="24"/>
          <w:rtl/>
          <w:szCs w:val="32"/>
        </w:rPr>
        <w:t>ר</w:t>
      </w:r>
      <w:r>
        <w:rPr>
          <w:rFonts w:ascii="Georgia" w:hAnsi="Georgia"/>
          <w:b w:val="0"/>
          <w:i w:val="0"/>
          <w:color w:val="000000"/>
          <w:sz w:val="24"/>
        </w:rPr>
        <w:t xml:space="preserve"> = 200, итого 227]) по гематрии равно трем наполнениям [Имен] АБ, САГ, МА, составляющим 46, 37 и 19, что в сумме дает 102. А три их [числа] 42 составляют в сумме 126, и с колелем всё это восходит к гематрии слова </w:t>
      </w:r>
      <w:r>
        <w:rPr>
          <w:rFonts w:ascii="Georgia" w:hAnsi="Georgia"/>
          <w:b w:val="0"/>
          <w:i/>
          <w:color w:val="000000"/>
          <w:sz w:val="24"/>
        </w:rPr>
        <w:t>зехер</w:t>
      </w:r>
      <w:r>
        <w:rPr>
          <w:rFonts w:ascii="Georgia" w:hAnsi="Georgia"/>
          <w:b w:val="0"/>
          <w:i w:val="0"/>
          <w:color w:val="000000"/>
          <w:sz w:val="24"/>
        </w:rPr>
        <w:t xml:space="preserve">. Также простые ахораим Имени ЭЛОКИМ равны 200, и вместе с его 15 буквами и 13 буквами его наполнения в свойстве паним это составляет [число слова] </w:t>
      </w:r>
      <w:r>
        <w:rPr>
          <w:rFonts w:ascii="Georgia" w:hAnsi="Georgia"/>
          <w:b w:val="0"/>
          <w:i/>
          <w:color w:val="000000"/>
          <w:sz w:val="24"/>
        </w:rPr>
        <w:t>зехер</w:t>
      </w:r>
      <w:r>
        <w:rPr>
          <w:rFonts w:ascii="Georgia" w:hAnsi="Georgia"/>
          <w:b w:val="0"/>
          <w:i w:val="0"/>
          <w:color w:val="000000"/>
          <w:sz w:val="24"/>
        </w:rPr>
        <w:t xml:space="preserve">. И точно так же [он] объяснил, что 15 букв — это ахораим девяти высших сфирот Кетера де-ЭЛОКИМ, а мера ахораим Малхут упомянутого Кетера распространяется в 13 буквах наполнения, представляющего собой паним девяти высших сфирот Хохмы де-ЭЛОКИМ. И в этом заключается услаждение Имени ЭЛОКИМ по правилу: ахораим высшего становятся паним для нижнего. И точно так же упомянутое [Имя] ЭЛОКИМ усладится [Именем] АВАЯ со [значениями] 102 и 126, которые также составляют гематрию слова </w:t>
      </w:r>
      <w:r>
        <w:rPr>
          <w:rFonts w:ascii="Georgia" w:hAnsi="Georgia"/>
          <w:b w:val="0"/>
          <w:i/>
          <w:color w:val="000000"/>
          <w:sz w:val="24"/>
        </w:rPr>
        <w:t>зехер</w:t>
      </w:r>
      <w:r>
        <w:rPr>
          <w:rFonts w:ascii="Georgia" w:hAnsi="Georgia"/>
          <w:b w:val="0"/>
          <w:i w:val="0"/>
          <w:color w:val="000000"/>
          <w:sz w:val="24"/>
        </w:rPr>
        <w:t xml:space="preserve">. На этом заканчиваются слова рабби Йосефа Д., благословенной памяти). Выше, при слове </w:t>
      </w:r>
      <w:r>
        <w:rPr>
          <w:rFonts w:ascii="Georgia" w:hAnsi="Georgia"/>
          <w:b w:val="0"/>
          <w:i/>
          <w:color w:val="000000"/>
          <w:sz w:val="24"/>
        </w:rPr>
        <w:t>зехер</w:t>
      </w:r>
      <w:r>
        <w:rPr>
          <w:rFonts w:ascii="Georgia" w:hAnsi="Georgia"/>
          <w:b w:val="0"/>
          <w:i w:val="0"/>
          <w:color w:val="000000"/>
          <w:sz w:val="24"/>
        </w:rPr>
        <w:t xml:space="preserve">, направь намерение, чтобы первый </w:t>
      </w:r>
      <w:r>
        <w:rPr>
          <w:rFonts w:ascii="Georgia" w:hAnsi="Georgia"/>
          <w:b w:val="0"/>
          <w:i/>
          <w:color w:val="000000"/>
          <w:sz w:val="24"/>
        </w:rPr>
        <w:t>зехер</w:t>
      </w:r>
      <w:r>
        <w:rPr>
          <w:rFonts w:ascii="Georgia" w:hAnsi="Georgia"/>
          <w:b w:val="0"/>
          <w:i w:val="0"/>
          <w:color w:val="000000"/>
          <w:sz w:val="24"/>
        </w:rPr>
        <w:t xml:space="preserve"> усладил второй </w:t>
      </w:r>
      <w:r>
        <w:rPr>
          <w:rFonts w:ascii="Georgia" w:hAnsi="Georgia"/>
          <w:b w:val="0"/>
          <w:i/>
          <w:color w:val="000000"/>
          <w:sz w:val="24"/>
        </w:rPr>
        <w:t>зехер</w:t>
      </w:r>
      <w:r>
        <w:rPr>
          <w:rFonts w:ascii="Georgia" w:hAnsi="Georgia"/>
          <w:b w:val="0"/>
          <w:i w:val="0"/>
          <w:color w:val="000000"/>
          <w:sz w:val="24"/>
        </w:rPr>
        <w:t xml:space="preserve">, который является судом. И эти два [числа] </w:t>
      </w:r>
      <w:r>
        <w:rPr>
          <w:rFonts w:ascii="Georgia" w:hAnsi="Georgia"/>
          <w:b w:val="0"/>
          <w:i/>
          <w:color w:val="000000"/>
          <w:sz w:val="24"/>
        </w:rPr>
        <w:t>зехер</w:t>
      </w:r>
      <w:r>
        <w:rPr>
          <w:rFonts w:ascii="Georgia" w:hAnsi="Georgia"/>
          <w:b w:val="0"/>
          <w:i w:val="0"/>
          <w:color w:val="000000"/>
          <w:sz w:val="24"/>
        </w:rPr>
        <w:t xml:space="preserve"> — тайна [сочетания] </w:t>
      </w:r>
      <w:r>
        <w:rPr>
          <w:rFonts w:ascii="Georgia" w:hAnsi="Georgia"/>
          <w:b w:val="0"/>
          <w:i/>
          <w:color w:val="000000"/>
          <w:sz w:val="24"/>
        </w:rPr>
        <w:t>Барух ЭЛОКИМ</w:t>
      </w:r>
      <w:r>
        <w:rPr>
          <w:rFonts w:ascii="Georgia" w:hAnsi="Georgia"/>
          <w:b w:val="0"/>
          <w:i w:val="0"/>
          <w:color w:val="000000"/>
          <w:sz w:val="24"/>
        </w:rPr>
        <w:t>, ведь Имя ЭЛОКИМ упомянутым способом имеет гематрию 228 (</w:t>
      </w:r>
      <w:r>
        <w:rPr>
          <w:rFonts w:ascii="Georgia" w:hAnsi="Georgia" w:cs="Times New Roman"/>
          <w:b/>
          <w:i w:val="0"/>
          <w:color w:val="000000"/>
          <w:sz w:val="24"/>
          <w:rtl/>
          <w:szCs w:val="32"/>
        </w:rPr>
        <w:t>רכ״ח</w:t>
      </w:r>
      <w:r>
        <w:rPr>
          <w:rFonts w:ascii="Georgia" w:hAnsi="Georgia"/>
          <w:b w:val="0"/>
          <w:i w:val="0"/>
          <w:color w:val="000000"/>
          <w:sz w:val="24"/>
        </w:rPr>
        <w:t xml:space="preserve">), а когда оно услаждается с помощью упомянутого первого </w:t>
      </w:r>
      <w:r>
        <w:rPr>
          <w:rFonts w:ascii="Georgia" w:hAnsi="Georgia"/>
          <w:b w:val="0"/>
          <w:i/>
          <w:color w:val="000000"/>
          <w:sz w:val="24"/>
        </w:rPr>
        <w:t>зехер</w:t>
      </w:r>
      <w:r>
        <w:rPr>
          <w:rFonts w:ascii="Georgia" w:hAnsi="Georgia"/>
          <w:b w:val="0"/>
          <w:i w:val="0"/>
          <w:color w:val="000000"/>
          <w:sz w:val="24"/>
        </w:rPr>
        <w:t xml:space="preserve">, оно снова обращается в </w:t>
      </w:r>
      <w:r>
        <w:rPr>
          <w:rFonts w:ascii="Georgia" w:hAnsi="Georgia"/>
          <w:b w:val="0"/>
          <w:i/>
          <w:color w:val="000000"/>
          <w:sz w:val="24"/>
        </w:rPr>
        <w:t>барух</w:t>
      </w:r>
      <w:r>
        <w:rPr>
          <w:rFonts w:ascii="Georgia" w:hAnsi="Georgia"/>
          <w:b w:val="0"/>
          <w:i w:val="0"/>
          <w:color w:val="000000"/>
          <w:sz w:val="24"/>
        </w:rPr>
        <w:t xml:space="preserve"> («благословен», </w:t>
      </w:r>
      <w:r>
        <w:rPr>
          <w:rFonts w:ascii="Georgia" w:hAnsi="Georgia" w:cs="Times New Roman"/>
          <w:b/>
          <w:i w:val="0"/>
          <w:color w:val="000000"/>
          <w:sz w:val="24"/>
          <w:rtl/>
          <w:szCs w:val="32"/>
        </w:rPr>
        <w:t>בָּרוּךְ</w:t>
      </w:r>
      <w:r>
        <w:rPr>
          <w:rFonts w:ascii="Georgia" w:hAnsi="Georgia"/>
          <w:b w:val="0"/>
          <w:i w:val="0"/>
          <w:color w:val="000000"/>
          <w:sz w:val="24"/>
        </w:rPr>
        <w:t xml:space="preserve">), что также по гематрии равно 228. Начальные буквы слов </w:t>
      </w:r>
      <w:r>
        <w:rPr>
          <w:rFonts w:ascii="Georgia" w:hAnsi="Georgia"/>
          <w:b w:val="0"/>
          <w:i/>
          <w:color w:val="000000"/>
          <w:sz w:val="24"/>
        </w:rPr>
        <w:t>«Памятными сделал Он чудеса Свои…»</w:t>
      </w:r>
      <w:r>
        <w:rPr>
          <w:rFonts w:ascii="Georgia" w:hAnsi="Georgia"/>
          <w:b w:val="0"/>
          <w:i w:val="0"/>
          <w:color w:val="000000"/>
          <w:sz w:val="24"/>
        </w:rPr>
        <w:t xml:space="preserve"> (Теилим 111:4) [буквы зайн (</w:t>
      </w:r>
      <w:r>
        <w:rPr>
          <w:rFonts w:ascii="Georgia" w:hAnsi="Georgia" w:cs="Times New Roman"/>
          <w:b/>
          <w:i w:val="0"/>
          <w:color w:val="000000"/>
          <w:sz w:val="24"/>
          <w:rtl/>
          <w:szCs w:val="32"/>
        </w:rPr>
        <w:t>ז</w:t>
      </w:r>
      <w:r>
        <w:rPr>
          <w:rFonts w:ascii="Georgia" w:hAnsi="Georgia"/>
          <w:b w:val="0"/>
          <w:i w:val="0"/>
          <w:color w:val="000000"/>
          <w:sz w:val="24"/>
        </w:rPr>
        <w:t xml:space="preserve"> = 7), айн (</w:t>
      </w:r>
      <w:r>
        <w:rPr>
          <w:rFonts w:ascii="Georgia" w:hAnsi="Georgia" w:cs="Times New Roman"/>
          <w:b/>
          <w:i w:val="0"/>
          <w:color w:val="000000"/>
          <w:sz w:val="24"/>
          <w:rtl/>
          <w:szCs w:val="32"/>
        </w:rPr>
        <w:t>ע</w:t>
      </w:r>
      <w:r>
        <w:rPr>
          <w:rFonts w:ascii="Georgia" w:hAnsi="Georgia"/>
          <w:b w:val="0"/>
          <w:i w:val="0"/>
          <w:color w:val="000000"/>
          <w:sz w:val="24"/>
        </w:rPr>
        <w:t xml:space="preserve"> = 70) и ламэд (</w:t>
      </w:r>
      <w:r>
        <w:rPr>
          <w:rFonts w:ascii="Georgia" w:hAnsi="Georgia" w:cs="Times New Roman"/>
          <w:b/>
          <w:i w:val="0"/>
          <w:color w:val="000000"/>
          <w:sz w:val="24"/>
          <w:rtl/>
          <w:szCs w:val="32"/>
        </w:rPr>
        <w:t>ל</w:t>
      </w:r>
      <w:r>
        <w:rPr>
          <w:rFonts w:ascii="Georgia" w:hAnsi="Georgia"/>
          <w:b w:val="0"/>
          <w:i w:val="0"/>
          <w:color w:val="000000"/>
          <w:sz w:val="24"/>
        </w:rPr>
        <w:t xml:space="preserve"> = 30), составляющие 107] — это АВАЯ де-САГ [63] и простые ахораим Имени ЭЙЕ, равные 44 (</w:t>
      </w:r>
      <w:r>
        <w:rPr>
          <w:rFonts w:ascii="Georgia" w:hAnsi="Georgia" w:cs="Times New Roman"/>
          <w:b/>
          <w:i w:val="0"/>
          <w:color w:val="000000"/>
          <w:sz w:val="24"/>
          <w:rtl/>
          <w:szCs w:val="32"/>
        </w:rPr>
        <w:t>מ״ד</w:t>
      </w:r>
      <w:r>
        <w:rPr>
          <w:rFonts w:ascii="Georgia" w:hAnsi="Georgia"/>
          <w:b w:val="0"/>
          <w:i w:val="0"/>
          <w:color w:val="000000"/>
          <w:sz w:val="24"/>
        </w:rPr>
        <w:t>), а вместе они составляют 107 (</w:t>
      </w:r>
      <w:r>
        <w:rPr>
          <w:rFonts w:ascii="Georgia" w:hAnsi="Georgia" w:cs="Times New Roman"/>
          <w:b/>
          <w:i w:val="0"/>
          <w:color w:val="000000"/>
          <w:sz w:val="24"/>
          <w:rtl/>
          <w:szCs w:val="32"/>
        </w:rPr>
        <w:t>ק״ז</w:t>
      </w:r>
      <w:r>
        <w:rPr>
          <w:rFonts w:ascii="Georgia" w:hAnsi="Georgia"/>
          <w:b w:val="0"/>
          <w:i w:val="0"/>
          <w:color w:val="000000"/>
          <w:sz w:val="24"/>
        </w:rPr>
        <w:t>). И направь намерение усладить эти 107 с помощью [Имени] АВАЯ де-АБ с буквами йод вместе с наполнением букв йод и хэй (</w:t>
      </w:r>
      <w:r>
        <w:rPr>
          <w:rFonts w:ascii="Georgia" w:hAnsi="Georgia" w:cs="Times New Roman"/>
          <w:b/>
          <w:i w:val="0"/>
          <w:color w:val="000000"/>
          <w:sz w:val="24"/>
          <w:rtl/>
          <w:szCs w:val="32"/>
        </w:rPr>
        <w:t>יוֹד הֵי</w:t>
      </w:r>
      <w:r>
        <w:rPr>
          <w:rFonts w:ascii="Georgia" w:hAnsi="Georgia"/>
          <w:b w:val="0"/>
          <w:i w:val="0"/>
          <w:color w:val="000000"/>
          <w:sz w:val="24"/>
        </w:rPr>
        <w:t>), которые также составляют в сумме 107. А конечные буквы — [буквы рэйш (</w:t>
      </w:r>
      <w:r>
        <w:rPr>
          <w:rFonts w:ascii="Georgia" w:hAnsi="Georgia" w:cs="Times New Roman"/>
          <w:b/>
          <w:i w:val="0"/>
          <w:color w:val="000000"/>
          <w:sz w:val="24"/>
          <w:rtl/>
          <w:szCs w:val="32"/>
        </w:rPr>
        <w:t>ר</w:t>
      </w:r>
      <w:r>
        <w:rPr>
          <w:rFonts w:ascii="Georgia" w:hAnsi="Georgia"/>
          <w:b w:val="0"/>
          <w:i w:val="0"/>
          <w:color w:val="000000"/>
          <w:sz w:val="24"/>
        </w:rPr>
        <w:t xml:space="preserve"> = 200), хэй (</w:t>
      </w:r>
      <w:r>
        <w:rPr>
          <w:rFonts w:ascii="Georgia" w:hAnsi="Georgia" w:cs="Times New Roman"/>
          <w:b/>
          <w:i w:val="0"/>
          <w:color w:val="000000"/>
          <w:sz w:val="24"/>
          <w:rtl/>
          <w:szCs w:val="32"/>
        </w:rPr>
        <w:t>ה</w:t>
      </w:r>
      <w:r>
        <w:rPr>
          <w:rFonts w:ascii="Georgia" w:hAnsi="Georgia"/>
          <w:b w:val="0"/>
          <w:i w:val="0"/>
          <w:color w:val="000000"/>
          <w:sz w:val="24"/>
        </w:rPr>
        <w:t xml:space="preserve"> = 5) и вав (</w:t>
      </w:r>
      <w:r>
        <w:rPr>
          <w:rFonts w:ascii="Georgia" w:hAnsi="Georgia" w:cs="Times New Roman"/>
          <w:b/>
          <w:i w:val="0"/>
          <w:color w:val="000000"/>
          <w:sz w:val="24"/>
          <w:rtl/>
          <w:szCs w:val="32"/>
        </w:rPr>
        <w:t>ו</w:t>
      </w:r>
      <w:r>
        <w:rPr>
          <w:rFonts w:ascii="Georgia" w:hAnsi="Georgia"/>
          <w:b w:val="0"/>
          <w:i w:val="0"/>
          <w:color w:val="000000"/>
          <w:sz w:val="24"/>
        </w:rPr>
        <w:t xml:space="preserve"> = 6), составляющие] 211 (</w:t>
      </w:r>
      <w:r>
        <w:rPr>
          <w:rFonts w:ascii="Georgia" w:hAnsi="Georgia" w:cs="Times New Roman"/>
          <w:b/>
          <w:i w:val="0"/>
          <w:color w:val="000000"/>
          <w:sz w:val="24"/>
          <w:rtl/>
          <w:szCs w:val="32"/>
        </w:rPr>
        <w:t>רה״ו</w:t>
      </w:r>
      <w:r>
        <w:rPr>
          <w:rFonts w:ascii="Georgia" w:hAnsi="Georgia"/>
          <w:b w:val="0"/>
          <w:i w:val="0"/>
          <w:color w:val="000000"/>
          <w:sz w:val="24"/>
        </w:rPr>
        <w:t>), по числу [имени] АРИ (</w:t>
      </w:r>
      <w:r>
        <w:rPr>
          <w:rFonts w:ascii="Georgia" w:hAnsi="Georgia" w:cs="Times New Roman"/>
          <w:b/>
          <w:i w:val="0"/>
          <w:color w:val="000000"/>
          <w:sz w:val="24"/>
          <w:rtl/>
          <w:szCs w:val="32"/>
        </w:rPr>
        <w:t>אר״י</w:t>
      </w:r>
      <w:r>
        <w:rPr>
          <w:rFonts w:ascii="Georgia" w:hAnsi="Georgia"/>
          <w:b w:val="0"/>
          <w:i w:val="0"/>
          <w:color w:val="000000"/>
          <w:sz w:val="24"/>
        </w:rPr>
        <w:t xml:space="preserve">). И это тайна [стиха со словом] </w:t>
      </w:r>
      <w:r>
        <w:rPr>
          <w:rFonts w:ascii="Georgia" w:hAnsi="Georgia"/>
          <w:b w:val="0"/>
          <w:i/>
          <w:color w:val="000000"/>
          <w:sz w:val="24"/>
        </w:rPr>
        <w:t>ари</w:t>
      </w:r>
      <w:r>
        <w:rPr>
          <w:rFonts w:ascii="Georgia" w:hAnsi="Georgia"/>
          <w:b w:val="0"/>
          <w:i w:val="0"/>
          <w:color w:val="000000"/>
          <w:sz w:val="24"/>
        </w:rPr>
        <w:t xml:space="preserve"> («лев», </w:t>
      </w:r>
      <w:r>
        <w:rPr>
          <w:rFonts w:ascii="Georgia" w:hAnsi="Georgia" w:cs="Times New Roman"/>
          <w:b/>
          <w:i w:val="0"/>
          <w:color w:val="000000"/>
          <w:sz w:val="24"/>
          <w:rtl/>
          <w:szCs w:val="32"/>
        </w:rPr>
        <w:t>אֲרִי</w:t>
      </w:r>
      <w:r>
        <w:rPr>
          <w:rFonts w:ascii="Georgia" w:hAnsi="Georgia"/>
          <w:b w:val="0"/>
          <w:i w:val="0"/>
          <w:color w:val="000000"/>
          <w:sz w:val="24"/>
        </w:rPr>
        <w:t xml:space="preserve">): </w:t>
      </w:r>
      <w:r>
        <w:rPr>
          <w:rFonts w:ascii="Georgia" w:hAnsi="Georgia"/>
          <w:b w:val="0"/>
          <w:i/>
          <w:color w:val="000000"/>
          <w:sz w:val="24"/>
        </w:rPr>
        <w:t>«…[как] лев в укрытиях»</w:t>
      </w:r>
      <w:r>
        <w:rPr>
          <w:rFonts w:ascii="Georgia" w:hAnsi="Georgia"/>
          <w:b w:val="0"/>
          <w:i w:val="0"/>
          <w:color w:val="000000"/>
          <w:sz w:val="24"/>
        </w:rPr>
        <w:t xml:space="preserve"> (Эйха 3:10), что указывает на Имя ЭЙЕ с буквами йод, [равное] 161 (</w:t>
      </w:r>
      <w:r>
        <w:rPr>
          <w:rFonts w:ascii="Georgia" w:hAnsi="Georgia" w:cs="Times New Roman"/>
          <w:b/>
          <w:i w:val="0"/>
          <w:color w:val="000000"/>
          <w:sz w:val="24"/>
          <w:rtl/>
          <w:szCs w:val="32"/>
        </w:rPr>
        <w:t>קס״א</w:t>
      </w:r>
      <w:r>
        <w:rPr>
          <w:rFonts w:ascii="Georgia" w:hAnsi="Georgia"/>
          <w:b w:val="0"/>
          <w:i w:val="0"/>
          <w:color w:val="000000"/>
          <w:sz w:val="24"/>
        </w:rPr>
        <w:t>), а вместе с 41 буквой (</w:t>
      </w:r>
      <w:r>
        <w:rPr>
          <w:rFonts w:ascii="Georgia" w:hAnsi="Georgia" w:cs="Times New Roman"/>
          <w:b/>
          <w:i w:val="0"/>
          <w:color w:val="000000"/>
          <w:sz w:val="24"/>
          <w:rtl/>
          <w:szCs w:val="32"/>
        </w:rPr>
        <w:t>א״ם</w:t>
      </w:r>
      <w:r>
        <w:rPr>
          <w:rFonts w:ascii="Georgia" w:hAnsi="Georgia"/>
          <w:b w:val="0"/>
          <w:i w:val="0"/>
          <w:color w:val="000000"/>
          <w:sz w:val="24"/>
        </w:rPr>
        <w:t>) его простого [написания], его наполнения и наполнения его наполнения получается 202 (</w:t>
      </w:r>
      <w:r>
        <w:rPr>
          <w:rFonts w:ascii="Georgia" w:hAnsi="Georgia" w:cs="Times New Roman"/>
          <w:b/>
          <w:i w:val="0"/>
          <w:color w:val="000000"/>
          <w:sz w:val="24"/>
          <w:rtl/>
          <w:szCs w:val="32"/>
        </w:rPr>
        <w:t>ר״ב</w:t>
      </w:r>
      <w:r>
        <w:rPr>
          <w:rFonts w:ascii="Georgia" w:hAnsi="Georgia"/>
          <w:b w:val="0"/>
          <w:i w:val="0"/>
          <w:color w:val="000000"/>
          <w:sz w:val="24"/>
        </w:rPr>
        <w:t>), и с шестью буквами одного лишь наполнения — 208 (</w:t>
      </w:r>
      <w:r>
        <w:rPr>
          <w:rFonts w:ascii="Georgia" w:hAnsi="Georgia" w:cs="Times New Roman"/>
          <w:b/>
          <w:i w:val="0"/>
          <w:color w:val="000000"/>
          <w:sz w:val="24"/>
          <w:rtl/>
          <w:szCs w:val="32"/>
        </w:rPr>
        <w:t>ר״ח</w:t>
      </w:r>
      <w:r>
        <w:rPr>
          <w:rFonts w:ascii="Georgia" w:hAnsi="Georgia"/>
          <w:b w:val="0"/>
          <w:i w:val="0"/>
          <w:color w:val="000000"/>
          <w:sz w:val="24"/>
        </w:rPr>
        <w:t>), а с тремя колелями для 161, 41 и шести букв получается 211 (</w:t>
      </w:r>
      <w:r>
        <w:rPr>
          <w:rFonts w:ascii="Georgia" w:hAnsi="Georgia" w:cs="Times New Roman"/>
          <w:b/>
          <w:i w:val="0"/>
          <w:color w:val="000000"/>
          <w:sz w:val="24"/>
          <w:rtl/>
          <w:szCs w:val="32"/>
        </w:rPr>
        <w:t>רי״א</w:t>
      </w:r>
      <w:r>
        <w:rPr>
          <w:rFonts w:ascii="Georgia" w:hAnsi="Georgia"/>
          <w:b w:val="0"/>
          <w:i w:val="0"/>
          <w:color w:val="000000"/>
          <w:sz w:val="24"/>
        </w:rPr>
        <w:t>).</w:t>
      </w:r>
    </w:p>
    <w:p>
      <w:pPr>
        <w:spacing w:before="40" w:after="120"/>
        <w:jc w:val="both"/>
      </w:pPr>
      <w:r>
        <w:rPr>
          <w:rFonts w:ascii="Georgia" w:hAnsi="Georgia"/>
          <w:b w:val="0"/>
          <w:i w:val="0"/>
          <w:color w:val="000000"/>
          <w:sz w:val="24"/>
        </w:rPr>
        <w:t>Также вычти простое [число] 72 (АБ) из 184 (</w:t>
      </w:r>
      <w:r>
        <w:rPr>
          <w:rFonts w:ascii="Georgia" w:hAnsi="Georgia" w:cs="Times New Roman"/>
          <w:b/>
          <w:i w:val="0"/>
          <w:color w:val="000000"/>
          <w:sz w:val="24"/>
          <w:rtl/>
          <w:szCs w:val="32"/>
        </w:rPr>
        <w:t>קפ״ד</w:t>
      </w:r>
      <w:r>
        <w:rPr>
          <w:rFonts w:ascii="Georgia" w:hAnsi="Georgia"/>
          <w:b w:val="0"/>
          <w:i w:val="0"/>
          <w:color w:val="000000"/>
          <w:sz w:val="24"/>
        </w:rPr>
        <w:t>), [числа] полного наполнения ахораим де-АВАЯ с буквами йод, — останется 112 (</w:t>
      </w:r>
      <w:r>
        <w:rPr>
          <w:rFonts w:ascii="Georgia" w:hAnsi="Georgia" w:cs="Times New Roman"/>
          <w:b/>
          <w:i w:val="0"/>
          <w:color w:val="000000"/>
          <w:sz w:val="24"/>
          <w:rtl/>
          <w:szCs w:val="32"/>
        </w:rPr>
        <w:t>יב״ק</w:t>
      </w:r>
      <w:r>
        <w:rPr>
          <w:rFonts w:ascii="Georgia" w:hAnsi="Georgia"/>
          <w:b w:val="0"/>
          <w:i w:val="0"/>
          <w:color w:val="000000"/>
          <w:sz w:val="24"/>
        </w:rPr>
        <w:t>). Также вычти простое [число] 72 из 166 (</w:t>
      </w:r>
      <w:r>
        <w:rPr>
          <w:rFonts w:ascii="Georgia" w:hAnsi="Georgia" w:cs="Times New Roman"/>
          <w:b/>
          <w:i w:val="0"/>
          <w:color w:val="000000"/>
          <w:sz w:val="24"/>
          <w:rtl/>
          <w:szCs w:val="32"/>
        </w:rPr>
        <w:t>קס״ו</w:t>
      </w:r>
      <w:r>
        <w:rPr>
          <w:rFonts w:ascii="Georgia" w:hAnsi="Georgia"/>
          <w:b w:val="0"/>
          <w:i w:val="0"/>
          <w:color w:val="000000"/>
          <w:sz w:val="24"/>
        </w:rPr>
        <w:t>), [числа] полного наполнения ахораим АВАЯ де-САГ, — останется 94 (</w:t>
      </w:r>
      <w:r>
        <w:rPr>
          <w:rFonts w:ascii="Georgia" w:hAnsi="Georgia" w:cs="Times New Roman"/>
          <w:b/>
          <w:i w:val="0"/>
          <w:color w:val="000000"/>
          <w:sz w:val="24"/>
          <w:rtl/>
          <w:szCs w:val="32"/>
        </w:rPr>
        <w:t>צ״ד</w:t>
      </w:r>
      <w:r>
        <w:rPr>
          <w:rFonts w:ascii="Georgia" w:hAnsi="Georgia"/>
          <w:b w:val="0"/>
          <w:i w:val="0"/>
          <w:color w:val="000000"/>
          <w:sz w:val="24"/>
        </w:rPr>
        <w:t>). Числа 112 и 94 по гематрии составляют 206 (</w:t>
      </w:r>
      <w:r>
        <w:rPr>
          <w:rFonts w:ascii="Georgia" w:hAnsi="Georgia" w:cs="Times New Roman"/>
          <w:b/>
          <w:i w:val="0"/>
          <w:color w:val="000000"/>
          <w:sz w:val="24"/>
          <w:rtl/>
          <w:szCs w:val="32"/>
        </w:rPr>
        <w:t>ר״ו</w:t>
      </w:r>
      <w:r>
        <w:rPr>
          <w:rFonts w:ascii="Georgia" w:hAnsi="Georgia"/>
          <w:b w:val="0"/>
          <w:i w:val="0"/>
          <w:color w:val="000000"/>
          <w:sz w:val="24"/>
        </w:rPr>
        <w:t xml:space="preserve">), а с четырьмя колелями для 72, 112, 72 и 166, и еще одним [колелем] для совокупности их всех, получается [число имени] АРИ. Или же, если ты возьмешь упомянутые 206 с шестью буквами наполнения, получится АРИ с его колелем. Слово </w:t>
      </w:r>
      <w:r>
        <w:rPr>
          <w:rFonts w:ascii="Georgia" w:hAnsi="Georgia"/>
          <w:b w:val="0"/>
          <w:i/>
          <w:color w:val="000000"/>
          <w:sz w:val="24"/>
        </w:rPr>
        <w:t>аса</w:t>
      </w:r>
      <w:r>
        <w:rPr>
          <w:rFonts w:ascii="Georgia" w:hAnsi="Georgia"/>
          <w:b w:val="0"/>
          <w:i w:val="0"/>
          <w:color w:val="000000"/>
          <w:sz w:val="24"/>
        </w:rPr>
        <w:t xml:space="preserve"> («сделал», </w:t>
      </w:r>
      <w:r>
        <w:rPr>
          <w:rFonts w:ascii="Georgia" w:hAnsi="Georgia" w:cs="Times New Roman"/>
          <w:b/>
          <w:i w:val="0"/>
          <w:color w:val="000000"/>
          <w:sz w:val="24"/>
          <w:rtl/>
          <w:szCs w:val="32"/>
        </w:rPr>
        <w:t>עָשָׂה</w:t>
      </w:r>
      <w:r>
        <w:rPr>
          <w:rFonts w:ascii="Georgia" w:hAnsi="Georgia"/>
          <w:b w:val="0"/>
          <w:i w:val="0"/>
          <w:color w:val="000000"/>
          <w:sz w:val="24"/>
        </w:rPr>
        <w:t>) — это 370 (</w:t>
      </w:r>
      <w:r>
        <w:rPr>
          <w:rFonts w:ascii="Georgia" w:hAnsi="Georgia" w:cs="Times New Roman"/>
          <w:b/>
          <w:i w:val="0"/>
          <w:color w:val="000000"/>
          <w:sz w:val="24"/>
          <w:rtl/>
          <w:szCs w:val="32"/>
        </w:rPr>
        <w:t>ש״ע</w:t>
      </w:r>
      <w:r>
        <w:rPr>
          <w:rFonts w:ascii="Georgia" w:hAnsi="Georgia"/>
          <w:b w:val="0"/>
          <w:i w:val="0"/>
          <w:color w:val="000000"/>
          <w:sz w:val="24"/>
        </w:rPr>
        <w:t xml:space="preserve">) светов, представляющих собой два Имени ЭЛЬ с их наполнениями. Слово </w:t>
      </w:r>
      <w:r>
        <w:rPr>
          <w:rFonts w:ascii="Georgia" w:hAnsi="Georgia"/>
          <w:b w:val="0"/>
          <w:i/>
          <w:color w:val="000000"/>
          <w:sz w:val="24"/>
        </w:rPr>
        <w:t>ле-нифлеотав</w:t>
      </w:r>
      <w:r>
        <w:rPr>
          <w:rFonts w:ascii="Georgia" w:hAnsi="Georgia"/>
          <w:b w:val="0"/>
          <w:i w:val="0"/>
          <w:color w:val="000000"/>
          <w:sz w:val="24"/>
        </w:rPr>
        <w:t xml:space="preserve"> («чудесам Своим», </w:t>
      </w:r>
      <w:r>
        <w:rPr>
          <w:rFonts w:ascii="Georgia" w:hAnsi="Georgia" w:cs="Times New Roman"/>
          <w:b/>
          <w:i w:val="0"/>
          <w:color w:val="000000"/>
          <w:sz w:val="24"/>
          <w:rtl/>
          <w:szCs w:val="32"/>
        </w:rPr>
        <w:t>לְנִפְלָאוֹתָיו</w:t>
      </w:r>
      <w:r>
        <w:rPr>
          <w:rFonts w:ascii="Georgia" w:hAnsi="Georgia"/>
          <w:b w:val="0"/>
          <w:i w:val="0"/>
          <w:color w:val="000000"/>
          <w:sz w:val="24"/>
        </w:rPr>
        <w:t>) по гематрии равно 613 (</w:t>
      </w:r>
      <w:r>
        <w:rPr>
          <w:rFonts w:ascii="Georgia" w:hAnsi="Georgia" w:cs="Times New Roman"/>
          <w:b/>
          <w:i w:val="0"/>
          <w:color w:val="000000"/>
          <w:sz w:val="24"/>
          <w:rtl/>
          <w:szCs w:val="32"/>
        </w:rPr>
        <w:t>תרי״ג</w:t>
      </w:r>
      <w:r>
        <w:rPr>
          <w:rFonts w:ascii="Georgia" w:hAnsi="Georgia"/>
          <w:b w:val="0"/>
          <w:i w:val="0"/>
          <w:color w:val="000000"/>
          <w:sz w:val="24"/>
        </w:rPr>
        <w:t xml:space="preserve">). Они заключены в двух [Именах] </w:t>
      </w:r>
      <w:r>
        <w:rPr>
          <w:rFonts w:ascii="Georgia" w:hAnsi="Georgia" w:cs="Times New Roman"/>
          <w:b/>
          <w:i w:val="0"/>
          <w:color w:val="000000"/>
          <w:sz w:val="24"/>
          <w:rtl/>
          <w:szCs w:val="32"/>
        </w:rPr>
        <w:t>מצפ״ץ מצפ״ץ</w:t>
      </w:r>
      <w:r>
        <w:rPr>
          <w:rFonts w:ascii="Georgia" w:hAnsi="Georgia"/>
          <w:b w:val="0"/>
          <w:i w:val="0"/>
          <w:color w:val="000000"/>
          <w:sz w:val="24"/>
        </w:rPr>
        <w:t>, пребывающих в двух паним де-АА, составляющих 600 (</w:t>
      </w:r>
      <w:r>
        <w:rPr>
          <w:rFonts w:ascii="Georgia" w:hAnsi="Georgia" w:cs="Times New Roman"/>
          <w:b/>
          <w:i w:val="0"/>
          <w:color w:val="000000"/>
          <w:sz w:val="24"/>
          <w:rtl/>
          <w:szCs w:val="32"/>
        </w:rPr>
        <w:t>ת״ר</w:t>
      </w:r>
      <w:r>
        <w:rPr>
          <w:rFonts w:ascii="Georgia" w:hAnsi="Georgia"/>
          <w:b w:val="0"/>
          <w:i w:val="0"/>
          <w:color w:val="000000"/>
          <w:sz w:val="24"/>
        </w:rPr>
        <w:t>), а вместе с 13 исправлениями его бороды (</w:t>
      </w:r>
      <w:r>
        <w:rPr>
          <w:rFonts w:ascii="Georgia" w:hAnsi="Georgia"/>
          <w:b w:val="0"/>
          <w:i/>
          <w:color w:val="000000"/>
          <w:sz w:val="24"/>
        </w:rPr>
        <w:t>тиккуней дикна</w:t>
      </w:r>
      <w:r>
        <w:rPr>
          <w:rFonts w:ascii="Georgia" w:hAnsi="Georgia"/>
          <w:b w:val="0"/>
          <w:i w:val="0"/>
          <w:color w:val="000000"/>
          <w:sz w:val="24"/>
        </w:rPr>
        <w:t>) получается 613. И направь намерение низвести от них [свет] вниз, чтобы усладить [Имя] ЭЛОКИМ и 44 (</w:t>
      </w:r>
      <w:r>
        <w:rPr>
          <w:rFonts w:ascii="Georgia" w:hAnsi="Georgia" w:cs="Times New Roman"/>
          <w:b/>
          <w:i w:val="0"/>
          <w:color w:val="000000"/>
          <w:sz w:val="24"/>
          <w:rtl/>
          <w:szCs w:val="32"/>
        </w:rPr>
        <w:t>מ״ד</w:t>
      </w:r>
      <w:r>
        <w:rPr>
          <w:rFonts w:ascii="Georgia" w:hAnsi="Georgia"/>
          <w:b w:val="0"/>
          <w:i w:val="0"/>
          <w:color w:val="000000"/>
          <w:sz w:val="24"/>
        </w:rPr>
        <w:t xml:space="preserve">), о которых упоминалось выше в слове </w:t>
      </w:r>
      <w:r>
        <w:rPr>
          <w:rFonts w:ascii="Georgia" w:hAnsi="Georgia"/>
          <w:b w:val="0"/>
          <w:i/>
          <w:color w:val="000000"/>
          <w:sz w:val="24"/>
        </w:rPr>
        <w:t>зехер</w:t>
      </w:r>
      <w:r>
        <w:rPr>
          <w:rFonts w:ascii="Georgia" w:hAnsi="Georgia"/>
          <w:b w:val="0"/>
          <w:i w:val="0"/>
          <w:color w:val="000000"/>
          <w:sz w:val="24"/>
        </w:rPr>
        <w:t xml:space="preserve">. Имя [получаемое] из слова </w:t>
      </w:r>
      <w:r>
        <w:rPr>
          <w:rFonts w:ascii="Georgia" w:hAnsi="Georgia"/>
          <w:b w:val="0"/>
          <w:i/>
          <w:color w:val="000000"/>
          <w:sz w:val="24"/>
        </w:rPr>
        <w:t>аса</w:t>
      </w:r>
      <w:r>
        <w:rPr>
          <w:rFonts w:ascii="Georgia" w:hAnsi="Georgia"/>
          <w:b w:val="0"/>
          <w:i w:val="0"/>
          <w:color w:val="000000"/>
          <w:sz w:val="24"/>
        </w:rPr>
        <w:t xml:space="preserve"> при замене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 </w:t>
      </w:r>
      <w:r>
        <w:rPr>
          <w:rFonts w:ascii="Georgia" w:hAnsi="Georgia"/>
          <w:b w:val="0"/>
          <w:i/>
          <w:color w:val="000000"/>
          <w:sz w:val="24"/>
        </w:rPr>
        <w:t>Зевац</w:t>
      </w:r>
      <w:r>
        <w:rPr>
          <w:rFonts w:ascii="Georgia" w:hAnsi="Georgia"/>
          <w:b w:val="0"/>
          <w:i w:val="0"/>
          <w:color w:val="000000"/>
          <w:sz w:val="24"/>
        </w:rPr>
        <w:t xml:space="preserve"> (</w:t>
      </w:r>
      <w:r>
        <w:rPr>
          <w:rFonts w:ascii="Georgia" w:hAnsi="Georgia" w:cs="Times New Roman"/>
          <w:b/>
          <w:i w:val="0"/>
          <w:color w:val="000000"/>
          <w:sz w:val="24"/>
          <w:rtl/>
          <w:szCs w:val="32"/>
        </w:rPr>
        <w:t>זֶבָץְ</w:t>
      </w:r>
      <w:r>
        <w:rPr>
          <w:rFonts w:ascii="Georgia" w:hAnsi="Georgia"/>
          <w:b w:val="0"/>
          <w:i w:val="0"/>
          <w:color w:val="000000"/>
          <w:sz w:val="24"/>
        </w:rPr>
        <w:t xml:space="preserve"> [где </w:t>
      </w:r>
      <w:r>
        <w:rPr>
          <w:rFonts w:ascii="Georgia" w:hAnsi="Georgia" w:cs="Times New Roman"/>
          <w:b/>
          <w:i w:val="0"/>
          <w:color w:val="000000"/>
          <w:sz w:val="24"/>
          <w:rtl/>
          <w:szCs w:val="32"/>
        </w:rPr>
        <w:t>ז</w:t>
      </w:r>
      <w:r>
        <w:rPr>
          <w:rFonts w:ascii="Georgia" w:hAnsi="Georgia"/>
          <w:b w:val="0"/>
          <w:i w:val="0"/>
          <w:color w:val="000000"/>
          <w:sz w:val="24"/>
        </w:rPr>
        <w:t xml:space="preserve"> = 7, </w:t>
      </w:r>
      <w:r>
        <w:rPr>
          <w:rFonts w:ascii="Georgia" w:hAnsi="Georgia" w:cs="Times New Roman"/>
          <w:b/>
          <w:i w:val="0"/>
          <w:color w:val="000000"/>
          <w:sz w:val="24"/>
          <w:rtl/>
          <w:szCs w:val="32"/>
        </w:rPr>
        <w:t>ב</w:t>
      </w:r>
      <w:r>
        <w:rPr>
          <w:rFonts w:ascii="Georgia" w:hAnsi="Georgia"/>
          <w:b w:val="0"/>
          <w:i w:val="0"/>
          <w:color w:val="000000"/>
          <w:sz w:val="24"/>
        </w:rPr>
        <w:t xml:space="preserve"> = 2, </w:t>
      </w:r>
      <w:r>
        <w:rPr>
          <w:rFonts w:ascii="Georgia" w:hAnsi="Georgia" w:cs="Times New Roman"/>
          <w:b/>
          <w:i w:val="0"/>
          <w:color w:val="000000"/>
          <w:sz w:val="24"/>
          <w:rtl/>
          <w:szCs w:val="32"/>
        </w:rPr>
        <w:t>ץ</w:t>
      </w:r>
      <w:r>
        <w:rPr>
          <w:rFonts w:ascii="Georgia" w:hAnsi="Georgia"/>
          <w:b w:val="0"/>
          <w:i w:val="0"/>
          <w:color w:val="000000"/>
          <w:sz w:val="24"/>
        </w:rPr>
        <w:t xml:space="preserve"> = 90, итого 99]), а его огласовка берется из стиха </w:t>
      </w:r>
      <w:r>
        <w:rPr>
          <w:rFonts w:ascii="Georgia" w:hAnsi="Georgia"/>
          <w:b w:val="0"/>
          <w:i/>
          <w:color w:val="000000"/>
          <w:sz w:val="24"/>
        </w:rPr>
        <w:t>«Памятными сделал Он чудеса Свои…»</w:t>
      </w:r>
      <w:r>
        <w:rPr>
          <w:rFonts w:ascii="Georgia" w:hAnsi="Georgia"/>
          <w:b w:val="0"/>
          <w:i w:val="0"/>
          <w:color w:val="000000"/>
          <w:sz w:val="24"/>
        </w:rPr>
        <w:t xml:space="preserve"> (Теилим 111:4). По гематрии оно равно 99 (</w:t>
      </w:r>
      <w:r>
        <w:rPr>
          <w:rFonts w:ascii="Georgia" w:hAnsi="Georgia" w:cs="Times New Roman"/>
          <w:b/>
          <w:i w:val="0"/>
          <w:color w:val="000000"/>
          <w:sz w:val="24"/>
          <w:rtl/>
          <w:szCs w:val="32"/>
        </w:rPr>
        <w:t>צ״ט</w:t>
      </w:r>
      <w:r>
        <w:rPr>
          <w:rFonts w:ascii="Georgia" w:hAnsi="Georgia"/>
          <w:b w:val="0"/>
          <w:i w:val="0"/>
          <w:color w:val="000000"/>
          <w:sz w:val="24"/>
        </w:rPr>
        <w:t>), что составляет [Имя] АДОНАЙ и 34 — [числовое значение] букв его наполнения, и они — тайна ста благословений, как известно.</w:t>
      </w:r>
    </w:p>
    <w:p>
      <w:pPr>
        <w:keepNext/>
        <w:spacing w:before="320" w:after="120"/>
      </w:pPr>
      <w:r>
        <w:rPr>
          <w:rFonts w:ascii="Georgia" w:hAnsi="Georgia"/>
          <w:b w:val="0"/>
          <w:i w:val="0"/>
          <w:color w:val="000000"/>
          <w:sz w:val="32"/>
        </w:rPr>
        <w:t>Ихуд 34</w:t>
      </w:r>
    </w:p>
    <w:p>
      <w:pPr>
        <w:spacing w:before="40" w:after="120"/>
        <w:jc w:val="both"/>
      </w:pPr>
      <w:r>
        <w:rPr>
          <w:rFonts w:ascii="Georgia" w:hAnsi="Georgia"/>
          <w:b w:val="0"/>
          <w:i w:val="0"/>
          <w:color w:val="000000"/>
          <w:sz w:val="24"/>
        </w:rPr>
        <w:t xml:space="preserve">[Имя] ЭЛЬ, упомянутое выше. </w:t>
      </w:r>
      <w:r>
        <w:rPr>
          <w:rFonts w:ascii="Georgia" w:hAnsi="Georgia"/>
          <w:b w:val="0"/>
          <w:i/>
          <w:color w:val="000000"/>
          <w:sz w:val="24"/>
        </w:rPr>
        <w:t>«Ты — Б-г, творящий чудо…»</w:t>
      </w:r>
      <w:r>
        <w:rPr>
          <w:rFonts w:ascii="Georgia" w:hAnsi="Georgia"/>
          <w:b w:val="0"/>
          <w:i w:val="0"/>
          <w:color w:val="000000"/>
          <w:sz w:val="24"/>
        </w:rPr>
        <w:t xml:space="preserve"> (Теилим 77:15). Начальные буквы [этих слов] имеют гематрию 156 (</w:t>
      </w:r>
      <w:r>
        <w:rPr>
          <w:rFonts w:ascii="Georgia" w:hAnsi="Georgia" w:cs="Times New Roman"/>
          <w:b/>
          <w:i w:val="0"/>
          <w:color w:val="000000"/>
          <w:sz w:val="24"/>
          <w:rtl/>
          <w:szCs w:val="32"/>
        </w:rPr>
        <w:t>קנ״ו</w:t>
      </w:r>
      <w:r>
        <w:rPr>
          <w:rFonts w:ascii="Georgia" w:hAnsi="Georgia"/>
          <w:b w:val="0"/>
          <w:i w:val="0"/>
          <w:color w:val="000000"/>
          <w:sz w:val="24"/>
        </w:rPr>
        <w:t xml:space="preserve">). Сосредоточься на том, чтобы протянуть три [Имени] АВАЯ наполнения БОН, [находящиеся] в Есод де-ЗА. Они представляют собой три раскрытых хасадим, [пребывающих] там, которые светят трем также находящимся там гвурот и смягчают их, ведь две другие гвурот забрал Эсав, брат Яакова. Эти три вышеупомянутых хасадим и три гвурот составляют шесть [Имен] АВАЯ, и в гематрии они [также] равны 156. Сосредоточься на том, чтобы протянуть их до Есод де-ЗА, называемого </w:t>
      </w:r>
      <w:r>
        <w:rPr>
          <w:rFonts w:ascii="Georgia" w:hAnsi="Georgia"/>
          <w:b w:val="0"/>
          <w:i/>
          <w:color w:val="000000"/>
          <w:sz w:val="24"/>
        </w:rPr>
        <w:t>пеле</w:t>
      </w:r>
      <w:r>
        <w:rPr>
          <w:rFonts w:ascii="Georgia" w:hAnsi="Georgia"/>
          <w:b w:val="0"/>
          <w:i w:val="0"/>
          <w:color w:val="000000"/>
          <w:sz w:val="24"/>
        </w:rPr>
        <w:t xml:space="preserve"> (</w:t>
      </w:r>
      <w:r>
        <w:rPr>
          <w:rFonts w:ascii="Georgia" w:hAnsi="Georgia" w:cs="Times New Roman"/>
          <w:b/>
          <w:i w:val="0"/>
          <w:color w:val="000000"/>
          <w:sz w:val="24"/>
          <w:rtl/>
          <w:szCs w:val="32"/>
        </w:rPr>
        <w:t>פֶּלֶא</w:t>
      </w:r>
      <w:r>
        <w:rPr>
          <w:rFonts w:ascii="Georgia" w:hAnsi="Georgia"/>
          <w:b w:val="0"/>
          <w:i w:val="0"/>
          <w:color w:val="000000"/>
          <w:sz w:val="24"/>
        </w:rPr>
        <w:t xml:space="preserve"> — «чудо»), упомянутого в этом же стихе. Конечные же буквы [этих слов] имеют гематрию 41 — слово </w:t>
      </w:r>
      <w:r>
        <w:rPr>
          <w:rFonts w:ascii="Georgia" w:hAnsi="Georgia"/>
          <w:b w:val="0"/>
          <w:i/>
          <w:color w:val="000000"/>
          <w:sz w:val="24"/>
        </w:rPr>
        <w:t>эм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 xml:space="preserve">), что соответствует сорока одной букве [Имени] ЭЙЕ с наполнением йод. Сосредоточься также на том, чтобы с его помощью смягчить Есод де-ЗА. И необходимо, чтобы при этом протягивании ты сосредоточился на том, что сначала свет протягивается к Лее, на которую указывает слово </w:t>
      </w:r>
      <w:r>
        <w:rPr>
          <w:rFonts w:ascii="Georgia" w:hAnsi="Georgia"/>
          <w:b w:val="0"/>
          <w:i/>
          <w:color w:val="000000"/>
          <w:sz w:val="24"/>
        </w:rPr>
        <w:t>а-Эль</w:t>
      </w:r>
      <w:r>
        <w:rPr>
          <w:rFonts w:ascii="Georgia" w:hAnsi="Georgia"/>
          <w:b w:val="0"/>
          <w:i w:val="0"/>
          <w:color w:val="000000"/>
          <w:sz w:val="24"/>
        </w:rPr>
        <w:t xml:space="preserve"> (</w:t>
      </w:r>
      <w:r>
        <w:rPr>
          <w:rFonts w:ascii="Georgia" w:hAnsi="Georgia" w:cs="Times New Roman"/>
          <w:b/>
          <w:i w:val="0"/>
          <w:color w:val="000000"/>
          <w:sz w:val="24"/>
          <w:rtl/>
          <w:szCs w:val="32"/>
        </w:rPr>
        <w:t>הָאֵל</w:t>
      </w:r>
      <w:r>
        <w:rPr>
          <w:rFonts w:ascii="Georgia" w:hAnsi="Georgia"/>
          <w:b w:val="0"/>
          <w:i w:val="0"/>
          <w:color w:val="000000"/>
          <w:sz w:val="24"/>
        </w:rPr>
        <w:t xml:space="preserve">), а затем протягивается к Есод де-ЗА, называемому </w:t>
      </w:r>
      <w:r>
        <w:rPr>
          <w:rFonts w:ascii="Georgia" w:hAnsi="Georgia"/>
          <w:b w:val="0"/>
          <w:i/>
          <w:color w:val="000000"/>
          <w:sz w:val="24"/>
        </w:rPr>
        <w:t>пеле</w:t>
      </w:r>
      <w:r>
        <w:rPr>
          <w:rFonts w:ascii="Georgia" w:hAnsi="Georgia"/>
          <w:b w:val="0"/>
          <w:i w:val="0"/>
          <w:color w:val="000000"/>
          <w:sz w:val="24"/>
        </w:rPr>
        <w:t xml:space="preserve"> (</w:t>
      </w:r>
      <w:r>
        <w:rPr>
          <w:rFonts w:ascii="Georgia" w:hAnsi="Georgia" w:cs="Times New Roman"/>
          <w:b/>
          <w:i w:val="0"/>
          <w:color w:val="000000"/>
          <w:sz w:val="24"/>
          <w:rtl/>
          <w:szCs w:val="32"/>
        </w:rPr>
        <w:t>פֶּלֶא</w:t>
      </w:r>
      <w:r>
        <w:rPr>
          <w:rFonts w:ascii="Georgia" w:hAnsi="Georgia"/>
          <w:b w:val="0"/>
          <w:i w:val="0"/>
          <w:color w:val="000000"/>
          <w:sz w:val="24"/>
        </w:rPr>
        <w:t xml:space="preserve">), о котором говорится в этом же стихе. Слова </w:t>
      </w:r>
      <w:r>
        <w:rPr>
          <w:rFonts w:ascii="Georgia" w:hAnsi="Georgia"/>
          <w:b w:val="0"/>
          <w:i/>
          <w:color w:val="000000"/>
          <w:sz w:val="24"/>
        </w:rPr>
        <w:t>«Ты — Б-г»</w:t>
      </w:r>
      <w:r>
        <w:rPr>
          <w:rFonts w:ascii="Georgia" w:hAnsi="Georgia"/>
          <w:b w:val="0"/>
          <w:i w:val="0"/>
          <w:color w:val="000000"/>
          <w:sz w:val="24"/>
        </w:rPr>
        <w:t xml:space="preserve"> (</w:t>
      </w:r>
      <w:r>
        <w:rPr>
          <w:rFonts w:ascii="Georgia" w:hAnsi="Georgia"/>
          <w:b w:val="0"/>
          <w:i/>
          <w:color w:val="000000"/>
          <w:sz w:val="24"/>
        </w:rPr>
        <w:t>Ата а-Эль</w:t>
      </w:r>
      <w:r>
        <w:rPr>
          <w:rFonts w:ascii="Georgia" w:hAnsi="Georgia"/>
          <w:b w:val="0"/>
          <w:i w:val="0"/>
          <w:color w:val="000000"/>
          <w:sz w:val="24"/>
        </w:rPr>
        <w:t>) в гематрии составляют 442 (</w:t>
      </w:r>
      <w:r>
        <w:rPr>
          <w:rFonts w:ascii="Georgia" w:hAnsi="Georgia" w:cs="Times New Roman"/>
          <w:b/>
          <w:i w:val="0"/>
          <w:color w:val="000000"/>
          <w:sz w:val="24"/>
          <w:rtl/>
          <w:szCs w:val="32"/>
        </w:rPr>
        <w:t>תמ״ב</w:t>
      </w:r>
      <w:r>
        <w:rPr>
          <w:rFonts w:ascii="Georgia" w:hAnsi="Georgia"/>
          <w:b w:val="0"/>
          <w:i w:val="0"/>
          <w:color w:val="000000"/>
          <w:sz w:val="24"/>
        </w:rPr>
        <w:t>), что соответствует десяти простым ахораим [Имени] ЭЙЕ — пяти хасадим и пяти гвурот; в гематрии они равны 440 (</w:t>
      </w:r>
      <w:r>
        <w:rPr>
          <w:rFonts w:ascii="Georgia" w:hAnsi="Georgia" w:cs="Times New Roman"/>
          <w:b/>
          <w:i w:val="0"/>
          <w:color w:val="000000"/>
          <w:sz w:val="24"/>
          <w:rtl/>
          <w:szCs w:val="32"/>
        </w:rPr>
        <w:t>ת״מ</w:t>
      </w:r>
      <w:r>
        <w:rPr>
          <w:rFonts w:ascii="Georgia" w:hAnsi="Georgia"/>
          <w:b w:val="0"/>
          <w:i w:val="0"/>
          <w:color w:val="000000"/>
          <w:sz w:val="24"/>
        </w:rPr>
        <w:t xml:space="preserve">), а вместе с двумя коллелями получается 442. При слове </w:t>
      </w:r>
      <w:r>
        <w:rPr>
          <w:rFonts w:ascii="Georgia" w:hAnsi="Georgia"/>
          <w:b w:val="0"/>
          <w:i/>
          <w:color w:val="000000"/>
          <w:sz w:val="24"/>
        </w:rPr>
        <w:t>«творящий»</w:t>
      </w:r>
      <w:r>
        <w:rPr>
          <w:rFonts w:ascii="Georgia" w:hAnsi="Georgia"/>
          <w:b w:val="0"/>
          <w:i w:val="0"/>
          <w:color w:val="000000"/>
          <w:sz w:val="24"/>
        </w:rPr>
        <w:t xml:space="preserve"> (</w:t>
      </w:r>
      <w:r>
        <w:rPr>
          <w:rFonts w:ascii="Georgia" w:hAnsi="Georgia"/>
          <w:b w:val="0"/>
          <w:i/>
          <w:color w:val="000000"/>
          <w:sz w:val="24"/>
        </w:rPr>
        <w:t>осэ</w:t>
      </w:r>
      <w:r>
        <w:rPr>
          <w:rFonts w:ascii="Georgia" w:hAnsi="Georgia"/>
          <w:b w:val="0"/>
          <w:i w:val="0"/>
          <w:color w:val="000000"/>
          <w:sz w:val="24"/>
        </w:rPr>
        <w:t>) сосредоточься на том, чтобы протянуть [свет] от 370 светов (</w:t>
      </w:r>
      <w:r>
        <w:rPr>
          <w:rFonts w:ascii="Georgia" w:hAnsi="Georgia" w:cs="Times New Roman"/>
          <w:b/>
          <w:i w:val="0"/>
          <w:color w:val="000000"/>
          <w:sz w:val="24"/>
          <w:rtl/>
          <w:szCs w:val="32"/>
        </w:rPr>
        <w:t>ש״ע</w:t>
      </w:r>
      <w:r>
        <w:rPr>
          <w:rFonts w:ascii="Georgia" w:hAnsi="Georgia"/>
          <w:b w:val="0"/>
          <w:i w:val="0"/>
          <w:color w:val="000000"/>
          <w:sz w:val="24"/>
        </w:rPr>
        <w:t>), а они представляют собой два Имени ЭЛЬ в полном написании букв: алеф-ламэд (</w:t>
      </w:r>
      <w:r>
        <w:rPr>
          <w:rFonts w:ascii="Georgia" w:hAnsi="Georgia" w:cs="Times New Roman"/>
          <w:b/>
          <w:i w:val="0"/>
          <w:color w:val="000000"/>
          <w:sz w:val="24"/>
          <w:rtl/>
          <w:szCs w:val="32"/>
        </w:rPr>
        <w:t>אַלֶ״ף לָמֶ״ד</w:t>
      </w:r>
      <w:r>
        <w:rPr>
          <w:rFonts w:ascii="Georgia" w:hAnsi="Georgia"/>
          <w:b w:val="0"/>
          <w:i w:val="0"/>
          <w:color w:val="000000"/>
          <w:sz w:val="24"/>
        </w:rPr>
        <w:t>), алеф-ламэд (</w:t>
      </w:r>
      <w:r>
        <w:rPr>
          <w:rFonts w:ascii="Georgia" w:hAnsi="Georgia" w:cs="Times New Roman"/>
          <w:b/>
          <w:i w:val="0"/>
          <w:color w:val="000000"/>
          <w:sz w:val="24"/>
          <w:rtl/>
          <w:szCs w:val="32"/>
        </w:rPr>
        <w:t>אַלֶ״ף לָמֶ״ד</w:t>
      </w:r>
      <w:r>
        <w:rPr>
          <w:rFonts w:ascii="Georgia" w:hAnsi="Georgia"/>
          <w:b w:val="0"/>
          <w:i w:val="0"/>
          <w:color w:val="000000"/>
          <w:sz w:val="24"/>
        </w:rPr>
        <w:t>) — из двух его ланит (де-трин тапухин диле). И сначала протяни их к букве вав (</w:t>
      </w:r>
      <w:r>
        <w:rPr>
          <w:rFonts w:ascii="Georgia" w:hAnsi="Georgia" w:cs="Times New Roman"/>
          <w:b/>
          <w:i w:val="0"/>
          <w:color w:val="000000"/>
          <w:sz w:val="24"/>
          <w:rtl/>
          <w:szCs w:val="32"/>
        </w:rPr>
        <w:t>ו</w:t>
      </w:r>
      <w:r>
        <w:rPr>
          <w:rFonts w:ascii="Georgia" w:hAnsi="Georgia"/>
          <w:b w:val="0"/>
          <w:i w:val="0"/>
          <w:color w:val="000000"/>
          <w:sz w:val="24"/>
        </w:rPr>
        <w:t>) слова «осэ», которая есть ЗА, а оттуда протяни их к Нукве, которая есть буква хэй (</w:t>
      </w:r>
      <w:r>
        <w:rPr>
          <w:rFonts w:ascii="Georgia" w:hAnsi="Georgia" w:cs="Times New Roman"/>
          <w:b/>
          <w:i w:val="0"/>
          <w:color w:val="000000"/>
          <w:sz w:val="24"/>
          <w:rtl/>
          <w:szCs w:val="32"/>
        </w:rPr>
        <w:t>ה</w:t>
      </w:r>
      <w:r>
        <w:rPr>
          <w:rFonts w:ascii="Georgia" w:hAnsi="Georgia"/>
          <w:b w:val="0"/>
          <w:i w:val="0"/>
          <w:color w:val="000000"/>
          <w:sz w:val="24"/>
        </w:rPr>
        <w:t xml:space="preserve">) слова «осэ». Имя [образуется] из [слова] </w:t>
      </w:r>
      <w:r>
        <w:rPr>
          <w:rFonts w:ascii="Georgia" w:hAnsi="Georgia"/>
          <w:b w:val="0"/>
          <w:i/>
          <w:color w:val="000000"/>
          <w:sz w:val="24"/>
        </w:rPr>
        <w:t>пеле</w:t>
      </w:r>
      <w:r>
        <w:rPr>
          <w:rFonts w:ascii="Georgia" w:hAnsi="Georgia"/>
          <w:b w:val="0"/>
          <w:i w:val="0"/>
          <w:color w:val="000000"/>
          <w:sz w:val="24"/>
        </w:rPr>
        <w:t xml:space="preserve"> (</w:t>
      </w:r>
      <w:r>
        <w:rPr>
          <w:rFonts w:ascii="Georgia" w:hAnsi="Georgia" w:cs="Times New Roman"/>
          <w:b/>
          <w:i w:val="0"/>
          <w:color w:val="000000"/>
          <w:sz w:val="24"/>
          <w:rtl/>
          <w:szCs w:val="32"/>
        </w:rPr>
        <w:t>פֶּלֶא</w:t>
      </w:r>
      <w:r>
        <w:rPr>
          <w:rFonts w:ascii="Georgia" w:hAnsi="Georgia"/>
          <w:b w:val="0"/>
          <w:i w:val="0"/>
          <w:color w:val="000000"/>
          <w:sz w:val="24"/>
        </w:rPr>
        <w:t>)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 </w:t>
      </w:r>
      <w:r>
        <w:rPr>
          <w:rFonts w:ascii="Georgia" w:hAnsi="Georgia"/>
          <w:b w:val="0"/>
          <w:i/>
          <w:color w:val="000000"/>
          <w:sz w:val="24"/>
        </w:rPr>
        <w:t>вохэт</w:t>
      </w:r>
      <w:r>
        <w:rPr>
          <w:rFonts w:ascii="Georgia" w:hAnsi="Georgia"/>
          <w:b w:val="0"/>
          <w:i w:val="0"/>
          <w:color w:val="000000"/>
          <w:sz w:val="24"/>
        </w:rPr>
        <w:t xml:space="preserve"> (</w:t>
      </w:r>
      <w:r>
        <w:rPr>
          <w:rFonts w:ascii="Georgia" w:hAnsi="Georgia" w:cs="Times New Roman"/>
          <w:b/>
          <w:i w:val="0"/>
          <w:color w:val="000000"/>
          <w:sz w:val="24"/>
          <w:rtl/>
          <w:szCs w:val="32"/>
        </w:rPr>
        <w:t>וֹכֶת</w:t>
      </w:r>
      <w:r>
        <w:rPr>
          <w:rFonts w:ascii="Georgia" w:hAnsi="Georgia"/>
          <w:b w:val="0"/>
          <w:i w:val="0"/>
          <w:color w:val="000000"/>
          <w:sz w:val="24"/>
        </w:rPr>
        <w:t>), а огласовка берется от [слова] «осэ». Буква тав (</w:t>
      </w:r>
      <w:r>
        <w:rPr>
          <w:rFonts w:ascii="Georgia" w:hAnsi="Georgia" w:cs="Times New Roman"/>
          <w:b/>
          <w:i w:val="0"/>
          <w:color w:val="000000"/>
          <w:sz w:val="24"/>
          <w:rtl/>
          <w:szCs w:val="32"/>
        </w:rPr>
        <w:t>ת</w:t>
      </w:r>
      <w:r>
        <w:rPr>
          <w:rFonts w:ascii="Georgia" w:hAnsi="Georgia"/>
          <w:b w:val="0"/>
          <w:i w:val="0"/>
          <w:color w:val="000000"/>
          <w:sz w:val="24"/>
        </w:rPr>
        <w:t>) в нем — это четыре буквы йод (</w:t>
      </w:r>
      <w:r>
        <w:rPr>
          <w:rFonts w:ascii="Georgia" w:hAnsi="Georgia" w:cs="Times New Roman"/>
          <w:b/>
          <w:i w:val="0"/>
          <w:color w:val="000000"/>
          <w:sz w:val="24"/>
          <w:rtl/>
          <w:szCs w:val="32"/>
        </w:rPr>
        <w:t>י</w:t>
      </w:r>
      <w:r>
        <w:rPr>
          <w:rFonts w:ascii="Georgia" w:hAnsi="Georgia"/>
          <w:b w:val="0"/>
          <w:i w:val="0"/>
          <w:color w:val="000000"/>
          <w:sz w:val="24"/>
        </w:rPr>
        <w:t>) в [Имени] АВАЯ наполнения АБ (72), что в рош де-АА: каждая из них включает в себя десять, что дает 400 (</w:t>
      </w:r>
      <w:r>
        <w:rPr>
          <w:rFonts w:ascii="Georgia" w:hAnsi="Georgia" w:cs="Times New Roman"/>
          <w:b/>
          <w:i w:val="0"/>
          <w:color w:val="000000"/>
          <w:sz w:val="24"/>
          <w:rtl/>
          <w:szCs w:val="32"/>
        </w:rPr>
        <w:t>ת</w:t>
      </w:r>
      <w:r>
        <w:rPr>
          <w:rFonts w:ascii="Georgia" w:hAnsi="Georgia"/>
          <w:b w:val="0"/>
          <w:i w:val="0"/>
          <w:color w:val="000000"/>
          <w:sz w:val="24"/>
        </w:rPr>
        <w:t>); а вместе с 26 (</w:t>
      </w:r>
      <w:r>
        <w:rPr>
          <w:rFonts w:ascii="Georgia" w:hAnsi="Georgia" w:cs="Times New Roman"/>
          <w:b/>
          <w:i w:val="0"/>
          <w:color w:val="000000"/>
          <w:sz w:val="24"/>
          <w:rtl/>
          <w:szCs w:val="32"/>
        </w:rPr>
        <w:t>כ״ו</w:t>
      </w:r>
      <w:r>
        <w:rPr>
          <w:rFonts w:ascii="Georgia" w:hAnsi="Georgia"/>
          <w:b w:val="0"/>
          <w:i w:val="0"/>
          <w:color w:val="000000"/>
          <w:sz w:val="24"/>
        </w:rPr>
        <w:t>) — числовым значением самих четырех его букв — получается 426 (</w:t>
      </w:r>
      <w:r>
        <w:rPr>
          <w:rFonts w:ascii="Georgia" w:hAnsi="Georgia" w:cs="Times New Roman"/>
          <w:b/>
          <w:i w:val="0"/>
          <w:color w:val="000000"/>
          <w:sz w:val="24"/>
          <w:rtl/>
          <w:szCs w:val="32"/>
        </w:rPr>
        <w:t>תכ״ו</w:t>
      </w:r>
      <w:r>
        <w:rPr>
          <w:rFonts w:ascii="Georgia" w:hAnsi="Georgia"/>
          <w:b w:val="0"/>
          <w:i w:val="0"/>
          <w:color w:val="000000"/>
          <w:sz w:val="24"/>
        </w:rPr>
        <w:t>).</w:t>
      </w:r>
    </w:p>
    <w:p>
      <w:pPr>
        <w:keepNext/>
        <w:spacing w:before="320" w:after="120"/>
      </w:pPr>
      <w:r>
        <w:rPr>
          <w:rFonts w:ascii="Georgia" w:hAnsi="Georgia"/>
          <w:b w:val="0"/>
          <w:i w:val="0"/>
          <w:color w:val="000000"/>
          <w:sz w:val="32"/>
        </w:rPr>
        <w:t>Ихуд 35</w:t>
      </w:r>
    </w:p>
    <w:p>
      <w:pPr>
        <w:spacing w:before="40" w:after="120"/>
        <w:jc w:val="both"/>
      </w:pPr>
      <w:r>
        <w:rPr>
          <w:rFonts w:ascii="Georgia" w:hAnsi="Georgia"/>
          <w:b w:val="0"/>
          <w:i w:val="0"/>
          <w:color w:val="000000"/>
          <w:sz w:val="24"/>
        </w:rPr>
        <w:t xml:space="preserve">Это [намерение] также относится к упомянутому выше. В стихе </w:t>
      </w:r>
      <w:r>
        <w:rPr>
          <w:rFonts w:ascii="Georgia" w:hAnsi="Georgia"/>
          <w:b w:val="0"/>
          <w:i/>
          <w:color w:val="000000"/>
          <w:sz w:val="24"/>
        </w:rPr>
        <w:t>«И ныне да возвеличится сила Г-спода...»</w:t>
      </w:r>
      <w:r>
        <w:rPr>
          <w:rFonts w:ascii="Georgia" w:hAnsi="Georgia"/>
          <w:b w:val="0"/>
          <w:i w:val="0"/>
          <w:color w:val="000000"/>
          <w:sz w:val="24"/>
        </w:rPr>
        <w:t xml:space="preserve"> (</w:t>
      </w:r>
      <w:r>
        <w:rPr>
          <w:rFonts w:ascii="Georgia" w:hAnsi="Georgia" w:cs="Times New Roman"/>
          <w:b/>
          <w:i w:val="0"/>
          <w:color w:val="000000"/>
          <w:sz w:val="24"/>
          <w:rtl/>
          <w:szCs w:val="32"/>
        </w:rPr>
        <w:t>ועתה יגדל נא כח אדנ״י</w:t>
      </w:r>
      <w:r>
        <w:rPr>
          <w:rFonts w:ascii="Georgia" w:hAnsi="Georgia"/>
          <w:b w:val="0"/>
          <w:i w:val="0"/>
          <w:color w:val="000000"/>
          <w:sz w:val="24"/>
        </w:rPr>
        <w:t>, Бемидбар 14:17) начальные буквы составляют в гематрии 87 (</w:t>
      </w:r>
      <w:r>
        <w:rPr>
          <w:rFonts w:ascii="Georgia" w:hAnsi="Georgia" w:cs="Times New Roman"/>
          <w:b/>
          <w:i w:val="0"/>
          <w:color w:val="000000"/>
          <w:sz w:val="24"/>
          <w:rtl/>
          <w:szCs w:val="32"/>
        </w:rPr>
        <w:t>פ״ז</w:t>
      </w:r>
      <w:r>
        <w:rPr>
          <w:rFonts w:ascii="Georgia" w:hAnsi="Georgia"/>
          <w:b w:val="0"/>
          <w:i w:val="0"/>
          <w:color w:val="000000"/>
          <w:sz w:val="24"/>
        </w:rPr>
        <w:t>), слагаемые которого — МА (</w:t>
      </w:r>
      <w:r>
        <w:rPr>
          <w:rFonts w:ascii="Georgia" w:hAnsi="Georgia" w:cs="Times New Roman"/>
          <w:b/>
          <w:i w:val="0"/>
          <w:color w:val="000000"/>
          <w:sz w:val="24"/>
          <w:rtl/>
          <w:szCs w:val="32"/>
        </w:rPr>
        <w:t>מ״ה</w:t>
      </w:r>
      <w:r>
        <w:rPr>
          <w:rFonts w:ascii="Georgia" w:hAnsi="Georgia"/>
          <w:b w:val="0"/>
          <w:i w:val="0"/>
          <w:color w:val="000000"/>
          <w:sz w:val="24"/>
        </w:rPr>
        <w:t xml:space="preserve"> = 45) и 42 (</w:t>
      </w:r>
      <w:r>
        <w:rPr>
          <w:rFonts w:ascii="Georgia" w:hAnsi="Georgia" w:cs="Times New Roman"/>
          <w:b/>
          <w:i w:val="0"/>
          <w:color w:val="000000"/>
          <w:sz w:val="24"/>
          <w:rtl/>
          <w:szCs w:val="32"/>
        </w:rPr>
        <w:t>מ״ב</w:t>
      </w:r>
      <w:r>
        <w:rPr>
          <w:rFonts w:ascii="Georgia" w:hAnsi="Georgia"/>
          <w:b w:val="0"/>
          <w:i w:val="0"/>
          <w:color w:val="000000"/>
          <w:sz w:val="24"/>
        </w:rPr>
        <w:t>); а конечные буквы составляют 54 (</w:t>
      </w:r>
      <w:r>
        <w:rPr>
          <w:rFonts w:ascii="Georgia" w:hAnsi="Georgia" w:cs="Times New Roman"/>
          <w:b/>
          <w:i w:val="0"/>
          <w:color w:val="000000"/>
          <w:sz w:val="24"/>
          <w:rtl/>
          <w:szCs w:val="32"/>
        </w:rPr>
        <w:t>ד״ן</w:t>
      </w:r>
      <w:r>
        <w:rPr>
          <w:rFonts w:ascii="Georgia" w:hAnsi="Georgia"/>
          <w:b w:val="0"/>
          <w:i w:val="0"/>
          <w:color w:val="000000"/>
          <w:sz w:val="24"/>
        </w:rPr>
        <w:t xml:space="preserve">), что равно двукратному числу из 27 букв двойного наполнения [Имени] ЭЙЕ с йодами и [ЭЙЕ] с алефами (2 × 27 = 54). И привлеки всё это к упомянутому в стихе Имени АДОНАЙ. Слово </w:t>
      </w:r>
      <w:r>
        <w:rPr>
          <w:rFonts w:ascii="Georgia" w:hAnsi="Georgia"/>
          <w:b w:val="0"/>
          <w:i/>
          <w:color w:val="000000"/>
          <w:sz w:val="24"/>
        </w:rPr>
        <w:t>ве-ата</w:t>
      </w:r>
      <w:r>
        <w:rPr>
          <w:rFonts w:ascii="Georgia" w:hAnsi="Georgia"/>
          <w:b w:val="0"/>
          <w:i w:val="0"/>
          <w:color w:val="000000"/>
          <w:sz w:val="24"/>
        </w:rPr>
        <w:t xml:space="preserve"> (</w:t>
      </w:r>
      <w:r>
        <w:rPr>
          <w:rFonts w:ascii="Georgia" w:hAnsi="Georgia" w:cs="Times New Roman"/>
          <w:b/>
          <w:i w:val="0"/>
          <w:color w:val="000000"/>
          <w:sz w:val="24"/>
          <w:rtl/>
          <w:szCs w:val="32"/>
        </w:rPr>
        <w:t>וְעַתָּה</w:t>
      </w:r>
      <w:r>
        <w:rPr>
          <w:rFonts w:ascii="Georgia" w:hAnsi="Georgia"/>
          <w:b w:val="0"/>
          <w:i w:val="0"/>
          <w:color w:val="000000"/>
          <w:sz w:val="24"/>
        </w:rPr>
        <w:t>) в гематрии равно 481 (</w:t>
      </w:r>
      <w:r>
        <w:rPr>
          <w:rFonts w:ascii="Georgia" w:hAnsi="Georgia" w:cs="Times New Roman"/>
          <w:b/>
          <w:i w:val="0"/>
          <w:color w:val="000000"/>
          <w:sz w:val="24"/>
          <w:rtl/>
          <w:szCs w:val="32"/>
        </w:rPr>
        <w:t>תפ״א</w:t>
      </w:r>
      <w:r>
        <w:rPr>
          <w:rFonts w:ascii="Georgia" w:hAnsi="Georgia"/>
          <w:b w:val="0"/>
          <w:i w:val="0"/>
          <w:color w:val="000000"/>
          <w:sz w:val="24"/>
        </w:rPr>
        <w:t xml:space="preserve">) — [что соответствует] десятикратной сумме [Имен] АВАЯ и ЭЙЕ (10 × 47 = 470) с десятью колелями и одним [общим] колелем, объединяющим их все (470 + 10 + 1 = 481). Слово </w:t>
      </w:r>
      <w:r>
        <w:rPr>
          <w:rFonts w:ascii="Georgia" w:hAnsi="Georgia"/>
          <w:b w:val="0"/>
          <w:i/>
          <w:color w:val="000000"/>
          <w:sz w:val="24"/>
        </w:rPr>
        <w:t>йигдаль</w:t>
      </w:r>
      <w:r>
        <w:rPr>
          <w:rFonts w:ascii="Georgia" w:hAnsi="Georgia"/>
          <w:b w:val="0"/>
          <w:i w:val="0"/>
          <w:color w:val="000000"/>
          <w:sz w:val="24"/>
        </w:rPr>
        <w:t xml:space="preserve"> (</w:t>
      </w:r>
      <w:r>
        <w:rPr>
          <w:rFonts w:ascii="Georgia" w:hAnsi="Georgia" w:cs="Times New Roman"/>
          <w:b/>
          <w:i w:val="0"/>
          <w:color w:val="000000"/>
          <w:sz w:val="24"/>
          <w:rtl/>
          <w:szCs w:val="32"/>
        </w:rPr>
        <w:t>יִגְדַּל</w:t>
      </w:r>
      <w:r>
        <w:rPr>
          <w:rFonts w:ascii="Georgia" w:hAnsi="Georgia"/>
          <w:b w:val="0"/>
          <w:i w:val="0"/>
          <w:color w:val="000000"/>
          <w:sz w:val="24"/>
        </w:rPr>
        <w:t xml:space="preserve"> = 47) равно в гематрии [сумме Имен] АВАЯ (26) и ЭЙЕ (21). Слово </w:t>
      </w:r>
      <w:r>
        <w:rPr>
          <w:rFonts w:ascii="Georgia" w:hAnsi="Georgia"/>
          <w:b w:val="0"/>
          <w:i/>
          <w:color w:val="000000"/>
          <w:sz w:val="24"/>
        </w:rPr>
        <w:t>на</w:t>
      </w:r>
      <w:r>
        <w:rPr>
          <w:rFonts w:ascii="Georgia" w:hAnsi="Georgia"/>
          <w:b w:val="0"/>
          <w:i w:val="0"/>
          <w:color w:val="000000"/>
          <w:sz w:val="24"/>
        </w:rPr>
        <w:t xml:space="preserve"> (</w:t>
      </w:r>
      <w:r>
        <w:rPr>
          <w:rFonts w:ascii="Georgia" w:hAnsi="Georgia" w:cs="Times New Roman"/>
          <w:b/>
          <w:i w:val="0"/>
          <w:color w:val="000000"/>
          <w:sz w:val="24"/>
          <w:rtl/>
          <w:szCs w:val="32"/>
        </w:rPr>
        <w:t>נָא</w:t>
      </w:r>
      <w:r>
        <w:rPr>
          <w:rFonts w:ascii="Georgia" w:hAnsi="Georgia"/>
          <w:b w:val="0"/>
          <w:i w:val="0"/>
          <w:color w:val="000000"/>
          <w:sz w:val="24"/>
        </w:rPr>
        <w:t xml:space="preserve"> = 51) [раскрывается так]: в двойном наполнении [Имени] АВАЯ с йодами — 28 букв; если отнять от них четыре [буквы], составляющие корень АВАЯ, останется 24. Подобно этому, отняв от 27 букв двойного наполнения [Имени] ЭЙЕ с йодами четыре буквы корня, получим 23. В сумме 24 и 23 дают 47, а с двумя их колелями — 49; вместе же с двумя колелями [Имен] АВАЯ и ЭЙЕ в упомянутом слове </w:t>
      </w:r>
      <w:r>
        <w:rPr>
          <w:rFonts w:ascii="Georgia" w:hAnsi="Georgia"/>
          <w:b w:val="0"/>
          <w:i/>
          <w:color w:val="000000"/>
          <w:sz w:val="24"/>
        </w:rPr>
        <w:t>йигдаль</w:t>
      </w:r>
      <w:r>
        <w:rPr>
          <w:rFonts w:ascii="Georgia" w:hAnsi="Georgia"/>
          <w:b w:val="0"/>
          <w:i w:val="0"/>
          <w:color w:val="000000"/>
          <w:sz w:val="24"/>
        </w:rPr>
        <w:t xml:space="preserve"> получается 51. [Слова] </w:t>
      </w:r>
      <w:r>
        <w:rPr>
          <w:rFonts w:ascii="Georgia" w:hAnsi="Georgia"/>
          <w:b w:val="0"/>
          <w:i/>
          <w:color w:val="000000"/>
          <w:sz w:val="24"/>
        </w:rPr>
        <w:t>коах АДОНАЙ</w:t>
      </w:r>
      <w:r>
        <w:rPr>
          <w:rFonts w:ascii="Georgia" w:hAnsi="Georgia"/>
          <w:b w:val="0"/>
          <w:i w:val="0"/>
          <w:color w:val="000000"/>
          <w:sz w:val="24"/>
        </w:rPr>
        <w:t xml:space="preserve"> (</w:t>
      </w:r>
      <w:r>
        <w:rPr>
          <w:rFonts w:ascii="Georgia" w:hAnsi="Georgia" w:cs="Times New Roman"/>
          <w:b/>
          <w:i w:val="0"/>
          <w:color w:val="000000"/>
          <w:sz w:val="24"/>
          <w:rtl/>
          <w:szCs w:val="32"/>
        </w:rPr>
        <w:t>כ״ח אדנ״י</w:t>
      </w:r>
      <w:r>
        <w:rPr>
          <w:rFonts w:ascii="Georgia" w:hAnsi="Georgia"/>
          <w:b w:val="0"/>
          <w:i w:val="0"/>
          <w:color w:val="000000"/>
          <w:sz w:val="24"/>
        </w:rPr>
        <w:t xml:space="preserve">, «сила Г-спода») в гематрии равны </w:t>
      </w:r>
      <w:r>
        <w:rPr>
          <w:rFonts w:ascii="Georgia" w:hAnsi="Georgia"/>
          <w:b w:val="0"/>
          <w:i/>
          <w:color w:val="000000"/>
          <w:sz w:val="24"/>
        </w:rPr>
        <w:t>маген</w:t>
      </w:r>
      <w:r>
        <w:rPr>
          <w:rFonts w:ascii="Georgia" w:hAnsi="Georgia"/>
          <w:b w:val="0"/>
          <w:i w:val="0"/>
          <w:color w:val="000000"/>
          <w:sz w:val="24"/>
        </w:rPr>
        <w:t xml:space="preserve"> («щит», </w:t>
      </w:r>
      <w:r>
        <w:rPr>
          <w:rFonts w:ascii="Georgia" w:hAnsi="Georgia" w:cs="Times New Roman"/>
          <w:b/>
          <w:i w:val="0"/>
          <w:color w:val="000000"/>
          <w:sz w:val="24"/>
          <w:rtl/>
          <w:szCs w:val="32"/>
        </w:rPr>
        <w:t>מָגֵן</w:t>
      </w:r>
      <w:r>
        <w:rPr>
          <w:rFonts w:ascii="Georgia" w:hAnsi="Georgia"/>
          <w:b w:val="0"/>
          <w:i w:val="0"/>
          <w:color w:val="000000"/>
          <w:sz w:val="24"/>
        </w:rPr>
        <w:t xml:space="preserve"> = 93; 28 + 65 = 93), что соответствует трем Именам ЭЛЬ (3 × 31 = 93). И сосредоточь намерение, чтобы с их помощью смягчить всё упомянутое выше. Это Имя образуется из [букв слова] </w:t>
      </w:r>
      <w:r>
        <w:rPr>
          <w:rFonts w:ascii="Georgia" w:hAnsi="Georgia"/>
          <w:b w:val="0"/>
          <w:i/>
          <w:color w:val="000000"/>
          <w:sz w:val="24"/>
        </w:rPr>
        <w:t>коах</w:t>
      </w:r>
      <w:r>
        <w:rPr>
          <w:rFonts w:ascii="Georgia" w:hAnsi="Georgia"/>
          <w:b w:val="0"/>
          <w:i w:val="0"/>
          <w:color w:val="000000"/>
          <w:sz w:val="24"/>
        </w:rPr>
        <w:t xml:space="preserve"> (</w:t>
      </w:r>
      <w:r>
        <w:rPr>
          <w:rFonts w:ascii="Georgia" w:hAnsi="Georgia" w:cs="Times New Roman"/>
          <w:b/>
          <w:i w:val="0"/>
          <w:color w:val="000000"/>
          <w:sz w:val="24"/>
          <w:rtl/>
          <w:szCs w:val="32"/>
        </w:rPr>
        <w:t>כ״ח</w:t>
      </w:r>
      <w:r>
        <w:rPr>
          <w:rFonts w:ascii="Georgia" w:hAnsi="Georgia"/>
          <w:b w:val="0"/>
          <w:i w:val="0"/>
          <w:color w:val="000000"/>
          <w:sz w:val="24"/>
        </w:rPr>
        <w:t xml:space="preserve">) с таким наполнением: </w:t>
      </w:r>
      <w:r>
        <w:rPr>
          <w:rFonts w:ascii="Georgia" w:hAnsi="Georgia"/>
          <w:b w:val="0"/>
          <w:i/>
          <w:color w:val="000000"/>
          <w:sz w:val="24"/>
        </w:rPr>
        <w:t>каф-хата</w:t>
      </w:r>
      <w:r>
        <w:rPr>
          <w:rFonts w:ascii="Georgia" w:hAnsi="Georgia"/>
          <w:b w:val="0"/>
          <w:i w:val="0"/>
          <w:color w:val="000000"/>
          <w:sz w:val="24"/>
        </w:rPr>
        <w:t xml:space="preserve"> (</w:t>
      </w:r>
      <w:r>
        <w:rPr>
          <w:rFonts w:ascii="Georgia" w:hAnsi="Georgia" w:cs="Times New Roman"/>
          <w:b/>
          <w:i w:val="0"/>
          <w:color w:val="000000"/>
          <w:sz w:val="24"/>
          <w:rtl/>
          <w:szCs w:val="32"/>
        </w:rPr>
        <w:t>כַףְ חַתָ</w:t>
      </w:r>
      <w:r>
        <w:rPr>
          <w:rFonts w:ascii="Georgia" w:hAnsi="Georgia"/>
          <w:b w:val="0"/>
          <w:i w:val="0"/>
          <w:color w:val="000000"/>
          <w:sz w:val="24"/>
        </w:rPr>
        <w:t>); его гематрия равна 508 (</w:t>
      </w:r>
      <w:r>
        <w:rPr>
          <w:rFonts w:ascii="Georgia" w:hAnsi="Georgia" w:cs="Times New Roman"/>
          <w:b/>
          <w:i w:val="0"/>
          <w:color w:val="000000"/>
          <w:sz w:val="24"/>
          <w:rtl/>
          <w:szCs w:val="32"/>
        </w:rPr>
        <w:t>תק״ח</w:t>
      </w:r>
      <w:r>
        <w:rPr>
          <w:rFonts w:ascii="Georgia" w:hAnsi="Georgia"/>
          <w:b w:val="0"/>
          <w:i w:val="0"/>
          <w:color w:val="000000"/>
          <w:sz w:val="24"/>
        </w:rPr>
        <w:t xml:space="preserve">) — [что соответствует числу] обратного развертывания (ахораим) полного наполнения [Имени] ЭЙЕ с алефами. Огласовка же [этого Имени берется] от [слов] </w:t>
      </w:r>
      <w:r>
        <w:rPr>
          <w:rFonts w:ascii="Georgia" w:hAnsi="Georgia"/>
          <w:b w:val="0"/>
          <w:i/>
          <w:color w:val="000000"/>
          <w:sz w:val="24"/>
        </w:rPr>
        <w:t>йигдаль на</w:t>
      </w:r>
      <w:r>
        <w:rPr>
          <w:rFonts w:ascii="Georgia" w:hAnsi="Georgia"/>
          <w:b w:val="0"/>
          <w:i w:val="0"/>
          <w:color w:val="000000"/>
          <w:sz w:val="24"/>
        </w:rPr>
        <w:t xml:space="preserve"> (</w:t>
      </w:r>
      <w:r>
        <w:rPr>
          <w:rFonts w:ascii="Georgia" w:hAnsi="Georgia" w:cs="Times New Roman"/>
          <w:b/>
          <w:i w:val="0"/>
          <w:color w:val="000000"/>
          <w:sz w:val="24"/>
          <w:rtl/>
          <w:szCs w:val="32"/>
        </w:rPr>
        <w:t>יִגְדַל נָא</w:t>
      </w:r>
      <w:r>
        <w:rPr>
          <w:rFonts w:ascii="Georgia" w:hAnsi="Georgia"/>
          <w:b w:val="0"/>
          <w:i w:val="0"/>
          <w:color w:val="000000"/>
          <w:sz w:val="24"/>
        </w:rPr>
        <w:t>).</w:t>
      </w:r>
    </w:p>
    <w:p>
      <w:pPr>
        <w:keepNext/>
        <w:spacing w:before="320" w:after="120"/>
      </w:pPr>
      <w:r>
        <w:rPr>
          <w:rFonts w:ascii="Georgia" w:hAnsi="Georgia"/>
          <w:b w:val="0"/>
          <w:i w:val="0"/>
          <w:color w:val="000000"/>
          <w:sz w:val="32"/>
        </w:rPr>
        <w:t>Ихуд 36</w:t>
      </w:r>
    </w:p>
    <w:p>
      <w:pPr>
        <w:spacing w:before="40" w:after="120"/>
        <w:jc w:val="both"/>
      </w:pPr>
      <w:r>
        <w:rPr>
          <w:rFonts w:ascii="Georgia" w:hAnsi="Georgia"/>
          <w:b w:val="0"/>
          <w:i w:val="0"/>
          <w:color w:val="000000"/>
          <w:sz w:val="24"/>
        </w:rPr>
        <w:t xml:space="preserve">[К Имени] ЭЛЬ, упомянутому выше. Начальные буквы слов </w:t>
      </w:r>
      <w:r>
        <w:rPr>
          <w:rFonts w:ascii="Georgia" w:hAnsi="Georgia"/>
          <w:b w:val="0"/>
          <w:i/>
          <w:color w:val="000000"/>
          <w:sz w:val="24"/>
        </w:rPr>
        <w:t>«Славьте Г-спода на кинноре…»</w:t>
      </w:r>
      <w:r>
        <w:rPr>
          <w:rFonts w:ascii="Georgia" w:hAnsi="Georgia"/>
          <w:b w:val="0"/>
          <w:i w:val="0"/>
          <w:color w:val="000000"/>
          <w:sz w:val="24"/>
        </w:rPr>
        <w:t xml:space="preserve"> (Теилим 33:2) — (</w:t>
      </w:r>
      <w:r>
        <w:rPr>
          <w:rFonts w:ascii="Georgia" w:hAnsi="Georgia" w:cs="Times New Roman"/>
          <w:b/>
          <w:i w:val="0"/>
          <w:color w:val="000000"/>
          <w:sz w:val="24"/>
          <w:rtl/>
          <w:szCs w:val="32"/>
        </w:rPr>
        <w:t>הודו ליהוה בכנור</w:t>
      </w:r>
      <w:r>
        <w:rPr>
          <w:rFonts w:ascii="Georgia" w:hAnsi="Georgia"/>
          <w:b w:val="0"/>
          <w:i w:val="0"/>
          <w:color w:val="000000"/>
          <w:sz w:val="24"/>
        </w:rPr>
        <w:t>) — это буквы хэй (</w:t>
      </w:r>
      <w:r>
        <w:rPr>
          <w:rFonts w:ascii="Georgia" w:hAnsi="Georgia" w:cs="Times New Roman"/>
          <w:b/>
          <w:i w:val="0"/>
          <w:color w:val="000000"/>
          <w:sz w:val="24"/>
          <w:rtl/>
          <w:szCs w:val="32"/>
        </w:rPr>
        <w:t>ה</w:t>
      </w:r>
      <w:r>
        <w:rPr>
          <w:rFonts w:ascii="Georgia" w:hAnsi="Georgia"/>
          <w:b w:val="0"/>
          <w:i w:val="0"/>
          <w:color w:val="000000"/>
          <w:sz w:val="24"/>
        </w:rPr>
        <w:t xml:space="preserve"> = 5), ламэд (</w:t>
      </w:r>
      <w:r>
        <w:rPr>
          <w:rFonts w:ascii="Georgia" w:hAnsi="Georgia" w:cs="Times New Roman"/>
          <w:b/>
          <w:i w:val="0"/>
          <w:color w:val="000000"/>
          <w:sz w:val="24"/>
          <w:rtl/>
          <w:szCs w:val="32"/>
        </w:rPr>
        <w:t>ל</w:t>
      </w:r>
      <w:r>
        <w:rPr>
          <w:rFonts w:ascii="Georgia" w:hAnsi="Georgia"/>
          <w:b w:val="0"/>
          <w:i w:val="0"/>
          <w:color w:val="000000"/>
          <w:sz w:val="24"/>
        </w:rPr>
        <w:t xml:space="preserve"> = 30) и бэт (</w:t>
      </w:r>
      <w:r>
        <w:rPr>
          <w:rFonts w:ascii="Georgia" w:hAnsi="Georgia" w:cs="Times New Roman"/>
          <w:b/>
          <w:i w:val="0"/>
          <w:color w:val="000000"/>
          <w:sz w:val="24"/>
          <w:rtl/>
          <w:szCs w:val="32"/>
        </w:rPr>
        <w:t>ב</w:t>
      </w:r>
      <w:r>
        <w:rPr>
          <w:rFonts w:ascii="Georgia" w:hAnsi="Georgia"/>
          <w:b w:val="0"/>
          <w:i w:val="0"/>
          <w:color w:val="000000"/>
          <w:sz w:val="24"/>
        </w:rPr>
        <w:t xml:space="preserve"> = 2), которые составляют 37 (</w:t>
      </w:r>
      <w:r>
        <w:rPr>
          <w:rFonts w:ascii="Georgia" w:hAnsi="Georgia" w:cs="Times New Roman"/>
          <w:b/>
          <w:i w:val="0"/>
          <w:color w:val="000000"/>
          <w:sz w:val="24"/>
          <w:rtl/>
          <w:szCs w:val="32"/>
        </w:rPr>
        <w:t>ל״ז</w:t>
      </w:r>
      <w:r>
        <w:rPr>
          <w:rFonts w:ascii="Georgia" w:hAnsi="Georgia"/>
          <w:b w:val="0"/>
          <w:i w:val="0"/>
          <w:color w:val="000000"/>
          <w:sz w:val="24"/>
        </w:rPr>
        <w:t xml:space="preserve"> = 37); и это — [числовое значение букв] наполнения Имени АВАЯ де-САГ (63). Начальные буквы слов </w:t>
      </w:r>
      <w:r>
        <w:rPr>
          <w:rFonts w:ascii="Georgia" w:hAnsi="Georgia"/>
          <w:b w:val="0"/>
          <w:i/>
          <w:color w:val="000000"/>
          <w:sz w:val="24"/>
        </w:rPr>
        <w:t>«на десятиструнной арфе»</w:t>
      </w:r>
      <w:r>
        <w:rPr>
          <w:rFonts w:ascii="Georgia" w:hAnsi="Georgia"/>
          <w:b w:val="0"/>
          <w:i w:val="0"/>
          <w:color w:val="000000"/>
          <w:sz w:val="24"/>
        </w:rPr>
        <w:t xml:space="preserve"> (</w:t>
      </w:r>
      <w:r>
        <w:rPr>
          <w:rFonts w:ascii="Georgia" w:hAnsi="Georgia" w:cs="Times New Roman"/>
          <w:b/>
          <w:i w:val="0"/>
          <w:color w:val="000000"/>
          <w:sz w:val="24"/>
          <w:rtl/>
          <w:szCs w:val="32"/>
        </w:rPr>
        <w:t>בנבל עשור</w:t>
      </w:r>
      <w:r>
        <w:rPr>
          <w:rFonts w:ascii="Georgia" w:hAnsi="Georgia"/>
          <w:b w:val="0"/>
          <w:i w:val="0"/>
          <w:color w:val="000000"/>
          <w:sz w:val="24"/>
        </w:rPr>
        <w:t>) — бэт (</w:t>
      </w:r>
      <w:r>
        <w:rPr>
          <w:rFonts w:ascii="Georgia" w:hAnsi="Georgia" w:cs="Times New Roman"/>
          <w:b/>
          <w:i w:val="0"/>
          <w:color w:val="000000"/>
          <w:sz w:val="24"/>
          <w:rtl/>
          <w:szCs w:val="32"/>
        </w:rPr>
        <w:t>ב</w:t>
      </w:r>
      <w:r>
        <w:rPr>
          <w:rFonts w:ascii="Georgia" w:hAnsi="Georgia"/>
          <w:b w:val="0"/>
          <w:i w:val="0"/>
          <w:color w:val="000000"/>
          <w:sz w:val="24"/>
        </w:rPr>
        <w:t xml:space="preserve"> = 2) и айн (</w:t>
      </w:r>
      <w:r>
        <w:rPr>
          <w:rFonts w:ascii="Georgia" w:hAnsi="Georgia" w:cs="Times New Roman"/>
          <w:b/>
          <w:i w:val="0"/>
          <w:color w:val="000000"/>
          <w:sz w:val="24"/>
          <w:rtl/>
          <w:szCs w:val="32"/>
        </w:rPr>
        <w:t>ע</w:t>
      </w:r>
      <w:r>
        <w:rPr>
          <w:rFonts w:ascii="Georgia" w:hAnsi="Georgia"/>
          <w:b w:val="0"/>
          <w:i w:val="0"/>
          <w:color w:val="000000"/>
          <w:sz w:val="24"/>
        </w:rPr>
        <w:t xml:space="preserve"> = 70) — составляют 72 (</w:t>
      </w:r>
      <w:r>
        <w:rPr>
          <w:rFonts w:ascii="Georgia" w:hAnsi="Georgia" w:cs="Times New Roman"/>
          <w:b/>
          <w:i w:val="0"/>
          <w:color w:val="000000"/>
          <w:sz w:val="24"/>
          <w:rtl/>
          <w:szCs w:val="32"/>
        </w:rPr>
        <w:t>ע״ב</w:t>
      </w:r>
      <w:r>
        <w:rPr>
          <w:rFonts w:ascii="Georgia" w:hAnsi="Georgia"/>
          <w:b w:val="0"/>
          <w:i w:val="0"/>
          <w:color w:val="000000"/>
          <w:sz w:val="24"/>
        </w:rPr>
        <w:t xml:space="preserve"> = 72, [число Имени АБ]). Начальные буквы слов </w:t>
      </w:r>
      <w:r>
        <w:rPr>
          <w:rFonts w:ascii="Georgia" w:hAnsi="Georgia"/>
          <w:b w:val="0"/>
          <w:i/>
          <w:color w:val="000000"/>
          <w:sz w:val="24"/>
        </w:rPr>
        <w:t>«играйте Ему»</w:t>
      </w:r>
      <w:r>
        <w:rPr>
          <w:rFonts w:ascii="Georgia" w:hAnsi="Georgia"/>
          <w:b w:val="0"/>
          <w:i w:val="0"/>
          <w:color w:val="000000"/>
          <w:sz w:val="24"/>
        </w:rPr>
        <w:t xml:space="preserve"> (</w:t>
      </w:r>
      <w:r>
        <w:rPr>
          <w:rFonts w:ascii="Georgia" w:hAnsi="Georgia" w:cs="Times New Roman"/>
          <w:b/>
          <w:i w:val="0"/>
          <w:color w:val="000000"/>
          <w:sz w:val="24"/>
          <w:rtl/>
          <w:szCs w:val="32"/>
        </w:rPr>
        <w:t>זמרו לו</w:t>
      </w:r>
      <w:r>
        <w:rPr>
          <w:rFonts w:ascii="Georgia" w:hAnsi="Georgia"/>
          <w:b w:val="0"/>
          <w:i w:val="0"/>
          <w:color w:val="000000"/>
          <w:sz w:val="24"/>
        </w:rPr>
        <w:t>) — зайн (</w:t>
      </w:r>
      <w:r>
        <w:rPr>
          <w:rFonts w:ascii="Georgia" w:hAnsi="Georgia" w:cs="Times New Roman"/>
          <w:b/>
          <w:i w:val="0"/>
          <w:color w:val="000000"/>
          <w:sz w:val="24"/>
          <w:rtl/>
          <w:szCs w:val="32"/>
        </w:rPr>
        <w:t>ז</w:t>
      </w:r>
      <w:r>
        <w:rPr>
          <w:rFonts w:ascii="Georgia" w:hAnsi="Georgia"/>
          <w:b w:val="0"/>
          <w:i w:val="0"/>
          <w:color w:val="000000"/>
          <w:sz w:val="24"/>
        </w:rPr>
        <w:t xml:space="preserve"> = 7) и ламэд (</w:t>
      </w:r>
      <w:r>
        <w:rPr>
          <w:rFonts w:ascii="Georgia" w:hAnsi="Georgia" w:cs="Times New Roman"/>
          <w:b/>
          <w:i w:val="0"/>
          <w:color w:val="000000"/>
          <w:sz w:val="24"/>
          <w:rtl/>
          <w:szCs w:val="32"/>
        </w:rPr>
        <w:t>ל</w:t>
      </w:r>
      <w:r>
        <w:rPr>
          <w:rFonts w:ascii="Georgia" w:hAnsi="Georgia"/>
          <w:b w:val="0"/>
          <w:i w:val="0"/>
          <w:color w:val="000000"/>
          <w:sz w:val="24"/>
        </w:rPr>
        <w:t xml:space="preserve"> = 30) — [вновь] дают 37. Конечные буквы слов </w:t>
      </w:r>
      <w:r>
        <w:rPr>
          <w:rFonts w:ascii="Georgia" w:hAnsi="Georgia"/>
          <w:b w:val="0"/>
          <w:i/>
          <w:color w:val="000000"/>
          <w:sz w:val="24"/>
        </w:rPr>
        <w:t>«Славьте Г-спода на кинноре»</w:t>
      </w:r>
      <w:r>
        <w:rPr>
          <w:rFonts w:ascii="Georgia" w:hAnsi="Georgia"/>
          <w:b w:val="0"/>
          <w:i w:val="0"/>
          <w:color w:val="000000"/>
          <w:sz w:val="24"/>
        </w:rPr>
        <w:t xml:space="preserve"> — вав (</w:t>
      </w:r>
      <w:r>
        <w:rPr>
          <w:rFonts w:ascii="Georgia" w:hAnsi="Georgia" w:cs="Times New Roman"/>
          <w:b/>
          <w:i w:val="0"/>
          <w:color w:val="000000"/>
          <w:sz w:val="24"/>
          <w:rtl/>
          <w:szCs w:val="32"/>
        </w:rPr>
        <w:t>ו</w:t>
      </w:r>
      <w:r>
        <w:rPr>
          <w:rFonts w:ascii="Georgia" w:hAnsi="Georgia"/>
          <w:b w:val="0"/>
          <w:i w:val="0"/>
          <w:color w:val="000000"/>
          <w:sz w:val="24"/>
        </w:rPr>
        <w:t xml:space="preserve"> = 6), хэй (</w:t>
      </w:r>
      <w:r>
        <w:rPr>
          <w:rFonts w:ascii="Georgia" w:hAnsi="Georgia" w:cs="Times New Roman"/>
          <w:b/>
          <w:i w:val="0"/>
          <w:color w:val="000000"/>
          <w:sz w:val="24"/>
          <w:rtl/>
          <w:szCs w:val="32"/>
        </w:rPr>
        <w:t>ה</w:t>
      </w:r>
      <w:r>
        <w:rPr>
          <w:rFonts w:ascii="Georgia" w:hAnsi="Georgia"/>
          <w:b w:val="0"/>
          <w:i w:val="0"/>
          <w:color w:val="000000"/>
          <w:sz w:val="24"/>
        </w:rPr>
        <w:t xml:space="preserve"> = 5) и рэйш (</w:t>
      </w:r>
      <w:r>
        <w:rPr>
          <w:rFonts w:ascii="Georgia" w:hAnsi="Georgia" w:cs="Times New Roman"/>
          <w:b/>
          <w:i w:val="0"/>
          <w:color w:val="000000"/>
          <w:sz w:val="24"/>
          <w:rtl/>
          <w:szCs w:val="32"/>
        </w:rPr>
        <w:t>ר</w:t>
      </w:r>
      <w:r>
        <w:rPr>
          <w:rFonts w:ascii="Georgia" w:hAnsi="Georgia"/>
          <w:b w:val="0"/>
          <w:i w:val="0"/>
          <w:color w:val="000000"/>
          <w:sz w:val="24"/>
        </w:rPr>
        <w:t xml:space="preserve"> = 200) — составляют 211 (</w:t>
      </w:r>
      <w:r>
        <w:rPr>
          <w:rFonts w:ascii="Georgia" w:hAnsi="Georgia" w:cs="Times New Roman"/>
          <w:b/>
          <w:i w:val="0"/>
          <w:color w:val="000000"/>
          <w:sz w:val="24"/>
          <w:rtl/>
          <w:szCs w:val="32"/>
        </w:rPr>
        <w:t>רי״א</w:t>
      </w:r>
      <w:r>
        <w:rPr>
          <w:rFonts w:ascii="Georgia" w:hAnsi="Georgia"/>
          <w:b w:val="0"/>
          <w:i w:val="0"/>
          <w:color w:val="000000"/>
          <w:sz w:val="24"/>
        </w:rPr>
        <w:t xml:space="preserve"> = 211); и это — буквы алеф и ламэд в полном написании (</w:t>
      </w:r>
      <w:r>
        <w:rPr>
          <w:rFonts w:ascii="Georgia" w:hAnsi="Georgia" w:cs="Times New Roman"/>
          <w:b/>
          <w:i w:val="0"/>
          <w:color w:val="000000"/>
          <w:sz w:val="24"/>
          <w:rtl/>
          <w:szCs w:val="32"/>
        </w:rPr>
        <w:t>אל״ף למ״ד</w:t>
      </w:r>
      <w:r>
        <w:rPr>
          <w:rFonts w:ascii="Georgia" w:hAnsi="Georgia"/>
          <w:b w:val="0"/>
          <w:i w:val="0"/>
          <w:color w:val="000000"/>
          <w:sz w:val="24"/>
        </w:rPr>
        <w:t>: 111 + 74 = 185) [наполнения Имени ЭЛЬ] вместе с АВАЯ (</w:t>
      </w:r>
      <w:r>
        <w:rPr>
          <w:rFonts w:ascii="Georgia" w:hAnsi="Georgia" w:cs="Times New Roman"/>
          <w:b/>
          <w:i w:val="0"/>
          <w:color w:val="000000"/>
          <w:sz w:val="24"/>
          <w:rtl/>
          <w:szCs w:val="32"/>
        </w:rPr>
        <w:t>יהוה</w:t>
      </w:r>
      <w:r>
        <w:rPr>
          <w:rFonts w:ascii="Georgia" w:hAnsi="Georgia"/>
          <w:b w:val="0"/>
          <w:i w:val="0"/>
          <w:color w:val="000000"/>
          <w:sz w:val="24"/>
        </w:rPr>
        <w:t xml:space="preserve"> = 26), что в сумме дает 211 (185 + 26 = 211). Конечные буквы слов </w:t>
      </w:r>
      <w:r>
        <w:rPr>
          <w:rFonts w:ascii="Georgia" w:hAnsi="Georgia"/>
          <w:b w:val="0"/>
          <w:i/>
          <w:color w:val="000000"/>
          <w:sz w:val="24"/>
        </w:rPr>
        <w:t>«на десятиструнной арфе, играйте Ему»</w:t>
      </w:r>
      <w:r>
        <w:rPr>
          <w:rFonts w:ascii="Georgia" w:hAnsi="Georgia"/>
          <w:b w:val="0"/>
          <w:i w:val="0"/>
          <w:color w:val="000000"/>
          <w:sz w:val="24"/>
        </w:rPr>
        <w:t xml:space="preserve"> (</w:t>
      </w:r>
      <w:r>
        <w:rPr>
          <w:rFonts w:ascii="Georgia" w:hAnsi="Georgia" w:cs="Times New Roman"/>
          <w:b/>
          <w:i w:val="0"/>
          <w:color w:val="000000"/>
          <w:sz w:val="24"/>
          <w:rtl/>
          <w:szCs w:val="32"/>
        </w:rPr>
        <w:t>בנבל עשור זמרו לו</w:t>
      </w:r>
      <w:r>
        <w:rPr>
          <w:rFonts w:ascii="Georgia" w:hAnsi="Georgia"/>
          <w:b w:val="0"/>
          <w:i w:val="0"/>
          <w:color w:val="000000"/>
          <w:sz w:val="24"/>
        </w:rPr>
        <w:t>) — ламэд (</w:t>
      </w:r>
      <w:r>
        <w:rPr>
          <w:rFonts w:ascii="Georgia" w:hAnsi="Georgia" w:cs="Times New Roman"/>
          <w:b/>
          <w:i w:val="0"/>
          <w:color w:val="000000"/>
          <w:sz w:val="24"/>
          <w:rtl/>
          <w:szCs w:val="32"/>
        </w:rPr>
        <w:t>ל</w:t>
      </w:r>
      <w:r>
        <w:rPr>
          <w:rFonts w:ascii="Georgia" w:hAnsi="Georgia"/>
          <w:b w:val="0"/>
          <w:i w:val="0"/>
          <w:color w:val="000000"/>
          <w:sz w:val="24"/>
        </w:rPr>
        <w:t xml:space="preserve"> = 30), рэйш (</w:t>
      </w:r>
      <w:r>
        <w:rPr>
          <w:rFonts w:ascii="Georgia" w:hAnsi="Georgia" w:cs="Times New Roman"/>
          <w:b/>
          <w:i w:val="0"/>
          <w:color w:val="000000"/>
          <w:sz w:val="24"/>
          <w:rtl/>
          <w:szCs w:val="32"/>
        </w:rPr>
        <w:t>ר</w:t>
      </w:r>
      <w:r>
        <w:rPr>
          <w:rFonts w:ascii="Georgia" w:hAnsi="Georgia"/>
          <w:b w:val="0"/>
          <w:i w:val="0"/>
          <w:color w:val="000000"/>
          <w:sz w:val="24"/>
        </w:rPr>
        <w:t xml:space="preserve"> = 200), вав (</w:t>
      </w:r>
      <w:r>
        <w:rPr>
          <w:rFonts w:ascii="Georgia" w:hAnsi="Georgia" w:cs="Times New Roman"/>
          <w:b/>
          <w:i w:val="0"/>
          <w:color w:val="000000"/>
          <w:sz w:val="24"/>
          <w:rtl/>
          <w:szCs w:val="32"/>
        </w:rPr>
        <w:t>ו</w:t>
      </w:r>
      <w:r>
        <w:rPr>
          <w:rFonts w:ascii="Georgia" w:hAnsi="Georgia"/>
          <w:b w:val="0"/>
          <w:i w:val="0"/>
          <w:color w:val="000000"/>
          <w:sz w:val="24"/>
        </w:rPr>
        <w:t xml:space="preserve"> = 6) и вав (</w:t>
      </w:r>
      <w:r>
        <w:rPr>
          <w:rFonts w:ascii="Georgia" w:hAnsi="Georgia" w:cs="Times New Roman"/>
          <w:b/>
          <w:i w:val="0"/>
          <w:color w:val="000000"/>
          <w:sz w:val="24"/>
          <w:rtl/>
          <w:szCs w:val="32"/>
        </w:rPr>
        <w:t>ו</w:t>
      </w:r>
      <w:r>
        <w:rPr>
          <w:rFonts w:ascii="Georgia" w:hAnsi="Georgia"/>
          <w:b w:val="0"/>
          <w:i w:val="0"/>
          <w:color w:val="000000"/>
          <w:sz w:val="24"/>
        </w:rPr>
        <w:t xml:space="preserve"> = 6) — составляют 242 (</w:t>
      </w:r>
      <w:r>
        <w:rPr>
          <w:rFonts w:ascii="Georgia" w:hAnsi="Georgia" w:cs="Times New Roman"/>
          <w:b/>
          <w:i w:val="0"/>
          <w:color w:val="000000"/>
          <w:sz w:val="24"/>
          <w:rtl/>
          <w:szCs w:val="32"/>
        </w:rPr>
        <w:t>רמ״ב</w:t>
      </w:r>
      <w:r>
        <w:rPr>
          <w:rFonts w:ascii="Georgia" w:hAnsi="Georgia"/>
          <w:b w:val="0"/>
          <w:i w:val="0"/>
          <w:color w:val="000000"/>
          <w:sz w:val="24"/>
        </w:rPr>
        <w:t xml:space="preserve"> = 242). И это — четыре [наполнения Имени] АВАЯ: АБ (72), САГ (63), МА (45) и БОН (52), составляющие в сумме 232 (</w:t>
      </w:r>
      <w:r>
        <w:rPr>
          <w:rFonts w:ascii="Georgia" w:hAnsi="Georgia" w:cs="Times New Roman"/>
          <w:b/>
          <w:i w:val="0"/>
          <w:color w:val="000000"/>
          <w:sz w:val="24"/>
          <w:rtl/>
          <w:szCs w:val="32"/>
        </w:rPr>
        <w:t>רל״ב</w:t>
      </w:r>
      <w:r>
        <w:rPr>
          <w:rFonts w:ascii="Georgia" w:hAnsi="Georgia"/>
          <w:b w:val="0"/>
          <w:i w:val="0"/>
          <w:color w:val="000000"/>
          <w:sz w:val="24"/>
        </w:rPr>
        <w:t xml:space="preserve"> = 232); и низведи на них десять букв [Имени] ЭЙЕ с наполнением йодин (232 + 10 = 242). Слово </w:t>
      </w:r>
      <w:r>
        <w:rPr>
          <w:rFonts w:ascii="Georgia" w:hAnsi="Georgia"/>
          <w:b w:val="0"/>
          <w:i/>
          <w:color w:val="000000"/>
          <w:sz w:val="24"/>
        </w:rPr>
        <w:t>оду</w:t>
      </w:r>
      <w:r>
        <w:rPr>
          <w:rFonts w:ascii="Georgia" w:hAnsi="Georgia"/>
          <w:b w:val="0"/>
          <w:i w:val="0"/>
          <w:color w:val="000000"/>
          <w:sz w:val="24"/>
        </w:rPr>
        <w:t xml:space="preserve"> (</w:t>
      </w:r>
      <w:r>
        <w:rPr>
          <w:rFonts w:ascii="Georgia" w:hAnsi="Georgia" w:cs="Times New Roman"/>
          <w:b/>
          <w:i w:val="0"/>
          <w:color w:val="000000"/>
          <w:sz w:val="24"/>
          <w:rtl/>
          <w:szCs w:val="32"/>
        </w:rPr>
        <w:t>הוֹדוּ</w:t>
      </w:r>
      <w:r>
        <w:rPr>
          <w:rFonts w:ascii="Georgia" w:hAnsi="Georgia"/>
          <w:b w:val="0"/>
          <w:i w:val="0"/>
          <w:color w:val="000000"/>
          <w:sz w:val="24"/>
        </w:rPr>
        <w:t xml:space="preserve"> = 21) по гематрии равно [простому числу Имени] ЭЙЕ с наполнением йодин (21); и направь намерение низвести его к Имени АВАЯ, упомянутому далее в стихе. И в этом смысл сказанного: </w:t>
      </w:r>
      <w:r>
        <w:rPr>
          <w:rFonts w:ascii="Georgia" w:hAnsi="Georgia"/>
          <w:b w:val="0"/>
          <w:i/>
          <w:color w:val="000000"/>
          <w:sz w:val="24"/>
        </w:rPr>
        <w:t>«Славьте Г-спода…»</w:t>
      </w:r>
      <w:r>
        <w:rPr>
          <w:rFonts w:ascii="Georgia" w:hAnsi="Georgia"/>
          <w:b w:val="0"/>
          <w:i w:val="0"/>
          <w:color w:val="000000"/>
          <w:sz w:val="24"/>
        </w:rPr>
        <w:t>, что означает низведение [света Имени] ЭЙЕ к [сочетанию] ЭЛЬ АВАЯ, упомянутому выше, — ведь [его число равно 57 (31 + 26 = 57)], как число [слова] «ла-АВАЯ» (</w:t>
      </w:r>
      <w:r>
        <w:rPr>
          <w:rFonts w:ascii="Georgia" w:hAnsi="Georgia" w:cs="Times New Roman"/>
          <w:b/>
          <w:i w:val="0"/>
          <w:color w:val="000000"/>
          <w:sz w:val="24"/>
          <w:rtl/>
          <w:szCs w:val="32"/>
        </w:rPr>
        <w:t>ליהוה</w:t>
      </w:r>
      <w:r>
        <w:rPr>
          <w:rFonts w:ascii="Georgia" w:hAnsi="Georgia"/>
          <w:b w:val="0"/>
          <w:i w:val="0"/>
          <w:color w:val="000000"/>
          <w:sz w:val="24"/>
        </w:rPr>
        <w:t xml:space="preserve"> = 56) с коллелем (56 + 1 = 57). А слова «Оду ла-АВАЯ» (</w:t>
      </w:r>
      <w:r>
        <w:rPr>
          <w:rFonts w:ascii="Georgia" w:hAnsi="Georgia" w:cs="Times New Roman"/>
          <w:b/>
          <w:i w:val="0"/>
          <w:color w:val="000000"/>
          <w:sz w:val="24"/>
          <w:rtl/>
          <w:szCs w:val="32"/>
        </w:rPr>
        <w:t>הודו ליהוה</w:t>
      </w:r>
      <w:r>
        <w:rPr>
          <w:rFonts w:ascii="Georgia" w:hAnsi="Georgia"/>
          <w:b w:val="0"/>
          <w:i w:val="0"/>
          <w:color w:val="000000"/>
          <w:sz w:val="24"/>
        </w:rPr>
        <w:t>) по гематрии равны 77 (</w:t>
      </w:r>
      <w:r>
        <w:rPr>
          <w:rFonts w:ascii="Georgia" w:hAnsi="Georgia" w:cs="Times New Roman"/>
          <w:b/>
          <w:i w:val="0"/>
          <w:color w:val="000000"/>
          <w:sz w:val="24"/>
          <w:rtl/>
          <w:szCs w:val="32"/>
        </w:rPr>
        <w:t>ע״ז</w:t>
      </w:r>
      <w:r>
        <w:rPr>
          <w:rFonts w:ascii="Georgia" w:hAnsi="Georgia"/>
          <w:b w:val="0"/>
          <w:i w:val="0"/>
          <w:color w:val="000000"/>
          <w:sz w:val="24"/>
        </w:rPr>
        <w:t xml:space="preserve"> = 77; 21 + 56 = 77), что соответствует [Имени] АДОНАЙ с двенадцатью буквами его наполнения (65 + 12 = 77). Слово </w:t>
      </w:r>
      <w:r>
        <w:rPr>
          <w:rFonts w:ascii="Georgia" w:hAnsi="Georgia"/>
          <w:b w:val="0"/>
          <w:i/>
          <w:color w:val="000000"/>
          <w:sz w:val="24"/>
        </w:rPr>
        <w:t>бе-хинор</w:t>
      </w:r>
      <w:r>
        <w:rPr>
          <w:rFonts w:ascii="Georgia" w:hAnsi="Georgia"/>
          <w:b w:val="0"/>
          <w:i w:val="0"/>
          <w:color w:val="000000"/>
          <w:sz w:val="24"/>
        </w:rPr>
        <w:t xml:space="preserve"> (</w:t>
      </w:r>
      <w:r>
        <w:rPr>
          <w:rFonts w:ascii="Georgia" w:hAnsi="Georgia" w:cs="Times New Roman"/>
          <w:b/>
          <w:i w:val="0"/>
          <w:color w:val="000000"/>
          <w:sz w:val="24"/>
          <w:rtl/>
          <w:szCs w:val="32"/>
        </w:rPr>
        <w:t>בְּכִנּוֹר</w:t>
      </w:r>
      <w:r>
        <w:rPr>
          <w:rFonts w:ascii="Georgia" w:hAnsi="Georgia"/>
          <w:b w:val="0"/>
          <w:i w:val="0"/>
          <w:color w:val="000000"/>
          <w:sz w:val="24"/>
        </w:rPr>
        <w:t>) по гематрии равно 278 (</w:t>
      </w:r>
      <w:r>
        <w:rPr>
          <w:rFonts w:ascii="Georgia" w:hAnsi="Georgia" w:cs="Times New Roman"/>
          <w:b/>
          <w:i w:val="0"/>
          <w:color w:val="000000"/>
          <w:sz w:val="24"/>
          <w:rtl/>
          <w:szCs w:val="32"/>
        </w:rPr>
        <w:t>רע״ח</w:t>
      </w:r>
      <w:r>
        <w:rPr>
          <w:rFonts w:ascii="Georgia" w:hAnsi="Georgia"/>
          <w:b w:val="0"/>
          <w:i w:val="0"/>
          <w:color w:val="000000"/>
          <w:sz w:val="24"/>
        </w:rPr>
        <w:t xml:space="preserve"> = 278). И [рассчитывается] это следующим образом: йод (</w:t>
      </w:r>
      <w:r>
        <w:rPr>
          <w:rFonts w:ascii="Georgia" w:hAnsi="Georgia" w:cs="Times New Roman"/>
          <w:b/>
          <w:i w:val="0"/>
          <w:color w:val="000000"/>
          <w:sz w:val="24"/>
          <w:rtl/>
          <w:szCs w:val="32"/>
        </w:rPr>
        <w:t>יו״ד</w:t>
      </w:r>
      <w:r>
        <w:rPr>
          <w:rFonts w:ascii="Georgia" w:hAnsi="Georgia"/>
          <w:b w:val="0"/>
          <w:i w:val="0"/>
          <w:color w:val="000000"/>
          <w:sz w:val="24"/>
        </w:rPr>
        <w:t xml:space="preserve"> = 20) раз по хэй (</w:t>
      </w:r>
      <w:r>
        <w:rPr>
          <w:rFonts w:ascii="Georgia" w:hAnsi="Georgia" w:cs="Times New Roman"/>
          <w:b/>
          <w:i w:val="0"/>
          <w:color w:val="000000"/>
          <w:sz w:val="24"/>
          <w:rtl/>
          <w:szCs w:val="32"/>
        </w:rPr>
        <w:t>ה״א</w:t>
      </w:r>
      <w:r>
        <w:rPr>
          <w:rFonts w:ascii="Georgia" w:hAnsi="Georgia"/>
          <w:b w:val="0"/>
          <w:i w:val="0"/>
          <w:color w:val="000000"/>
          <w:sz w:val="24"/>
        </w:rPr>
        <w:t xml:space="preserve"> = 6) — это 120 (</w:t>
      </w:r>
      <w:r>
        <w:rPr>
          <w:rFonts w:ascii="Georgia" w:hAnsi="Georgia" w:cs="Times New Roman"/>
          <w:b/>
          <w:i w:val="0"/>
          <w:color w:val="000000"/>
          <w:sz w:val="24"/>
          <w:rtl/>
          <w:szCs w:val="32"/>
        </w:rPr>
        <w:t>ק״ך</w:t>
      </w:r>
      <w:r>
        <w:rPr>
          <w:rFonts w:ascii="Georgia" w:hAnsi="Georgia"/>
          <w:b w:val="0"/>
          <w:i w:val="0"/>
          <w:color w:val="000000"/>
          <w:sz w:val="24"/>
        </w:rPr>
        <w:t xml:space="preserve"> = 120; 20 × 6 = 120); вав (</w:t>
      </w:r>
      <w:r>
        <w:rPr>
          <w:rFonts w:ascii="Georgia" w:hAnsi="Georgia" w:cs="Times New Roman"/>
          <w:b/>
          <w:i w:val="0"/>
          <w:color w:val="000000"/>
          <w:sz w:val="24"/>
          <w:rtl/>
          <w:szCs w:val="32"/>
        </w:rPr>
        <w:t>וא״ו</w:t>
      </w:r>
      <w:r>
        <w:rPr>
          <w:rFonts w:ascii="Georgia" w:hAnsi="Georgia"/>
          <w:b w:val="0"/>
          <w:i w:val="0"/>
          <w:color w:val="000000"/>
          <w:sz w:val="24"/>
        </w:rPr>
        <w:t xml:space="preserve"> = 13) раз по хэй (6) — это 78 (</w:t>
      </w:r>
      <w:r>
        <w:rPr>
          <w:rFonts w:ascii="Georgia" w:hAnsi="Georgia" w:cs="Times New Roman"/>
          <w:b/>
          <w:i w:val="0"/>
          <w:color w:val="000000"/>
          <w:sz w:val="24"/>
          <w:rtl/>
          <w:szCs w:val="32"/>
        </w:rPr>
        <w:t>ע״ח</w:t>
      </w:r>
      <w:r>
        <w:rPr>
          <w:rFonts w:ascii="Georgia" w:hAnsi="Georgia"/>
          <w:b w:val="0"/>
          <w:i w:val="0"/>
          <w:color w:val="000000"/>
          <w:sz w:val="24"/>
        </w:rPr>
        <w:t xml:space="preserve"> = 78; 13 × 6 = 78); и вместе с двумя коллелями получается 200 (120 + 78 + 2 = 200). [Затем] хэй (6) раз по вав (13) — это 78 (6 × 13 = 78); итого получается 278 (200 + 78 = 278). Слово </w:t>
      </w:r>
      <w:r>
        <w:rPr>
          <w:rFonts w:ascii="Georgia" w:hAnsi="Georgia"/>
          <w:b w:val="0"/>
          <w:i/>
          <w:color w:val="000000"/>
          <w:sz w:val="24"/>
        </w:rPr>
        <w:t>бе-невел</w:t>
      </w:r>
      <w:r>
        <w:rPr>
          <w:rFonts w:ascii="Georgia" w:hAnsi="Georgia"/>
          <w:b w:val="0"/>
          <w:i w:val="0"/>
          <w:color w:val="000000"/>
          <w:sz w:val="24"/>
        </w:rPr>
        <w:t xml:space="preserve"> (</w:t>
      </w:r>
      <w:r>
        <w:rPr>
          <w:rFonts w:ascii="Georgia" w:hAnsi="Georgia" w:cs="Times New Roman"/>
          <w:b/>
          <w:i w:val="0"/>
          <w:color w:val="000000"/>
          <w:sz w:val="24"/>
          <w:rtl/>
          <w:szCs w:val="32"/>
        </w:rPr>
        <w:t>בְּנֵבֶל</w:t>
      </w:r>
      <w:r>
        <w:rPr>
          <w:rFonts w:ascii="Georgia" w:hAnsi="Georgia"/>
          <w:b w:val="0"/>
          <w:i w:val="0"/>
          <w:color w:val="000000"/>
          <w:sz w:val="24"/>
        </w:rPr>
        <w:t>) по гематрии равно 84 (</w:t>
      </w:r>
      <w:r>
        <w:rPr>
          <w:rFonts w:ascii="Georgia" w:hAnsi="Georgia" w:cs="Times New Roman"/>
          <w:b/>
          <w:i w:val="0"/>
          <w:color w:val="000000"/>
          <w:sz w:val="24"/>
          <w:rtl/>
          <w:szCs w:val="32"/>
        </w:rPr>
        <w:t>פ״ד</w:t>
      </w:r>
      <w:r>
        <w:rPr>
          <w:rFonts w:ascii="Georgia" w:hAnsi="Georgia"/>
          <w:b w:val="0"/>
          <w:i w:val="0"/>
          <w:color w:val="000000"/>
          <w:sz w:val="24"/>
        </w:rPr>
        <w:t xml:space="preserve"> = 84), что составляет три раза по 28 (</w:t>
      </w:r>
      <w:r>
        <w:rPr>
          <w:rFonts w:ascii="Georgia" w:hAnsi="Georgia" w:cs="Times New Roman"/>
          <w:b/>
          <w:i w:val="0"/>
          <w:color w:val="000000"/>
          <w:sz w:val="24"/>
          <w:rtl/>
          <w:szCs w:val="32"/>
        </w:rPr>
        <w:t>כ״ח</w:t>
      </w:r>
      <w:r>
        <w:rPr>
          <w:rFonts w:ascii="Georgia" w:hAnsi="Georgia"/>
          <w:b w:val="0"/>
          <w:i w:val="0"/>
          <w:color w:val="000000"/>
          <w:sz w:val="24"/>
        </w:rPr>
        <w:t xml:space="preserve"> = 28) от АБ, САГ и МА (3 × 28 = 84). Слово </w:t>
      </w:r>
      <w:r>
        <w:rPr>
          <w:rFonts w:ascii="Georgia" w:hAnsi="Georgia"/>
          <w:b w:val="0"/>
          <w:i/>
          <w:color w:val="000000"/>
          <w:sz w:val="24"/>
        </w:rPr>
        <w:t>асор</w:t>
      </w:r>
      <w:r>
        <w:rPr>
          <w:rFonts w:ascii="Georgia" w:hAnsi="Georgia"/>
          <w:b w:val="0"/>
          <w:i w:val="0"/>
          <w:color w:val="000000"/>
          <w:sz w:val="24"/>
        </w:rPr>
        <w:t xml:space="preserve"> (</w:t>
      </w:r>
      <w:r>
        <w:rPr>
          <w:rFonts w:ascii="Georgia" w:hAnsi="Georgia" w:cs="Times New Roman"/>
          <w:b/>
          <w:i w:val="0"/>
          <w:color w:val="000000"/>
          <w:sz w:val="24"/>
          <w:rtl/>
          <w:szCs w:val="32"/>
        </w:rPr>
        <w:t>עָשׂוֹר</w:t>
      </w:r>
      <w:r>
        <w:rPr>
          <w:rFonts w:ascii="Georgia" w:hAnsi="Georgia"/>
          <w:b w:val="0"/>
          <w:i w:val="0"/>
          <w:color w:val="000000"/>
          <w:sz w:val="24"/>
        </w:rPr>
        <w:t>) по гематрии равно 576 (</w:t>
      </w:r>
      <w:r>
        <w:rPr>
          <w:rFonts w:ascii="Georgia" w:hAnsi="Georgia" w:cs="Times New Roman"/>
          <w:b/>
          <w:i w:val="0"/>
          <w:color w:val="000000"/>
          <w:sz w:val="24"/>
          <w:rtl/>
          <w:szCs w:val="32"/>
        </w:rPr>
        <w:t>תקע״ו</w:t>
      </w:r>
      <w:r>
        <w:rPr>
          <w:rFonts w:ascii="Georgia" w:hAnsi="Georgia"/>
          <w:b w:val="0"/>
          <w:i w:val="0"/>
          <w:color w:val="000000"/>
          <w:sz w:val="24"/>
        </w:rPr>
        <w:t xml:space="preserve"> = 576). И это — обратная сторона (</w:t>
      </w:r>
      <w:r>
        <w:rPr>
          <w:rFonts w:ascii="Georgia" w:hAnsi="Georgia"/>
          <w:b w:val="0"/>
          <w:i/>
          <w:color w:val="000000"/>
          <w:sz w:val="24"/>
        </w:rPr>
        <w:t>ахораим</w:t>
      </w:r>
      <w:r>
        <w:rPr>
          <w:rFonts w:ascii="Georgia" w:hAnsi="Georgia"/>
          <w:b w:val="0"/>
          <w:i w:val="0"/>
          <w:color w:val="000000"/>
          <w:sz w:val="24"/>
        </w:rPr>
        <w:t>) [Имени] ЭЙЕ с наполнением йодин, составляющая 544 (</w:t>
      </w:r>
      <w:r>
        <w:rPr>
          <w:rFonts w:ascii="Georgia" w:hAnsi="Georgia" w:cs="Times New Roman"/>
          <w:b/>
          <w:i w:val="0"/>
          <w:color w:val="000000"/>
          <w:sz w:val="24"/>
          <w:rtl/>
          <w:szCs w:val="32"/>
        </w:rPr>
        <w:t>תקמ״ד</w:t>
      </w:r>
      <w:r>
        <w:rPr>
          <w:rFonts w:ascii="Georgia" w:hAnsi="Georgia"/>
          <w:b w:val="0"/>
          <w:i w:val="0"/>
          <w:color w:val="000000"/>
          <w:sz w:val="24"/>
        </w:rPr>
        <w:t xml:space="preserve"> = 544); вместе с двадцатью шестью (</w:t>
      </w:r>
      <w:r>
        <w:rPr>
          <w:rFonts w:ascii="Georgia" w:hAnsi="Georgia" w:cs="Times New Roman"/>
          <w:b/>
          <w:i w:val="0"/>
          <w:color w:val="000000"/>
          <w:sz w:val="24"/>
          <w:rtl/>
          <w:szCs w:val="32"/>
        </w:rPr>
        <w:t>כ״ו</w:t>
      </w:r>
      <w:r>
        <w:rPr>
          <w:rFonts w:ascii="Georgia" w:hAnsi="Georgia"/>
          <w:b w:val="0"/>
          <w:i w:val="0"/>
          <w:color w:val="000000"/>
          <w:sz w:val="24"/>
        </w:rPr>
        <w:t xml:space="preserve"> = 26) содержащимися в них буквами получается 570 (</w:t>
      </w:r>
      <w:r>
        <w:rPr>
          <w:rFonts w:ascii="Georgia" w:hAnsi="Georgia" w:cs="Times New Roman"/>
          <w:b/>
          <w:i w:val="0"/>
          <w:color w:val="000000"/>
          <w:sz w:val="24"/>
          <w:rtl/>
          <w:szCs w:val="32"/>
        </w:rPr>
        <w:t>תק״ע</w:t>
      </w:r>
      <w:r>
        <w:rPr>
          <w:rFonts w:ascii="Georgia" w:hAnsi="Georgia"/>
          <w:b w:val="0"/>
          <w:i w:val="0"/>
          <w:color w:val="000000"/>
          <w:sz w:val="24"/>
        </w:rPr>
        <w:t xml:space="preserve"> = 570); и еще шесть букв наполнения лицевой стороны (</w:t>
      </w:r>
      <w:r>
        <w:rPr>
          <w:rFonts w:ascii="Georgia" w:hAnsi="Georgia"/>
          <w:b w:val="0"/>
          <w:i/>
          <w:color w:val="000000"/>
          <w:sz w:val="24"/>
        </w:rPr>
        <w:t>паним</w:t>
      </w:r>
      <w:r>
        <w:rPr>
          <w:rFonts w:ascii="Georgia" w:hAnsi="Georgia"/>
          <w:b w:val="0"/>
          <w:i w:val="0"/>
          <w:color w:val="000000"/>
          <w:sz w:val="24"/>
        </w:rPr>
        <w:t>) [Имени] ЭЙЕ дают 576 (570 + 6 = 576).</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замру ло</w:t>
      </w:r>
      <w:r>
        <w:rPr>
          <w:rFonts w:ascii="Georgia" w:hAnsi="Georgia"/>
          <w:b w:val="0"/>
          <w:i w:val="0"/>
          <w:color w:val="000000"/>
          <w:sz w:val="24"/>
        </w:rPr>
        <w:t xml:space="preserve"> (</w:t>
      </w:r>
      <w:r>
        <w:rPr>
          <w:rFonts w:ascii="Georgia" w:hAnsi="Georgia" w:cs="Times New Roman"/>
          <w:b/>
          <w:i w:val="0"/>
          <w:color w:val="000000"/>
          <w:sz w:val="24"/>
          <w:rtl/>
          <w:szCs w:val="32"/>
        </w:rPr>
        <w:t>זַמְּרוּ לוֹ</w:t>
      </w:r>
      <w:r>
        <w:rPr>
          <w:rFonts w:ascii="Georgia" w:hAnsi="Georgia"/>
          <w:b w:val="0"/>
          <w:i w:val="0"/>
          <w:color w:val="000000"/>
          <w:sz w:val="24"/>
        </w:rPr>
        <w:t>) по гематрии равны 289 (</w:t>
      </w:r>
      <w:r>
        <w:rPr>
          <w:rFonts w:ascii="Georgia" w:hAnsi="Georgia" w:cs="Times New Roman"/>
          <w:b/>
          <w:i w:val="0"/>
          <w:color w:val="000000"/>
          <w:sz w:val="24"/>
          <w:rtl/>
          <w:szCs w:val="32"/>
        </w:rPr>
        <w:t>רפ״ט</w:t>
      </w:r>
      <w:r>
        <w:rPr>
          <w:rFonts w:ascii="Georgia" w:hAnsi="Georgia"/>
          <w:b w:val="0"/>
          <w:i w:val="0"/>
          <w:color w:val="000000"/>
          <w:sz w:val="24"/>
        </w:rPr>
        <w:t xml:space="preserve"> = 289); и это — 72 (АБ), 216 (</w:t>
      </w:r>
      <w:r>
        <w:rPr>
          <w:rFonts w:ascii="Georgia" w:hAnsi="Georgia" w:cs="Times New Roman"/>
          <w:b/>
          <w:i w:val="0"/>
          <w:color w:val="000000"/>
          <w:sz w:val="24"/>
          <w:rtl/>
          <w:szCs w:val="32"/>
        </w:rPr>
        <w:t>רי״ו</w:t>
      </w:r>
      <w:r>
        <w:rPr>
          <w:rFonts w:ascii="Georgia" w:hAnsi="Georgia"/>
          <w:b w:val="0"/>
          <w:i w:val="0"/>
          <w:color w:val="000000"/>
          <w:sz w:val="24"/>
        </w:rPr>
        <w:t xml:space="preserve"> = 216) и коллель, что в сумме составляет 289 (72 + 216 + 1 = 289). Имя, [образуемое] из слова </w:t>
      </w:r>
      <w:r>
        <w:rPr>
          <w:rFonts w:ascii="Georgia" w:hAnsi="Georgia"/>
          <w:b w:val="0"/>
          <w:i/>
          <w:color w:val="000000"/>
          <w:sz w:val="24"/>
        </w:rPr>
        <w:t>бе-невел</w:t>
      </w:r>
      <w:r>
        <w:rPr>
          <w:rFonts w:ascii="Georgia" w:hAnsi="Georgia"/>
          <w:b w:val="0"/>
          <w:i w:val="0"/>
          <w:color w:val="000000"/>
          <w:sz w:val="24"/>
        </w:rPr>
        <w:t xml:space="preserve"> (</w:t>
      </w:r>
      <w:r>
        <w:rPr>
          <w:rFonts w:ascii="Georgia" w:hAnsi="Georgia" w:cs="Times New Roman"/>
          <w:b/>
          <w:i w:val="0"/>
          <w:color w:val="000000"/>
          <w:sz w:val="24"/>
          <w:rtl/>
          <w:szCs w:val="32"/>
        </w:rPr>
        <w:t>בְּנֵבֶל</w:t>
      </w:r>
      <w:r>
        <w:rPr>
          <w:rFonts w:ascii="Georgia" w:hAnsi="Georgia"/>
          <w:b w:val="0"/>
          <w:i w:val="0"/>
          <w:color w:val="000000"/>
          <w:sz w:val="24"/>
        </w:rPr>
        <w:t>) путем подстановки «ат-баш» (</w:t>
      </w:r>
      <w:r>
        <w:rPr>
          <w:rFonts w:ascii="Georgia" w:hAnsi="Georgia" w:cs="Times New Roman"/>
          <w:b/>
          <w:i w:val="0"/>
          <w:color w:val="000000"/>
          <w:sz w:val="24"/>
          <w:rtl/>
          <w:szCs w:val="32"/>
        </w:rPr>
        <w:t>א״ת ב״ש</w:t>
      </w:r>
      <w:r>
        <w:rPr>
          <w:rFonts w:ascii="Georgia" w:hAnsi="Georgia"/>
          <w:b w:val="0"/>
          <w:i w:val="0"/>
          <w:color w:val="000000"/>
          <w:sz w:val="24"/>
        </w:rPr>
        <w:t xml:space="preserve">), — это имя </w:t>
      </w:r>
      <w:r>
        <w:rPr>
          <w:rFonts w:ascii="Georgia" w:hAnsi="Georgia"/>
          <w:b w:val="0"/>
          <w:i/>
          <w:color w:val="000000"/>
          <w:sz w:val="24"/>
        </w:rPr>
        <w:t>Сатасх</w:t>
      </w:r>
      <w:r>
        <w:rPr>
          <w:rFonts w:ascii="Georgia" w:hAnsi="Georgia"/>
          <w:b w:val="0"/>
          <w:i w:val="0"/>
          <w:color w:val="000000"/>
          <w:sz w:val="24"/>
        </w:rPr>
        <w:t xml:space="preserve"> (</w:t>
      </w:r>
      <w:r>
        <w:rPr>
          <w:rFonts w:ascii="Georgia" w:hAnsi="Georgia" w:cs="Times New Roman"/>
          <w:b/>
          <w:i w:val="0"/>
          <w:color w:val="000000"/>
          <w:sz w:val="24"/>
          <w:rtl/>
          <w:szCs w:val="32"/>
        </w:rPr>
        <w:t>שׂטַשְךְ</w:t>
      </w:r>
      <w:r>
        <w:rPr>
          <w:rFonts w:ascii="Georgia" w:hAnsi="Georgia"/>
          <w:b w:val="0"/>
          <w:i w:val="0"/>
          <w:color w:val="000000"/>
          <w:sz w:val="24"/>
        </w:rPr>
        <w:t xml:space="preserve">); и оно по гематрии равно десяти [Именам] АВАЯ с наполнением САГ (10 × 63 = 630 [с коллелем]) [Говорит Шмуэль, мир ему]. Огласовка [слов] </w:t>
      </w:r>
      <w:r>
        <w:rPr>
          <w:rFonts w:ascii="Georgia" w:hAnsi="Georgia"/>
          <w:b w:val="0"/>
          <w:i/>
          <w:color w:val="000000"/>
          <w:sz w:val="24"/>
        </w:rPr>
        <w:t>«Славьте Г-спода на кинноре, на арфе…»</w:t>
      </w:r>
      <w:r>
        <w:rPr>
          <w:rFonts w:ascii="Georgia" w:hAnsi="Georgia"/>
          <w:b w:val="0"/>
          <w:i w:val="0"/>
          <w:color w:val="000000"/>
          <w:sz w:val="24"/>
        </w:rPr>
        <w:t xml:space="preserve"> (</w:t>
      </w:r>
      <w:r>
        <w:rPr>
          <w:rFonts w:ascii="Georgia" w:hAnsi="Georgia" w:cs="Times New Roman"/>
          <w:b/>
          <w:i w:val="0"/>
          <w:color w:val="000000"/>
          <w:sz w:val="24"/>
          <w:rtl/>
          <w:szCs w:val="32"/>
        </w:rPr>
        <w:t>הודו לה׳ בכנור בנבל</w:t>
      </w:r>
      <w:r>
        <w:rPr>
          <w:rFonts w:ascii="Georgia" w:hAnsi="Georgia"/>
          <w:b w:val="0"/>
          <w:i w:val="0"/>
          <w:color w:val="000000"/>
          <w:sz w:val="24"/>
        </w:rPr>
        <w:t>):</w:t>
      </w:r>
    </w:p>
    <w:p>
      <w:pPr>
        <w:keepNext/>
        <w:spacing w:before="320" w:after="120"/>
      </w:pPr>
      <w:r>
        <w:rPr>
          <w:rFonts w:ascii="Georgia" w:hAnsi="Georgia"/>
          <w:b w:val="0"/>
          <w:i w:val="0"/>
          <w:color w:val="000000"/>
          <w:sz w:val="32"/>
        </w:rPr>
        <w:t>Ихуд 37</w:t>
      </w:r>
    </w:p>
    <w:p>
      <w:pPr>
        <w:spacing w:before="40" w:after="120"/>
        <w:jc w:val="both"/>
      </w:pPr>
      <w:r>
        <w:rPr>
          <w:rFonts w:ascii="Georgia" w:hAnsi="Georgia"/>
          <w:b w:val="0"/>
          <w:i w:val="0"/>
          <w:color w:val="000000"/>
          <w:sz w:val="24"/>
        </w:rPr>
        <w:t>К вышеупомянутому [единению (</w:t>
      </w:r>
      <w:r>
        <w:rPr>
          <w:rFonts w:ascii="Georgia" w:hAnsi="Georgia"/>
          <w:b w:val="0"/>
          <w:i/>
          <w:color w:val="000000"/>
          <w:sz w:val="24"/>
        </w:rPr>
        <w:t>ихуд</w:t>
      </w:r>
      <w:r>
        <w:rPr>
          <w:rFonts w:ascii="Georgia" w:hAnsi="Georgia"/>
          <w:b w:val="0"/>
          <w:i w:val="0"/>
          <w:color w:val="000000"/>
          <w:sz w:val="24"/>
        </w:rPr>
        <w:t xml:space="preserve">)]. Начальные буквы слов </w:t>
      </w:r>
      <w:r>
        <w:rPr>
          <w:rFonts w:ascii="Georgia" w:hAnsi="Georgia"/>
          <w:b w:val="0"/>
          <w:i/>
          <w:color w:val="000000"/>
          <w:sz w:val="24"/>
        </w:rPr>
        <w:t>«Псалом благодарения. Восклицайте...»</w:t>
      </w:r>
      <w:r>
        <w:rPr>
          <w:rFonts w:ascii="Georgia" w:hAnsi="Georgia"/>
          <w:b w:val="0"/>
          <w:i w:val="0"/>
          <w:color w:val="000000"/>
          <w:sz w:val="24"/>
        </w:rPr>
        <w:t xml:space="preserve"> (</w:t>
      </w:r>
      <w:r>
        <w:rPr>
          <w:rFonts w:ascii="Georgia" w:hAnsi="Georgia"/>
          <w:b w:val="0"/>
          <w:i/>
          <w:color w:val="000000"/>
          <w:sz w:val="24"/>
        </w:rPr>
        <w:t>мизмор</w:t>
      </w:r>
      <w:r>
        <w:rPr>
          <w:rFonts w:ascii="Georgia" w:hAnsi="Georgia"/>
          <w:b w:val="0"/>
          <w:i w:val="0"/>
          <w:color w:val="000000"/>
          <w:sz w:val="24"/>
        </w:rPr>
        <w:t xml:space="preserve">, </w:t>
      </w:r>
      <w:r>
        <w:rPr>
          <w:rFonts w:ascii="Georgia" w:hAnsi="Georgia"/>
          <w:b w:val="0"/>
          <w:i/>
          <w:color w:val="000000"/>
          <w:sz w:val="24"/>
        </w:rPr>
        <w:t>ле-тода</w:t>
      </w:r>
      <w:r>
        <w:rPr>
          <w:rFonts w:ascii="Georgia" w:hAnsi="Georgia"/>
          <w:b w:val="0"/>
          <w:i w:val="0"/>
          <w:color w:val="000000"/>
          <w:sz w:val="24"/>
        </w:rPr>
        <w:t xml:space="preserve">, </w:t>
      </w:r>
      <w:r>
        <w:rPr>
          <w:rFonts w:ascii="Georgia" w:hAnsi="Georgia"/>
          <w:b w:val="0"/>
          <w:i/>
          <w:color w:val="000000"/>
          <w:sz w:val="24"/>
        </w:rPr>
        <w:t>ариу</w:t>
      </w:r>
      <w:r>
        <w:rPr>
          <w:rFonts w:ascii="Georgia" w:hAnsi="Georgia"/>
          <w:b w:val="0"/>
          <w:i w:val="0"/>
          <w:color w:val="000000"/>
          <w:sz w:val="24"/>
        </w:rPr>
        <w:t>, Теилим 100:1):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 составляют 75 (</w:t>
      </w:r>
      <w:r>
        <w:rPr>
          <w:rFonts w:ascii="Georgia" w:hAnsi="Georgia" w:cs="Times New Roman"/>
          <w:b/>
          <w:i w:val="0"/>
          <w:color w:val="000000"/>
          <w:sz w:val="24"/>
          <w:rtl/>
          <w:szCs w:val="32"/>
        </w:rPr>
        <w:t>ע״ה</w:t>
      </w:r>
      <w:r>
        <w:rPr>
          <w:rFonts w:ascii="Georgia" w:hAnsi="Georgia"/>
          <w:b w:val="0"/>
          <w:i w:val="0"/>
          <w:color w:val="000000"/>
          <w:sz w:val="24"/>
        </w:rPr>
        <w:t>). Это три наполненных [Имени] ЭЛОКИМ — по 13, 13 и 13 [букв], и три наполненных [Имени] АВАЯ — по 10, 10 и 10 [букв]: получается 69 (</w:t>
      </w:r>
      <w:r>
        <w:rPr>
          <w:rFonts w:ascii="Georgia" w:hAnsi="Georgia" w:cs="Times New Roman"/>
          <w:b/>
          <w:i w:val="0"/>
          <w:color w:val="000000"/>
          <w:sz w:val="24"/>
          <w:rtl/>
          <w:szCs w:val="32"/>
        </w:rPr>
        <w:t>ס״ט</w:t>
      </w:r>
      <w:r>
        <w:rPr>
          <w:rFonts w:ascii="Georgia" w:hAnsi="Georgia"/>
          <w:b w:val="0"/>
          <w:i w:val="0"/>
          <w:color w:val="000000"/>
          <w:sz w:val="24"/>
        </w:rPr>
        <w:t xml:space="preserve">) букв, а вместе с шестью колелями для шести этих Имен — 75. Начальные буквы слов </w:t>
      </w:r>
      <w:r>
        <w:rPr>
          <w:rFonts w:ascii="Georgia" w:hAnsi="Georgia"/>
          <w:b w:val="0"/>
          <w:i/>
          <w:color w:val="000000"/>
          <w:sz w:val="24"/>
        </w:rPr>
        <w:t>«...Г-споду, вся земля!»</w:t>
      </w:r>
      <w:r>
        <w:rPr>
          <w:rFonts w:ascii="Georgia" w:hAnsi="Georgia"/>
          <w:b w:val="0"/>
          <w:i w:val="0"/>
          <w:color w:val="000000"/>
          <w:sz w:val="24"/>
        </w:rPr>
        <w:t xml:space="preserve"> (</w:t>
      </w:r>
      <w:r>
        <w:rPr>
          <w:rFonts w:ascii="Georgia" w:hAnsi="Georgia"/>
          <w:b w:val="0"/>
          <w:i/>
          <w:color w:val="000000"/>
          <w:sz w:val="24"/>
        </w:rPr>
        <w:t>Ла-АВАЯ</w:t>
      </w:r>
      <w:r>
        <w:rPr>
          <w:rFonts w:ascii="Georgia" w:hAnsi="Georgia"/>
          <w:b w:val="0"/>
          <w:i w:val="0"/>
          <w:color w:val="000000"/>
          <w:sz w:val="24"/>
        </w:rPr>
        <w:t xml:space="preserve">,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b w:val="0"/>
          <w:i/>
          <w:color w:val="000000"/>
          <w:sz w:val="24"/>
        </w:rPr>
        <w:t>а-арец</w:t>
      </w:r>
      <w:r>
        <w:rPr>
          <w:rFonts w:ascii="Georgia" w:hAnsi="Georgia"/>
          <w:b w:val="0"/>
          <w:i w:val="0"/>
          <w:color w:val="000000"/>
          <w:sz w:val="24"/>
        </w:rPr>
        <w:t>):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буква каф (</w:t>
      </w:r>
      <w:r>
        <w:rPr>
          <w:rFonts w:ascii="Georgia" w:hAnsi="Georgia" w:cs="Times New Roman"/>
          <w:b/>
          <w:i w:val="0"/>
          <w:color w:val="000000"/>
          <w:sz w:val="24"/>
          <w:rtl/>
          <w:szCs w:val="32"/>
        </w:rPr>
        <w:t>כ</w:t>
      </w:r>
      <w:r>
        <w:rPr>
          <w:rFonts w:ascii="Georgia" w:hAnsi="Georgia"/>
          <w:b w:val="0"/>
          <w:i w:val="0"/>
          <w:color w:val="000000"/>
          <w:sz w:val="24"/>
        </w:rPr>
        <w:t xml:space="preserve"> = 20)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 составляют 55 (</w:t>
      </w:r>
      <w:r>
        <w:rPr>
          <w:rFonts w:ascii="Georgia" w:hAnsi="Georgia" w:cs="Times New Roman"/>
          <w:b/>
          <w:i w:val="0"/>
          <w:color w:val="000000"/>
          <w:sz w:val="24"/>
          <w:rtl/>
          <w:szCs w:val="32"/>
        </w:rPr>
        <w:t>נ״ה</w:t>
      </w:r>
      <w:r>
        <w:rPr>
          <w:rFonts w:ascii="Georgia" w:hAnsi="Georgia"/>
          <w:b w:val="0"/>
          <w:i w:val="0"/>
          <w:color w:val="000000"/>
          <w:sz w:val="24"/>
        </w:rPr>
        <w:t>). Следует направить намерение притянуть [свет] от упомянутых 75, находящихся в горле, к Тиферет де-ЗА, представляющей собой [Имя] АВАЯ с наполнением МА (45), а вместе с десятью его буквами получается 55. Конечные буквы [первых трех] слов (</w:t>
      </w:r>
      <w:r>
        <w:rPr>
          <w:rFonts w:ascii="Georgia" w:hAnsi="Georgia"/>
          <w:b w:val="0"/>
          <w:i/>
          <w:color w:val="000000"/>
          <w:sz w:val="24"/>
        </w:rPr>
        <w:t>«Псалом благодарения. Восклицайте...»</w:t>
      </w:r>
      <w:r>
        <w:rPr>
          <w:rFonts w:ascii="Georgia" w:hAnsi="Georgia"/>
          <w:b w:val="0"/>
          <w:i w:val="0"/>
          <w:color w:val="000000"/>
          <w:sz w:val="24"/>
        </w:rPr>
        <w:t>): буква рэйш (</w:t>
      </w:r>
      <w:r>
        <w:rPr>
          <w:rFonts w:ascii="Georgia" w:hAnsi="Georgia" w:cs="Times New Roman"/>
          <w:b/>
          <w:i w:val="0"/>
          <w:color w:val="000000"/>
          <w:sz w:val="24"/>
          <w:rtl/>
          <w:szCs w:val="32"/>
        </w:rPr>
        <w:t>ר</w:t>
      </w:r>
      <w:r>
        <w:rPr>
          <w:rFonts w:ascii="Georgia" w:hAnsi="Georgia"/>
          <w:b w:val="0"/>
          <w:i w:val="0"/>
          <w:color w:val="000000"/>
          <w:sz w:val="24"/>
        </w:rPr>
        <w:t xml:space="preserve"> = 200) [в слове </w:t>
      </w:r>
      <w:r>
        <w:rPr>
          <w:rFonts w:ascii="Georgia" w:hAnsi="Georgia"/>
          <w:b w:val="0"/>
          <w:i/>
          <w:color w:val="000000"/>
          <w:sz w:val="24"/>
        </w:rPr>
        <w:t>мизмор</w:t>
      </w:r>
      <w:r>
        <w:rPr>
          <w:rFonts w:ascii="Georgia" w:hAnsi="Georgia"/>
          <w:b w:val="0"/>
          <w:i w:val="0"/>
          <w:color w:val="000000"/>
          <w:sz w:val="24"/>
        </w:rPr>
        <w:t>],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[в слове </w:t>
      </w:r>
      <w:r>
        <w:rPr>
          <w:rFonts w:ascii="Georgia" w:hAnsi="Georgia"/>
          <w:b w:val="0"/>
          <w:i/>
          <w:color w:val="000000"/>
          <w:sz w:val="24"/>
        </w:rPr>
        <w:t>ле-тода</w:t>
      </w:r>
      <w:r>
        <w:rPr>
          <w:rFonts w:ascii="Georgia" w:hAnsi="Georgia"/>
          <w:b w:val="0"/>
          <w:i w:val="0"/>
          <w:color w:val="000000"/>
          <w:sz w:val="24"/>
        </w:rPr>
        <w:t>] и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[в слове </w:t>
      </w:r>
      <w:r>
        <w:rPr>
          <w:rFonts w:ascii="Georgia" w:hAnsi="Georgia"/>
          <w:b w:val="0"/>
          <w:i/>
          <w:color w:val="000000"/>
          <w:sz w:val="24"/>
        </w:rPr>
        <w:t>ариу</w:t>
      </w:r>
      <w:r>
        <w:rPr>
          <w:rFonts w:ascii="Georgia" w:hAnsi="Georgia"/>
          <w:b w:val="0"/>
          <w:i w:val="0"/>
          <w:color w:val="000000"/>
          <w:sz w:val="24"/>
        </w:rPr>
        <w:t>] — составляют 211 (</w:t>
      </w:r>
      <w:r>
        <w:rPr>
          <w:rFonts w:ascii="Georgia" w:hAnsi="Georgia" w:cs="Times New Roman"/>
          <w:b/>
          <w:i w:val="0"/>
          <w:color w:val="000000"/>
          <w:sz w:val="24"/>
          <w:rtl/>
          <w:szCs w:val="32"/>
        </w:rPr>
        <w:t>יא״ר</w:t>
      </w:r>
      <w:r>
        <w:rPr>
          <w:rFonts w:ascii="Georgia" w:hAnsi="Georgia"/>
          <w:b w:val="0"/>
          <w:i w:val="0"/>
          <w:color w:val="000000"/>
          <w:sz w:val="24"/>
        </w:rPr>
        <w:t>). Это число равно сумме [полных написаний букв] алеф (</w:t>
      </w:r>
      <w:r>
        <w:rPr>
          <w:rFonts w:ascii="Georgia" w:hAnsi="Georgia" w:cs="Times New Roman"/>
          <w:b/>
          <w:i w:val="0"/>
          <w:color w:val="000000"/>
          <w:sz w:val="24"/>
          <w:rtl/>
          <w:szCs w:val="32"/>
        </w:rPr>
        <w:t>אל״ף</w:t>
      </w:r>
      <w:r>
        <w:rPr>
          <w:rFonts w:ascii="Georgia" w:hAnsi="Georgia"/>
          <w:b w:val="0"/>
          <w:i w:val="0"/>
          <w:color w:val="000000"/>
          <w:sz w:val="24"/>
        </w:rPr>
        <w:t xml:space="preserve"> = 111), ламэд (</w:t>
      </w:r>
      <w:r>
        <w:rPr>
          <w:rFonts w:ascii="Georgia" w:hAnsi="Georgia" w:cs="Times New Roman"/>
          <w:b/>
          <w:i w:val="0"/>
          <w:color w:val="000000"/>
          <w:sz w:val="24"/>
          <w:rtl/>
          <w:szCs w:val="32"/>
        </w:rPr>
        <w:t>למ״ד</w:t>
      </w:r>
      <w:r>
        <w:rPr>
          <w:rFonts w:ascii="Georgia" w:hAnsi="Georgia"/>
          <w:b w:val="0"/>
          <w:i w:val="0"/>
          <w:color w:val="000000"/>
          <w:sz w:val="24"/>
        </w:rPr>
        <w:t xml:space="preserve"> = 74) и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 26) [111 + 74 + 26 = 211]. Следует направить намерение притянуть его к Имени АДОНАЙ в свойстве обратной стороны (ахор). Слово </w:t>
      </w:r>
      <w:r>
        <w:rPr>
          <w:rFonts w:ascii="Georgia" w:hAnsi="Georgia"/>
          <w:b w:val="0"/>
          <w:i/>
          <w:color w:val="000000"/>
          <w:sz w:val="24"/>
        </w:rPr>
        <w:t>мизмор</w:t>
      </w:r>
      <w:r>
        <w:rPr>
          <w:rFonts w:ascii="Georgia" w:hAnsi="Georgia"/>
          <w:b w:val="0"/>
          <w:i w:val="0"/>
          <w:color w:val="000000"/>
          <w:sz w:val="24"/>
        </w:rPr>
        <w:t xml:space="preserve"> (</w:t>
      </w:r>
      <w:r>
        <w:rPr>
          <w:rFonts w:ascii="Georgia" w:hAnsi="Georgia" w:cs="Times New Roman"/>
          <w:b/>
          <w:i w:val="0"/>
          <w:color w:val="000000"/>
          <w:sz w:val="24"/>
          <w:rtl/>
          <w:szCs w:val="32"/>
        </w:rPr>
        <w:t>מִזְמוֹר</w:t>
      </w:r>
      <w:r>
        <w:rPr>
          <w:rFonts w:ascii="Georgia" w:hAnsi="Georgia"/>
          <w:b w:val="0"/>
          <w:i w:val="0"/>
          <w:color w:val="000000"/>
          <w:sz w:val="24"/>
        </w:rPr>
        <w:t>) по гематрии составляет 293 (</w:t>
      </w:r>
      <w:r>
        <w:rPr>
          <w:rFonts w:ascii="Georgia" w:hAnsi="Georgia" w:cs="Times New Roman"/>
          <w:b/>
          <w:i w:val="0"/>
          <w:color w:val="000000"/>
          <w:sz w:val="24"/>
          <w:rtl/>
          <w:szCs w:val="32"/>
        </w:rPr>
        <w:t>רצ״ג</w:t>
      </w:r>
      <w:r>
        <w:rPr>
          <w:rFonts w:ascii="Georgia" w:hAnsi="Georgia"/>
          <w:b w:val="0"/>
          <w:i w:val="0"/>
          <w:color w:val="000000"/>
          <w:sz w:val="24"/>
        </w:rPr>
        <w:t>). Это обратная сторона простого [Имени] ЭЛОКИМ, равная 200, и трижды [Имя] ЭЛЬ (</w:t>
      </w:r>
      <w:r>
        <w:rPr>
          <w:rFonts w:ascii="Georgia" w:hAnsi="Georgia" w:cs="Times New Roman"/>
          <w:b/>
          <w:i w:val="0"/>
          <w:color w:val="000000"/>
          <w:sz w:val="24"/>
          <w:rtl/>
          <w:szCs w:val="32"/>
        </w:rPr>
        <w:t>אֵל</w:t>
      </w:r>
      <w:r>
        <w:rPr>
          <w:rFonts w:ascii="Georgia" w:hAnsi="Georgia"/>
          <w:b w:val="0"/>
          <w:i w:val="0"/>
          <w:color w:val="000000"/>
          <w:sz w:val="24"/>
        </w:rPr>
        <w:t xml:space="preserve"> [по 31, то есть 3 × 31 = 93]), пребывающее в первом исправлении дикна де-Арих: [200 + 93] получается 293. Следует направить намерение притянуть упомянутые три [Имени] ЭЛЬ от Ариха к упомянутому [Имени] ЭЛОКИМ, то есть к ЗА. Слово </w:t>
      </w:r>
      <w:r>
        <w:rPr>
          <w:rFonts w:ascii="Georgia" w:hAnsi="Georgia"/>
          <w:b w:val="0"/>
          <w:i/>
          <w:color w:val="000000"/>
          <w:sz w:val="24"/>
        </w:rPr>
        <w:t>ле-тода</w:t>
      </w:r>
      <w:r>
        <w:rPr>
          <w:rFonts w:ascii="Georgia" w:hAnsi="Georgia"/>
          <w:b w:val="0"/>
          <w:i w:val="0"/>
          <w:color w:val="000000"/>
          <w:sz w:val="24"/>
        </w:rPr>
        <w:t xml:space="preserve"> (</w:t>
      </w:r>
      <w:r>
        <w:rPr>
          <w:rFonts w:ascii="Georgia" w:hAnsi="Georgia" w:cs="Times New Roman"/>
          <w:b/>
          <w:i w:val="0"/>
          <w:color w:val="000000"/>
          <w:sz w:val="24"/>
          <w:rtl/>
          <w:szCs w:val="32"/>
        </w:rPr>
        <w:t>לְתוֹדָה</w:t>
      </w:r>
      <w:r>
        <w:rPr>
          <w:rFonts w:ascii="Georgia" w:hAnsi="Georgia"/>
          <w:b w:val="0"/>
          <w:i w:val="0"/>
          <w:color w:val="000000"/>
          <w:sz w:val="24"/>
        </w:rPr>
        <w:t>) по гематрии составляет 445 (</w:t>
      </w:r>
      <w:r>
        <w:rPr>
          <w:rFonts w:ascii="Georgia" w:hAnsi="Georgia" w:cs="Times New Roman"/>
          <w:b/>
          <w:i w:val="0"/>
          <w:color w:val="000000"/>
          <w:sz w:val="24"/>
          <w:rtl/>
          <w:szCs w:val="32"/>
        </w:rPr>
        <w:t>תמ״ה</w:t>
      </w:r>
      <w:r>
        <w:rPr>
          <w:rFonts w:ascii="Georgia" w:hAnsi="Georgia"/>
          <w:b w:val="0"/>
          <w:i w:val="0"/>
          <w:color w:val="000000"/>
          <w:sz w:val="24"/>
        </w:rPr>
        <w:t xml:space="preserve">). [Здесь] следует притянуть четыре буквы алеф четырех Имен ЭЙЕ: двух с наполнением йод, одного с наполнением алеф и одного с наполнением хэй, как известно, чтобы сделать из них Кетер для Леи, как известно; и они [по гематрии полного написания буквы алеф — </w:t>
      </w:r>
      <w:r>
        <w:rPr>
          <w:rFonts w:ascii="Georgia" w:hAnsi="Georgia" w:cs="Times New Roman"/>
          <w:b/>
          <w:i w:val="0"/>
          <w:color w:val="000000"/>
          <w:sz w:val="24"/>
          <w:rtl/>
          <w:szCs w:val="32"/>
        </w:rPr>
        <w:t>אל״ף</w:t>
      </w:r>
      <w:r>
        <w:rPr>
          <w:rFonts w:ascii="Georgia" w:hAnsi="Georgia"/>
          <w:b w:val="0"/>
          <w:i w:val="0"/>
          <w:color w:val="000000"/>
          <w:sz w:val="24"/>
        </w:rPr>
        <w:t xml:space="preserve"> = 111, то есть 4 × 111 = 444] составляют 445 с колелем (</w:t>
      </w:r>
      <w:r>
        <w:rPr>
          <w:rFonts w:ascii="Georgia" w:hAnsi="Georgia" w:cs="Times New Roman"/>
          <w:b/>
          <w:i w:val="0"/>
          <w:color w:val="000000"/>
          <w:sz w:val="24"/>
          <w:rtl/>
          <w:szCs w:val="32"/>
        </w:rPr>
        <w:t>תמ״ה ע״ה</w:t>
      </w:r>
      <w:r>
        <w:rPr>
          <w:rFonts w:ascii="Georgia" w:hAnsi="Georgia"/>
          <w:b w:val="0"/>
          <w:i w:val="0"/>
          <w:color w:val="000000"/>
          <w:sz w:val="24"/>
        </w:rPr>
        <w:t xml:space="preserve">). Слово </w:t>
      </w:r>
      <w:r>
        <w:rPr>
          <w:rFonts w:ascii="Georgia" w:hAnsi="Georgia"/>
          <w:b w:val="0"/>
          <w:i/>
          <w:color w:val="000000"/>
          <w:sz w:val="24"/>
        </w:rPr>
        <w:t>ариу</w:t>
      </w:r>
      <w:r>
        <w:rPr>
          <w:rFonts w:ascii="Georgia" w:hAnsi="Georgia"/>
          <w:b w:val="0"/>
          <w:i w:val="0"/>
          <w:color w:val="000000"/>
          <w:sz w:val="24"/>
        </w:rPr>
        <w:t xml:space="preserve"> (</w:t>
      </w:r>
      <w:r>
        <w:rPr>
          <w:rFonts w:ascii="Georgia" w:hAnsi="Georgia" w:cs="Times New Roman"/>
          <w:b/>
          <w:i w:val="0"/>
          <w:color w:val="000000"/>
          <w:sz w:val="24"/>
          <w:rtl/>
          <w:szCs w:val="32"/>
        </w:rPr>
        <w:t>הָרִיעוּ</w:t>
      </w:r>
      <w:r>
        <w:rPr>
          <w:rFonts w:ascii="Georgia" w:hAnsi="Georgia"/>
          <w:b w:val="0"/>
          <w:i w:val="0"/>
          <w:color w:val="000000"/>
          <w:sz w:val="24"/>
        </w:rPr>
        <w:t>) по гематрии составляет 291 (</w:t>
      </w:r>
      <w:r>
        <w:rPr>
          <w:rFonts w:ascii="Georgia" w:hAnsi="Georgia" w:cs="Times New Roman"/>
          <w:b/>
          <w:i w:val="0"/>
          <w:color w:val="000000"/>
          <w:sz w:val="24"/>
          <w:rtl/>
          <w:szCs w:val="32"/>
        </w:rPr>
        <w:t>רצ״א</w:t>
      </w:r>
      <w:r>
        <w:rPr>
          <w:rFonts w:ascii="Georgia" w:hAnsi="Georgia"/>
          <w:b w:val="0"/>
          <w:i w:val="0"/>
          <w:color w:val="000000"/>
          <w:sz w:val="24"/>
        </w:rPr>
        <w:t>), и это [Имя] ЭЛОКИМ с наполнением алеф. Слово [«Г-споду»] (</w:t>
      </w:r>
      <w:r>
        <w:rPr>
          <w:rFonts w:ascii="Georgia" w:hAnsi="Georgia"/>
          <w:b w:val="0"/>
          <w:i/>
          <w:color w:val="000000"/>
          <w:sz w:val="24"/>
        </w:rPr>
        <w:t>Ла-АВАЯ</w:t>
      </w:r>
      <w:r>
        <w:rPr>
          <w:rFonts w:ascii="Georgia" w:hAnsi="Georgia"/>
          <w:b w:val="0"/>
          <w:i w:val="0"/>
          <w:color w:val="000000"/>
          <w:sz w:val="24"/>
        </w:rPr>
        <w:t xml:space="preserve">, </w:t>
      </w:r>
      <w:r>
        <w:rPr>
          <w:rFonts w:ascii="Georgia" w:hAnsi="Georgia" w:cs="Times New Roman"/>
          <w:b/>
          <w:i w:val="0"/>
          <w:color w:val="000000"/>
          <w:sz w:val="24"/>
          <w:rtl/>
          <w:szCs w:val="32"/>
        </w:rPr>
        <w:t>ליהוה</w:t>
      </w:r>
      <w:r>
        <w:rPr>
          <w:rFonts w:ascii="Georgia" w:hAnsi="Georgia"/>
          <w:b w:val="0"/>
          <w:i w:val="0"/>
          <w:color w:val="000000"/>
          <w:sz w:val="24"/>
        </w:rPr>
        <w:t>) [с предлогом ламэд: 30 + 26 = 56] по гематрии равно [сочетанию Имен] ЭЛЬ АВАЯ (</w:t>
      </w:r>
      <w:r>
        <w:rPr>
          <w:rFonts w:ascii="Georgia" w:hAnsi="Georgia" w:cs="Times New Roman"/>
          <w:b/>
          <w:i w:val="0"/>
          <w:color w:val="000000"/>
          <w:sz w:val="24"/>
          <w:rtl/>
          <w:szCs w:val="32"/>
        </w:rPr>
        <w:t>אֵל יהוה</w:t>
      </w:r>
      <w:r>
        <w:rPr>
          <w:rFonts w:ascii="Georgia" w:hAnsi="Georgia"/>
          <w:b w:val="0"/>
          <w:i w:val="0"/>
          <w:color w:val="000000"/>
          <w:sz w:val="24"/>
        </w:rPr>
        <w:t xml:space="preserve">) [31 + 26 = 57; и об этом] [говорит Шмуэль: с колелем]. Слова </w:t>
      </w:r>
      <w:r>
        <w:rPr>
          <w:rFonts w:ascii="Georgia" w:hAnsi="Georgia"/>
          <w:b w:val="0"/>
          <w:i/>
          <w:color w:val="000000"/>
          <w:sz w:val="24"/>
        </w:rPr>
        <w:t>коль а-арец</w:t>
      </w:r>
      <w:r>
        <w:rPr>
          <w:rFonts w:ascii="Georgia" w:hAnsi="Georgia"/>
          <w:b w:val="0"/>
          <w:i w:val="0"/>
          <w:color w:val="000000"/>
          <w:sz w:val="24"/>
        </w:rPr>
        <w:t xml:space="preserve"> (</w:t>
      </w:r>
      <w:r>
        <w:rPr>
          <w:rFonts w:ascii="Georgia" w:hAnsi="Georgia" w:cs="Times New Roman"/>
          <w:b/>
          <w:i w:val="0"/>
          <w:color w:val="000000"/>
          <w:sz w:val="24"/>
          <w:rtl/>
          <w:szCs w:val="32"/>
        </w:rPr>
        <w:t>כָּל הָאָרֶץ</w:t>
      </w:r>
      <w:r>
        <w:rPr>
          <w:rFonts w:ascii="Georgia" w:hAnsi="Georgia"/>
          <w:b w:val="0"/>
          <w:i w:val="0"/>
          <w:color w:val="000000"/>
          <w:sz w:val="24"/>
        </w:rPr>
        <w:t>, «вся земля») по гематрии составляют 346 (</w:t>
      </w:r>
      <w:r>
        <w:rPr>
          <w:rFonts w:ascii="Georgia" w:hAnsi="Georgia" w:cs="Times New Roman"/>
          <w:b/>
          <w:i w:val="0"/>
          <w:color w:val="000000"/>
          <w:sz w:val="24"/>
          <w:rtl/>
          <w:szCs w:val="32"/>
        </w:rPr>
        <w:t>שמ״ו</w:t>
      </w:r>
      <w:r>
        <w:rPr>
          <w:rFonts w:ascii="Georgia" w:hAnsi="Georgia"/>
          <w:b w:val="0"/>
          <w:i w:val="0"/>
          <w:color w:val="000000"/>
          <w:sz w:val="24"/>
        </w:rPr>
        <w:t>). Это обратная сторона [Имени] АВАЯ с наполнением йод, составляющая 184 (</w:t>
      </w:r>
      <w:r>
        <w:rPr>
          <w:rFonts w:ascii="Georgia" w:hAnsi="Georgia" w:cs="Times New Roman"/>
          <w:b/>
          <w:i w:val="0"/>
          <w:color w:val="000000"/>
          <w:sz w:val="24"/>
          <w:rtl/>
          <w:szCs w:val="32"/>
        </w:rPr>
        <w:t>קפ״ד</w:t>
      </w:r>
      <w:r>
        <w:rPr>
          <w:rFonts w:ascii="Georgia" w:hAnsi="Georgia"/>
          <w:b w:val="0"/>
          <w:i w:val="0"/>
          <w:color w:val="000000"/>
          <w:sz w:val="24"/>
        </w:rPr>
        <w:t>), и лицевая сторона [Имени] ЭЙЕ с наполнением йод — 161 (</w:t>
      </w:r>
      <w:r>
        <w:rPr>
          <w:rFonts w:ascii="Georgia" w:hAnsi="Georgia" w:cs="Times New Roman"/>
          <w:b/>
          <w:i w:val="0"/>
          <w:color w:val="000000"/>
          <w:sz w:val="24"/>
          <w:rtl/>
          <w:szCs w:val="32"/>
        </w:rPr>
        <w:t>קס״א</w:t>
      </w:r>
      <w:r>
        <w:rPr>
          <w:rFonts w:ascii="Georgia" w:hAnsi="Georgia"/>
          <w:b w:val="0"/>
          <w:i w:val="0"/>
          <w:color w:val="000000"/>
          <w:sz w:val="24"/>
        </w:rPr>
        <w:t xml:space="preserve">) [в сумме 184 + 161 = 345; и об этом] [говорит Шмуэль: с колелем]. Имя, [образующееся] из слова </w:t>
      </w:r>
      <w:r>
        <w:rPr>
          <w:rFonts w:ascii="Georgia" w:hAnsi="Georgia"/>
          <w:b w:val="0"/>
          <w:i/>
          <w:color w:val="000000"/>
          <w:sz w:val="24"/>
        </w:rPr>
        <w:t>коль</w:t>
      </w:r>
      <w:r>
        <w:rPr>
          <w:rFonts w:ascii="Georgia" w:hAnsi="Georgia"/>
          <w:b w:val="0"/>
          <w:i w:val="0"/>
          <w:color w:val="000000"/>
          <w:sz w:val="24"/>
        </w:rPr>
        <w:t xml:space="preserve"> в его полном написании, — </w:t>
      </w:r>
      <w:r>
        <w:rPr>
          <w:rFonts w:ascii="Georgia" w:hAnsi="Georgia"/>
          <w:b w:val="0"/>
          <w:i/>
          <w:color w:val="000000"/>
          <w:sz w:val="24"/>
        </w:rPr>
        <w:t>кифламадо</w:t>
      </w:r>
      <w:r>
        <w:rPr>
          <w:rFonts w:ascii="Georgia" w:hAnsi="Georgia"/>
          <w:b w:val="0"/>
          <w:i w:val="0"/>
          <w:color w:val="000000"/>
          <w:sz w:val="24"/>
        </w:rPr>
        <w:t xml:space="preserve"> (</w:t>
      </w:r>
      <w:r>
        <w:rPr>
          <w:rFonts w:ascii="Georgia" w:hAnsi="Georgia" w:cs="Times New Roman"/>
          <w:b/>
          <w:i w:val="0"/>
          <w:color w:val="000000"/>
          <w:sz w:val="24"/>
          <w:rtl/>
          <w:szCs w:val="32"/>
        </w:rPr>
        <w:t>כִפְלָמַדֳ</w:t>
      </w:r>
      <w:r>
        <w:rPr>
          <w:rFonts w:ascii="Georgia" w:hAnsi="Georgia"/>
          <w:b w:val="0"/>
          <w:i w:val="0"/>
          <w:color w:val="000000"/>
          <w:sz w:val="24"/>
        </w:rPr>
        <w:t>), и оно по гематрии составляет 174 (</w:t>
      </w:r>
      <w:r>
        <w:rPr>
          <w:rFonts w:ascii="Georgia" w:hAnsi="Georgia" w:cs="Times New Roman"/>
          <w:b/>
          <w:i w:val="0"/>
          <w:color w:val="000000"/>
          <w:sz w:val="24"/>
          <w:rtl/>
          <w:szCs w:val="32"/>
        </w:rPr>
        <w:t>קע״ד</w:t>
      </w:r>
      <w:r>
        <w:rPr>
          <w:rFonts w:ascii="Georgia" w:hAnsi="Georgia"/>
          <w:b w:val="0"/>
          <w:i w:val="0"/>
          <w:color w:val="000000"/>
          <w:sz w:val="24"/>
        </w:rPr>
        <w:t xml:space="preserve">), что соответствует числу двух [Имен] ЭЛОКИМ [2 × 86 = 172] и двух колелей [172 + 2 = 174]. Огласовка — из [стиха] </w:t>
      </w:r>
      <w:r>
        <w:rPr>
          <w:rFonts w:ascii="Georgia" w:hAnsi="Georgia"/>
          <w:b w:val="0"/>
          <w:i/>
          <w:color w:val="000000"/>
          <w:sz w:val="24"/>
        </w:rPr>
        <w:t>«Псалом благодарения. Восклицайте Г-споду, вся земля!»</w:t>
      </w:r>
      <w:r>
        <w:rPr>
          <w:rFonts w:ascii="Georgia" w:hAnsi="Georgia"/>
          <w:b w:val="0"/>
          <w:i w:val="0"/>
          <w:color w:val="000000"/>
          <w:sz w:val="24"/>
        </w:rPr>
        <w:t xml:space="preserve"> (Теилим 100:1):</w:t>
      </w:r>
    </w:p>
    <w:p>
      <w:pPr>
        <w:keepNext/>
        <w:spacing w:before="320" w:after="120"/>
      </w:pPr>
      <w:r>
        <w:rPr>
          <w:rFonts w:ascii="Georgia" w:hAnsi="Georgia"/>
          <w:b w:val="0"/>
          <w:i w:val="0"/>
          <w:color w:val="000000"/>
          <w:sz w:val="32"/>
        </w:rPr>
        <w:t>Ихуд 38</w:t>
      </w:r>
    </w:p>
    <w:p>
      <w:pPr>
        <w:spacing w:before="40" w:after="120"/>
        <w:jc w:val="both"/>
      </w:pPr>
      <w:r>
        <w:rPr>
          <w:rFonts w:ascii="Georgia" w:hAnsi="Georgia"/>
          <w:b w:val="0"/>
          <w:i w:val="0"/>
          <w:color w:val="000000"/>
          <w:sz w:val="24"/>
        </w:rPr>
        <w:t xml:space="preserve">К вышеупомянутому: </w:t>
      </w:r>
      <w:r>
        <w:rPr>
          <w:rFonts w:ascii="Georgia" w:hAnsi="Georgia"/>
          <w:b w:val="0"/>
          <w:i/>
          <w:color w:val="000000"/>
          <w:sz w:val="24"/>
        </w:rPr>
        <w:t>«Начало мудрости — страх перед Г-сподом…»</w:t>
      </w:r>
      <w:r>
        <w:rPr>
          <w:rFonts w:ascii="Georgia" w:hAnsi="Georgia"/>
          <w:b w:val="0"/>
          <w:i w:val="0"/>
          <w:color w:val="000000"/>
          <w:sz w:val="24"/>
        </w:rPr>
        <w:t xml:space="preserve"> (Теилим 111:10). Начальные буквы [этих слов] в гематрии составляют 228 (</w:t>
      </w:r>
      <w:r>
        <w:rPr>
          <w:rFonts w:ascii="Georgia" w:hAnsi="Georgia" w:cs="Times New Roman"/>
          <w:b/>
          <w:i w:val="0"/>
          <w:color w:val="000000"/>
          <w:sz w:val="24"/>
          <w:rtl/>
          <w:szCs w:val="32"/>
        </w:rPr>
        <w:t>רכ״ח</w:t>
      </w:r>
      <w:r>
        <w:rPr>
          <w:rFonts w:ascii="Georgia" w:hAnsi="Georgia"/>
          <w:b w:val="0"/>
          <w:i w:val="0"/>
          <w:color w:val="000000"/>
          <w:sz w:val="24"/>
        </w:rPr>
        <w:t>). Это три наполнения [Имен] АБ, САГ и МА, составляющие [соответственно] 46 (</w:t>
      </w:r>
      <w:r>
        <w:rPr>
          <w:rFonts w:ascii="Georgia" w:hAnsi="Georgia" w:cs="Times New Roman"/>
          <w:b/>
          <w:i w:val="0"/>
          <w:color w:val="000000"/>
          <w:sz w:val="24"/>
          <w:rtl/>
          <w:szCs w:val="32"/>
        </w:rPr>
        <w:t>מ״ו</w:t>
      </w:r>
      <w:r>
        <w:rPr>
          <w:rFonts w:ascii="Georgia" w:hAnsi="Georgia"/>
          <w:b w:val="0"/>
          <w:i w:val="0"/>
          <w:color w:val="000000"/>
          <w:sz w:val="24"/>
        </w:rPr>
        <w:t>), 37 (</w:t>
      </w:r>
      <w:r>
        <w:rPr>
          <w:rFonts w:ascii="Georgia" w:hAnsi="Georgia" w:cs="Times New Roman"/>
          <w:b/>
          <w:i w:val="0"/>
          <w:color w:val="000000"/>
          <w:sz w:val="24"/>
          <w:rtl/>
          <w:szCs w:val="32"/>
        </w:rPr>
        <w:t>ל״ז</w:t>
      </w:r>
      <w:r>
        <w:rPr>
          <w:rFonts w:ascii="Georgia" w:hAnsi="Georgia"/>
          <w:b w:val="0"/>
          <w:i w:val="0"/>
          <w:color w:val="000000"/>
          <w:sz w:val="24"/>
        </w:rPr>
        <w:t>) и 19 (</w:t>
      </w:r>
      <w:r>
        <w:rPr>
          <w:rFonts w:ascii="Georgia" w:hAnsi="Georgia" w:cs="Times New Roman"/>
          <w:b/>
          <w:i w:val="0"/>
          <w:color w:val="000000"/>
          <w:sz w:val="24"/>
          <w:rtl/>
          <w:szCs w:val="32"/>
        </w:rPr>
        <w:t>י״ט</w:t>
      </w:r>
      <w:r>
        <w:rPr>
          <w:rFonts w:ascii="Georgia" w:hAnsi="Georgia"/>
          <w:b w:val="0"/>
          <w:i w:val="0"/>
          <w:color w:val="000000"/>
          <w:sz w:val="24"/>
        </w:rPr>
        <w:t>), что в сумме дает 102 (</w:t>
      </w:r>
      <w:r>
        <w:rPr>
          <w:rFonts w:ascii="Georgia" w:hAnsi="Georgia" w:cs="Times New Roman"/>
          <w:b/>
          <w:i w:val="0"/>
          <w:color w:val="000000"/>
          <w:sz w:val="24"/>
          <w:rtl/>
          <w:szCs w:val="32"/>
        </w:rPr>
        <w:t>ק״ב</w:t>
      </w:r>
      <w:r>
        <w:rPr>
          <w:rFonts w:ascii="Georgia" w:hAnsi="Georgia"/>
          <w:b w:val="0"/>
          <w:i w:val="0"/>
          <w:color w:val="000000"/>
          <w:sz w:val="24"/>
        </w:rPr>
        <w:t>); а трижды по 42 буквы в трех их Именах АВАЯ составляют 126 (</w:t>
      </w:r>
      <w:r>
        <w:rPr>
          <w:rFonts w:ascii="Georgia" w:hAnsi="Georgia" w:cs="Times New Roman"/>
          <w:b/>
          <w:i w:val="0"/>
          <w:color w:val="000000"/>
          <w:sz w:val="24"/>
          <w:rtl/>
          <w:szCs w:val="32"/>
        </w:rPr>
        <w:t>קכ״ו</w:t>
      </w:r>
      <w:r>
        <w:rPr>
          <w:rFonts w:ascii="Georgia" w:hAnsi="Georgia"/>
          <w:b w:val="0"/>
          <w:i w:val="0"/>
          <w:color w:val="000000"/>
          <w:sz w:val="24"/>
        </w:rPr>
        <w:t>) — вот [вместе и получается] 228. Конечные же буквы [этих слов] составляют 810 (</w:t>
      </w:r>
      <w:r>
        <w:rPr>
          <w:rFonts w:ascii="Georgia" w:hAnsi="Georgia" w:cs="Times New Roman"/>
          <w:b/>
          <w:i w:val="0"/>
          <w:color w:val="000000"/>
          <w:sz w:val="24"/>
          <w:rtl/>
          <w:szCs w:val="32"/>
        </w:rPr>
        <w:t>תת״י</w:t>
      </w:r>
      <w:r>
        <w:rPr>
          <w:rFonts w:ascii="Georgia" w:hAnsi="Georgia"/>
          <w:b w:val="0"/>
          <w:i w:val="0"/>
          <w:color w:val="000000"/>
          <w:sz w:val="24"/>
        </w:rPr>
        <w:t>), что соответствует [Имени] ШАДАЙ, которое в своем полном наполнении составляет 814 (</w:t>
      </w:r>
      <w:r>
        <w:rPr>
          <w:rFonts w:ascii="Georgia" w:hAnsi="Georgia" w:cs="Times New Roman"/>
          <w:b/>
          <w:i w:val="0"/>
          <w:color w:val="000000"/>
          <w:sz w:val="24"/>
          <w:rtl/>
          <w:szCs w:val="32"/>
        </w:rPr>
        <w:t>תתי״ד</w:t>
      </w:r>
      <w:r>
        <w:rPr>
          <w:rFonts w:ascii="Georgia" w:hAnsi="Georgia"/>
          <w:b w:val="0"/>
          <w:i w:val="0"/>
          <w:color w:val="000000"/>
          <w:sz w:val="24"/>
        </w:rPr>
        <w:t xml:space="preserve">); и в Имени ШАДАЙ есть 4 лишних [единицы] — против трех букв Имени и общности Имени. И направь в этом намерение притянуть к Нукве де-ЗА свет разума (мохин) от ЗА через Есод, называемый ШАДАЙ; эти три мохин — три Имени АВАЯ: АБ, САГ и МА, на которые намекают начальные буквы, как сказано выше. Слово </w:t>
      </w:r>
      <w:r>
        <w:rPr>
          <w:rFonts w:ascii="Georgia" w:hAnsi="Georgia"/>
          <w:b w:val="0"/>
          <w:i/>
          <w:color w:val="000000"/>
          <w:sz w:val="24"/>
        </w:rPr>
        <w:t>решит</w:t>
      </w:r>
      <w:r>
        <w:rPr>
          <w:rFonts w:ascii="Georgia" w:hAnsi="Georgia"/>
          <w:b w:val="0"/>
          <w:i w:val="0"/>
          <w:color w:val="000000"/>
          <w:sz w:val="24"/>
        </w:rPr>
        <w:t xml:space="preserve"> — «начало» (</w:t>
      </w:r>
      <w:r>
        <w:rPr>
          <w:rFonts w:ascii="Georgia" w:hAnsi="Georgia" w:cs="Times New Roman"/>
          <w:b/>
          <w:i w:val="0"/>
          <w:color w:val="000000"/>
          <w:sz w:val="24"/>
          <w:rtl/>
          <w:szCs w:val="32"/>
        </w:rPr>
        <w:t>רֵאשִׁית</w:t>
      </w:r>
      <w:r>
        <w:rPr>
          <w:rFonts w:ascii="Georgia" w:hAnsi="Georgia"/>
          <w:b w:val="0"/>
          <w:i w:val="0"/>
          <w:color w:val="000000"/>
          <w:sz w:val="24"/>
        </w:rPr>
        <w:t xml:space="preserve">) в гематрии [равно слову] </w:t>
      </w:r>
      <w:r>
        <w:rPr>
          <w:rFonts w:ascii="Georgia" w:hAnsi="Georgia"/>
          <w:b w:val="0"/>
          <w:i/>
          <w:color w:val="000000"/>
          <w:sz w:val="24"/>
        </w:rPr>
        <w:t>шкоцит</w:t>
      </w:r>
      <w:r>
        <w:rPr>
          <w:rFonts w:ascii="Georgia" w:hAnsi="Georgia"/>
          <w:b w:val="0"/>
          <w:i w:val="0"/>
          <w:color w:val="000000"/>
          <w:sz w:val="24"/>
        </w:rPr>
        <w:t xml:space="preserve"> (</w:t>
      </w:r>
      <w:r>
        <w:rPr>
          <w:rFonts w:ascii="Georgia" w:hAnsi="Georgia" w:cs="Times New Roman"/>
          <w:b/>
          <w:i w:val="0"/>
          <w:color w:val="000000"/>
          <w:sz w:val="24"/>
          <w:rtl/>
          <w:szCs w:val="32"/>
        </w:rPr>
        <w:t>שקוצית</w:t>
      </w:r>
      <w:r>
        <w:rPr>
          <w:rFonts w:ascii="Georgia" w:hAnsi="Georgia"/>
          <w:b w:val="0"/>
          <w:i w:val="0"/>
          <w:color w:val="000000"/>
          <w:sz w:val="24"/>
        </w:rPr>
        <w:t xml:space="preserve">), и здесь есть 5 лишних [единиц]. [Говорит Шмуэль: мы можем сказать, что [это согласуется] с расчетом шести букв [слова] </w:t>
      </w:r>
      <w:r>
        <w:rPr>
          <w:rFonts w:ascii="Georgia" w:hAnsi="Georgia"/>
          <w:b w:val="0"/>
          <w:i/>
          <w:color w:val="000000"/>
          <w:sz w:val="24"/>
        </w:rPr>
        <w:t>шкицит</w:t>
      </w:r>
      <w:r>
        <w:rPr>
          <w:rFonts w:ascii="Georgia" w:hAnsi="Georgia"/>
          <w:b w:val="0"/>
          <w:i w:val="0"/>
          <w:color w:val="000000"/>
          <w:sz w:val="24"/>
        </w:rPr>
        <w:t xml:space="preserve"> (</w:t>
      </w:r>
      <w:r>
        <w:rPr>
          <w:rFonts w:ascii="Georgia" w:hAnsi="Georgia" w:cs="Times New Roman"/>
          <w:b/>
          <w:i w:val="0"/>
          <w:color w:val="000000"/>
          <w:sz w:val="24"/>
          <w:rtl/>
          <w:szCs w:val="32"/>
        </w:rPr>
        <w:t>שקיצי״ת</w:t>
      </w:r>
      <w:r>
        <w:rPr>
          <w:rFonts w:ascii="Georgia" w:hAnsi="Georgia"/>
          <w:b w:val="0"/>
          <w:i w:val="0"/>
          <w:color w:val="000000"/>
          <w:sz w:val="24"/>
        </w:rPr>
        <w:t xml:space="preserve">) и колеля]. Слово </w:t>
      </w:r>
      <w:r>
        <w:rPr>
          <w:rFonts w:ascii="Georgia" w:hAnsi="Georgia"/>
          <w:b w:val="0"/>
          <w:i/>
          <w:color w:val="000000"/>
          <w:sz w:val="24"/>
        </w:rPr>
        <w:t>хохма</w:t>
      </w:r>
      <w:r>
        <w:rPr>
          <w:rFonts w:ascii="Georgia" w:hAnsi="Georgia"/>
          <w:b w:val="0"/>
          <w:i w:val="0"/>
          <w:color w:val="000000"/>
          <w:sz w:val="24"/>
        </w:rPr>
        <w:t xml:space="preserve"> — «мудрость» (</w:t>
      </w:r>
      <w:r>
        <w:rPr>
          <w:rFonts w:ascii="Georgia" w:hAnsi="Georgia" w:cs="Times New Roman"/>
          <w:b/>
          <w:i w:val="0"/>
          <w:color w:val="000000"/>
          <w:sz w:val="24"/>
          <w:rtl/>
          <w:szCs w:val="32"/>
        </w:rPr>
        <w:t>חָכְמָה</w:t>
      </w:r>
      <w:r>
        <w:rPr>
          <w:rFonts w:ascii="Georgia" w:hAnsi="Georgia"/>
          <w:b w:val="0"/>
          <w:i w:val="0"/>
          <w:color w:val="000000"/>
          <w:sz w:val="24"/>
        </w:rPr>
        <w:t>) в гематрии составляет 73 (</w:t>
      </w:r>
      <w:r>
        <w:rPr>
          <w:rFonts w:ascii="Georgia" w:hAnsi="Georgia" w:cs="Times New Roman"/>
          <w:b/>
          <w:i w:val="0"/>
          <w:color w:val="000000"/>
          <w:sz w:val="24"/>
          <w:rtl/>
          <w:szCs w:val="32"/>
        </w:rPr>
        <w:t>ע״ג</w:t>
      </w:r>
      <w:r>
        <w:rPr>
          <w:rFonts w:ascii="Georgia" w:hAnsi="Georgia"/>
          <w:b w:val="0"/>
          <w:i w:val="0"/>
          <w:color w:val="000000"/>
          <w:sz w:val="24"/>
        </w:rPr>
        <w:t xml:space="preserve">), и это — [Имя] АВАЯ де-САГ с десятью его буквами: вот [и получается] 73. Слова </w:t>
      </w:r>
      <w:r>
        <w:rPr>
          <w:rFonts w:ascii="Georgia" w:hAnsi="Georgia"/>
          <w:b w:val="0"/>
          <w:i/>
          <w:color w:val="000000"/>
          <w:sz w:val="24"/>
        </w:rPr>
        <w:t>йират</w:t>
      </w:r>
      <w:r>
        <w:rPr>
          <w:rFonts w:ascii="Georgia" w:hAnsi="Georgia"/>
          <w:b w:val="0"/>
          <w:i w:val="0"/>
          <w:color w:val="000000"/>
          <w:sz w:val="24"/>
        </w:rPr>
        <w:t xml:space="preserve"> — «страх» (</w:t>
      </w:r>
      <w:r>
        <w:rPr>
          <w:rFonts w:ascii="Georgia" w:hAnsi="Georgia" w:cs="Times New Roman"/>
          <w:b/>
          <w:i w:val="0"/>
          <w:color w:val="000000"/>
          <w:sz w:val="24"/>
          <w:rtl/>
          <w:szCs w:val="32"/>
        </w:rPr>
        <w:t>יִרְאַת</w:t>
      </w:r>
      <w:r>
        <w:rPr>
          <w:rFonts w:ascii="Georgia" w:hAnsi="Georgia"/>
          <w:b w:val="0"/>
          <w:i w:val="0"/>
          <w:color w:val="000000"/>
          <w:sz w:val="24"/>
        </w:rPr>
        <w:t>) АВАЯ в гематрии составляют 637 (</w:t>
      </w:r>
      <w:r>
        <w:rPr>
          <w:rFonts w:ascii="Georgia" w:hAnsi="Georgia" w:cs="Times New Roman"/>
          <w:b/>
          <w:i w:val="0"/>
          <w:color w:val="000000"/>
          <w:sz w:val="24"/>
          <w:rtl/>
          <w:szCs w:val="32"/>
        </w:rPr>
        <w:t>תרל״ז</w:t>
      </w:r>
      <w:r>
        <w:rPr>
          <w:rFonts w:ascii="Georgia" w:hAnsi="Georgia"/>
          <w:b w:val="0"/>
          <w:i w:val="0"/>
          <w:color w:val="000000"/>
          <w:sz w:val="24"/>
        </w:rPr>
        <w:t>), и это — два [Имени] АВАЯ де-САГ. Если заменить их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они [примут вид] </w:t>
      </w:r>
      <w:r>
        <w:rPr>
          <w:rFonts w:ascii="Georgia" w:hAnsi="Georgia" w:cs="Times New Roman"/>
          <w:b/>
          <w:i w:val="0"/>
          <w:color w:val="000000"/>
          <w:sz w:val="24"/>
          <w:rtl/>
          <w:szCs w:val="32"/>
        </w:rPr>
        <w:t>מצפ״ץ מצפ״ץ</w:t>
      </w:r>
      <w:r>
        <w:rPr>
          <w:rFonts w:ascii="Georgia" w:hAnsi="Georgia"/>
          <w:b w:val="0"/>
          <w:i w:val="0"/>
          <w:color w:val="000000"/>
          <w:sz w:val="24"/>
        </w:rPr>
        <w:t>, что составляет 600 (</w:t>
      </w:r>
      <w:r>
        <w:rPr>
          <w:rFonts w:ascii="Georgia" w:hAnsi="Georgia" w:cs="Times New Roman"/>
          <w:b/>
          <w:i w:val="0"/>
          <w:color w:val="000000"/>
          <w:sz w:val="24"/>
          <w:rtl/>
          <w:szCs w:val="32"/>
        </w:rPr>
        <w:t>ת״ר</w:t>
      </w:r>
      <w:r>
        <w:rPr>
          <w:rFonts w:ascii="Georgia" w:hAnsi="Georgia"/>
          <w:b w:val="0"/>
          <w:i w:val="0"/>
          <w:color w:val="000000"/>
          <w:sz w:val="24"/>
        </w:rPr>
        <w:t xml:space="preserve">); остается 37, а это — число самого наполнения [Имени] САГ, так как оно указывает на то, что эти два Имени АВАЯ относятся к уровню САГ. Само же Имя [этого исправления происходит] из слова </w:t>
      </w:r>
      <w:r>
        <w:rPr>
          <w:rFonts w:ascii="Georgia" w:hAnsi="Georgia"/>
          <w:b w:val="0"/>
          <w:i/>
          <w:color w:val="000000"/>
          <w:sz w:val="24"/>
        </w:rPr>
        <w:t>йират</w:t>
      </w:r>
      <w:r>
        <w:rPr>
          <w:rFonts w:ascii="Georgia" w:hAnsi="Georgia"/>
          <w:b w:val="0"/>
          <w:i w:val="0"/>
          <w:color w:val="000000"/>
          <w:sz w:val="24"/>
        </w:rPr>
        <w:t xml:space="preserve"> заменой по [системе] атбаш: </w:t>
      </w:r>
      <w:r>
        <w:rPr>
          <w:rFonts w:ascii="Georgia" w:hAnsi="Georgia"/>
          <w:b w:val="0"/>
          <w:i/>
          <w:color w:val="000000"/>
          <w:sz w:val="24"/>
        </w:rPr>
        <w:t>Мегати</w:t>
      </w:r>
      <w:r>
        <w:rPr>
          <w:rFonts w:ascii="Georgia" w:hAnsi="Georgia"/>
          <w:b w:val="0"/>
          <w:i w:val="0"/>
          <w:color w:val="000000"/>
          <w:sz w:val="24"/>
        </w:rPr>
        <w:t xml:space="preserve"> (</w:t>
      </w:r>
      <w:r>
        <w:rPr>
          <w:rFonts w:ascii="Georgia" w:hAnsi="Georgia" w:cs="Times New Roman"/>
          <w:b/>
          <w:i w:val="0"/>
          <w:color w:val="000000"/>
          <w:sz w:val="24"/>
          <w:rtl/>
          <w:szCs w:val="32"/>
        </w:rPr>
        <w:t>מֵגָתִאְ</w:t>
      </w:r>
      <w:r>
        <w:rPr>
          <w:rFonts w:ascii="Georgia" w:hAnsi="Georgia"/>
          <w:b w:val="0"/>
          <w:i w:val="0"/>
          <w:color w:val="000000"/>
          <w:sz w:val="24"/>
        </w:rPr>
        <w:t>); и оно в гематрии составляет 444 (</w:t>
      </w:r>
      <w:r>
        <w:rPr>
          <w:rFonts w:ascii="Georgia" w:hAnsi="Georgia" w:cs="Times New Roman"/>
          <w:b/>
          <w:i w:val="0"/>
          <w:color w:val="000000"/>
          <w:sz w:val="24"/>
          <w:rtl/>
          <w:szCs w:val="32"/>
        </w:rPr>
        <w:t>מד״ת</w:t>
      </w:r>
      <w:r>
        <w:rPr>
          <w:rFonts w:ascii="Georgia" w:hAnsi="Georgia"/>
          <w:b w:val="0"/>
          <w:i w:val="0"/>
          <w:color w:val="000000"/>
          <w:sz w:val="24"/>
        </w:rPr>
        <w:t xml:space="preserve">), что соответствует четырем буквам алеф [в полном написании] четырех Имен ЭЙЕ, притягивающихся к Рахели от Леи, как известно. А огласовка [этого Имени берется] от начальных букв [слов] </w:t>
      </w:r>
      <w:r>
        <w:rPr>
          <w:rFonts w:ascii="Georgia" w:hAnsi="Georgia"/>
          <w:b w:val="0"/>
          <w:i/>
          <w:color w:val="000000"/>
          <w:sz w:val="24"/>
        </w:rPr>
        <w:t>«Начало мудрости — страх перед Г-сподом…»</w:t>
      </w:r>
      <w:r>
        <w:rPr>
          <w:rFonts w:ascii="Georgia" w:hAnsi="Georgia"/>
          <w:b w:val="0"/>
          <w:i w:val="0"/>
          <w:color w:val="000000"/>
          <w:sz w:val="24"/>
        </w:rPr>
        <w:t>.</w:t>
      </w:r>
    </w:p>
    <w:p>
      <w:pPr>
        <w:keepNext/>
        <w:spacing w:before="320" w:after="120"/>
      </w:pPr>
      <w:r>
        <w:rPr>
          <w:rFonts w:ascii="Georgia" w:hAnsi="Georgia"/>
          <w:b w:val="0"/>
          <w:i w:val="0"/>
          <w:color w:val="000000"/>
          <w:sz w:val="32"/>
        </w:rPr>
        <w:t>Ихуд 39</w:t>
      </w:r>
    </w:p>
    <w:p>
      <w:pPr>
        <w:spacing w:before="40" w:after="120"/>
        <w:jc w:val="both"/>
      </w:pPr>
      <w:r>
        <w:rPr>
          <w:rFonts w:ascii="Georgia" w:hAnsi="Georgia"/>
          <w:b w:val="0"/>
          <w:i w:val="0"/>
          <w:color w:val="000000"/>
          <w:sz w:val="24"/>
        </w:rPr>
        <w:t xml:space="preserve">К упомянутому выше [стиху]: </w:t>
      </w:r>
      <w:r>
        <w:rPr>
          <w:rFonts w:ascii="Georgia" w:hAnsi="Georgia"/>
          <w:b w:val="0"/>
          <w:i/>
          <w:color w:val="000000"/>
          <w:sz w:val="24"/>
        </w:rPr>
        <w:t>«Как велика благость Твоя…»</w:t>
      </w:r>
      <w:r>
        <w:rPr>
          <w:rFonts w:ascii="Georgia" w:hAnsi="Georgia"/>
          <w:b w:val="0"/>
          <w:i w:val="0"/>
          <w:color w:val="000000"/>
          <w:sz w:val="24"/>
        </w:rPr>
        <w:t xml:space="preserve"> (Теилим 31:20). Слово </w:t>
      </w:r>
      <w:r>
        <w:rPr>
          <w:rFonts w:ascii="Georgia" w:hAnsi="Georgia"/>
          <w:b w:val="0"/>
          <w:i/>
          <w:color w:val="000000"/>
          <w:sz w:val="24"/>
        </w:rPr>
        <w:t>ма</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xml:space="preserve">) — это АВАЯ де-МА с наполнением буквами алеф. Слово </w:t>
      </w:r>
      <w:r>
        <w:rPr>
          <w:rFonts w:ascii="Georgia" w:hAnsi="Georgia"/>
          <w:b w:val="0"/>
          <w:i/>
          <w:color w:val="000000"/>
          <w:sz w:val="24"/>
        </w:rPr>
        <w:t>рав</w:t>
      </w:r>
      <w:r>
        <w:rPr>
          <w:rFonts w:ascii="Georgia" w:hAnsi="Georgia"/>
          <w:b w:val="0"/>
          <w:i w:val="0"/>
          <w:color w:val="000000"/>
          <w:sz w:val="24"/>
        </w:rPr>
        <w:t xml:space="preserve"> (</w:t>
      </w:r>
      <w:r>
        <w:rPr>
          <w:rFonts w:ascii="Georgia" w:hAnsi="Georgia" w:cs="Times New Roman"/>
          <w:b/>
          <w:i w:val="0"/>
          <w:color w:val="000000"/>
          <w:sz w:val="24"/>
          <w:rtl/>
          <w:szCs w:val="32"/>
        </w:rPr>
        <w:t>רַב</w:t>
      </w:r>
      <w:r>
        <w:rPr>
          <w:rFonts w:ascii="Georgia" w:hAnsi="Georgia"/>
          <w:b w:val="0"/>
          <w:i w:val="0"/>
          <w:color w:val="000000"/>
          <w:sz w:val="24"/>
        </w:rPr>
        <w:t>) равно 72 (</w:t>
      </w:r>
      <w:r>
        <w:rPr>
          <w:rFonts w:ascii="Georgia" w:hAnsi="Georgia" w:cs="Times New Roman"/>
          <w:b/>
          <w:i w:val="0"/>
          <w:color w:val="000000"/>
          <w:sz w:val="24"/>
          <w:rtl/>
          <w:szCs w:val="32"/>
        </w:rPr>
        <w:t>ע״ב</w:t>
      </w:r>
      <w:r>
        <w:rPr>
          <w:rFonts w:ascii="Georgia" w:hAnsi="Georgia"/>
          <w:b w:val="0"/>
          <w:i w:val="0"/>
          <w:color w:val="000000"/>
          <w:sz w:val="24"/>
        </w:rPr>
        <w:t>) и 130 (</w:t>
      </w:r>
      <w:r>
        <w:rPr>
          <w:rFonts w:ascii="Georgia" w:hAnsi="Georgia" w:cs="Times New Roman"/>
          <w:b/>
          <w:i w:val="0"/>
          <w:color w:val="000000"/>
          <w:sz w:val="24"/>
          <w:rtl/>
          <w:szCs w:val="32"/>
        </w:rPr>
        <w:t>ק״ל</w:t>
      </w:r>
      <w:r>
        <w:rPr>
          <w:rFonts w:ascii="Georgia" w:hAnsi="Georgia"/>
          <w:b w:val="0"/>
          <w:i w:val="0"/>
          <w:color w:val="000000"/>
          <w:sz w:val="24"/>
        </w:rPr>
        <w:t xml:space="preserve">) [в раскрытиях] АВАЯ с наполнением буквами алеф. Слова </w:t>
      </w:r>
      <w:r>
        <w:rPr>
          <w:rFonts w:ascii="Georgia" w:hAnsi="Georgia"/>
          <w:b w:val="0"/>
          <w:i/>
          <w:color w:val="000000"/>
          <w:sz w:val="24"/>
        </w:rPr>
        <w:t>ма рав</w:t>
      </w:r>
      <w:r>
        <w:rPr>
          <w:rFonts w:ascii="Georgia" w:hAnsi="Georgia"/>
          <w:b w:val="0"/>
          <w:i w:val="0"/>
          <w:color w:val="000000"/>
          <w:sz w:val="24"/>
        </w:rPr>
        <w:t xml:space="preserve"> (</w:t>
      </w:r>
      <w:r>
        <w:rPr>
          <w:rFonts w:ascii="Georgia" w:hAnsi="Georgia" w:cs="Times New Roman"/>
          <w:b/>
          <w:i w:val="0"/>
          <w:color w:val="000000"/>
          <w:sz w:val="24"/>
          <w:rtl/>
          <w:szCs w:val="32"/>
        </w:rPr>
        <w:t>מָה רַב</w:t>
      </w:r>
      <w:r>
        <w:rPr>
          <w:rFonts w:ascii="Georgia" w:hAnsi="Georgia"/>
          <w:b w:val="0"/>
          <w:i w:val="0"/>
          <w:color w:val="000000"/>
          <w:sz w:val="24"/>
        </w:rPr>
        <w:t>) по гематрии равны 248 (</w:t>
      </w:r>
      <w:r>
        <w:rPr>
          <w:rFonts w:ascii="Georgia" w:hAnsi="Georgia" w:cs="Times New Roman"/>
          <w:b/>
          <w:i w:val="0"/>
          <w:color w:val="000000"/>
          <w:sz w:val="24"/>
          <w:rtl/>
          <w:szCs w:val="32"/>
        </w:rPr>
        <w:t>רמ״ח</w:t>
      </w:r>
      <w:r>
        <w:rPr>
          <w:rFonts w:ascii="Georgia" w:hAnsi="Georgia"/>
          <w:b w:val="0"/>
          <w:i w:val="0"/>
          <w:color w:val="000000"/>
          <w:sz w:val="24"/>
        </w:rPr>
        <w:t>) с колелем (</w:t>
      </w:r>
      <w:r>
        <w:rPr>
          <w:rFonts w:ascii="Georgia" w:hAnsi="Georgia" w:cs="Times New Roman"/>
          <w:b/>
          <w:i w:val="0"/>
          <w:color w:val="000000"/>
          <w:sz w:val="24"/>
          <w:rtl/>
          <w:szCs w:val="32"/>
        </w:rPr>
        <w:t>ע״ה</w:t>
      </w:r>
      <w:r>
        <w:rPr>
          <w:rFonts w:ascii="Georgia" w:hAnsi="Georgia"/>
          <w:b w:val="0"/>
          <w:i w:val="0"/>
          <w:color w:val="000000"/>
          <w:sz w:val="24"/>
        </w:rPr>
        <w:t xml:space="preserve"> = 1). И намерение (</w:t>
      </w:r>
      <w:r>
        <w:rPr>
          <w:rFonts w:ascii="Georgia" w:hAnsi="Georgia"/>
          <w:b w:val="0"/>
          <w:i/>
          <w:color w:val="000000"/>
          <w:sz w:val="24"/>
        </w:rPr>
        <w:t>кавана</w:t>
      </w:r>
      <w:r>
        <w:rPr>
          <w:rFonts w:ascii="Georgia" w:hAnsi="Georgia"/>
          <w:b w:val="0"/>
          <w:i w:val="0"/>
          <w:color w:val="000000"/>
          <w:sz w:val="24"/>
        </w:rPr>
        <w:t xml:space="preserve">) здесь в том, что посредством АВАЯ де-МА и ее [раскрытий] 72 и 130, упомянутых выше, которые по гематрии равны 248, создается одеяние, в которое облачаются праведники в Ган Эдене; и в этом одеянии есть 248 органов. Слово </w:t>
      </w:r>
      <w:r>
        <w:rPr>
          <w:rFonts w:ascii="Georgia" w:hAnsi="Georgia"/>
          <w:b w:val="0"/>
          <w:i/>
          <w:color w:val="000000"/>
          <w:sz w:val="24"/>
        </w:rPr>
        <w:t>тувха</w:t>
      </w:r>
      <w:r>
        <w:rPr>
          <w:rFonts w:ascii="Georgia" w:hAnsi="Georgia"/>
          <w:b w:val="0"/>
          <w:i w:val="0"/>
          <w:color w:val="000000"/>
          <w:sz w:val="24"/>
        </w:rPr>
        <w:t xml:space="preserve"> («благость Твоя», </w:t>
      </w:r>
      <w:r>
        <w:rPr>
          <w:rFonts w:ascii="Georgia" w:hAnsi="Georgia" w:cs="Times New Roman"/>
          <w:b/>
          <w:i w:val="0"/>
          <w:color w:val="000000"/>
          <w:sz w:val="24"/>
          <w:rtl/>
          <w:szCs w:val="32"/>
        </w:rPr>
        <w:t>טוּבְךָ</w:t>
      </w:r>
      <w:r>
        <w:rPr>
          <w:rFonts w:ascii="Georgia" w:hAnsi="Georgia"/>
          <w:b w:val="0"/>
          <w:i w:val="0"/>
          <w:color w:val="000000"/>
          <w:sz w:val="24"/>
        </w:rPr>
        <w:t>) равно 37 (</w:t>
      </w:r>
      <w:r>
        <w:rPr>
          <w:rFonts w:ascii="Georgia" w:hAnsi="Georgia" w:cs="Times New Roman"/>
          <w:b/>
          <w:i w:val="0"/>
          <w:color w:val="000000"/>
          <w:sz w:val="24"/>
          <w:rtl/>
          <w:szCs w:val="32"/>
        </w:rPr>
        <w:t>ל״ז</w:t>
      </w:r>
      <w:r>
        <w:rPr>
          <w:rFonts w:ascii="Georgia" w:hAnsi="Georgia"/>
          <w:b w:val="0"/>
          <w:i w:val="0"/>
          <w:color w:val="000000"/>
          <w:sz w:val="24"/>
        </w:rPr>
        <w:t>), что соответствует наполнению [имени] САГ (63). И это двенадцатое исправление в бороде АА — его святой рот (пэ), из которого выходит пар, по гематрии равный 37 (</w:t>
      </w:r>
      <w:r>
        <w:rPr>
          <w:rFonts w:ascii="Georgia" w:hAnsi="Georgia"/>
          <w:b w:val="0"/>
          <w:i/>
          <w:color w:val="000000"/>
          <w:sz w:val="24"/>
        </w:rPr>
        <w:t>хэвель</w:t>
      </w:r>
      <w:r>
        <w:rPr>
          <w:rFonts w:ascii="Georgia" w:hAnsi="Georgia"/>
          <w:b w:val="0"/>
          <w:i w:val="0"/>
          <w:color w:val="000000"/>
          <w:sz w:val="24"/>
        </w:rPr>
        <w:t xml:space="preserve">, </w:t>
      </w:r>
      <w:r>
        <w:rPr>
          <w:rFonts w:ascii="Georgia" w:hAnsi="Georgia" w:cs="Times New Roman"/>
          <w:b/>
          <w:i w:val="0"/>
          <w:color w:val="000000"/>
          <w:sz w:val="24"/>
          <w:rtl/>
          <w:szCs w:val="32"/>
        </w:rPr>
        <w:t>הֶבֶל</w:t>
      </w:r>
      <w:r>
        <w:rPr>
          <w:rFonts w:ascii="Georgia" w:hAnsi="Georgia"/>
          <w:b w:val="0"/>
          <w:i w:val="0"/>
          <w:color w:val="000000"/>
          <w:sz w:val="24"/>
        </w:rPr>
        <w:t xml:space="preserve"> = 37), называемый единым окружающим светом для всей общности ЗА. Ведь тебе уже известно, что у него есть один частный окружающий свет для каждого органа из его 248 органов, и еще есть у него окружающий свет для всей его общности [в целом], и еще есть у него третий окружающий свет, охватывающий его и Нукву вместе, и точно так же — во всех остальных десяти сфирот Ацилута. И надо всеми ними есть один общий окружающий свет для всех десяти сфирот Ацилута, которые разделяются на пять парцуфим: АА, Аба ве-Има и ЗОН. Вернемся к нашей теме: упомянутый пар — это тот [пар], о котором сказано в Идра Раба, что в него в будущем предстоит облачиться нашим праотцам, и он называется «наследием его отца и его матери», на что намекают слова [Писания]: </w:t>
      </w:r>
      <w:r>
        <w:rPr>
          <w:rFonts w:ascii="Georgia" w:hAnsi="Georgia"/>
          <w:b w:val="0"/>
          <w:i/>
          <w:color w:val="000000"/>
          <w:sz w:val="24"/>
        </w:rPr>
        <w:t>«...о чем Ты клялся отцам нашим с древних дней»</w:t>
      </w:r>
      <w:r>
        <w:rPr>
          <w:rFonts w:ascii="Georgia" w:hAnsi="Georgia"/>
          <w:b w:val="0"/>
          <w:i w:val="0"/>
          <w:color w:val="000000"/>
          <w:sz w:val="24"/>
        </w:rPr>
        <w:t xml:space="preserve"> (Миха 7:20) — [ведь под] «древними днями» (</w:t>
      </w:r>
      <w:r>
        <w:rPr>
          <w:rFonts w:ascii="Georgia" w:hAnsi="Georgia"/>
          <w:b w:val="0"/>
          <w:i/>
          <w:color w:val="000000"/>
          <w:sz w:val="24"/>
        </w:rPr>
        <w:t>йомин кадмаин</w:t>
      </w:r>
      <w:r>
        <w:rPr>
          <w:rFonts w:ascii="Georgia" w:hAnsi="Georgia"/>
          <w:b w:val="0"/>
          <w:i w:val="0"/>
          <w:color w:val="000000"/>
          <w:sz w:val="24"/>
        </w:rPr>
        <w:t xml:space="preserve">, </w:t>
      </w:r>
      <w:r>
        <w:rPr>
          <w:rFonts w:ascii="Georgia" w:hAnsi="Georgia" w:cs="Times New Roman"/>
          <w:b/>
          <w:i w:val="0"/>
          <w:color w:val="000000"/>
          <w:sz w:val="24"/>
          <w:rtl/>
          <w:szCs w:val="32"/>
        </w:rPr>
        <w:t>יוֹמִין קַדְמָאִין</w:t>
      </w:r>
      <w:r>
        <w:rPr>
          <w:rFonts w:ascii="Georgia" w:hAnsi="Georgia"/>
          <w:b w:val="0"/>
          <w:i w:val="0"/>
          <w:color w:val="000000"/>
          <w:sz w:val="24"/>
        </w:rPr>
        <w:t xml:space="preserve">) АА [подразумевается], что у них будет окружающий свет от пара изо рта. И об этом сказано в Писании: </w:t>
      </w:r>
      <w:r>
        <w:rPr>
          <w:rFonts w:ascii="Georgia" w:hAnsi="Georgia"/>
          <w:b w:val="0"/>
          <w:i/>
          <w:color w:val="000000"/>
          <w:sz w:val="24"/>
        </w:rPr>
        <w:t>«...которую Ты хранишь для боящихся Тебя...»</w:t>
      </w:r>
      <w:r>
        <w:rPr>
          <w:rFonts w:ascii="Georgia" w:hAnsi="Georgia"/>
          <w:b w:val="0"/>
          <w:i w:val="0"/>
          <w:color w:val="000000"/>
          <w:sz w:val="24"/>
        </w:rPr>
        <w:t xml:space="preserve"> (Теилим 31:20) — это упомянутые праотцы. И этот пар — уровень Моше, нашего учителя, который, как известно, был круговоротом Эвеля (</w:t>
      </w:r>
      <w:r>
        <w:rPr>
          <w:rFonts w:ascii="Georgia" w:hAnsi="Georgia"/>
          <w:b w:val="0"/>
          <w:i/>
          <w:color w:val="000000"/>
          <w:sz w:val="24"/>
        </w:rPr>
        <w:t>Хэвель</w:t>
      </w:r>
      <w:r>
        <w:rPr>
          <w:rFonts w:ascii="Georgia" w:hAnsi="Georgia"/>
          <w:b w:val="0"/>
          <w:i w:val="0"/>
          <w:color w:val="000000"/>
          <w:sz w:val="24"/>
        </w:rPr>
        <w:t xml:space="preserve">, </w:t>
      </w:r>
      <w:r>
        <w:rPr>
          <w:rFonts w:ascii="Georgia" w:hAnsi="Georgia" w:cs="Times New Roman"/>
          <w:b/>
          <w:i w:val="0"/>
          <w:color w:val="000000"/>
          <w:sz w:val="24"/>
          <w:rtl/>
          <w:szCs w:val="32"/>
        </w:rPr>
        <w:t>הֶבֶל</w:t>
      </w:r>
      <w:r>
        <w:rPr>
          <w:rFonts w:ascii="Georgia" w:hAnsi="Georgia"/>
          <w:b w:val="0"/>
          <w:i w:val="0"/>
          <w:color w:val="000000"/>
          <w:sz w:val="24"/>
        </w:rPr>
        <w:t xml:space="preserve">); и потому он удостоился того, что о нем сказано: </w:t>
      </w:r>
      <w:r>
        <w:rPr>
          <w:rFonts w:ascii="Georgia" w:hAnsi="Georgia"/>
          <w:b w:val="0"/>
          <w:i/>
          <w:color w:val="000000"/>
          <w:sz w:val="24"/>
        </w:rPr>
        <w:t>«Устами к устам говорю Я с ним…»</w:t>
      </w:r>
      <w:r>
        <w:rPr>
          <w:rFonts w:ascii="Georgia" w:hAnsi="Georgia"/>
          <w:b w:val="0"/>
          <w:i w:val="0"/>
          <w:color w:val="000000"/>
          <w:sz w:val="24"/>
        </w:rPr>
        <w:t xml:space="preserve"> (Бемидбар 12:8), ведь он постиг [уровень] вплоть до этого высшего рта, в отличие от праотцев, которые не постигли этого [при жизни, а удостоятся] лишь в грядущем, как сказано. И в этом исправлении — суть благословения «Слушающий молитву», то есть благословения «Слушающий молитву всяких уст». И потому сказано о Моше: </w:t>
      </w:r>
      <w:r>
        <w:rPr>
          <w:rFonts w:ascii="Georgia" w:hAnsi="Georgia"/>
          <w:b w:val="0"/>
          <w:i/>
          <w:color w:val="000000"/>
          <w:sz w:val="24"/>
        </w:rPr>
        <w:t>«Она открыла и увидела его…»</w:t>
      </w:r>
      <w:r>
        <w:rPr>
          <w:rFonts w:ascii="Georgia" w:hAnsi="Georgia"/>
          <w:b w:val="0"/>
          <w:i w:val="0"/>
          <w:color w:val="000000"/>
          <w:sz w:val="24"/>
        </w:rPr>
        <w:t xml:space="preserve"> (Шмот 2:6), ведь две буквы — хэй (</w:t>
      </w:r>
      <w:r>
        <w:rPr>
          <w:rFonts w:ascii="Georgia" w:hAnsi="Georgia" w:cs="Times New Roman"/>
          <w:b/>
          <w:i w:val="0"/>
          <w:color w:val="000000"/>
          <w:sz w:val="24"/>
          <w:rtl/>
          <w:szCs w:val="32"/>
        </w:rPr>
        <w:t>ה</w:t>
      </w:r>
      <w:r>
        <w:rPr>
          <w:rFonts w:ascii="Georgia" w:hAnsi="Georgia"/>
          <w:b w:val="0"/>
          <w:i w:val="0"/>
          <w:color w:val="000000"/>
          <w:sz w:val="24"/>
        </w:rPr>
        <w:t>) и вав (</w:t>
      </w:r>
      <w:r>
        <w:rPr>
          <w:rFonts w:ascii="Georgia" w:hAnsi="Georgia" w:cs="Times New Roman"/>
          <w:b/>
          <w:i w:val="0"/>
          <w:color w:val="000000"/>
          <w:sz w:val="24"/>
          <w:rtl/>
          <w:szCs w:val="32"/>
        </w:rPr>
        <w:t>ו</w:t>
      </w:r>
      <w:r>
        <w:rPr>
          <w:rFonts w:ascii="Georgia" w:hAnsi="Georgia"/>
          <w:b w:val="0"/>
          <w:i w:val="0"/>
          <w:color w:val="000000"/>
          <w:sz w:val="24"/>
        </w:rPr>
        <w:t xml:space="preserve">) — в наполнении буквами йод, вот так: </w:t>
      </w:r>
      <w:r>
        <w:rPr>
          <w:rFonts w:ascii="Georgia" w:hAnsi="Georgia" w:cs="Times New Roman"/>
          <w:b/>
          <w:i w:val="0"/>
          <w:color w:val="000000"/>
          <w:sz w:val="24"/>
          <w:rtl/>
          <w:szCs w:val="32"/>
        </w:rPr>
        <w:t>הי וי״ו</w:t>
      </w:r>
      <w:r>
        <w:rPr>
          <w:rFonts w:ascii="Georgia" w:hAnsi="Georgia"/>
          <w:b w:val="0"/>
          <w:i w:val="0"/>
          <w:color w:val="000000"/>
          <w:sz w:val="24"/>
        </w:rPr>
        <w:t xml:space="preserve">, по гематрии равны слову </w:t>
      </w:r>
      <w:r>
        <w:rPr>
          <w:rFonts w:ascii="Georgia" w:hAnsi="Georgia"/>
          <w:b w:val="0"/>
          <w:i/>
          <w:color w:val="000000"/>
          <w:sz w:val="24"/>
        </w:rPr>
        <w:t>хэвель</w:t>
      </w:r>
      <w:r>
        <w:rPr>
          <w:rFonts w:ascii="Georgia" w:hAnsi="Georgia"/>
          <w:b w:val="0"/>
          <w:i w:val="0"/>
          <w:color w:val="000000"/>
          <w:sz w:val="24"/>
        </w:rPr>
        <w:t xml:space="preserve"> («пар», </w:t>
      </w:r>
      <w:r>
        <w:rPr>
          <w:rFonts w:ascii="Georgia" w:hAnsi="Georgia" w:cs="Times New Roman"/>
          <w:b/>
          <w:i w:val="0"/>
          <w:color w:val="000000"/>
          <w:sz w:val="24"/>
          <w:rtl/>
          <w:szCs w:val="32"/>
        </w:rPr>
        <w:t>הֶבֶל</w:t>
      </w:r>
      <w:r>
        <w:rPr>
          <w:rFonts w:ascii="Georgia" w:hAnsi="Georgia"/>
          <w:b w:val="0"/>
          <w:i w:val="0"/>
          <w:color w:val="000000"/>
          <w:sz w:val="24"/>
        </w:rPr>
        <w:t xml:space="preserve"> = 37); и они — тайна 37 тысяч направлений, на которые распространяется этот пар, как упомянуто в Идра Раба; и это равно по гематрии слову </w:t>
      </w:r>
      <w:r>
        <w:rPr>
          <w:rFonts w:ascii="Georgia" w:hAnsi="Georgia"/>
          <w:b w:val="0"/>
          <w:i/>
          <w:color w:val="000000"/>
          <w:sz w:val="24"/>
        </w:rPr>
        <w:t>тувха</w:t>
      </w:r>
      <w:r>
        <w:rPr>
          <w:rFonts w:ascii="Georgia" w:hAnsi="Georgia"/>
          <w:b w:val="0"/>
          <w:i w:val="0"/>
          <w:color w:val="000000"/>
          <w:sz w:val="24"/>
        </w:rPr>
        <w:t xml:space="preserve"> («благость Твоя», </w:t>
      </w:r>
      <w:r>
        <w:rPr>
          <w:rFonts w:ascii="Georgia" w:hAnsi="Georgia" w:cs="Times New Roman"/>
          <w:b/>
          <w:i w:val="0"/>
          <w:color w:val="000000"/>
          <w:sz w:val="24"/>
          <w:rtl/>
          <w:szCs w:val="32"/>
        </w:rPr>
        <w:t>טוּבְךָ</w:t>
      </w:r>
      <w:r>
        <w:rPr>
          <w:rFonts w:ascii="Georgia" w:hAnsi="Georgia"/>
          <w:b w:val="0"/>
          <w:i w:val="0"/>
          <w:color w:val="000000"/>
          <w:sz w:val="24"/>
        </w:rPr>
        <w:t xml:space="preserve"> = 37).</w:t>
      </w:r>
    </w:p>
    <w:p>
      <w:pPr>
        <w:spacing w:before="40" w:after="120"/>
        <w:jc w:val="both"/>
      </w:pPr>
      <w:r>
        <w:rPr>
          <w:rFonts w:ascii="Georgia" w:hAnsi="Georgia"/>
          <w:b w:val="0"/>
          <w:i w:val="0"/>
          <w:color w:val="000000"/>
          <w:sz w:val="24"/>
        </w:rPr>
        <w:t xml:space="preserve">Поэтому сказано о Моше: </w:t>
      </w:r>
      <w:r>
        <w:rPr>
          <w:rFonts w:ascii="Georgia" w:hAnsi="Georgia"/>
          <w:b w:val="0"/>
          <w:i/>
          <w:color w:val="000000"/>
          <w:sz w:val="24"/>
        </w:rPr>
        <w:t>«...что он хорош»</w:t>
      </w:r>
      <w:r>
        <w:rPr>
          <w:rFonts w:ascii="Georgia" w:hAnsi="Georgia"/>
          <w:b w:val="0"/>
          <w:i w:val="0"/>
          <w:color w:val="000000"/>
          <w:sz w:val="24"/>
        </w:rPr>
        <w:t xml:space="preserve"> (Шмот 2:2); также сказано о нем: </w:t>
      </w:r>
      <w:r>
        <w:rPr>
          <w:rFonts w:ascii="Georgia" w:hAnsi="Georgia"/>
          <w:b w:val="0"/>
          <w:i/>
          <w:color w:val="000000"/>
          <w:sz w:val="24"/>
        </w:rPr>
        <w:t>«...и скрывала его [три месяца]»</w:t>
      </w:r>
      <w:r>
        <w:rPr>
          <w:rFonts w:ascii="Georgia" w:hAnsi="Georgia"/>
          <w:b w:val="0"/>
          <w:i w:val="0"/>
          <w:color w:val="000000"/>
          <w:sz w:val="24"/>
        </w:rPr>
        <w:t xml:space="preserve"> (Шмот 2:2) — в соответствии со сказанным здесь: </w:t>
      </w:r>
      <w:r>
        <w:rPr>
          <w:rFonts w:ascii="Georgia" w:hAnsi="Georgia"/>
          <w:b w:val="0"/>
          <w:i/>
          <w:color w:val="000000"/>
          <w:sz w:val="24"/>
        </w:rPr>
        <w:t>«...которую Ты хранишь для боящихся Тебя»</w:t>
      </w:r>
      <w:r>
        <w:rPr>
          <w:rFonts w:ascii="Georgia" w:hAnsi="Georgia"/>
          <w:b w:val="0"/>
          <w:i w:val="0"/>
          <w:color w:val="000000"/>
          <w:sz w:val="24"/>
        </w:rPr>
        <w:t xml:space="preserve"> (Теилим 31:20). Начальные буквы слов </w:t>
      </w:r>
      <w:r>
        <w:rPr>
          <w:rFonts w:ascii="Georgia" w:hAnsi="Georgia"/>
          <w:b w:val="0"/>
          <w:i/>
          <w:color w:val="000000"/>
          <w:sz w:val="24"/>
        </w:rPr>
        <w:t>ма рав тувха ашер</w:t>
      </w:r>
      <w:r>
        <w:rPr>
          <w:rFonts w:ascii="Georgia" w:hAnsi="Georgia"/>
          <w:b w:val="0"/>
          <w:i w:val="0"/>
          <w:color w:val="000000"/>
          <w:sz w:val="24"/>
        </w:rPr>
        <w:t xml:space="preserve"> —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буква рэйш (</w:t>
      </w:r>
      <w:r>
        <w:rPr>
          <w:rFonts w:ascii="Georgia" w:hAnsi="Georgia" w:cs="Times New Roman"/>
          <w:b/>
          <w:i w:val="0"/>
          <w:color w:val="000000"/>
          <w:sz w:val="24"/>
          <w:rtl/>
          <w:szCs w:val="32"/>
        </w:rPr>
        <w:t>ר</w:t>
      </w:r>
      <w:r>
        <w:rPr>
          <w:rFonts w:ascii="Georgia" w:hAnsi="Georgia"/>
          <w:b w:val="0"/>
          <w:i w:val="0"/>
          <w:color w:val="000000"/>
          <w:sz w:val="24"/>
        </w:rPr>
        <w:t xml:space="preserve"> = 200), буква тэт (</w:t>
      </w:r>
      <w:r>
        <w:rPr>
          <w:rFonts w:ascii="Georgia" w:hAnsi="Georgia" w:cs="Times New Roman"/>
          <w:b/>
          <w:i w:val="0"/>
          <w:color w:val="000000"/>
          <w:sz w:val="24"/>
          <w:rtl/>
          <w:szCs w:val="32"/>
        </w:rPr>
        <w:t>ט</w:t>
      </w:r>
      <w:r>
        <w:rPr>
          <w:rFonts w:ascii="Georgia" w:hAnsi="Georgia"/>
          <w:b w:val="0"/>
          <w:i w:val="0"/>
          <w:color w:val="000000"/>
          <w:sz w:val="24"/>
        </w:rPr>
        <w:t xml:space="preserve"> = 9) и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 образуют число 250 (</w:t>
      </w:r>
      <w:r>
        <w:rPr>
          <w:rFonts w:ascii="Georgia" w:hAnsi="Georgia" w:cs="Times New Roman"/>
          <w:b/>
          <w:i w:val="0"/>
          <w:color w:val="000000"/>
          <w:sz w:val="24"/>
          <w:rtl/>
          <w:szCs w:val="32"/>
        </w:rPr>
        <w:t>נ״ר</w:t>
      </w:r>
      <w:r>
        <w:rPr>
          <w:rFonts w:ascii="Georgia" w:hAnsi="Georgia"/>
          <w:b w:val="0"/>
          <w:i w:val="0"/>
          <w:color w:val="000000"/>
          <w:sz w:val="24"/>
        </w:rPr>
        <w:t>); и они равны по гематрии [трем сочетаниям]: АВАЯ и ЭЙЕ (</w:t>
      </w:r>
      <w:r>
        <w:rPr>
          <w:rFonts w:ascii="Georgia" w:hAnsi="Georgia" w:cs="Times New Roman"/>
          <w:b/>
          <w:i w:val="0"/>
          <w:color w:val="000000"/>
          <w:sz w:val="24"/>
          <w:rtl/>
          <w:szCs w:val="32"/>
        </w:rPr>
        <w:t>יהוה אהיה</w:t>
      </w:r>
      <w:r>
        <w:rPr>
          <w:rFonts w:ascii="Georgia" w:hAnsi="Georgia"/>
          <w:b w:val="0"/>
          <w:i w:val="0"/>
          <w:color w:val="000000"/>
          <w:sz w:val="24"/>
        </w:rPr>
        <w:t>), АВАЯ и ЭЛОКИМ (</w:t>
      </w:r>
      <w:r>
        <w:rPr>
          <w:rFonts w:ascii="Georgia" w:hAnsi="Georgia" w:cs="Times New Roman"/>
          <w:b/>
          <w:i w:val="0"/>
          <w:color w:val="000000"/>
          <w:sz w:val="24"/>
          <w:rtl/>
          <w:szCs w:val="32"/>
        </w:rPr>
        <w:t>יהוה אלהים</w:t>
      </w:r>
      <w:r>
        <w:rPr>
          <w:rFonts w:ascii="Georgia" w:hAnsi="Georgia"/>
          <w:b w:val="0"/>
          <w:i w:val="0"/>
          <w:color w:val="000000"/>
          <w:sz w:val="24"/>
        </w:rPr>
        <w:t>), АВАЯ и АДОНАЙ (</w:t>
      </w:r>
      <w:r>
        <w:rPr>
          <w:rFonts w:ascii="Georgia" w:hAnsi="Georgia" w:cs="Times New Roman"/>
          <w:b/>
          <w:i w:val="0"/>
          <w:color w:val="000000"/>
          <w:sz w:val="24"/>
          <w:rtl/>
          <w:szCs w:val="32"/>
        </w:rPr>
        <w:t>יהוה אדני</w:t>
      </w:r>
      <w:r>
        <w:rPr>
          <w:rFonts w:ascii="Georgia" w:hAnsi="Georgia"/>
          <w:b w:val="0"/>
          <w:i w:val="0"/>
          <w:color w:val="000000"/>
          <w:sz w:val="24"/>
        </w:rPr>
        <w:t xml:space="preserve">) — то есть ихудим (единения), совершаемые праведниками, благодаря которым они удостаиваются облачиться в одеяние упомянутого блага и пара. Начальные буквы слов </w:t>
      </w:r>
      <w:r>
        <w:rPr>
          <w:rFonts w:ascii="Georgia" w:hAnsi="Georgia"/>
          <w:b w:val="0"/>
          <w:i/>
          <w:color w:val="000000"/>
          <w:sz w:val="24"/>
        </w:rPr>
        <w:t>ашер цафанта ли-рейеха</w:t>
      </w:r>
      <w:r>
        <w:rPr>
          <w:rFonts w:ascii="Georgia" w:hAnsi="Georgia"/>
          <w:b w:val="0"/>
          <w:i w:val="0"/>
          <w:color w:val="000000"/>
          <w:sz w:val="24"/>
        </w:rPr>
        <w:t xml:space="preserve"> — буквы алеф (</w:t>
      </w:r>
      <w:r>
        <w:rPr>
          <w:rFonts w:ascii="Georgia" w:hAnsi="Georgia" w:cs="Times New Roman"/>
          <w:b/>
          <w:i w:val="0"/>
          <w:color w:val="000000"/>
          <w:sz w:val="24"/>
          <w:rtl/>
          <w:szCs w:val="32"/>
        </w:rPr>
        <w:t>א</w:t>
      </w:r>
      <w:r>
        <w:rPr>
          <w:rFonts w:ascii="Georgia" w:hAnsi="Georgia"/>
          <w:b w:val="0"/>
          <w:i w:val="0"/>
          <w:color w:val="000000"/>
          <w:sz w:val="24"/>
        </w:rPr>
        <w:t>), цади (</w:t>
      </w:r>
      <w:r>
        <w:rPr>
          <w:rFonts w:ascii="Georgia" w:hAnsi="Georgia" w:cs="Times New Roman"/>
          <w:b/>
          <w:i w:val="0"/>
          <w:color w:val="000000"/>
          <w:sz w:val="24"/>
          <w:rtl/>
          <w:szCs w:val="32"/>
        </w:rPr>
        <w:t>צ</w:t>
      </w:r>
      <w:r>
        <w:rPr>
          <w:rFonts w:ascii="Georgia" w:hAnsi="Georgia"/>
          <w:b w:val="0"/>
          <w:i w:val="0"/>
          <w:color w:val="000000"/>
          <w:sz w:val="24"/>
        </w:rPr>
        <w:t>) и ламэд (</w:t>
      </w:r>
      <w:r>
        <w:rPr>
          <w:rFonts w:ascii="Georgia" w:hAnsi="Georgia" w:cs="Times New Roman"/>
          <w:b/>
          <w:i w:val="0"/>
          <w:color w:val="000000"/>
          <w:sz w:val="24"/>
          <w:rtl/>
          <w:szCs w:val="32"/>
        </w:rPr>
        <w:t>ל</w:t>
      </w:r>
      <w:r>
        <w:rPr>
          <w:rFonts w:ascii="Georgia" w:hAnsi="Georgia"/>
          <w:b w:val="0"/>
          <w:i w:val="0"/>
          <w:color w:val="000000"/>
          <w:sz w:val="24"/>
        </w:rPr>
        <w:t xml:space="preserve">) — образуют слово </w:t>
      </w:r>
      <w:r>
        <w:rPr>
          <w:rFonts w:ascii="Georgia" w:hAnsi="Georgia"/>
          <w:b w:val="0"/>
          <w:i/>
          <w:color w:val="000000"/>
          <w:sz w:val="24"/>
        </w:rPr>
        <w:t>эцель</w:t>
      </w:r>
      <w:r>
        <w:rPr>
          <w:rFonts w:ascii="Georgia" w:hAnsi="Georgia"/>
          <w:b w:val="0"/>
          <w:i w:val="0"/>
          <w:color w:val="000000"/>
          <w:sz w:val="24"/>
        </w:rPr>
        <w:t xml:space="preserve"> (</w:t>
      </w:r>
      <w:r>
        <w:rPr>
          <w:rFonts w:ascii="Georgia" w:hAnsi="Georgia" w:cs="Times New Roman"/>
          <w:b/>
          <w:i w:val="0"/>
          <w:color w:val="000000"/>
          <w:sz w:val="24"/>
          <w:rtl/>
          <w:szCs w:val="32"/>
        </w:rPr>
        <w:t>אצל</w:t>
      </w:r>
      <w:r>
        <w:rPr>
          <w:rFonts w:ascii="Georgia" w:hAnsi="Georgia"/>
          <w:b w:val="0"/>
          <w:i w:val="0"/>
          <w:color w:val="000000"/>
          <w:sz w:val="24"/>
        </w:rPr>
        <w:t xml:space="preserve">). И об этом сказали наши мудрецы (ХАЗАЛЬ): «Между </w:t>
      </w:r>
      <w:r>
        <w:rPr>
          <w:rFonts w:ascii="Georgia" w:hAnsi="Georgia"/>
          <w:b w:val="0"/>
          <w:i/>
          <w:color w:val="000000"/>
          <w:sz w:val="24"/>
        </w:rPr>
        <w:t>эцель</w:t>
      </w:r>
      <w:r>
        <w:rPr>
          <w:rFonts w:ascii="Georgia" w:hAnsi="Georgia"/>
          <w:b w:val="0"/>
          <w:i w:val="0"/>
          <w:color w:val="000000"/>
          <w:sz w:val="24"/>
        </w:rPr>
        <w:t xml:space="preserve"> (</w:t>
      </w:r>
      <w:r>
        <w:rPr>
          <w:rFonts w:ascii="Georgia" w:hAnsi="Georgia" w:cs="Times New Roman"/>
          <w:b/>
          <w:i w:val="0"/>
          <w:color w:val="000000"/>
          <w:sz w:val="24"/>
          <w:rtl/>
          <w:szCs w:val="32"/>
        </w:rPr>
        <w:t>אְצְל</w:t>
      </w:r>
      <w:r>
        <w:rPr>
          <w:rFonts w:ascii="Georgia" w:hAnsi="Georgia"/>
          <w:b w:val="0"/>
          <w:i w:val="0"/>
          <w:color w:val="000000"/>
          <w:sz w:val="24"/>
        </w:rPr>
        <w:t xml:space="preserve">) и </w:t>
      </w:r>
      <w:r>
        <w:rPr>
          <w:rFonts w:ascii="Georgia" w:hAnsi="Georgia"/>
          <w:b w:val="0"/>
          <w:i/>
          <w:color w:val="000000"/>
          <w:sz w:val="24"/>
        </w:rPr>
        <w:t>ацаль</w:t>
      </w:r>
      <w:r>
        <w:rPr>
          <w:rFonts w:ascii="Georgia" w:hAnsi="Georgia"/>
          <w:b w:val="0"/>
          <w:i w:val="0"/>
          <w:color w:val="000000"/>
          <w:sz w:val="24"/>
        </w:rPr>
        <w:t xml:space="preserve"> (</w:t>
      </w:r>
      <w:r>
        <w:rPr>
          <w:rFonts w:ascii="Georgia" w:hAnsi="Georgia" w:cs="Times New Roman"/>
          <w:b/>
          <w:i w:val="0"/>
          <w:color w:val="000000"/>
          <w:sz w:val="24"/>
          <w:rtl/>
          <w:szCs w:val="32"/>
        </w:rPr>
        <w:t>אַצַל</w:t>
      </w:r>
      <w:r>
        <w:rPr>
          <w:rFonts w:ascii="Georgia" w:hAnsi="Georgia"/>
          <w:b w:val="0"/>
          <w:i w:val="0"/>
          <w:color w:val="000000"/>
          <w:sz w:val="24"/>
        </w:rPr>
        <w:t xml:space="preserve">) было двенадцать верблюдов толкований». То есть между первым словом </w:t>
      </w:r>
      <w:r>
        <w:rPr>
          <w:rFonts w:ascii="Georgia" w:hAnsi="Georgia"/>
          <w:b w:val="0"/>
          <w:i/>
          <w:color w:val="000000"/>
          <w:sz w:val="24"/>
        </w:rPr>
        <w:t>ацаль</w:t>
      </w:r>
      <w:r>
        <w:rPr>
          <w:rFonts w:ascii="Georgia" w:hAnsi="Georgia"/>
          <w:b w:val="0"/>
          <w:i w:val="0"/>
          <w:color w:val="000000"/>
          <w:sz w:val="24"/>
        </w:rPr>
        <w:t>, огласованным патахом (</w:t>
      </w:r>
      <w:r>
        <w:rPr>
          <w:rFonts w:ascii="Georgia" w:hAnsi="Georgia" w:cs="Times New Roman"/>
          <w:b/>
          <w:i w:val="0"/>
          <w:color w:val="000000"/>
          <w:sz w:val="24"/>
          <w:rtl/>
          <w:szCs w:val="32"/>
        </w:rPr>
        <w:t>אַצַל</w:t>
      </w:r>
      <w:r>
        <w:rPr>
          <w:rFonts w:ascii="Georgia" w:hAnsi="Georgia"/>
          <w:b w:val="0"/>
          <w:i w:val="0"/>
          <w:color w:val="000000"/>
          <w:sz w:val="24"/>
        </w:rPr>
        <w:t xml:space="preserve">), в значении прошедшего времени, и этим словом </w:t>
      </w:r>
      <w:r>
        <w:rPr>
          <w:rFonts w:ascii="Georgia" w:hAnsi="Georgia"/>
          <w:b w:val="0"/>
          <w:i/>
          <w:color w:val="000000"/>
          <w:sz w:val="24"/>
        </w:rPr>
        <w:t>эцель</w:t>
      </w:r>
      <w:r>
        <w:rPr>
          <w:rFonts w:ascii="Georgia" w:hAnsi="Georgia"/>
          <w:b w:val="0"/>
          <w:i w:val="0"/>
          <w:color w:val="000000"/>
          <w:sz w:val="24"/>
        </w:rPr>
        <w:t>, существующим ныне, которое огласовано огласовкой шва (</w:t>
      </w:r>
      <w:r>
        <w:rPr>
          <w:rFonts w:ascii="Georgia" w:hAnsi="Georgia" w:cs="Times New Roman"/>
          <w:b/>
          <w:i w:val="0"/>
          <w:color w:val="000000"/>
          <w:sz w:val="24"/>
          <w:rtl/>
          <w:szCs w:val="32"/>
        </w:rPr>
        <w:t>אְצְל</w:t>
      </w:r>
      <w:r>
        <w:rPr>
          <w:rFonts w:ascii="Georgia" w:hAnsi="Georgia"/>
          <w:b w:val="0"/>
          <w:i w:val="0"/>
          <w:color w:val="000000"/>
          <w:sz w:val="24"/>
        </w:rPr>
        <w:t xml:space="preserve">). Начальные буквы слов </w:t>
      </w:r>
      <w:r>
        <w:rPr>
          <w:rFonts w:ascii="Georgia" w:hAnsi="Georgia"/>
          <w:b w:val="0"/>
          <w:i/>
          <w:color w:val="000000"/>
          <w:sz w:val="24"/>
        </w:rPr>
        <w:t>цафанта ли-рейеха</w:t>
      </w:r>
      <w:r>
        <w:rPr>
          <w:rFonts w:ascii="Georgia" w:hAnsi="Georgia"/>
          <w:b w:val="0"/>
          <w:i w:val="0"/>
          <w:color w:val="000000"/>
          <w:sz w:val="24"/>
        </w:rPr>
        <w:t xml:space="preserve"> — буква цади (</w:t>
      </w:r>
      <w:r>
        <w:rPr>
          <w:rFonts w:ascii="Georgia" w:hAnsi="Georgia" w:cs="Times New Roman"/>
          <w:b/>
          <w:i w:val="0"/>
          <w:color w:val="000000"/>
          <w:sz w:val="24"/>
          <w:rtl/>
          <w:szCs w:val="32"/>
        </w:rPr>
        <w:t>צ</w:t>
      </w:r>
      <w:r>
        <w:rPr>
          <w:rFonts w:ascii="Georgia" w:hAnsi="Georgia"/>
          <w:b w:val="0"/>
          <w:i w:val="0"/>
          <w:color w:val="000000"/>
          <w:sz w:val="24"/>
        </w:rPr>
        <w:t xml:space="preserve"> = 90) и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 составляют 120 (</w:t>
      </w:r>
      <w:r>
        <w:rPr>
          <w:rFonts w:ascii="Georgia" w:hAnsi="Georgia" w:cs="Times New Roman"/>
          <w:b/>
          <w:i w:val="0"/>
          <w:color w:val="000000"/>
          <w:sz w:val="24"/>
          <w:rtl/>
          <w:szCs w:val="32"/>
        </w:rPr>
        <w:t>ק״ך</w:t>
      </w:r>
      <w:r>
        <w:rPr>
          <w:rFonts w:ascii="Georgia" w:hAnsi="Georgia"/>
          <w:b w:val="0"/>
          <w:i w:val="0"/>
          <w:color w:val="000000"/>
          <w:sz w:val="24"/>
        </w:rPr>
        <w:t xml:space="preserve">), [что указывает на] 120 перестановок Имени ЭЛОКИМ, число которых равно числу лет жизни Моше, нашего учителя; поэтому о нем сказано: </w:t>
      </w:r>
      <w:r>
        <w:rPr>
          <w:rFonts w:ascii="Georgia" w:hAnsi="Georgia"/>
          <w:b w:val="0"/>
          <w:i/>
          <w:color w:val="000000"/>
          <w:sz w:val="24"/>
        </w:rPr>
        <w:t>«Смотри, Я поставил тебя Б-гом фараону…»</w:t>
      </w:r>
      <w:r>
        <w:rPr>
          <w:rFonts w:ascii="Georgia" w:hAnsi="Georgia"/>
          <w:b w:val="0"/>
          <w:i w:val="0"/>
          <w:color w:val="000000"/>
          <w:sz w:val="24"/>
        </w:rPr>
        <w:t xml:space="preserve"> (Шмот 7:1). Начальные буквы слов </w:t>
      </w:r>
      <w:r>
        <w:rPr>
          <w:rFonts w:ascii="Georgia" w:hAnsi="Georgia"/>
          <w:b w:val="0"/>
          <w:i/>
          <w:color w:val="000000"/>
          <w:sz w:val="24"/>
        </w:rPr>
        <w:t>паальта ла-хосим бах</w:t>
      </w:r>
      <w:r>
        <w:rPr>
          <w:rFonts w:ascii="Georgia" w:hAnsi="Georgia"/>
          <w:b w:val="0"/>
          <w:i w:val="0"/>
          <w:color w:val="000000"/>
          <w:sz w:val="24"/>
        </w:rPr>
        <w:t xml:space="preserve"> — буква пэй (</w:t>
      </w:r>
      <w:r>
        <w:rPr>
          <w:rFonts w:ascii="Georgia" w:hAnsi="Georgia" w:cs="Times New Roman"/>
          <w:b/>
          <w:i w:val="0"/>
          <w:color w:val="000000"/>
          <w:sz w:val="24"/>
          <w:rtl/>
          <w:szCs w:val="32"/>
        </w:rPr>
        <w:t>פ</w:t>
      </w:r>
      <w:r>
        <w:rPr>
          <w:rFonts w:ascii="Georgia" w:hAnsi="Georgia"/>
          <w:b w:val="0"/>
          <w:i w:val="0"/>
          <w:color w:val="000000"/>
          <w:sz w:val="24"/>
        </w:rPr>
        <w:t xml:space="preserve"> = 80),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и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 по гематрии равны 112 (</w:t>
      </w:r>
      <w:r>
        <w:rPr>
          <w:rFonts w:ascii="Georgia" w:hAnsi="Georgia" w:cs="Times New Roman"/>
          <w:b/>
          <w:i w:val="0"/>
          <w:color w:val="000000"/>
          <w:sz w:val="24"/>
          <w:rtl/>
          <w:szCs w:val="32"/>
        </w:rPr>
        <w:t>יב״ק</w:t>
      </w:r>
      <w:r>
        <w:rPr>
          <w:rFonts w:ascii="Georgia" w:hAnsi="Georgia"/>
          <w:b w:val="0"/>
          <w:i w:val="0"/>
          <w:color w:val="000000"/>
          <w:sz w:val="24"/>
        </w:rPr>
        <w:t xml:space="preserve">). Начальные буквы слов </w:t>
      </w:r>
      <w:r>
        <w:rPr>
          <w:rFonts w:ascii="Georgia" w:hAnsi="Georgia"/>
          <w:b w:val="0"/>
          <w:i/>
          <w:color w:val="000000"/>
          <w:sz w:val="24"/>
        </w:rPr>
        <w:t>негед бней [адам]</w:t>
      </w:r>
      <w:r>
        <w:rPr>
          <w:rFonts w:ascii="Georgia" w:hAnsi="Georgia"/>
          <w:b w:val="0"/>
          <w:i w:val="0"/>
          <w:color w:val="000000"/>
          <w:sz w:val="24"/>
        </w:rPr>
        <w:t xml:space="preserve"> — буква нун (</w:t>
      </w:r>
      <w:r>
        <w:rPr>
          <w:rFonts w:ascii="Georgia" w:hAnsi="Georgia" w:cs="Times New Roman"/>
          <w:b/>
          <w:i w:val="0"/>
          <w:color w:val="000000"/>
          <w:sz w:val="24"/>
          <w:rtl/>
          <w:szCs w:val="32"/>
        </w:rPr>
        <w:t>נ</w:t>
      </w:r>
      <w:r>
        <w:rPr>
          <w:rFonts w:ascii="Georgia" w:hAnsi="Georgia"/>
          <w:b w:val="0"/>
          <w:i w:val="0"/>
          <w:color w:val="000000"/>
          <w:sz w:val="24"/>
        </w:rPr>
        <w:t xml:space="preserve"> = 50) и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 составляют 52 (</w:t>
      </w:r>
      <w:r>
        <w:rPr>
          <w:rFonts w:ascii="Georgia" w:hAnsi="Georgia" w:cs="Times New Roman"/>
          <w:b/>
          <w:i w:val="0"/>
          <w:color w:val="000000"/>
          <w:sz w:val="24"/>
          <w:rtl/>
          <w:szCs w:val="32"/>
        </w:rPr>
        <w:t>ב״ן</w:t>
      </w:r>
      <w:r>
        <w:rPr>
          <w:rFonts w:ascii="Georgia" w:hAnsi="Georgia"/>
          <w:b w:val="0"/>
          <w:i w:val="0"/>
          <w:color w:val="000000"/>
          <w:sz w:val="24"/>
        </w:rPr>
        <w:t>), что соответствует имени БОН (52) — Имени АВАЯ с наполнением буквами хэй.</w:t>
      </w:r>
    </w:p>
    <w:p>
      <w:pPr>
        <w:keepNext/>
        <w:spacing w:before="320" w:after="120"/>
      </w:pPr>
      <w:r>
        <w:rPr>
          <w:rFonts w:ascii="Georgia" w:hAnsi="Georgia"/>
          <w:b w:val="0"/>
          <w:i w:val="0"/>
          <w:color w:val="000000"/>
          <w:sz w:val="32"/>
        </w:rPr>
        <w:t>Ихуд 40</w:t>
      </w:r>
    </w:p>
    <w:p>
      <w:pPr>
        <w:spacing w:before="40" w:after="120"/>
        <w:jc w:val="both"/>
      </w:pPr>
      <w:r>
        <w:rPr>
          <w:rFonts w:ascii="Georgia" w:hAnsi="Georgia"/>
          <w:b w:val="0"/>
          <w:i w:val="0"/>
          <w:color w:val="000000"/>
          <w:sz w:val="24"/>
        </w:rPr>
        <w:t xml:space="preserve">К вышеупомянутому [стиху]: </w:t>
      </w:r>
      <w:r>
        <w:rPr>
          <w:rFonts w:ascii="Georgia" w:hAnsi="Georgia"/>
          <w:b w:val="0"/>
          <w:i/>
          <w:color w:val="000000"/>
          <w:sz w:val="24"/>
        </w:rPr>
        <w:t>«Молитва бедняка, когда он изнемогает…»</w:t>
      </w:r>
      <w:r>
        <w:rPr>
          <w:rFonts w:ascii="Georgia" w:hAnsi="Georgia"/>
          <w:b w:val="0"/>
          <w:i w:val="0"/>
          <w:color w:val="000000"/>
          <w:sz w:val="24"/>
        </w:rPr>
        <w:t xml:space="preserve"> (Теилим 102:1). Гематрия слова </w:t>
      </w:r>
      <w:r>
        <w:rPr>
          <w:rFonts w:ascii="Georgia" w:hAnsi="Georgia"/>
          <w:b w:val="0"/>
          <w:i/>
          <w:color w:val="000000"/>
          <w:sz w:val="24"/>
        </w:rPr>
        <w:t>тфила</w:t>
      </w:r>
      <w:r>
        <w:rPr>
          <w:rFonts w:ascii="Georgia" w:hAnsi="Georgia"/>
          <w:b w:val="0"/>
          <w:i w:val="0"/>
          <w:color w:val="000000"/>
          <w:sz w:val="24"/>
        </w:rPr>
        <w:t xml:space="preserve"> («молитва», </w:t>
      </w:r>
      <w:r>
        <w:rPr>
          <w:rFonts w:ascii="Georgia" w:hAnsi="Georgia" w:cs="Times New Roman"/>
          <w:b/>
          <w:i w:val="0"/>
          <w:color w:val="000000"/>
          <w:sz w:val="24"/>
          <w:rtl/>
          <w:szCs w:val="32"/>
        </w:rPr>
        <w:t>תְּפִלָּה</w:t>
      </w:r>
      <w:r>
        <w:rPr>
          <w:rFonts w:ascii="Georgia" w:hAnsi="Georgia"/>
          <w:b w:val="0"/>
          <w:i w:val="0"/>
          <w:color w:val="000000"/>
          <w:sz w:val="24"/>
        </w:rPr>
        <w:t>) — 515 (</w:t>
      </w:r>
      <w:r>
        <w:rPr>
          <w:rFonts w:ascii="Georgia" w:hAnsi="Georgia" w:cs="Times New Roman"/>
          <w:b/>
          <w:i w:val="0"/>
          <w:color w:val="000000"/>
          <w:sz w:val="24"/>
          <w:rtl/>
          <w:szCs w:val="32"/>
        </w:rPr>
        <w:t>תקי״ה</w:t>
      </w:r>
      <w:r>
        <w:rPr>
          <w:rFonts w:ascii="Georgia" w:hAnsi="Georgia"/>
          <w:b w:val="0"/>
          <w:i w:val="0"/>
          <w:color w:val="000000"/>
          <w:sz w:val="24"/>
        </w:rPr>
        <w:t>). При этом наполнение ахораим Имени ЭЙЕ с наполнением йод равно 500 (</w:t>
      </w:r>
      <w:r>
        <w:rPr>
          <w:rFonts w:ascii="Georgia" w:hAnsi="Georgia" w:cs="Times New Roman"/>
          <w:b/>
          <w:i w:val="0"/>
          <w:color w:val="000000"/>
          <w:sz w:val="24"/>
          <w:rtl/>
          <w:szCs w:val="32"/>
        </w:rPr>
        <w:t>ת״ק</w:t>
      </w:r>
      <w:r>
        <w:rPr>
          <w:rFonts w:ascii="Georgia" w:hAnsi="Georgia"/>
          <w:b w:val="0"/>
          <w:i w:val="0"/>
          <w:color w:val="000000"/>
          <w:sz w:val="24"/>
        </w:rPr>
        <w:t>), что вместе с самим Именем ЙА (</w:t>
      </w:r>
      <w:r>
        <w:rPr>
          <w:rFonts w:ascii="Georgia" w:hAnsi="Georgia" w:cs="Times New Roman"/>
          <w:b/>
          <w:i w:val="0"/>
          <w:color w:val="000000"/>
          <w:sz w:val="24"/>
          <w:rtl/>
          <w:szCs w:val="32"/>
        </w:rPr>
        <w:t>י״ה</w:t>
      </w:r>
      <w:r>
        <w:rPr>
          <w:rFonts w:ascii="Georgia" w:hAnsi="Georgia"/>
          <w:b w:val="0"/>
          <w:i w:val="0"/>
          <w:color w:val="000000"/>
          <w:sz w:val="24"/>
        </w:rPr>
        <w:t xml:space="preserve"> [= 15]) составляет 515. Гематрия слова </w:t>
      </w:r>
      <w:r>
        <w:rPr>
          <w:rFonts w:ascii="Georgia" w:hAnsi="Georgia"/>
          <w:b w:val="0"/>
          <w:i/>
          <w:color w:val="000000"/>
          <w:sz w:val="24"/>
        </w:rPr>
        <w:t>ле-ани</w:t>
      </w:r>
      <w:r>
        <w:rPr>
          <w:rFonts w:ascii="Georgia" w:hAnsi="Georgia"/>
          <w:b w:val="0"/>
          <w:i w:val="0"/>
          <w:color w:val="000000"/>
          <w:sz w:val="24"/>
        </w:rPr>
        <w:t xml:space="preserve"> («бедняку», </w:t>
      </w:r>
      <w:r>
        <w:rPr>
          <w:rFonts w:ascii="Georgia" w:hAnsi="Georgia" w:cs="Times New Roman"/>
          <w:b/>
          <w:i w:val="0"/>
          <w:color w:val="000000"/>
          <w:sz w:val="24"/>
          <w:rtl/>
          <w:szCs w:val="32"/>
        </w:rPr>
        <w:t>לְעָנִי</w:t>
      </w:r>
      <w:r>
        <w:rPr>
          <w:rFonts w:ascii="Georgia" w:hAnsi="Georgia"/>
          <w:b w:val="0"/>
          <w:i w:val="0"/>
          <w:color w:val="000000"/>
          <w:sz w:val="24"/>
        </w:rPr>
        <w:t>) — 160 (</w:t>
      </w:r>
      <w:r>
        <w:rPr>
          <w:rFonts w:ascii="Georgia" w:hAnsi="Georgia" w:cs="Times New Roman"/>
          <w:b/>
          <w:i w:val="0"/>
          <w:color w:val="000000"/>
          <w:sz w:val="24"/>
          <w:rtl/>
          <w:szCs w:val="32"/>
        </w:rPr>
        <w:t>ק״ס</w:t>
      </w:r>
      <w:r>
        <w:rPr>
          <w:rFonts w:ascii="Georgia" w:hAnsi="Georgia"/>
          <w:b w:val="0"/>
          <w:i w:val="0"/>
          <w:color w:val="000000"/>
          <w:sz w:val="24"/>
        </w:rPr>
        <w:t xml:space="preserve">), и это лицевая сторона (паним) Имени ЭЙЕ с наполнением йод, тогда как </w:t>
      </w:r>
      <w:r>
        <w:rPr>
          <w:rFonts w:ascii="Georgia" w:hAnsi="Georgia"/>
          <w:b w:val="0"/>
          <w:i/>
          <w:color w:val="000000"/>
          <w:sz w:val="24"/>
        </w:rPr>
        <w:t>тфила</w:t>
      </w:r>
      <w:r>
        <w:rPr>
          <w:rFonts w:ascii="Georgia" w:hAnsi="Georgia"/>
          <w:b w:val="0"/>
          <w:i w:val="0"/>
          <w:color w:val="000000"/>
          <w:sz w:val="24"/>
        </w:rPr>
        <w:t xml:space="preserve"> — это его оборотная сторона (ахораим), как сказано выше. Слова </w:t>
      </w:r>
      <w:r>
        <w:rPr>
          <w:rFonts w:ascii="Georgia" w:hAnsi="Georgia"/>
          <w:b w:val="0"/>
          <w:i/>
          <w:color w:val="000000"/>
          <w:sz w:val="24"/>
        </w:rPr>
        <w:t>ки яатоф</w:t>
      </w:r>
      <w:r>
        <w:rPr>
          <w:rFonts w:ascii="Georgia" w:hAnsi="Georgia"/>
          <w:b w:val="0"/>
          <w:i w:val="0"/>
          <w:color w:val="000000"/>
          <w:sz w:val="24"/>
        </w:rPr>
        <w:t xml:space="preserve"> («когда он изнемогает», </w:t>
      </w:r>
      <w:r>
        <w:rPr>
          <w:rFonts w:ascii="Georgia" w:hAnsi="Georgia" w:cs="Times New Roman"/>
          <w:b/>
          <w:i w:val="0"/>
          <w:color w:val="000000"/>
          <w:sz w:val="24"/>
          <w:rtl/>
          <w:szCs w:val="32"/>
        </w:rPr>
        <w:t>כִּי יַעֲטוֹף</w:t>
      </w:r>
      <w:r>
        <w:rPr>
          <w:rFonts w:ascii="Georgia" w:hAnsi="Georgia"/>
          <w:b w:val="0"/>
          <w:i w:val="0"/>
          <w:color w:val="000000"/>
          <w:sz w:val="24"/>
        </w:rPr>
        <w:t xml:space="preserve">) в гематрии равны [слову] </w:t>
      </w:r>
      <w:r>
        <w:rPr>
          <w:rFonts w:ascii="Georgia" w:hAnsi="Georgia"/>
          <w:b w:val="0"/>
          <w:i/>
          <w:color w:val="000000"/>
          <w:sz w:val="24"/>
        </w:rPr>
        <w:t>цдака</w:t>
      </w:r>
      <w:r>
        <w:rPr>
          <w:rFonts w:ascii="Georgia" w:hAnsi="Georgia"/>
          <w:b w:val="0"/>
          <w:i w:val="0"/>
          <w:color w:val="000000"/>
          <w:sz w:val="24"/>
        </w:rPr>
        <w:t xml:space="preserve"> («милосердие», </w:t>
      </w:r>
      <w:r>
        <w:rPr>
          <w:rFonts w:ascii="Georgia" w:hAnsi="Georgia" w:cs="Times New Roman"/>
          <w:b/>
          <w:i w:val="0"/>
          <w:color w:val="000000"/>
          <w:sz w:val="24"/>
          <w:rtl/>
          <w:szCs w:val="32"/>
        </w:rPr>
        <w:t>צְדָקָה</w:t>
      </w:r>
      <w:r>
        <w:rPr>
          <w:rFonts w:ascii="Georgia" w:hAnsi="Georgia"/>
          <w:b w:val="0"/>
          <w:i w:val="0"/>
          <w:color w:val="000000"/>
          <w:sz w:val="24"/>
        </w:rPr>
        <w:t xml:space="preserve"> [вместе с шестью буквами самого выражения: 199 + 6 = 205]); а именно: 184 (</w:t>
      </w:r>
      <w:r>
        <w:rPr>
          <w:rFonts w:ascii="Georgia" w:hAnsi="Georgia" w:cs="Times New Roman"/>
          <w:b/>
          <w:i w:val="0"/>
          <w:color w:val="000000"/>
          <w:sz w:val="24"/>
          <w:rtl/>
          <w:szCs w:val="32"/>
        </w:rPr>
        <w:t>קפ״ד</w:t>
      </w:r>
      <w:r>
        <w:rPr>
          <w:rFonts w:ascii="Georgia" w:hAnsi="Georgia"/>
          <w:b w:val="0"/>
          <w:i w:val="0"/>
          <w:color w:val="000000"/>
          <w:sz w:val="24"/>
        </w:rPr>
        <w:t xml:space="preserve">) — ахораим Имени АВАЯ с наполнением йод (АБ), десять букв наполнения, четыре простые буквы АВАЯ и колель [184 + 10 + 4 + 1 = 199]. Гематрия слова </w:t>
      </w:r>
      <w:r>
        <w:rPr>
          <w:rFonts w:ascii="Georgia" w:hAnsi="Georgia"/>
          <w:b w:val="0"/>
          <w:i/>
          <w:color w:val="000000"/>
          <w:sz w:val="24"/>
        </w:rPr>
        <w:t>у-лифней</w:t>
      </w:r>
      <w:r>
        <w:rPr>
          <w:rFonts w:ascii="Georgia" w:hAnsi="Georgia"/>
          <w:b w:val="0"/>
          <w:i w:val="0"/>
          <w:color w:val="000000"/>
          <w:sz w:val="24"/>
        </w:rPr>
        <w:t xml:space="preserve"> («и пред», </w:t>
      </w:r>
      <w:r>
        <w:rPr>
          <w:rFonts w:ascii="Georgia" w:hAnsi="Georgia" w:cs="Times New Roman"/>
          <w:b/>
          <w:i w:val="0"/>
          <w:color w:val="000000"/>
          <w:sz w:val="24"/>
          <w:rtl/>
          <w:szCs w:val="32"/>
        </w:rPr>
        <w:t>וְלִפְנֵי</w:t>
      </w:r>
      <w:r>
        <w:rPr>
          <w:rFonts w:ascii="Georgia" w:hAnsi="Georgia"/>
          <w:b w:val="0"/>
          <w:i w:val="0"/>
          <w:color w:val="000000"/>
          <w:sz w:val="24"/>
        </w:rPr>
        <w:t>) — 176 (</w:t>
      </w:r>
      <w:r>
        <w:rPr>
          <w:rFonts w:ascii="Georgia" w:hAnsi="Georgia" w:cs="Times New Roman"/>
          <w:b/>
          <w:i w:val="0"/>
          <w:color w:val="000000"/>
          <w:sz w:val="24"/>
          <w:rtl/>
          <w:szCs w:val="32"/>
        </w:rPr>
        <w:t>קע״ו</w:t>
      </w:r>
      <w:r>
        <w:rPr>
          <w:rFonts w:ascii="Georgia" w:hAnsi="Georgia"/>
          <w:b w:val="0"/>
          <w:i w:val="0"/>
          <w:color w:val="000000"/>
          <w:sz w:val="24"/>
        </w:rPr>
        <w:t>); это ахораим Имени АВАЯ де-САГ — 166 (</w:t>
      </w:r>
      <w:r>
        <w:rPr>
          <w:rFonts w:ascii="Georgia" w:hAnsi="Georgia" w:cs="Times New Roman"/>
          <w:b/>
          <w:i w:val="0"/>
          <w:color w:val="000000"/>
          <w:sz w:val="24"/>
          <w:rtl/>
          <w:szCs w:val="32"/>
        </w:rPr>
        <w:t>קס״ו</w:t>
      </w:r>
      <w:r>
        <w:rPr>
          <w:rFonts w:ascii="Georgia" w:hAnsi="Georgia"/>
          <w:b w:val="0"/>
          <w:i w:val="0"/>
          <w:color w:val="000000"/>
          <w:sz w:val="24"/>
        </w:rPr>
        <w:t>), и десять букв наполнения [166 + 10 = 176]. Слова АВАЯ (</w:t>
      </w:r>
      <w:r>
        <w:rPr>
          <w:rFonts w:ascii="Georgia" w:hAnsi="Georgia" w:cs="Times New Roman"/>
          <w:b/>
          <w:i w:val="0"/>
          <w:color w:val="000000"/>
          <w:sz w:val="24"/>
          <w:rtl/>
          <w:szCs w:val="32"/>
        </w:rPr>
        <w:t>יהוה</w:t>
      </w:r>
      <w:r>
        <w:rPr>
          <w:rFonts w:ascii="Georgia" w:hAnsi="Georgia"/>
          <w:b w:val="0"/>
          <w:i w:val="0"/>
          <w:color w:val="000000"/>
          <w:sz w:val="24"/>
        </w:rPr>
        <w:t xml:space="preserve">) и </w:t>
      </w:r>
      <w:r>
        <w:rPr>
          <w:rFonts w:ascii="Georgia" w:hAnsi="Georgia"/>
          <w:b w:val="0"/>
          <w:i/>
          <w:color w:val="000000"/>
          <w:sz w:val="24"/>
        </w:rPr>
        <w:t>йишпох</w:t>
      </w:r>
      <w:r>
        <w:rPr>
          <w:rFonts w:ascii="Georgia" w:hAnsi="Georgia"/>
          <w:b w:val="0"/>
          <w:i w:val="0"/>
          <w:color w:val="000000"/>
          <w:sz w:val="24"/>
        </w:rPr>
        <w:t xml:space="preserve"> («изливает», </w:t>
      </w:r>
      <w:r>
        <w:rPr>
          <w:rFonts w:ascii="Georgia" w:hAnsi="Georgia" w:cs="Times New Roman"/>
          <w:b/>
          <w:i w:val="0"/>
          <w:color w:val="000000"/>
          <w:sz w:val="24"/>
          <w:rtl/>
          <w:szCs w:val="32"/>
        </w:rPr>
        <w:t>יִשְׁפוֹךְ</w:t>
      </w:r>
      <w:r>
        <w:rPr>
          <w:rFonts w:ascii="Georgia" w:hAnsi="Georgia"/>
          <w:b w:val="0"/>
          <w:i w:val="0"/>
          <w:color w:val="000000"/>
          <w:sz w:val="24"/>
        </w:rPr>
        <w:t>) в гематрии составляют 436 (</w:t>
      </w:r>
      <w:r>
        <w:rPr>
          <w:rFonts w:ascii="Georgia" w:hAnsi="Georgia" w:cs="Times New Roman"/>
          <w:b/>
          <w:i w:val="0"/>
          <w:color w:val="000000"/>
          <w:sz w:val="24"/>
          <w:rtl/>
          <w:szCs w:val="32"/>
        </w:rPr>
        <w:t>תל״ו</w:t>
      </w:r>
      <w:r>
        <w:rPr>
          <w:rFonts w:ascii="Georgia" w:hAnsi="Georgia"/>
          <w:b w:val="0"/>
          <w:i w:val="0"/>
          <w:color w:val="000000"/>
          <w:sz w:val="24"/>
        </w:rPr>
        <w:t>), что равно двум разам по 216 (</w:t>
      </w:r>
      <w:r>
        <w:rPr>
          <w:rFonts w:ascii="Georgia" w:hAnsi="Georgia" w:cs="Times New Roman"/>
          <w:b/>
          <w:i w:val="0"/>
          <w:color w:val="000000"/>
          <w:sz w:val="24"/>
          <w:rtl/>
          <w:szCs w:val="32"/>
        </w:rPr>
        <w:t>רי״ו</w:t>
      </w:r>
      <w:r>
        <w:rPr>
          <w:rFonts w:ascii="Georgia" w:hAnsi="Georgia"/>
          <w:b w:val="0"/>
          <w:i w:val="0"/>
          <w:color w:val="000000"/>
          <w:sz w:val="24"/>
        </w:rPr>
        <w:t xml:space="preserve"> [2 × 216 = 432]), и это равно [числу слова] </w:t>
      </w:r>
      <w:r>
        <w:rPr>
          <w:rFonts w:ascii="Georgia" w:hAnsi="Georgia"/>
          <w:b w:val="0"/>
          <w:i/>
          <w:color w:val="000000"/>
          <w:sz w:val="24"/>
        </w:rPr>
        <w:t>тевель</w:t>
      </w:r>
      <w:r>
        <w:rPr>
          <w:rFonts w:ascii="Georgia" w:hAnsi="Georgia"/>
          <w:b w:val="0"/>
          <w:i w:val="0"/>
          <w:color w:val="000000"/>
          <w:sz w:val="24"/>
        </w:rPr>
        <w:t xml:space="preserve"> («вселенная», </w:t>
      </w:r>
      <w:r>
        <w:rPr>
          <w:rFonts w:ascii="Georgia" w:hAnsi="Georgia" w:cs="Times New Roman"/>
          <w:b/>
          <w:i w:val="0"/>
          <w:color w:val="000000"/>
          <w:sz w:val="24"/>
          <w:rtl/>
          <w:szCs w:val="32"/>
        </w:rPr>
        <w:t>תֵּבֵל</w:t>
      </w:r>
      <w:r>
        <w:rPr>
          <w:rFonts w:ascii="Georgia" w:hAnsi="Georgia"/>
          <w:b w:val="0"/>
          <w:i w:val="0"/>
          <w:color w:val="000000"/>
          <w:sz w:val="24"/>
        </w:rPr>
        <w:t xml:space="preserve"> [= 432]) плюс четыре коронки (тирим) от корня Имени АВАЯ [432 + 4 = 436]. Слово </w:t>
      </w:r>
      <w:r>
        <w:rPr>
          <w:rFonts w:ascii="Georgia" w:hAnsi="Georgia"/>
          <w:b w:val="0"/>
          <w:i/>
          <w:color w:val="000000"/>
          <w:sz w:val="24"/>
        </w:rPr>
        <w:t>сихо</w:t>
      </w:r>
      <w:r>
        <w:rPr>
          <w:rFonts w:ascii="Georgia" w:hAnsi="Georgia"/>
          <w:b w:val="0"/>
          <w:i w:val="0"/>
          <w:color w:val="000000"/>
          <w:sz w:val="24"/>
        </w:rPr>
        <w:t xml:space="preserve"> («мольбу свою», </w:t>
      </w:r>
      <w:r>
        <w:rPr>
          <w:rFonts w:ascii="Georgia" w:hAnsi="Georgia" w:cs="Times New Roman"/>
          <w:b/>
          <w:i w:val="0"/>
          <w:color w:val="000000"/>
          <w:sz w:val="24"/>
          <w:rtl/>
          <w:szCs w:val="32"/>
        </w:rPr>
        <w:t>שִׂיחוֹ</w:t>
      </w:r>
      <w:r>
        <w:rPr>
          <w:rFonts w:ascii="Georgia" w:hAnsi="Georgia"/>
          <w:b w:val="0"/>
          <w:i w:val="0"/>
          <w:color w:val="000000"/>
          <w:sz w:val="24"/>
        </w:rPr>
        <w:t>) с колелем составляет 325 (</w:t>
      </w:r>
      <w:r>
        <w:rPr>
          <w:rFonts w:ascii="Georgia" w:hAnsi="Georgia" w:cs="Times New Roman"/>
          <w:b/>
          <w:i w:val="0"/>
          <w:color w:val="000000"/>
          <w:sz w:val="24"/>
          <w:rtl/>
          <w:szCs w:val="32"/>
        </w:rPr>
        <w:t>שכ״ה</w:t>
      </w:r>
      <w:r>
        <w:rPr>
          <w:rFonts w:ascii="Georgia" w:hAnsi="Georgia"/>
          <w:b w:val="0"/>
          <w:i w:val="0"/>
          <w:color w:val="000000"/>
          <w:sz w:val="24"/>
        </w:rPr>
        <w:t xml:space="preserve">), и это пять Имен АДОНАЙ [5 × 65 = 325]. Начальные буквы слов </w:t>
      </w:r>
      <w:r>
        <w:rPr>
          <w:rFonts w:ascii="Georgia" w:hAnsi="Georgia"/>
          <w:b w:val="0"/>
          <w:i/>
          <w:color w:val="000000"/>
          <w:sz w:val="24"/>
        </w:rPr>
        <w:t>«Молитва бедняка, когда он изнемогает»</w:t>
      </w:r>
      <w:r>
        <w:rPr>
          <w:rFonts w:ascii="Georgia" w:hAnsi="Georgia"/>
          <w:b w:val="0"/>
          <w:i w:val="0"/>
          <w:color w:val="000000"/>
          <w:sz w:val="24"/>
        </w:rPr>
        <w:t xml:space="preserve"> в гематрии составляют 460 (</w:t>
      </w:r>
      <w:r>
        <w:rPr>
          <w:rFonts w:ascii="Georgia" w:hAnsi="Georgia" w:cs="Times New Roman"/>
          <w:b/>
          <w:i w:val="0"/>
          <w:color w:val="000000"/>
          <w:sz w:val="24"/>
          <w:rtl/>
          <w:szCs w:val="32"/>
        </w:rPr>
        <w:t>ת״ס</w:t>
      </w:r>
      <w:r>
        <w:rPr>
          <w:rFonts w:ascii="Georgia" w:hAnsi="Georgia"/>
          <w:b w:val="0"/>
          <w:i w:val="0"/>
          <w:color w:val="000000"/>
          <w:sz w:val="24"/>
        </w:rPr>
        <w:t>), и их расчет был разъяснен выше. И представляется моему скромному разумению, говорит пишущий, Хаим, что это десять наполнений Имени АВАЯ с наполнением йод, то есть десять раз по 46 (</w:t>
      </w:r>
      <w:r>
        <w:rPr>
          <w:rFonts w:ascii="Georgia" w:hAnsi="Georgia" w:cs="Times New Roman"/>
          <w:b/>
          <w:i w:val="0"/>
          <w:color w:val="000000"/>
          <w:sz w:val="24"/>
          <w:rtl/>
          <w:szCs w:val="32"/>
        </w:rPr>
        <w:t>מ״ו</w:t>
      </w:r>
      <w:r>
        <w:rPr>
          <w:rFonts w:ascii="Georgia" w:hAnsi="Georgia"/>
          <w:b w:val="0"/>
          <w:i w:val="0"/>
          <w:color w:val="000000"/>
          <w:sz w:val="24"/>
        </w:rPr>
        <w:t xml:space="preserve"> [10 × 46 = 460]). Начальные буквы слов </w:t>
      </w:r>
      <w:r>
        <w:rPr>
          <w:rFonts w:ascii="Georgia" w:hAnsi="Georgia"/>
          <w:b w:val="0"/>
          <w:i/>
          <w:color w:val="000000"/>
          <w:sz w:val="24"/>
        </w:rPr>
        <w:t>«и пред Г-сподом изливает мольбу свою»</w:t>
      </w:r>
      <w:r>
        <w:rPr>
          <w:rFonts w:ascii="Georgia" w:hAnsi="Georgia"/>
          <w:b w:val="0"/>
          <w:i w:val="0"/>
          <w:color w:val="000000"/>
          <w:sz w:val="24"/>
        </w:rPr>
        <w:t xml:space="preserve"> (</w:t>
      </w:r>
      <w:r>
        <w:rPr>
          <w:rFonts w:ascii="Georgia" w:hAnsi="Georgia" w:cs="Times New Roman"/>
          <w:b/>
          <w:i w:val="0"/>
          <w:color w:val="000000"/>
          <w:sz w:val="24"/>
          <w:rtl/>
          <w:szCs w:val="32"/>
        </w:rPr>
        <w:t>וְלִפְנֵי יהוה יִשְׁפּוֹךְ שִׂיחוֹ</w:t>
      </w:r>
      <w:r>
        <w:rPr>
          <w:rFonts w:ascii="Georgia" w:hAnsi="Georgia"/>
          <w:b w:val="0"/>
          <w:i w:val="0"/>
          <w:color w:val="000000"/>
          <w:sz w:val="24"/>
        </w:rPr>
        <w:t>) в гематрии составляют 326 (</w:t>
      </w:r>
      <w:r>
        <w:rPr>
          <w:rFonts w:ascii="Georgia" w:hAnsi="Georgia" w:cs="Times New Roman"/>
          <w:b/>
          <w:i w:val="0"/>
          <w:color w:val="000000"/>
          <w:sz w:val="24"/>
          <w:rtl/>
          <w:szCs w:val="32"/>
        </w:rPr>
        <w:t>שכ״ו</w:t>
      </w:r>
      <w:r>
        <w:rPr>
          <w:rFonts w:ascii="Georgia" w:hAnsi="Georgia"/>
          <w:b w:val="0"/>
          <w:i w:val="0"/>
          <w:color w:val="000000"/>
          <w:sz w:val="24"/>
        </w:rPr>
        <w:t xml:space="preserve">). [Примечание издателя: в [книге] «Йосеф Даат», благословенной памяти, выше на листе 37, единение 10 — это тот же самый стих, и его расчет разъяснен так, как написал пишущий, Хаим; то же относится и к 325, см. там. Конец цитаты.] И представляется моему скромному разумению, говорит пишущий, Хаим, что это 325 судов вместе с их колелем, и они подслащиваются посредством десяти упомянутых наполнений. Конечные буквы слов </w:t>
      </w:r>
      <w:r>
        <w:rPr>
          <w:rFonts w:ascii="Georgia" w:hAnsi="Georgia"/>
          <w:b w:val="0"/>
          <w:i/>
          <w:color w:val="000000"/>
          <w:sz w:val="24"/>
        </w:rPr>
        <w:t>«Молитва бедняка, когда он изнемогает»</w:t>
      </w:r>
      <w:r>
        <w:rPr>
          <w:rFonts w:ascii="Georgia" w:hAnsi="Georgia"/>
          <w:b w:val="0"/>
          <w:i w:val="0"/>
          <w:color w:val="000000"/>
          <w:sz w:val="24"/>
        </w:rPr>
        <w:t xml:space="preserve"> в гематрии составляют 105 (</w:t>
      </w:r>
      <w:r>
        <w:rPr>
          <w:rFonts w:ascii="Georgia" w:hAnsi="Georgia" w:cs="Times New Roman"/>
          <w:b/>
          <w:i w:val="0"/>
          <w:color w:val="000000"/>
          <w:sz w:val="24"/>
          <w:rtl/>
          <w:szCs w:val="32"/>
        </w:rPr>
        <w:t>ק״ה</w:t>
      </w:r>
      <w:r>
        <w:rPr>
          <w:rFonts w:ascii="Georgia" w:hAnsi="Georgia"/>
          <w:b w:val="0"/>
          <w:i w:val="0"/>
          <w:color w:val="000000"/>
          <w:sz w:val="24"/>
        </w:rPr>
        <w:t>). И это можно понять [через умножение Имени] ЭЙЕ на ЭЙЕ: то есть 21 раз по четыре буквы ЭЙЕ в гематрии составляют 84 (</w:t>
      </w:r>
      <w:r>
        <w:rPr>
          <w:rFonts w:ascii="Georgia" w:hAnsi="Georgia" w:cs="Times New Roman"/>
          <w:b/>
          <w:i w:val="0"/>
          <w:color w:val="000000"/>
          <w:sz w:val="24"/>
          <w:rtl/>
          <w:szCs w:val="32"/>
        </w:rPr>
        <w:t>פ״ד</w:t>
      </w:r>
      <w:r>
        <w:rPr>
          <w:rFonts w:ascii="Georgia" w:hAnsi="Georgia"/>
          <w:b w:val="0"/>
          <w:i w:val="0"/>
          <w:color w:val="000000"/>
          <w:sz w:val="24"/>
        </w:rPr>
        <w:t>), что равно двум разам по 42 (</w:t>
      </w:r>
      <w:r>
        <w:rPr>
          <w:rFonts w:ascii="Georgia" w:hAnsi="Georgia" w:cs="Times New Roman"/>
          <w:b/>
          <w:i w:val="0"/>
          <w:color w:val="000000"/>
          <w:sz w:val="24"/>
          <w:rtl/>
          <w:szCs w:val="32"/>
        </w:rPr>
        <w:t>מ״ב</w:t>
      </w:r>
      <w:r>
        <w:rPr>
          <w:rFonts w:ascii="Georgia" w:hAnsi="Georgia"/>
          <w:b w:val="0"/>
          <w:i w:val="0"/>
          <w:color w:val="000000"/>
          <w:sz w:val="24"/>
        </w:rPr>
        <w:t xml:space="preserve">); а [само Имя] ЭЙЕ, умноженное на ЭЙЕ [21 × 21 = 441], равно в гематрии [слову] </w:t>
      </w:r>
      <w:r>
        <w:rPr>
          <w:rFonts w:ascii="Georgia" w:hAnsi="Georgia"/>
          <w:b w:val="0"/>
          <w:i/>
          <w:color w:val="000000"/>
          <w:sz w:val="24"/>
        </w:rPr>
        <w:t>эмет</w:t>
      </w:r>
      <w:r>
        <w:rPr>
          <w:rFonts w:ascii="Georgia" w:hAnsi="Georgia"/>
          <w:b w:val="0"/>
          <w:i w:val="0"/>
          <w:color w:val="000000"/>
          <w:sz w:val="24"/>
        </w:rPr>
        <w:t xml:space="preserve"> («истина», </w:t>
      </w:r>
      <w:r>
        <w:rPr>
          <w:rFonts w:ascii="Georgia" w:hAnsi="Georgia" w:cs="Times New Roman"/>
          <w:b/>
          <w:i w:val="0"/>
          <w:color w:val="000000"/>
          <w:sz w:val="24"/>
          <w:rtl/>
          <w:szCs w:val="32"/>
        </w:rPr>
        <w:t>אֱמֶת</w:t>
      </w:r>
      <w:r>
        <w:rPr>
          <w:rFonts w:ascii="Georgia" w:hAnsi="Georgia"/>
          <w:b w:val="0"/>
          <w:i w:val="0"/>
          <w:color w:val="000000"/>
          <w:sz w:val="24"/>
        </w:rPr>
        <w:t xml:space="preserve">). И упомянутые 84 буквы вместе с 21 числового значения самого Имени дают 105 [84 + 21 = 105]. Конечные буквы слов </w:t>
      </w:r>
      <w:r>
        <w:rPr>
          <w:rFonts w:ascii="Georgia" w:hAnsi="Georgia"/>
          <w:b w:val="0"/>
          <w:i/>
          <w:color w:val="000000"/>
          <w:sz w:val="24"/>
        </w:rPr>
        <w:t>тфила ле-ани</w:t>
      </w:r>
      <w:r>
        <w:rPr>
          <w:rFonts w:ascii="Georgia" w:hAnsi="Georgia"/>
          <w:b w:val="0"/>
          <w:i w:val="0"/>
          <w:color w:val="000000"/>
          <w:sz w:val="24"/>
        </w:rPr>
        <w:t xml:space="preserve"> составляют ЙА (</w:t>
      </w:r>
      <w:r>
        <w:rPr>
          <w:rFonts w:ascii="Georgia" w:hAnsi="Georgia" w:cs="Times New Roman"/>
          <w:b/>
          <w:i w:val="0"/>
          <w:color w:val="000000"/>
          <w:sz w:val="24"/>
          <w:rtl/>
          <w:szCs w:val="32"/>
        </w:rPr>
        <w:t>י״ה</w:t>
      </w:r>
      <w:r>
        <w:rPr>
          <w:rFonts w:ascii="Georgia" w:hAnsi="Georgia"/>
          <w:b w:val="0"/>
          <w:i w:val="0"/>
          <w:color w:val="000000"/>
          <w:sz w:val="24"/>
        </w:rPr>
        <w:t xml:space="preserve">). Конечные буквы слов </w:t>
      </w:r>
      <w:r>
        <w:rPr>
          <w:rFonts w:ascii="Georgia" w:hAnsi="Georgia"/>
          <w:b w:val="0"/>
          <w:i/>
          <w:color w:val="000000"/>
          <w:sz w:val="24"/>
        </w:rPr>
        <w:t>у-лифней</w:t>
      </w:r>
      <w:r>
        <w:rPr>
          <w:rFonts w:ascii="Georgia" w:hAnsi="Georgia"/>
          <w:b w:val="0"/>
          <w:i w:val="0"/>
          <w:color w:val="000000"/>
          <w:sz w:val="24"/>
        </w:rPr>
        <w:t xml:space="preserve"> и Имени АВАЯ (</w:t>
      </w:r>
      <w:r>
        <w:rPr>
          <w:rFonts w:ascii="Georgia" w:hAnsi="Georgia" w:cs="Times New Roman"/>
          <w:b/>
          <w:i w:val="0"/>
          <w:color w:val="000000"/>
          <w:sz w:val="24"/>
          <w:rtl/>
          <w:szCs w:val="32"/>
        </w:rPr>
        <w:t>וְלִפְנֵי יהוה</w:t>
      </w:r>
      <w:r>
        <w:rPr>
          <w:rFonts w:ascii="Georgia" w:hAnsi="Georgia"/>
          <w:b w:val="0"/>
          <w:i w:val="0"/>
          <w:color w:val="000000"/>
          <w:sz w:val="24"/>
        </w:rPr>
        <w:t>) составляют ЙА (</w:t>
      </w:r>
      <w:r>
        <w:rPr>
          <w:rFonts w:ascii="Georgia" w:hAnsi="Georgia" w:cs="Times New Roman"/>
          <w:b/>
          <w:i w:val="0"/>
          <w:color w:val="000000"/>
          <w:sz w:val="24"/>
          <w:rtl/>
          <w:szCs w:val="32"/>
        </w:rPr>
        <w:t>י״ה</w:t>
      </w:r>
      <w:r>
        <w:rPr>
          <w:rFonts w:ascii="Georgia" w:hAnsi="Georgia"/>
          <w:b w:val="0"/>
          <w:i w:val="0"/>
          <w:color w:val="000000"/>
          <w:sz w:val="24"/>
        </w:rPr>
        <w:t xml:space="preserve"> [йод и хэй]). Конечные буквы слов </w:t>
      </w:r>
      <w:r>
        <w:rPr>
          <w:rFonts w:ascii="Georgia" w:hAnsi="Georgia"/>
          <w:b w:val="0"/>
          <w:i/>
          <w:color w:val="000000"/>
          <w:sz w:val="24"/>
        </w:rPr>
        <w:t>йишпох сихо</w:t>
      </w:r>
      <w:r>
        <w:rPr>
          <w:rFonts w:ascii="Georgia" w:hAnsi="Georgia"/>
          <w:b w:val="0"/>
          <w:i w:val="0"/>
          <w:color w:val="000000"/>
          <w:sz w:val="24"/>
        </w:rPr>
        <w:t xml:space="preserve"> составляют 26 (</w:t>
      </w:r>
      <w:r>
        <w:rPr>
          <w:rFonts w:ascii="Georgia" w:hAnsi="Georgia" w:cs="Times New Roman"/>
          <w:b/>
          <w:i w:val="0"/>
          <w:color w:val="000000"/>
          <w:sz w:val="24"/>
          <w:rtl/>
          <w:szCs w:val="32"/>
        </w:rPr>
        <w:t>כ״ו</w:t>
      </w:r>
      <w:r>
        <w:rPr>
          <w:rFonts w:ascii="Georgia" w:hAnsi="Georgia"/>
          <w:b w:val="0"/>
          <w:i w:val="0"/>
          <w:color w:val="000000"/>
          <w:sz w:val="24"/>
        </w:rPr>
        <w:t>), и это [образует] ЙА и АВАЯ (</w:t>
      </w:r>
      <w:r>
        <w:rPr>
          <w:rFonts w:ascii="Georgia" w:hAnsi="Georgia" w:cs="Times New Roman"/>
          <w:b/>
          <w:i w:val="0"/>
          <w:color w:val="000000"/>
          <w:sz w:val="24"/>
          <w:rtl/>
          <w:szCs w:val="32"/>
        </w:rPr>
        <w:t>יהוה</w:t>
      </w:r>
      <w:r>
        <w:rPr>
          <w:rFonts w:ascii="Georgia" w:hAnsi="Georgia"/>
          <w:b w:val="0"/>
          <w:i w:val="0"/>
          <w:color w:val="000000"/>
          <w:sz w:val="24"/>
        </w:rPr>
        <w:t xml:space="preserve">). [Говорит Шмуэль: представляется моему скромному разумению, что [здесь] дважды [образуется] ЙА, а затем АВАЯ]. Имя, [получаемое] из слова </w:t>
      </w:r>
      <w:r>
        <w:rPr>
          <w:rFonts w:ascii="Georgia" w:hAnsi="Georgia"/>
          <w:b w:val="0"/>
          <w:i/>
          <w:color w:val="000000"/>
          <w:sz w:val="24"/>
        </w:rPr>
        <w:t>тфила</w:t>
      </w:r>
      <w:r>
        <w:rPr>
          <w:rFonts w:ascii="Georgia" w:hAnsi="Georgia"/>
          <w:b w:val="0"/>
          <w:i w:val="0"/>
          <w:color w:val="000000"/>
          <w:sz w:val="24"/>
        </w:rPr>
        <w:t xml:space="preserve"> по подстановке </w:t>
      </w:r>
      <w:r>
        <w:rPr>
          <w:rFonts w:ascii="Georgia" w:hAnsi="Georgia"/>
          <w:b w:val="0"/>
          <w:i/>
          <w:color w:val="000000"/>
          <w:sz w:val="24"/>
        </w:rPr>
        <w:t>атбаш</w:t>
      </w:r>
      <w:r>
        <w:rPr>
          <w:rFonts w:ascii="Georgia" w:hAnsi="Georgia"/>
          <w:b w:val="0"/>
          <w:i w:val="0"/>
          <w:color w:val="000000"/>
          <w:sz w:val="24"/>
        </w:rPr>
        <w:t xml:space="preserve"> (</w:t>
      </w:r>
      <w:r>
        <w:rPr>
          <w:rFonts w:ascii="Georgia" w:hAnsi="Georgia" w:cs="Times New Roman"/>
          <w:b/>
          <w:i w:val="0"/>
          <w:color w:val="000000"/>
          <w:sz w:val="24"/>
          <w:rtl/>
          <w:szCs w:val="32"/>
        </w:rPr>
        <w:t>א״ת ב״ש</w:t>
      </w:r>
      <w:r>
        <w:rPr>
          <w:rFonts w:ascii="Georgia" w:hAnsi="Georgia"/>
          <w:b w:val="0"/>
          <w:i w:val="0"/>
          <w:color w:val="000000"/>
          <w:sz w:val="24"/>
        </w:rPr>
        <w:t xml:space="preserve">), — это </w:t>
      </w:r>
      <w:r>
        <w:rPr>
          <w:rFonts w:ascii="Georgia" w:hAnsi="Georgia" w:cs="Times New Roman"/>
          <w:b/>
          <w:i w:val="0"/>
          <w:color w:val="000000"/>
          <w:sz w:val="24"/>
          <w:rtl/>
          <w:szCs w:val="32"/>
        </w:rPr>
        <w:t>אְוְכִץִ</w:t>
      </w:r>
      <w:r>
        <w:rPr>
          <w:rFonts w:ascii="Georgia" w:hAnsi="Georgia"/>
          <w:b w:val="0"/>
          <w:i w:val="0"/>
          <w:color w:val="000000"/>
          <w:sz w:val="24"/>
        </w:rPr>
        <w:t>; в гематрии оно составляет 117 (</w:t>
      </w:r>
      <w:r>
        <w:rPr>
          <w:rFonts w:ascii="Georgia" w:hAnsi="Georgia" w:cs="Times New Roman"/>
          <w:b/>
          <w:i w:val="0"/>
          <w:color w:val="000000"/>
          <w:sz w:val="24"/>
          <w:rtl/>
          <w:szCs w:val="32"/>
        </w:rPr>
        <w:t>קי״ז</w:t>
      </w:r>
      <w:r>
        <w:rPr>
          <w:rFonts w:ascii="Georgia" w:hAnsi="Georgia"/>
          <w:b w:val="0"/>
          <w:i w:val="0"/>
          <w:color w:val="000000"/>
          <w:sz w:val="24"/>
        </w:rPr>
        <w:t xml:space="preserve">), то есть АБ и МА. Огласовка же [берется] от начальных букв [слов] </w:t>
      </w:r>
      <w:r>
        <w:rPr>
          <w:rFonts w:ascii="Georgia" w:hAnsi="Georgia"/>
          <w:b w:val="0"/>
          <w:i/>
          <w:color w:val="000000"/>
          <w:sz w:val="24"/>
        </w:rPr>
        <w:t>«и пред Г-сподом изливает мольбу свою»</w:t>
      </w:r>
      <w:r>
        <w:rPr>
          <w:rFonts w:ascii="Georgia" w:hAnsi="Georgia"/>
          <w:b w:val="0"/>
          <w:i w:val="0"/>
          <w:color w:val="000000"/>
          <w:sz w:val="24"/>
        </w:rPr>
        <w:t xml:space="preserve"> (</w:t>
      </w:r>
      <w:r>
        <w:rPr>
          <w:rFonts w:ascii="Georgia" w:hAnsi="Georgia" w:cs="Times New Roman"/>
          <w:b/>
          <w:i w:val="0"/>
          <w:color w:val="000000"/>
          <w:sz w:val="24"/>
          <w:rtl/>
          <w:szCs w:val="32"/>
        </w:rPr>
        <w:t>וְלִפְנֵי יְהוָה יִשְׁפּוֹךְ שִׂיחוֹ</w:t>
      </w:r>
      <w:r>
        <w:rPr>
          <w:rFonts w:ascii="Georgia" w:hAnsi="Georgia"/>
          <w:b w:val="0"/>
          <w:i w:val="0"/>
          <w:color w:val="000000"/>
          <w:sz w:val="24"/>
        </w:rPr>
        <w:t xml:space="preserve"> [шва, шва, хирик, хирик]).</w:t>
      </w:r>
    </w:p>
    <w:p>
      <w:pPr>
        <w:keepNext/>
        <w:spacing w:before="320" w:after="120"/>
      </w:pPr>
      <w:r>
        <w:rPr>
          <w:rFonts w:ascii="Georgia" w:hAnsi="Georgia"/>
          <w:b w:val="0"/>
          <w:i w:val="0"/>
          <w:color w:val="000000"/>
          <w:sz w:val="32"/>
        </w:rPr>
        <w:t>Ихуд 41</w:t>
      </w:r>
    </w:p>
    <w:p>
      <w:pPr>
        <w:spacing w:before="40" w:after="120"/>
        <w:jc w:val="both"/>
      </w:pPr>
      <w:r>
        <w:rPr>
          <w:rFonts w:ascii="Georgia" w:hAnsi="Georgia"/>
          <w:b w:val="0"/>
          <w:i w:val="0"/>
          <w:color w:val="000000"/>
          <w:sz w:val="24"/>
        </w:rPr>
        <w:t xml:space="preserve">К вышеупомянутому [исправлению]. </w:t>
      </w:r>
      <w:r>
        <w:rPr>
          <w:rFonts w:ascii="Georgia" w:hAnsi="Georgia"/>
          <w:b w:val="0"/>
          <w:i/>
          <w:color w:val="000000"/>
          <w:sz w:val="24"/>
        </w:rPr>
        <w:t>«Г-споди, Б-же мой! Если я сделал это…»</w:t>
      </w:r>
      <w:r>
        <w:rPr>
          <w:rFonts w:ascii="Georgia" w:hAnsi="Georgia"/>
          <w:b w:val="0"/>
          <w:i w:val="0"/>
          <w:color w:val="000000"/>
          <w:sz w:val="24"/>
        </w:rPr>
        <w:t xml:space="preserve"> (Теилим 7:4). В этой АВАЯ держи намерение о том, что она — с наполнением буквами йод. Имя ЭЛОКАЙ (</w:t>
      </w:r>
      <w:r>
        <w:rPr>
          <w:rFonts w:ascii="Georgia" w:hAnsi="Georgia" w:cs="Times New Roman"/>
          <w:b/>
          <w:i w:val="0"/>
          <w:color w:val="000000"/>
          <w:sz w:val="24"/>
          <w:rtl/>
          <w:szCs w:val="32"/>
        </w:rPr>
        <w:t>אֱלֹהַי</w:t>
      </w:r>
      <w:r>
        <w:rPr>
          <w:rFonts w:ascii="Georgia" w:hAnsi="Georgia"/>
          <w:b w:val="0"/>
          <w:i w:val="0"/>
          <w:color w:val="000000"/>
          <w:sz w:val="24"/>
        </w:rPr>
        <w:t>) по гематрии равно 46 (</w:t>
      </w:r>
      <w:r>
        <w:rPr>
          <w:rFonts w:ascii="Georgia" w:hAnsi="Georgia" w:cs="Times New Roman"/>
          <w:b/>
          <w:i w:val="0"/>
          <w:color w:val="000000"/>
          <w:sz w:val="24"/>
          <w:rtl/>
          <w:szCs w:val="32"/>
        </w:rPr>
        <w:t>מ״ו</w:t>
      </w:r>
      <w:r>
        <w:rPr>
          <w:rFonts w:ascii="Georgia" w:hAnsi="Georgia"/>
          <w:b w:val="0"/>
          <w:i w:val="0"/>
          <w:color w:val="000000"/>
          <w:sz w:val="24"/>
        </w:rPr>
        <w:t xml:space="preserve">), и это — [значение букв] наполнения вышеупомянутой АВАЯ. В словах </w:t>
      </w:r>
      <w:r>
        <w:rPr>
          <w:rFonts w:ascii="Georgia" w:hAnsi="Georgia"/>
          <w:b w:val="0"/>
          <w:i/>
          <w:color w:val="000000"/>
          <w:sz w:val="24"/>
        </w:rPr>
        <w:t>«Г-споди, Б-же мой! Если я сделал это…»</w:t>
      </w:r>
      <w:r>
        <w:rPr>
          <w:rFonts w:ascii="Georgia" w:hAnsi="Georgia"/>
          <w:b w:val="0"/>
          <w:i w:val="0"/>
          <w:color w:val="000000"/>
          <w:sz w:val="24"/>
        </w:rPr>
        <w:t xml:space="preserve"> начальные буквы составляют по гематрии 82 (</w:t>
      </w:r>
      <w:r>
        <w:rPr>
          <w:rFonts w:ascii="Georgia" w:hAnsi="Georgia" w:cs="Times New Roman"/>
          <w:b/>
          <w:i w:val="0"/>
          <w:color w:val="000000"/>
          <w:sz w:val="24"/>
          <w:rtl/>
          <w:szCs w:val="32"/>
        </w:rPr>
        <w:t>פ״ב</w:t>
      </w:r>
      <w:r>
        <w:rPr>
          <w:rFonts w:ascii="Georgia" w:hAnsi="Georgia"/>
          <w:b w:val="0"/>
          <w:i w:val="0"/>
          <w:color w:val="000000"/>
          <w:sz w:val="24"/>
        </w:rPr>
        <w:t xml:space="preserve">), что соответствует АВАЯ с наполнением йод со значением 72 (АБ) и десяти ее буквам. Слова </w:t>
      </w:r>
      <w:r>
        <w:rPr>
          <w:rFonts w:ascii="Georgia" w:hAnsi="Georgia"/>
          <w:b w:val="0"/>
          <w:i/>
          <w:color w:val="000000"/>
          <w:sz w:val="24"/>
        </w:rPr>
        <w:t>им еш</w:t>
      </w:r>
      <w:r>
        <w:rPr>
          <w:rFonts w:ascii="Georgia" w:hAnsi="Georgia"/>
          <w:b w:val="0"/>
          <w:i w:val="0"/>
          <w:color w:val="000000"/>
          <w:sz w:val="24"/>
        </w:rPr>
        <w:t xml:space="preserve"> («если есть», </w:t>
      </w:r>
      <w:r>
        <w:rPr>
          <w:rFonts w:ascii="Georgia" w:hAnsi="Georgia" w:cs="Times New Roman"/>
          <w:b/>
          <w:i w:val="0"/>
          <w:color w:val="000000"/>
          <w:sz w:val="24"/>
          <w:rtl/>
          <w:szCs w:val="32"/>
        </w:rPr>
        <w:t>אִם יֵשׁ</w:t>
      </w:r>
      <w:r>
        <w:rPr>
          <w:rFonts w:ascii="Georgia" w:hAnsi="Georgia"/>
          <w:b w:val="0"/>
          <w:i w:val="0"/>
          <w:color w:val="000000"/>
          <w:sz w:val="24"/>
        </w:rPr>
        <w:t>) по гематрии равны 351 (</w:t>
      </w:r>
      <w:r>
        <w:rPr>
          <w:rFonts w:ascii="Georgia" w:hAnsi="Georgia" w:cs="Times New Roman"/>
          <w:b/>
          <w:i w:val="0"/>
          <w:color w:val="000000"/>
          <w:sz w:val="24"/>
          <w:rtl/>
          <w:szCs w:val="32"/>
        </w:rPr>
        <w:t>שנ״א</w:t>
      </w:r>
      <w:r>
        <w:rPr>
          <w:rFonts w:ascii="Georgia" w:hAnsi="Georgia"/>
          <w:b w:val="0"/>
          <w:i w:val="0"/>
          <w:color w:val="000000"/>
          <w:sz w:val="24"/>
        </w:rPr>
        <w:t>). Это четыре [имени] АВАЯ — АБ, САГ, МА [и] БОН, каждое из которых в аспекте АБ дает 288 (РАПАХ); вместе же с АВАЯ де-БОН они составляют 340 (</w:t>
      </w:r>
      <w:r>
        <w:rPr>
          <w:rFonts w:ascii="Georgia" w:hAnsi="Georgia" w:cs="Times New Roman"/>
          <w:b/>
          <w:i w:val="0"/>
          <w:color w:val="000000"/>
          <w:sz w:val="24"/>
          <w:rtl/>
          <w:szCs w:val="32"/>
        </w:rPr>
        <w:t>ש״ם</w:t>
      </w:r>
      <w:r>
        <w:rPr>
          <w:rFonts w:ascii="Georgia" w:hAnsi="Georgia"/>
          <w:b w:val="0"/>
          <w:i w:val="0"/>
          <w:color w:val="000000"/>
          <w:sz w:val="24"/>
        </w:rPr>
        <w:t xml:space="preserve">) — [буквы шин и мэм] из слова </w:t>
      </w:r>
      <w:r>
        <w:rPr>
          <w:rFonts w:ascii="Georgia" w:hAnsi="Georgia"/>
          <w:b w:val="0"/>
          <w:i/>
          <w:color w:val="000000"/>
          <w:sz w:val="24"/>
        </w:rPr>
        <w:t>Шма</w:t>
      </w:r>
      <w:r>
        <w:rPr>
          <w:rFonts w:ascii="Georgia" w:hAnsi="Georgia"/>
          <w:b w:val="0"/>
          <w:i w:val="0"/>
          <w:color w:val="000000"/>
          <w:sz w:val="24"/>
        </w:rPr>
        <w:t xml:space="preserve"> (</w:t>
      </w:r>
      <w:r>
        <w:rPr>
          <w:rFonts w:ascii="Georgia" w:hAnsi="Georgia" w:cs="Times New Roman"/>
          <w:b/>
          <w:i w:val="0"/>
          <w:color w:val="000000"/>
          <w:sz w:val="24"/>
          <w:rtl/>
          <w:szCs w:val="32"/>
        </w:rPr>
        <w:t>שְׁמַע</w:t>
      </w:r>
      <w:r>
        <w:rPr>
          <w:rFonts w:ascii="Georgia" w:hAnsi="Georgia"/>
          <w:b w:val="0"/>
          <w:i w:val="0"/>
          <w:color w:val="000000"/>
          <w:sz w:val="24"/>
        </w:rPr>
        <w:t>), как известно. Оставшиеся 11 (</w:t>
      </w:r>
      <w:r>
        <w:rPr>
          <w:rFonts w:ascii="Georgia" w:hAnsi="Georgia" w:cs="Times New Roman"/>
          <w:b/>
          <w:i w:val="0"/>
          <w:color w:val="000000"/>
          <w:sz w:val="24"/>
          <w:rtl/>
          <w:szCs w:val="32"/>
        </w:rPr>
        <w:t>א״י</w:t>
      </w:r>
      <w:r>
        <w:rPr>
          <w:rFonts w:ascii="Georgia" w:hAnsi="Georgia"/>
          <w:b w:val="0"/>
          <w:i w:val="0"/>
          <w:color w:val="000000"/>
          <w:sz w:val="24"/>
        </w:rPr>
        <w:t xml:space="preserve">) — это [буквы] алеф и йод Имени АДОНАЙ, и они же являются начальными буквами слов </w:t>
      </w:r>
      <w:r>
        <w:rPr>
          <w:rFonts w:ascii="Georgia" w:hAnsi="Georgia"/>
          <w:b w:val="0"/>
          <w:i/>
          <w:color w:val="000000"/>
          <w:sz w:val="24"/>
        </w:rPr>
        <w:t>им еш</w:t>
      </w:r>
      <w:r>
        <w:rPr>
          <w:rFonts w:ascii="Georgia" w:hAnsi="Georgia"/>
          <w:b w:val="0"/>
          <w:i w:val="0"/>
          <w:color w:val="000000"/>
          <w:sz w:val="24"/>
        </w:rPr>
        <w:t xml:space="preserve">. Конечные же буквы слов </w:t>
      </w:r>
      <w:r>
        <w:rPr>
          <w:rFonts w:ascii="Georgia" w:hAnsi="Georgia"/>
          <w:b w:val="0"/>
          <w:i/>
          <w:color w:val="000000"/>
          <w:sz w:val="24"/>
        </w:rPr>
        <w:t>им еш</w:t>
      </w:r>
      <w:r>
        <w:rPr>
          <w:rFonts w:ascii="Georgia" w:hAnsi="Georgia"/>
          <w:b w:val="0"/>
          <w:i w:val="0"/>
          <w:color w:val="000000"/>
          <w:sz w:val="24"/>
        </w:rPr>
        <w:t xml:space="preserve"> образуют буквы шин и мэм (340), как было объяснено. Слова </w:t>
      </w:r>
      <w:r>
        <w:rPr>
          <w:rFonts w:ascii="Georgia" w:hAnsi="Georgia"/>
          <w:b w:val="0"/>
          <w:i/>
          <w:color w:val="000000"/>
          <w:sz w:val="24"/>
        </w:rPr>
        <w:t>асити зот</w:t>
      </w:r>
      <w:r>
        <w:rPr>
          <w:rFonts w:ascii="Georgia" w:hAnsi="Georgia"/>
          <w:b w:val="0"/>
          <w:i w:val="0"/>
          <w:color w:val="000000"/>
          <w:sz w:val="24"/>
        </w:rPr>
        <w:t xml:space="preserve"> («я сделал это», </w:t>
      </w:r>
      <w:r>
        <w:rPr>
          <w:rFonts w:ascii="Georgia" w:hAnsi="Georgia" w:cs="Times New Roman"/>
          <w:b/>
          <w:i w:val="0"/>
          <w:color w:val="000000"/>
          <w:sz w:val="24"/>
          <w:rtl/>
          <w:szCs w:val="32"/>
        </w:rPr>
        <w:t>עָשִׂיתִי זֹאת</w:t>
      </w:r>
      <w:r>
        <w:rPr>
          <w:rFonts w:ascii="Georgia" w:hAnsi="Georgia"/>
          <w:b w:val="0"/>
          <w:i w:val="0"/>
          <w:color w:val="000000"/>
          <w:sz w:val="24"/>
        </w:rPr>
        <w:t>) по гематрии равны 1200 с учетом двух колелей для обоих слов, и это — Имя ЭЙЕ. И по скромному мнению пишущего, Хаима, должно быть [сказано]: «и это — Имя ЭЛОКИМ с наполнением хэйин, простые ахораим которого составляют по гематрии 200 (</w:t>
      </w:r>
      <w:r>
        <w:rPr>
          <w:rFonts w:ascii="Georgia" w:hAnsi="Georgia" w:cs="Times New Roman"/>
          <w:b/>
          <w:i w:val="0"/>
          <w:color w:val="000000"/>
          <w:sz w:val="24"/>
          <w:rtl/>
          <w:szCs w:val="32"/>
        </w:rPr>
        <w:t>ר</w:t>
      </w:r>
      <w:r>
        <w:rPr>
          <w:rFonts w:ascii="Georgia" w:hAnsi="Georgia"/>
          <w:b w:val="0"/>
          <w:i w:val="0"/>
          <w:color w:val="000000"/>
          <w:sz w:val="24"/>
        </w:rPr>
        <w:t>), а наполненные составляют по гематрии 1000». В этих наполненных ахораим, составляющих по гематрии 1000, насчитывается 41 (</w:t>
      </w:r>
      <w:r>
        <w:rPr>
          <w:rFonts w:ascii="Georgia" w:hAnsi="Georgia" w:cs="Times New Roman"/>
          <w:b/>
          <w:i w:val="0"/>
          <w:color w:val="000000"/>
          <w:sz w:val="24"/>
          <w:rtl/>
          <w:szCs w:val="32"/>
        </w:rPr>
        <w:t>א״ם</w:t>
      </w:r>
      <w:r>
        <w:rPr>
          <w:rFonts w:ascii="Georgia" w:hAnsi="Georgia"/>
          <w:b w:val="0"/>
          <w:i w:val="0"/>
          <w:color w:val="000000"/>
          <w:sz w:val="24"/>
        </w:rPr>
        <w:t xml:space="preserve">) буква — это и есть слово </w:t>
      </w:r>
      <w:r>
        <w:rPr>
          <w:rFonts w:ascii="Georgia" w:hAnsi="Georgia"/>
          <w:b w:val="0"/>
          <w:i/>
          <w:color w:val="000000"/>
          <w:sz w:val="24"/>
        </w:rPr>
        <w:t>им</w:t>
      </w:r>
      <w:r>
        <w:rPr>
          <w:rFonts w:ascii="Georgia" w:hAnsi="Georgia"/>
          <w:b w:val="0"/>
          <w:i w:val="0"/>
          <w:color w:val="000000"/>
          <w:sz w:val="24"/>
        </w:rPr>
        <w:t xml:space="preserve"> («если», </w:t>
      </w:r>
      <w:r>
        <w:rPr>
          <w:rFonts w:ascii="Georgia" w:hAnsi="Georgia" w:cs="Times New Roman"/>
          <w:b/>
          <w:i w:val="0"/>
          <w:color w:val="000000"/>
          <w:sz w:val="24"/>
          <w:rtl/>
          <w:szCs w:val="32"/>
        </w:rPr>
        <w:t>אִם</w:t>
      </w:r>
      <w:r>
        <w:rPr>
          <w:rFonts w:ascii="Georgia" w:hAnsi="Georgia"/>
          <w:b w:val="0"/>
          <w:i w:val="0"/>
          <w:color w:val="000000"/>
          <w:sz w:val="24"/>
        </w:rPr>
        <w:t xml:space="preserve">), упомянутое после слова </w:t>
      </w:r>
      <w:r>
        <w:rPr>
          <w:rFonts w:ascii="Georgia" w:hAnsi="Georgia"/>
          <w:b w:val="0"/>
          <w:i/>
          <w:color w:val="000000"/>
          <w:sz w:val="24"/>
        </w:rPr>
        <w:t>зот</w:t>
      </w:r>
      <w:r>
        <w:rPr>
          <w:rFonts w:ascii="Georgia" w:hAnsi="Georgia"/>
          <w:b w:val="0"/>
          <w:i w:val="0"/>
          <w:color w:val="000000"/>
          <w:sz w:val="24"/>
        </w:rPr>
        <w:t xml:space="preserve"> («это», </w:t>
      </w:r>
      <w:r>
        <w:rPr>
          <w:rFonts w:ascii="Georgia" w:hAnsi="Georgia" w:cs="Times New Roman"/>
          <w:b/>
          <w:i w:val="0"/>
          <w:color w:val="000000"/>
          <w:sz w:val="24"/>
          <w:rtl/>
          <w:szCs w:val="32"/>
        </w:rPr>
        <w:t>זֹאת</w:t>
      </w:r>
      <w:r>
        <w:rPr>
          <w:rFonts w:ascii="Georgia" w:hAnsi="Georgia"/>
          <w:b w:val="0"/>
          <w:i w:val="0"/>
          <w:color w:val="000000"/>
          <w:sz w:val="24"/>
        </w:rPr>
        <w:t xml:space="preserve">). Держи также намерение о двух [словах] </w:t>
      </w:r>
      <w:r>
        <w:rPr>
          <w:rFonts w:ascii="Georgia" w:hAnsi="Georgia"/>
          <w:b w:val="0"/>
          <w:i/>
          <w:color w:val="000000"/>
          <w:sz w:val="24"/>
        </w:rPr>
        <w:t>им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 xml:space="preserve">), упомянутых в стихе: [в каждом из них] — 41 буква, при этом одно происходит от ЭЙЕ с наполнением йод, а второе — от ЭЙЕ с наполнением алеф. Слово </w:t>
      </w:r>
      <w:r>
        <w:rPr>
          <w:rFonts w:ascii="Georgia" w:hAnsi="Georgia"/>
          <w:b w:val="0"/>
          <w:i/>
          <w:color w:val="000000"/>
          <w:sz w:val="24"/>
        </w:rPr>
        <w:t>авель</w:t>
      </w:r>
      <w:r>
        <w:rPr>
          <w:rFonts w:ascii="Georgia" w:hAnsi="Georgia"/>
          <w:b w:val="0"/>
          <w:i w:val="0"/>
          <w:color w:val="000000"/>
          <w:sz w:val="24"/>
        </w:rPr>
        <w:t xml:space="preserve"> («беззаконие», </w:t>
      </w:r>
      <w:r>
        <w:rPr>
          <w:rFonts w:ascii="Georgia" w:hAnsi="Georgia" w:cs="Times New Roman"/>
          <w:b/>
          <w:i w:val="0"/>
          <w:color w:val="000000"/>
          <w:sz w:val="24"/>
          <w:rtl/>
          <w:szCs w:val="32"/>
        </w:rPr>
        <w:t>עָוֶל</w:t>
      </w:r>
      <w:r>
        <w:rPr>
          <w:rFonts w:ascii="Georgia" w:hAnsi="Georgia"/>
          <w:b w:val="0"/>
          <w:i w:val="0"/>
          <w:color w:val="000000"/>
          <w:sz w:val="24"/>
        </w:rPr>
        <w:t>) — это АВАЯ с наполнением хэйин, составляющая по гематрии 106 (</w:t>
      </w:r>
      <w:r>
        <w:rPr>
          <w:rFonts w:ascii="Georgia" w:hAnsi="Georgia" w:cs="Times New Roman"/>
          <w:b/>
          <w:i w:val="0"/>
          <w:color w:val="000000"/>
          <w:sz w:val="24"/>
          <w:rtl/>
          <w:szCs w:val="32"/>
        </w:rPr>
        <w:t>ק״ו</w:t>
      </w:r>
      <w:r>
        <w:rPr>
          <w:rFonts w:ascii="Georgia" w:hAnsi="Georgia"/>
          <w:b w:val="0"/>
          <w:i w:val="0"/>
          <w:color w:val="000000"/>
          <w:sz w:val="24"/>
        </w:rPr>
        <w:t xml:space="preserve">): если мысленно представить буквы хэй и букву далет в ней в виде букв вав, а букву вав имени АВАЯ — простой, без удвоения, то получается 106. Слово </w:t>
      </w:r>
      <w:r>
        <w:rPr>
          <w:rFonts w:ascii="Georgia" w:hAnsi="Georgia"/>
          <w:b w:val="0"/>
          <w:i/>
          <w:color w:val="000000"/>
          <w:sz w:val="24"/>
        </w:rPr>
        <w:t>бе-хапай</w:t>
      </w:r>
      <w:r>
        <w:rPr>
          <w:rFonts w:ascii="Georgia" w:hAnsi="Georgia"/>
          <w:b w:val="0"/>
          <w:i w:val="0"/>
          <w:color w:val="000000"/>
          <w:sz w:val="24"/>
        </w:rPr>
        <w:t xml:space="preserve"> («в руках моих», </w:t>
      </w:r>
      <w:r>
        <w:rPr>
          <w:rFonts w:ascii="Georgia" w:hAnsi="Georgia" w:cs="Times New Roman"/>
          <w:b/>
          <w:i w:val="0"/>
          <w:color w:val="000000"/>
          <w:sz w:val="24"/>
          <w:rtl/>
          <w:szCs w:val="32"/>
        </w:rPr>
        <w:t>בְּכַפַּי</w:t>
      </w:r>
      <w:r>
        <w:rPr>
          <w:rFonts w:ascii="Georgia" w:hAnsi="Georgia"/>
          <w:b w:val="0"/>
          <w:i w:val="0"/>
          <w:color w:val="000000"/>
          <w:sz w:val="24"/>
        </w:rPr>
        <w:t>) по гематрии равно 112 (</w:t>
      </w:r>
      <w:r>
        <w:rPr>
          <w:rFonts w:ascii="Georgia" w:hAnsi="Georgia" w:cs="Times New Roman"/>
          <w:b/>
          <w:i w:val="0"/>
          <w:color w:val="000000"/>
          <w:sz w:val="24"/>
          <w:rtl/>
          <w:szCs w:val="32"/>
        </w:rPr>
        <w:t>יב״ק</w:t>
      </w:r>
      <w:r>
        <w:rPr>
          <w:rFonts w:ascii="Georgia" w:hAnsi="Georgia"/>
          <w:b w:val="0"/>
          <w:i w:val="0"/>
          <w:color w:val="000000"/>
          <w:sz w:val="24"/>
        </w:rPr>
        <w:t xml:space="preserve">), и это — [соединение Имен] АВАЯ [и] ЭЛОКИМ. И держи намерение привлечь эти два Имени к Нукве де-ЗА, называемой БОН, на которую намекает слово </w:t>
      </w:r>
      <w:r>
        <w:rPr>
          <w:rFonts w:ascii="Georgia" w:hAnsi="Georgia"/>
          <w:b w:val="0"/>
          <w:i/>
          <w:color w:val="000000"/>
          <w:sz w:val="24"/>
        </w:rPr>
        <w:t>авель</w:t>
      </w:r>
      <w:r>
        <w:rPr>
          <w:rFonts w:ascii="Georgia" w:hAnsi="Georgia"/>
          <w:b w:val="0"/>
          <w:i w:val="0"/>
          <w:color w:val="000000"/>
          <w:sz w:val="24"/>
        </w:rPr>
        <w:t xml:space="preserve"> (</w:t>
      </w:r>
      <w:r>
        <w:rPr>
          <w:rFonts w:ascii="Georgia" w:hAnsi="Georgia" w:cs="Times New Roman"/>
          <w:b/>
          <w:i w:val="0"/>
          <w:color w:val="000000"/>
          <w:sz w:val="24"/>
          <w:rtl/>
          <w:szCs w:val="32"/>
        </w:rPr>
        <w:t>עָוֶל</w:t>
      </w:r>
      <w:r>
        <w:rPr>
          <w:rFonts w:ascii="Georgia" w:hAnsi="Georgia"/>
          <w:b w:val="0"/>
          <w:i w:val="0"/>
          <w:color w:val="000000"/>
          <w:sz w:val="24"/>
        </w:rPr>
        <w:t xml:space="preserve">). Имя, образуемое из [слова] </w:t>
      </w:r>
      <w:r>
        <w:rPr>
          <w:rFonts w:ascii="Georgia" w:hAnsi="Georgia"/>
          <w:b w:val="0"/>
          <w:i/>
          <w:color w:val="000000"/>
          <w:sz w:val="24"/>
        </w:rPr>
        <w:t>асити</w:t>
      </w:r>
      <w:r>
        <w:rPr>
          <w:rFonts w:ascii="Georgia" w:hAnsi="Georgia"/>
          <w:b w:val="0"/>
          <w:i w:val="0"/>
          <w:color w:val="000000"/>
          <w:sz w:val="24"/>
        </w:rPr>
        <w:t xml:space="preserve"> (</w:t>
      </w:r>
      <w:r>
        <w:rPr>
          <w:rFonts w:ascii="Georgia" w:hAnsi="Georgia" w:cs="Times New Roman"/>
          <w:b/>
          <w:i w:val="0"/>
          <w:color w:val="000000"/>
          <w:sz w:val="24"/>
          <w:rtl/>
          <w:szCs w:val="32"/>
        </w:rPr>
        <w:t>עָשִׂיתִי</w:t>
      </w:r>
      <w:r>
        <w:rPr>
          <w:rFonts w:ascii="Georgia" w:hAnsi="Georgia"/>
          <w:b w:val="0"/>
          <w:i w:val="0"/>
          <w:color w:val="000000"/>
          <w:sz w:val="24"/>
        </w:rPr>
        <w:t>)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 </w:t>
      </w:r>
      <w:r>
        <w:rPr>
          <w:rFonts w:ascii="Georgia" w:hAnsi="Georgia"/>
          <w:b w:val="0"/>
          <w:i/>
          <w:color w:val="000000"/>
          <w:sz w:val="24"/>
        </w:rPr>
        <w:t>Зовмеам</w:t>
      </w:r>
      <w:r>
        <w:rPr>
          <w:rFonts w:ascii="Georgia" w:hAnsi="Georgia"/>
          <w:b w:val="0"/>
          <w:i w:val="0"/>
          <w:color w:val="000000"/>
          <w:sz w:val="24"/>
        </w:rPr>
        <w:t xml:space="preserve"> (</w:t>
      </w:r>
      <w:r>
        <w:rPr>
          <w:rFonts w:ascii="Georgia" w:hAnsi="Georgia" w:cs="Times New Roman"/>
          <w:b/>
          <w:i w:val="0"/>
          <w:color w:val="000000"/>
          <w:sz w:val="24"/>
          <w:rtl/>
          <w:szCs w:val="32"/>
        </w:rPr>
        <w:t>זֹבִמֶאָםְ</w:t>
      </w:r>
      <w:r>
        <w:rPr>
          <w:rFonts w:ascii="Georgia" w:hAnsi="Georgia"/>
          <w:b w:val="0"/>
          <w:i w:val="0"/>
          <w:color w:val="000000"/>
          <w:sz w:val="24"/>
        </w:rPr>
        <w:t xml:space="preserve">) [Примечание издателя: огласовка взята от начальных букв слов стиха: </w:t>
      </w:r>
      <w:r>
        <w:rPr>
          <w:rFonts w:ascii="Georgia" w:hAnsi="Georgia"/>
          <w:b w:val="0"/>
          <w:i/>
          <w:color w:val="000000"/>
          <w:sz w:val="24"/>
        </w:rPr>
        <w:t>«это, если есть беззаконие в руках моих»</w:t>
      </w:r>
      <w:r>
        <w:rPr>
          <w:rFonts w:ascii="Georgia" w:hAnsi="Georgia"/>
          <w:b w:val="0"/>
          <w:i w:val="0"/>
          <w:color w:val="000000"/>
          <w:sz w:val="24"/>
        </w:rPr>
        <w:t xml:space="preserve"> (</w:t>
      </w:r>
      <w:r>
        <w:rPr>
          <w:rFonts w:ascii="Georgia" w:hAnsi="Georgia" w:cs="Times New Roman"/>
          <w:b/>
          <w:i w:val="0"/>
          <w:color w:val="000000"/>
          <w:sz w:val="24"/>
          <w:rtl/>
          <w:szCs w:val="32"/>
        </w:rPr>
        <w:t>זֹאת אִם יֵשׁ עָוֶל בְּכַפָּי</w:t>
      </w:r>
      <w:r>
        <w:rPr>
          <w:rFonts w:ascii="Georgia" w:hAnsi="Georgia"/>
          <w:b w:val="0"/>
          <w:i w:val="0"/>
          <w:color w:val="000000"/>
          <w:sz w:val="24"/>
        </w:rPr>
        <w:t>)], а знаки огласовки по гематрии равны 86 (</w:t>
      </w:r>
      <w:r>
        <w:rPr>
          <w:rFonts w:ascii="Georgia" w:hAnsi="Georgia" w:cs="Times New Roman"/>
          <w:b/>
          <w:i w:val="0"/>
          <w:color w:val="000000"/>
          <w:sz w:val="24"/>
          <w:rtl/>
          <w:szCs w:val="32"/>
        </w:rPr>
        <w:t>פ״ו</w:t>
      </w:r>
      <w:r>
        <w:rPr>
          <w:rFonts w:ascii="Georgia" w:hAnsi="Georgia"/>
          <w:b w:val="0"/>
          <w:i w:val="0"/>
          <w:color w:val="000000"/>
          <w:sz w:val="24"/>
        </w:rPr>
        <w:t xml:space="preserve">). Слово </w:t>
      </w:r>
      <w:r>
        <w:rPr>
          <w:rFonts w:ascii="Georgia" w:hAnsi="Georgia"/>
          <w:b w:val="0"/>
          <w:i/>
          <w:color w:val="000000"/>
          <w:sz w:val="24"/>
        </w:rPr>
        <w:t>асити</w:t>
      </w:r>
      <w:r>
        <w:rPr>
          <w:rFonts w:ascii="Georgia" w:hAnsi="Georgia"/>
          <w:b w:val="0"/>
          <w:i w:val="0"/>
          <w:color w:val="000000"/>
          <w:sz w:val="24"/>
        </w:rPr>
        <w:t xml:space="preserve"> (</w:t>
      </w:r>
      <w:r>
        <w:rPr>
          <w:rFonts w:ascii="Georgia" w:hAnsi="Georgia" w:cs="Times New Roman"/>
          <w:b/>
          <w:i w:val="0"/>
          <w:color w:val="000000"/>
          <w:sz w:val="24"/>
          <w:rtl/>
          <w:szCs w:val="32"/>
        </w:rPr>
        <w:t>עָשִׂיתִי</w:t>
      </w:r>
      <w:r>
        <w:rPr>
          <w:rFonts w:ascii="Georgia" w:hAnsi="Georgia"/>
          <w:b w:val="0"/>
          <w:i w:val="0"/>
          <w:color w:val="000000"/>
          <w:sz w:val="24"/>
        </w:rPr>
        <w:t>) по гематрии составляет 370 (</w:t>
      </w:r>
      <w:r>
        <w:rPr>
          <w:rFonts w:ascii="Georgia" w:hAnsi="Georgia" w:cs="Times New Roman"/>
          <w:b/>
          <w:i w:val="0"/>
          <w:color w:val="000000"/>
          <w:sz w:val="24"/>
          <w:rtl/>
          <w:szCs w:val="32"/>
        </w:rPr>
        <w:t>ש״ע</w:t>
      </w:r>
      <w:r>
        <w:rPr>
          <w:rFonts w:ascii="Georgia" w:hAnsi="Georgia"/>
          <w:b w:val="0"/>
          <w:i w:val="0"/>
          <w:color w:val="000000"/>
          <w:sz w:val="24"/>
        </w:rPr>
        <w:t>) [и] 420 (</w:t>
      </w:r>
      <w:r>
        <w:rPr>
          <w:rFonts w:ascii="Georgia" w:hAnsi="Georgia" w:cs="Times New Roman"/>
          <w:b/>
          <w:i w:val="0"/>
          <w:color w:val="000000"/>
          <w:sz w:val="24"/>
          <w:rtl/>
          <w:szCs w:val="32"/>
        </w:rPr>
        <w:t>ת״ך</w:t>
      </w:r>
      <w:r>
        <w:rPr>
          <w:rFonts w:ascii="Georgia" w:hAnsi="Georgia"/>
          <w:b w:val="0"/>
          <w:i w:val="0"/>
          <w:color w:val="000000"/>
          <w:sz w:val="24"/>
        </w:rPr>
        <w:t>): 370 — это 370 светов от АА, а 420 — это десять раз по 42 от АВАЯ с наполнением йод.</w:t>
      </w:r>
    </w:p>
    <w:p>
      <w:pPr>
        <w:spacing w:before="40" w:after="120"/>
        <w:jc w:val="both"/>
      </w:pPr>
      <w:r>
        <w:rPr>
          <w:rFonts w:ascii="Georgia" w:hAnsi="Georgia"/>
          <w:b w:val="0"/>
          <w:i w:val="0"/>
          <w:color w:val="000000"/>
          <w:sz w:val="24"/>
        </w:rPr>
        <w:t>Еще я нашел записанным в нем иной путь, но он был зачеркнут пером, а именно: два [Имени] ЭЛОКИМ в простых ахораим составляют по гематрии 400 (</w:t>
      </w:r>
      <w:r>
        <w:rPr>
          <w:rFonts w:ascii="Georgia" w:hAnsi="Georgia" w:cs="Times New Roman"/>
          <w:b/>
          <w:i w:val="0"/>
          <w:color w:val="000000"/>
          <w:sz w:val="24"/>
          <w:rtl/>
          <w:szCs w:val="32"/>
        </w:rPr>
        <w:t>ת</w:t>
      </w:r>
      <w:r>
        <w:rPr>
          <w:rFonts w:ascii="Georgia" w:hAnsi="Georgia"/>
          <w:b w:val="0"/>
          <w:i w:val="0"/>
          <w:color w:val="000000"/>
          <w:sz w:val="24"/>
        </w:rPr>
        <w:t>), а тринадцать букв наполнения ЭЛОКИМ и пять его простых букв составляют 18 (</w:t>
      </w:r>
      <w:r>
        <w:rPr>
          <w:rFonts w:ascii="Georgia" w:hAnsi="Georgia" w:cs="Times New Roman"/>
          <w:b/>
          <w:i w:val="0"/>
          <w:color w:val="000000"/>
          <w:sz w:val="24"/>
          <w:rtl/>
          <w:szCs w:val="32"/>
        </w:rPr>
        <w:t>ח״י</w:t>
      </w:r>
      <w:r>
        <w:rPr>
          <w:rFonts w:ascii="Georgia" w:hAnsi="Georgia"/>
          <w:b w:val="0"/>
          <w:i w:val="0"/>
          <w:color w:val="000000"/>
          <w:sz w:val="24"/>
        </w:rPr>
        <w:t>), и вместе с обоими этими Именами в целом получается 420 (</w:t>
      </w:r>
      <w:r>
        <w:rPr>
          <w:rFonts w:ascii="Georgia" w:hAnsi="Georgia" w:cs="Times New Roman"/>
          <w:b/>
          <w:i w:val="0"/>
          <w:color w:val="000000"/>
          <w:sz w:val="24"/>
          <w:rtl/>
          <w:szCs w:val="32"/>
        </w:rPr>
        <w:t>ת״ך</w:t>
      </w:r>
      <w:r>
        <w:rPr>
          <w:rFonts w:ascii="Georgia" w:hAnsi="Georgia"/>
          <w:b w:val="0"/>
          <w:i w:val="0"/>
          <w:color w:val="000000"/>
          <w:sz w:val="24"/>
        </w:rPr>
        <w:t>). [Говорит Шмуэль: это единение (</w:t>
      </w:r>
      <w:r>
        <w:rPr>
          <w:rFonts w:ascii="Georgia" w:hAnsi="Georgia"/>
          <w:b w:val="0"/>
          <w:i/>
          <w:color w:val="000000"/>
          <w:sz w:val="24"/>
        </w:rPr>
        <w:t>ихуд</w:t>
      </w:r>
      <w:r>
        <w:rPr>
          <w:rFonts w:ascii="Georgia" w:hAnsi="Georgia"/>
          <w:b w:val="0"/>
          <w:i w:val="0"/>
          <w:color w:val="000000"/>
          <w:sz w:val="24"/>
        </w:rPr>
        <w:t>) было совершенно запутано, и я исправил его надлежащим образом, как увидят твои глаза по правде, и выпустил его в свет].</w:t>
      </w:r>
    </w:p>
    <w:p>
      <w:pPr>
        <w:keepNext/>
        <w:spacing w:before="320" w:after="120"/>
      </w:pPr>
      <w:r>
        <w:rPr>
          <w:rFonts w:ascii="Georgia" w:hAnsi="Georgia"/>
          <w:b w:val="0"/>
          <w:i w:val="0"/>
          <w:color w:val="000000"/>
          <w:sz w:val="32"/>
        </w:rPr>
        <w:t>Ихуд 42</w:t>
      </w:r>
    </w:p>
    <w:p>
      <w:pPr>
        <w:spacing w:before="40" w:after="120"/>
        <w:jc w:val="both"/>
      </w:pPr>
      <w:r>
        <w:rPr>
          <w:rFonts w:ascii="Georgia" w:hAnsi="Georgia"/>
          <w:b w:val="0"/>
          <w:i w:val="0"/>
          <w:color w:val="000000"/>
          <w:sz w:val="24"/>
        </w:rPr>
        <w:t xml:space="preserve">К упомянутому [стиху]: </w:t>
      </w:r>
      <w:r>
        <w:rPr>
          <w:rFonts w:ascii="Georgia" w:hAnsi="Georgia"/>
          <w:b w:val="0"/>
          <w:i/>
          <w:color w:val="000000"/>
          <w:sz w:val="24"/>
        </w:rPr>
        <w:t>«Радуйтесь о Г-споде и ликуйте, праведники, и торжествуйте…»</w:t>
      </w:r>
      <w:r>
        <w:rPr>
          <w:rFonts w:ascii="Georgia" w:hAnsi="Georgia"/>
          <w:b w:val="0"/>
          <w:i w:val="0"/>
          <w:color w:val="000000"/>
          <w:sz w:val="24"/>
        </w:rPr>
        <w:t xml:space="preserve"> (Теилим 32:11). Начальные буквы [этих слов] в гематрии дают 404 (</w:t>
      </w:r>
      <w:r>
        <w:rPr>
          <w:rFonts w:ascii="Georgia" w:hAnsi="Georgia" w:cs="Times New Roman"/>
          <w:b/>
          <w:i w:val="0"/>
          <w:color w:val="000000"/>
          <w:sz w:val="24"/>
          <w:rtl/>
          <w:szCs w:val="32"/>
        </w:rPr>
        <w:t>ת״ד</w:t>
      </w:r>
      <w:r>
        <w:rPr>
          <w:rFonts w:ascii="Georgia" w:hAnsi="Georgia"/>
          <w:b w:val="0"/>
          <w:i w:val="0"/>
          <w:color w:val="000000"/>
          <w:sz w:val="24"/>
        </w:rPr>
        <w:t xml:space="preserve">), и они составляют АБ (72) и 130 для Даат Леи и АБ и 130 для Даат Рахели. Начальные буквы [слов] </w:t>
      </w:r>
      <w:r>
        <w:rPr>
          <w:rFonts w:ascii="Georgia" w:hAnsi="Georgia"/>
          <w:b w:val="0"/>
          <w:i/>
          <w:color w:val="000000"/>
          <w:sz w:val="24"/>
        </w:rPr>
        <w:t>«…и торжествуйте, все правые сердцем»</w:t>
      </w:r>
      <w:r>
        <w:rPr>
          <w:rFonts w:ascii="Georgia" w:hAnsi="Georgia"/>
          <w:b w:val="0"/>
          <w:i w:val="0"/>
          <w:color w:val="000000"/>
          <w:sz w:val="24"/>
        </w:rPr>
        <w:t xml:space="preserve"> в гематрии дают 66 (</w:t>
      </w:r>
      <w:r>
        <w:rPr>
          <w:rFonts w:ascii="Georgia" w:hAnsi="Georgia" w:cs="Times New Roman"/>
          <w:b/>
          <w:i w:val="0"/>
          <w:color w:val="000000"/>
          <w:sz w:val="24"/>
          <w:rtl/>
          <w:szCs w:val="32"/>
        </w:rPr>
        <w:t>ס״ו</w:t>
      </w:r>
      <w:r>
        <w:rPr>
          <w:rFonts w:ascii="Georgia" w:hAnsi="Georgia"/>
          <w:b w:val="0"/>
          <w:i w:val="0"/>
          <w:color w:val="000000"/>
          <w:sz w:val="24"/>
        </w:rPr>
        <w:t xml:space="preserve">), что соответствует [Имени] АДОНАЙ с коллелем. Конечные буквы [слов] </w:t>
      </w:r>
      <w:r>
        <w:rPr>
          <w:rFonts w:ascii="Georgia" w:hAnsi="Georgia"/>
          <w:b w:val="0"/>
          <w:i/>
          <w:color w:val="000000"/>
          <w:sz w:val="24"/>
        </w:rPr>
        <w:t>«Радуйтесь о Г-споде и ликуйте, праведники»</w:t>
      </w:r>
      <w:r>
        <w:rPr>
          <w:rFonts w:ascii="Georgia" w:hAnsi="Georgia"/>
          <w:b w:val="0"/>
          <w:i w:val="0"/>
          <w:color w:val="000000"/>
          <w:sz w:val="24"/>
        </w:rPr>
        <w:t xml:space="preserve"> образуют [сочетание] вав, хэй, вав (</w:t>
      </w:r>
      <w:r>
        <w:rPr>
          <w:rFonts w:ascii="Georgia" w:hAnsi="Georgia" w:cs="Times New Roman"/>
          <w:b/>
          <w:i w:val="0"/>
          <w:color w:val="000000"/>
          <w:sz w:val="24"/>
          <w:rtl/>
          <w:szCs w:val="32"/>
        </w:rPr>
        <w:t>וה״ו</w:t>
      </w:r>
      <w:r>
        <w:rPr>
          <w:rFonts w:ascii="Georgia" w:hAnsi="Georgia"/>
          <w:b w:val="0"/>
          <w:i w:val="0"/>
          <w:color w:val="000000"/>
          <w:sz w:val="24"/>
        </w:rPr>
        <w:t xml:space="preserve">), и это первое Имя из 72-буквенного Имени [выводимого из стихов] «Вайиса…», «Ваяво…», «Вайет…». Конечные буквы [слов] </w:t>
      </w:r>
      <w:r>
        <w:rPr>
          <w:rFonts w:ascii="Georgia" w:hAnsi="Georgia"/>
          <w:b w:val="0"/>
          <w:i/>
          <w:color w:val="000000"/>
          <w:sz w:val="24"/>
        </w:rPr>
        <w:t>«…праведники, и торжествуйте, все правые сердцем»</w:t>
      </w:r>
      <w:r>
        <w:rPr>
          <w:rFonts w:ascii="Georgia" w:hAnsi="Georgia"/>
          <w:b w:val="0"/>
          <w:i w:val="0"/>
          <w:color w:val="000000"/>
          <w:sz w:val="24"/>
        </w:rPr>
        <w:t xml:space="preserve"> дают 86 (</w:t>
      </w:r>
      <w:r>
        <w:rPr>
          <w:rFonts w:ascii="Georgia" w:hAnsi="Georgia" w:cs="Times New Roman"/>
          <w:b/>
          <w:i w:val="0"/>
          <w:color w:val="000000"/>
          <w:sz w:val="24"/>
          <w:rtl/>
          <w:szCs w:val="32"/>
        </w:rPr>
        <w:t>פ״ו</w:t>
      </w:r>
      <w:r>
        <w:rPr>
          <w:rFonts w:ascii="Georgia" w:hAnsi="Georgia"/>
          <w:b w:val="0"/>
          <w:i w:val="0"/>
          <w:color w:val="000000"/>
          <w:sz w:val="24"/>
        </w:rPr>
        <w:t xml:space="preserve">), что в гематрии равно [Имени] ЭЛОКИМ. А 32 [в слове </w:t>
      </w:r>
      <w:r>
        <w:rPr>
          <w:rFonts w:ascii="Georgia" w:hAnsi="Georgia"/>
          <w:b w:val="0"/>
          <w:i/>
          <w:color w:val="000000"/>
          <w:sz w:val="24"/>
        </w:rPr>
        <w:t>лев</w:t>
      </w:r>
      <w:r>
        <w:rPr>
          <w:rFonts w:ascii="Georgia" w:hAnsi="Georgia"/>
          <w:b w:val="0"/>
          <w:i w:val="0"/>
          <w:color w:val="000000"/>
          <w:sz w:val="24"/>
        </w:rPr>
        <w:t xml:space="preserve">] — это 32 [упоминания Имени] ЭЛОКИМ. [Слова] </w:t>
      </w:r>
      <w:r>
        <w:rPr>
          <w:rFonts w:ascii="Georgia" w:hAnsi="Georgia"/>
          <w:b w:val="0"/>
          <w:i/>
          <w:color w:val="000000"/>
          <w:sz w:val="24"/>
        </w:rPr>
        <w:t>«Радуйтесь о Г-споде»</w:t>
      </w:r>
      <w:r>
        <w:rPr>
          <w:rFonts w:ascii="Georgia" w:hAnsi="Georgia"/>
          <w:b w:val="0"/>
          <w:i w:val="0"/>
          <w:color w:val="000000"/>
          <w:sz w:val="24"/>
        </w:rPr>
        <w:t xml:space="preserve"> в гематрии составляют 382 (</w:t>
      </w:r>
      <w:r>
        <w:rPr>
          <w:rFonts w:ascii="Georgia" w:hAnsi="Georgia" w:cs="Times New Roman"/>
          <w:b/>
          <w:i w:val="0"/>
          <w:color w:val="000000"/>
          <w:sz w:val="24"/>
          <w:rtl/>
          <w:szCs w:val="32"/>
        </w:rPr>
        <w:t>שפ״ב</w:t>
      </w:r>
      <w:r>
        <w:rPr>
          <w:rFonts w:ascii="Georgia" w:hAnsi="Georgia"/>
          <w:b w:val="0"/>
          <w:i w:val="0"/>
          <w:color w:val="000000"/>
          <w:sz w:val="24"/>
        </w:rPr>
        <w:t>), что равно двукратному 190 (</w:t>
      </w:r>
      <w:r>
        <w:rPr>
          <w:rFonts w:ascii="Georgia" w:hAnsi="Georgia"/>
          <w:b w:val="0"/>
          <w:i/>
          <w:color w:val="000000"/>
          <w:sz w:val="24"/>
        </w:rPr>
        <w:t>кэц</w:t>
      </w:r>
      <w:r>
        <w:rPr>
          <w:rFonts w:ascii="Georgia" w:hAnsi="Georgia"/>
          <w:b w:val="0"/>
          <w:i w:val="0"/>
          <w:color w:val="000000"/>
          <w:sz w:val="24"/>
        </w:rPr>
        <w:t xml:space="preserve">, </w:t>
      </w:r>
      <w:r>
        <w:rPr>
          <w:rFonts w:ascii="Georgia" w:hAnsi="Georgia" w:cs="Times New Roman"/>
          <w:b/>
          <w:i w:val="0"/>
          <w:color w:val="000000"/>
          <w:sz w:val="24"/>
          <w:rtl/>
          <w:szCs w:val="32"/>
        </w:rPr>
        <w:t>ק״ץ</w:t>
      </w:r>
      <w:r>
        <w:rPr>
          <w:rFonts w:ascii="Georgia" w:hAnsi="Georgia"/>
          <w:b w:val="0"/>
          <w:i w:val="0"/>
          <w:color w:val="000000"/>
          <w:sz w:val="24"/>
        </w:rPr>
        <w:t>): один [кэц] — для правой стороны, и один — для левой.</w:t>
      </w:r>
    </w:p>
    <w:p>
      <w:pPr>
        <w:spacing w:before="40" w:after="120"/>
        <w:jc w:val="both"/>
      </w:pPr>
      <w:r>
        <w:rPr>
          <w:rFonts w:ascii="Georgia" w:hAnsi="Georgia"/>
          <w:b w:val="0"/>
          <w:i w:val="0"/>
          <w:color w:val="000000"/>
          <w:sz w:val="24"/>
        </w:rPr>
        <w:t xml:space="preserve">Смысл же в том, что возведение в квадрат [букв Имени] АВАЯ — 10 раз по 10, 5 раз по 5, 6 раз по 6 и 5 раз по 5 — в гематрии дает [слово] </w:t>
      </w:r>
      <w:r>
        <w:rPr>
          <w:rFonts w:ascii="Georgia" w:hAnsi="Georgia"/>
          <w:b w:val="0"/>
          <w:i/>
          <w:color w:val="000000"/>
          <w:sz w:val="24"/>
        </w:rPr>
        <w:t>маком</w:t>
      </w:r>
      <w:r>
        <w:rPr>
          <w:rFonts w:ascii="Georgia" w:hAnsi="Georgia"/>
          <w:b w:val="0"/>
          <w:i w:val="0"/>
          <w:color w:val="000000"/>
          <w:sz w:val="24"/>
        </w:rPr>
        <w:t xml:space="preserve"> («место», </w:t>
      </w:r>
      <w:r>
        <w:rPr>
          <w:rFonts w:ascii="Georgia" w:hAnsi="Georgia" w:cs="Times New Roman"/>
          <w:b/>
          <w:i w:val="0"/>
          <w:color w:val="000000"/>
          <w:sz w:val="24"/>
          <w:rtl/>
          <w:szCs w:val="32"/>
        </w:rPr>
        <w:t>מָקוֹם</w:t>
      </w:r>
      <w:r>
        <w:rPr>
          <w:rFonts w:ascii="Georgia" w:hAnsi="Georgia"/>
          <w:b w:val="0"/>
          <w:i w:val="0"/>
          <w:color w:val="000000"/>
          <w:sz w:val="24"/>
        </w:rPr>
        <w:t xml:space="preserve"> = 186), а вместе с четырьмя его буквами это составляет 190 (</w:t>
      </w:r>
      <w:r>
        <w:rPr>
          <w:rFonts w:ascii="Georgia" w:hAnsi="Georgia"/>
          <w:b w:val="0"/>
          <w:i/>
          <w:color w:val="000000"/>
          <w:sz w:val="24"/>
        </w:rPr>
        <w:t>кэц</w:t>
      </w:r>
      <w:r>
        <w:rPr>
          <w:rFonts w:ascii="Georgia" w:hAnsi="Georgia"/>
          <w:b w:val="0"/>
          <w:i w:val="0"/>
          <w:color w:val="000000"/>
          <w:sz w:val="24"/>
        </w:rPr>
        <w:t>) для левой стороны, так как известно, что всякий квадрат — это обратная сторона (</w:t>
      </w:r>
      <w:r>
        <w:rPr>
          <w:rFonts w:ascii="Georgia" w:hAnsi="Georgia"/>
          <w:b w:val="0"/>
          <w:i/>
          <w:color w:val="000000"/>
          <w:sz w:val="24"/>
        </w:rPr>
        <w:t>ахораим</w:t>
      </w:r>
      <w:r>
        <w:rPr>
          <w:rFonts w:ascii="Georgia" w:hAnsi="Georgia"/>
          <w:b w:val="0"/>
          <w:i w:val="0"/>
          <w:color w:val="000000"/>
          <w:sz w:val="24"/>
        </w:rPr>
        <w:t xml:space="preserve">) и относится к суду. Также есть </w:t>
      </w:r>
      <w:r>
        <w:rPr>
          <w:rFonts w:ascii="Georgia" w:hAnsi="Georgia"/>
          <w:b w:val="0"/>
          <w:i/>
          <w:color w:val="000000"/>
          <w:sz w:val="24"/>
        </w:rPr>
        <w:t>кэц</w:t>
      </w:r>
      <w:r>
        <w:rPr>
          <w:rFonts w:ascii="Georgia" w:hAnsi="Georgia"/>
          <w:b w:val="0"/>
          <w:i w:val="0"/>
          <w:color w:val="000000"/>
          <w:sz w:val="24"/>
        </w:rPr>
        <w:t xml:space="preserve"> (190) для правой стороны, и он складывается из 46 и 140: 46 — это наполнение [Имени] АВАЯ с йод, а 140 — наполнение [Имени] ЭЙЕ с йод, что вместе дает [слово] </w:t>
      </w:r>
      <w:r>
        <w:rPr>
          <w:rFonts w:ascii="Georgia" w:hAnsi="Georgia"/>
          <w:b w:val="0"/>
          <w:i/>
          <w:color w:val="000000"/>
          <w:sz w:val="24"/>
        </w:rPr>
        <w:t>маком</w:t>
      </w:r>
      <w:r>
        <w:rPr>
          <w:rFonts w:ascii="Georgia" w:hAnsi="Georgia"/>
          <w:b w:val="0"/>
          <w:i w:val="0"/>
          <w:color w:val="000000"/>
          <w:sz w:val="24"/>
        </w:rPr>
        <w:t xml:space="preserve"> (</w:t>
      </w:r>
      <w:r>
        <w:rPr>
          <w:rFonts w:ascii="Georgia" w:hAnsi="Georgia" w:cs="Times New Roman"/>
          <w:b/>
          <w:i w:val="0"/>
          <w:color w:val="000000"/>
          <w:sz w:val="24"/>
          <w:rtl/>
          <w:szCs w:val="32"/>
        </w:rPr>
        <w:t>מָקוֹם</w:t>
      </w:r>
      <w:r>
        <w:rPr>
          <w:rFonts w:ascii="Georgia" w:hAnsi="Georgia"/>
          <w:b w:val="0"/>
          <w:i w:val="0"/>
          <w:color w:val="000000"/>
          <w:sz w:val="24"/>
        </w:rPr>
        <w:t xml:space="preserve"> = 186); а с четырьмя буквами [Имени] АВАЯ получается 190 (</w:t>
      </w:r>
      <w:r>
        <w:rPr>
          <w:rFonts w:ascii="Georgia" w:hAnsi="Georgia"/>
          <w:b w:val="0"/>
          <w:i/>
          <w:color w:val="000000"/>
          <w:sz w:val="24"/>
        </w:rPr>
        <w:t>кэц</w:t>
      </w:r>
      <w:r>
        <w:rPr>
          <w:rFonts w:ascii="Georgia" w:hAnsi="Georgia"/>
          <w:b w:val="0"/>
          <w:i w:val="0"/>
          <w:color w:val="000000"/>
          <w:sz w:val="24"/>
        </w:rPr>
        <w:t xml:space="preserve">). Таким образом, два [раза по] </w:t>
      </w:r>
      <w:r>
        <w:rPr>
          <w:rFonts w:ascii="Georgia" w:hAnsi="Georgia"/>
          <w:b w:val="0"/>
          <w:i/>
          <w:color w:val="000000"/>
          <w:sz w:val="24"/>
        </w:rPr>
        <w:t>кэц</w:t>
      </w:r>
      <w:r>
        <w:rPr>
          <w:rFonts w:ascii="Georgia" w:hAnsi="Georgia"/>
          <w:b w:val="0"/>
          <w:i w:val="0"/>
          <w:color w:val="000000"/>
          <w:sz w:val="24"/>
        </w:rPr>
        <w:t xml:space="preserve"> и два коллеля составляют 382 (</w:t>
      </w:r>
      <w:r>
        <w:rPr>
          <w:rFonts w:ascii="Georgia" w:hAnsi="Georgia" w:cs="Times New Roman"/>
          <w:b/>
          <w:i w:val="0"/>
          <w:color w:val="000000"/>
          <w:sz w:val="24"/>
          <w:rtl/>
          <w:szCs w:val="32"/>
        </w:rPr>
        <w:t>שפ״ב</w:t>
      </w:r>
      <w:r>
        <w:rPr>
          <w:rFonts w:ascii="Georgia" w:hAnsi="Georgia"/>
          <w:b w:val="0"/>
          <w:i w:val="0"/>
          <w:color w:val="000000"/>
          <w:sz w:val="24"/>
        </w:rPr>
        <w:t xml:space="preserve">). [Слово] </w:t>
      </w:r>
      <w:r>
        <w:rPr>
          <w:rFonts w:ascii="Georgia" w:hAnsi="Georgia"/>
          <w:b w:val="0"/>
          <w:i/>
          <w:color w:val="000000"/>
          <w:sz w:val="24"/>
        </w:rPr>
        <w:t>ве-гилу</w:t>
      </w:r>
      <w:r>
        <w:rPr>
          <w:rFonts w:ascii="Georgia" w:hAnsi="Georgia"/>
          <w:b w:val="0"/>
          <w:i w:val="0"/>
          <w:color w:val="000000"/>
          <w:sz w:val="24"/>
        </w:rPr>
        <w:t xml:space="preserve"> («и ликуйте») в гематрии равно 55 (</w:t>
      </w:r>
      <w:r>
        <w:rPr>
          <w:rFonts w:ascii="Georgia" w:hAnsi="Georgia" w:cs="Times New Roman"/>
          <w:b/>
          <w:i w:val="0"/>
          <w:color w:val="000000"/>
          <w:sz w:val="24"/>
          <w:rtl/>
          <w:szCs w:val="32"/>
        </w:rPr>
        <w:t>נ״ה</w:t>
      </w:r>
      <w:r>
        <w:rPr>
          <w:rFonts w:ascii="Georgia" w:hAnsi="Georgia"/>
          <w:b w:val="0"/>
          <w:i w:val="0"/>
          <w:color w:val="000000"/>
          <w:sz w:val="24"/>
        </w:rPr>
        <w:t xml:space="preserve">): это [Имя] АВАЯ в Нукве де-Зеир Анпин, равное БОН (52), а вместе с тремя мохин в ней это составляет 55. [Слово] </w:t>
      </w:r>
      <w:r>
        <w:rPr>
          <w:rFonts w:ascii="Georgia" w:hAnsi="Georgia"/>
          <w:b w:val="0"/>
          <w:i/>
          <w:color w:val="000000"/>
          <w:sz w:val="24"/>
        </w:rPr>
        <w:t>цадиким</w:t>
      </w:r>
      <w:r>
        <w:rPr>
          <w:rFonts w:ascii="Georgia" w:hAnsi="Georgia"/>
          <w:b w:val="0"/>
          <w:i w:val="0"/>
          <w:color w:val="000000"/>
          <w:sz w:val="24"/>
        </w:rPr>
        <w:t xml:space="preserve"> («праведники») в гематрии равно </w:t>
      </w:r>
      <w:r>
        <w:rPr>
          <w:rFonts w:ascii="Georgia" w:hAnsi="Georgia"/>
          <w:b w:val="0"/>
          <w:i/>
          <w:color w:val="000000"/>
          <w:sz w:val="24"/>
        </w:rPr>
        <w:t>недер</w:t>
      </w:r>
      <w:r>
        <w:rPr>
          <w:rFonts w:ascii="Georgia" w:hAnsi="Georgia"/>
          <w:b w:val="0"/>
          <w:i w:val="0"/>
          <w:color w:val="000000"/>
          <w:sz w:val="24"/>
        </w:rPr>
        <w:t xml:space="preserve"> (</w:t>
      </w:r>
      <w:r>
        <w:rPr>
          <w:rFonts w:ascii="Georgia" w:hAnsi="Georgia" w:cs="Times New Roman"/>
          <w:b/>
          <w:i w:val="0"/>
          <w:color w:val="000000"/>
          <w:sz w:val="24"/>
          <w:rtl/>
          <w:szCs w:val="32"/>
        </w:rPr>
        <w:t>נד״ר</w:t>
      </w:r>
      <w:r>
        <w:rPr>
          <w:rFonts w:ascii="Georgia" w:hAnsi="Georgia"/>
          <w:b w:val="0"/>
          <w:i w:val="0"/>
          <w:color w:val="000000"/>
          <w:sz w:val="24"/>
        </w:rPr>
        <w:t xml:space="preserve"> = 254), и это трижды [Имя из] 42 от АБ, САГ и МА, что составляет 126, а также дважды по числу букв </w:t>
      </w:r>
      <w:r>
        <w:rPr>
          <w:rFonts w:ascii="Georgia" w:hAnsi="Georgia"/>
          <w:b w:val="0"/>
          <w:i/>
          <w:color w:val="000000"/>
          <w:sz w:val="24"/>
        </w:rPr>
        <w:t>эм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 xml:space="preserve">) [43] в [Именах] ЭЙЕ с йод и с алеф, и еще 39 букв [Имени] ЭЙЕ с хэй — что [вместе] составляет 125; а вместе с шестью упомянутыми Именами и общим коллелем для всех них получается </w:t>
      </w:r>
      <w:r>
        <w:rPr>
          <w:rFonts w:ascii="Georgia" w:hAnsi="Georgia"/>
          <w:b w:val="0"/>
          <w:i/>
          <w:color w:val="000000"/>
          <w:sz w:val="24"/>
        </w:rPr>
        <w:t>недер</w:t>
      </w:r>
      <w:r>
        <w:rPr>
          <w:rFonts w:ascii="Georgia" w:hAnsi="Georgia"/>
          <w:b w:val="0"/>
          <w:i w:val="0"/>
          <w:color w:val="000000"/>
          <w:sz w:val="24"/>
        </w:rPr>
        <w:t xml:space="preserve"> [254]. [Слово] </w:t>
      </w:r>
      <w:r>
        <w:rPr>
          <w:rFonts w:ascii="Georgia" w:hAnsi="Georgia"/>
          <w:b w:val="0"/>
          <w:i/>
          <w:color w:val="000000"/>
          <w:sz w:val="24"/>
        </w:rPr>
        <w:t>ве-арнину</w:t>
      </w:r>
      <w:r>
        <w:rPr>
          <w:rFonts w:ascii="Georgia" w:hAnsi="Georgia"/>
          <w:b w:val="0"/>
          <w:i w:val="0"/>
          <w:color w:val="000000"/>
          <w:sz w:val="24"/>
        </w:rPr>
        <w:t xml:space="preserve"> («и торжествуйте») в гематрии равно 327 (</w:t>
      </w:r>
      <w:r>
        <w:rPr>
          <w:rFonts w:ascii="Georgia" w:hAnsi="Georgia" w:cs="Times New Roman"/>
          <w:b/>
          <w:i w:val="0"/>
          <w:color w:val="000000"/>
          <w:sz w:val="24"/>
          <w:rtl/>
          <w:szCs w:val="32"/>
        </w:rPr>
        <w:t>שכ״ז</w:t>
      </w:r>
      <w:r>
        <w:rPr>
          <w:rFonts w:ascii="Georgia" w:hAnsi="Georgia"/>
          <w:b w:val="0"/>
          <w:i w:val="0"/>
          <w:color w:val="000000"/>
          <w:sz w:val="24"/>
        </w:rPr>
        <w:t xml:space="preserve">): это [Имя] ЭЛОКИМ с йод, равное 300, и 27 букв наполнения наполнения [Имени] ЭЙЕ с хэй [в примечании: следует читать «с йод, как ЭЛОКИМ»]. [Слова] </w:t>
      </w:r>
      <w:r>
        <w:rPr>
          <w:rFonts w:ascii="Georgia" w:hAnsi="Georgia"/>
          <w:b w:val="0"/>
          <w:i/>
          <w:color w:val="000000"/>
          <w:sz w:val="24"/>
        </w:rPr>
        <w:t>коль ишрей</w:t>
      </w:r>
      <w:r>
        <w:rPr>
          <w:rFonts w:ascii="Georgia" w:hAnsi="Georgia"/>
          <w:b w:val="0"/>
          <w:i w:val="0"/>
          <w:color w:val="000000"/>
          <w:sz w:val="24"/>
        </w:rPr>
        <w:t xml:space="preserve"> («все правые [сердцем]») в гематрии равны 570 (</w:t>
      </w:r>
      <w:r>
        <w:rPr>
          <w:rFonts w:ascii="Georgia" w:hAnsi="Georgia" w:cs="Times New Roman"/>
          <w:b/>
          <w:i w:val="0"/>
          <w:color w:val="000000"/>
          <w:sz w:val="24"/>
          <w:rtl/>
          <w:szCs w:val="32"/>
        </w:rPr>
        <w:t>תק״ע</w:t>
      </w:r>
      <w:r>
        <w:rPr>
          <w:rFonts w:ascii="Georgia" w:hAnsi="Georgia"/>
          <w:b w:val="0"/>
          <w:i w:val="0"/>
          <w:color w:val="000000"/>
          <w:sz w:val="24"/>
        </w:rPr>
        <w:t xml:space="preserve">): это [буквы] </w:t>
      </w:r>
      <w:r>
        <w:rPr>
          <w:rFonts w:ascii="Georgia" w:hAnsi="Georgia"/>
          <w:b w:val="0"/>
          <w:i/>
          <w:color w:val="000000"/>
          <w:sz w:val="24"/>
        </w:rPr>
        <w:t>манцепах</w:t>
      </w:r>
      <w:r>
        <w:rPr>
          <w:rFonts w:ascii="Georgia" w:hAnsi="Georgia"/>
          <w:b w:val="0"/>
          <w:i w:val="0"/>
          <w:color w:val="000000"/>
          <w:sz w:val="24"/>
        </w:rPr>
        <w:t xml:space="preserve"> (</w:t>
      </w:r>
      <w:r>
        <w:rPr>
          <w:rFonts w:ascii="Georgia" w:hAnsi="Georgia" w:cs="Times New Roman"/>
          <w:b/>
          <w:i w:val="0"/>
          <w:color w:val="000000"/>
          <w:sz w:val="24"/>
          <w:rtl/>
          <w:szCs w:val="32"/>
        </w:rPr>
        <w:t>מנצפ״ך</w:t>
      </w:r>
      <w:r>
        <w:rPr>
          <w:rFonts w:ascii="Georgia" w:hAnsi="Georgia"/>
          <w:b w:val="0"/>
          <w:i w:val="0"/>
          <w:color w:val="000000"/>
          <w:sz w:val="24"/>
        </w:rPr>
        <w:t>) в Лее, являющиеся пятью ее гвурот, которые вместе с пятью их буквами дают 285 (</w:t>
      </w:r>
      <w:r>
        <w:rPr>
          <w:rFonts w:ascii="Georgia" w:hAnsi="Georgia"/>
          <w:b w:val="0"/>
          <w:i/>
          <w:color w:val="000000"/>
          <w:sz w:val="24"/>
        </w:rPr>
        <w:t>пара</w:t>
      </w:r>
      <w:r>
        <w:rPr>
          <w:rFonts w:ascii="Georgia" w:hAnsi="Georgia"/>
          <w:b w:val="0"/>
          <w:i w:val="0"/>
          <w:color w:val="000000"/>
          <w:sz w:val="24"/>
        </w:rPr>
        <w:t xml:space="preserve"> — «телица», </w:t>
      </w:r>
      <w:r>
        <w:rPr>
          <w:rFonts w:ascii="Georgia" w:hAnsi="Georgia" w:cs="Times New Roman"/>
          <w:b/>
          <w:i w:val="0"/>
          <w:color w:val="000000"/>
          <w:sz w:val="24"/>
          <w:rtl/>
          <w:szCs w:val="32"/>
        </w:rPr>
        <w:t>פָּרָה</w:t>
      </w:r>
      <w:r>
        <w:rPr>
          <w:rFonts w:ascii="Georgia" w:hAnsi="Georgia"/>
          <w:b w:val="0"/>
          <w:i w:val="0"/>
          <w:color w:val="000000"/>
          <w:sz w:val="24"/>
        </w:rPr>
        <w:t xml:space="preserve">); и точно так же вторая </w:t>
      </w:r>
      <w:r>
        <w:rPr>
          <w:rFonts w:ascii="Georgia" w:hAnsi="Georgia"/>
          <w:b w:val="0"/>
          <w:i/>
          <w:color w:val="000000"/>
          <w:sz w:val="24"/>
        </w:rPr>
        <w:t>пара</w:t>
      </w:r>
      <w:r>
        <w:rPr>
          <w:rFonts w:ascii="Georgia" w:hAnsi="Georgia"/>
          <w:b w:val="0"/>
          <w:i w:val="0"/>
          <w:color w:val="000000"/>
          <w:sz w:val="24"/>
        </w:rPr>
        <w:t xml:space="preserve"> (285) — в Рахели, что [вместе] составляет 570.</w:t>
      </w:r>
    </w:p>
    <w:p>
      <w:pPr>
        <w:keepNext/>
        <w:spacing w:before="320" w:after="120"/>
      </w:pPr>
      <w:r>
        <w:rPr>
          <w:rFonts w:ascii="Georgia" w:hAnsi="Georgia"/>
          <w:b w:val="0"/>
          <w:i w:val="0"/>
          <w:color w:val="000000"/>
          <w:sz w:val="32"/>
        </w:rPr>
        <w:t>Ихуд 43</w:t>
      </w:r>
    </w:p>
    <w:p>
      <w:pPr>
        <w:spacing w:before="40" w:after="120"/>
        <w:jc w:val="both"/>
      </w:pPr>
      <w:r>
        <w:rPr>
          <w:rFonts w:ascii="Georgia" w:hAnsi="Georgia"/>
          <w:b w:val="0"/>
          <w:i w:val="0"/>
          <w:color w:val="000000"/>
          <w:sz w:val="24"/>
        </w:rPr>
        <w:t xml:space="preserve">К упомянутому выше. Начальные буквы слов </w:t>
      </w:r>
      <w:r>
        <w:rPr>
          <w:rFonts w:ascii="Georgia" w:hAnsi="Georgia"/>
          <w:b w:val="0"/>
          <w:i/>
          <w:color w:val="000000"/>
          <w:sz w:val="24"/>
        </w:rPr>
        <w:t>«Взвесь стезю ноги твоей…»</w:t>
      </w:r>
      <w:r>
        <w:rPr>
          <w:rFonts w:ascii="Georgia" w:hAnsi="Georgia"/>
          <w:b w:val="0"/>
          <w:i w:val="0"/>
          <w:color w:val="000000"/>
          <w:sz w:val="24"/>
        </w:rPr>
        <w:t xml:space="preserve"> (</w:t>
      </w:r>
      <w:r>
        <w:rPr>
          <w:rFonts w:ascii="Georgia" w:hAnsi="Georgia" w:cs="Times New Roman"/>
          <w:b/>
          <w:i w:val="0"/>
          <w:color w:val="000000"/>
          <w:sz w:val="24"/>
          <w:rtl/>
          <w:szCs w:val="32"/>
        </w:rPr>
        <w:t>פלס מעגל רגליך</w:t>
      </w:r>
      <w:r>
        <w:rPr>
          <w:rFonts w:ascii="Georgia" w:hAnsi="Georgia"/>
          <w:b w:val="0"/>
          <w:i w:val="0"/>
          <w:color w:val="000000"/>
          <w:sz w:val="24"/>
        </w:rPr>
        <w:t>, Мишлей 4:26) [— пэй, мэм, рэйш — составляют] 320 (</w:t>
      </w:r>
      <w:r>
        <w:rPr>
          <w:rFonts w:ascii="Georgia" w:hAnsi="Georgia" w:cs="Times New Roman"/>
          <w:b/>
          <w:i w:val="0"/>
          <w:color w:val="000000"/>
          <w:sz w:val="24"/>
          <w:rtl/>
          <w:szCs w:val="32"/>
        </w:rPr>
        <w:t>ש״ך</w:t>
      </w:r>
      <w:r>
        <w:rPr>
          <w:rFonts w:ascii="Georgia" w:hAnsi="Georgia"/>
          <w:b w:val="0"/>
          <w:i w:val="0"/>
          <w:color w:val="000000"/>
          <w:sz w:val="24"/>
        </w:rPr>
        <w:t xml:space="preserve"> = 320) судов, что равно числу [слова] </w:t>
      </w:r>
      <w:r>
        <w:rPr>
          <w:rFonts w:ascii="Georgia" w:hAnsi="Georgia"/>
          <w:b w:val="0"/>
          <w:i/>
          <w:color w:val="000000"/>
          <w:sz w:val="24"/>
        </w:rPr>
        <w:t>наар</w:t>
      </w:r>
      <w:r>
        <w:rPr>
          <w:rFonts w:ascii="Georgia" w:hAnsi="Georgia"/>
          <w:b w:val="0"/>
          <w:i w:val="0"/>
          <w:color w:val="000000"/>
          <w:sz w:val="24"/>
        </w:rPr>
        <w:t xml:space="preserve"> (</w:t>
      </w:r>
      <w:r>
        <w:rPr>
          <w:rFonts w:ascii="Georgia" w:hAnsi="Georgia" w:cs="Times New Roman"/>
          <w:b/>
          <w:i w:val="0"/>
          <w:color w:val="000000"/>
          <w:sz w:val="24"/>
          <w:rtl/>
          <w:szCs w:val="32"/>
        </w:rPr>
        <w:t>נַעַר</w:t>
      </w:r>
      <w:r>
        <w:rPr>
          <w:rFonts w:ascii="Georgia" w:hAnsi="Georgia"/>
          <w:b w:val="0"/>
          <w:i w:val="0"/>
          <w:color w:val="000000"/>
          <w:sz w:val="24"/>
        </w:rPr>
        <w:t xml:space="preserve"> = 320). И это — тайна Метатрона, [именуемого] «отрок» (</w:t>
      </w:r>
      <w:r>
        <w:rPr>
          <w:rFonts w:ascii="Georgia" w:hAnsi="Georgia"/>
          <w:b w:val="0"/>
          <w:i/>
          <w:color w:val="000000"/>
          <w:sz w:val="24"/>
        </w:rPr>
        <w:t>наар</w:t>
      </w:r>
      <w:r>
        <w:rPr>
          <w:rFonts w:ascii="Georgia" w:hAnsi="Georgia"/>
          <w:b w:val="0"/>
          <w:i w:val="0"/>
          <w:color w:val="000000"/>
          <w:sz w:val="24"/>
        </w:rPr>
        <w:t xml:space="preserve">), который зовется «обувью на ноге», как известно; и потому нужно надевать сначала правую обувь, чтобы подчинить суды преобладанием одолевающего их милосердия. Тайна же этих 320 судов такова: они — семь раз [по числу слова]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45), [то есть] семь мелахим Эдома, которые умерли, что составляет 315 (</w:t>
      </w:r>
      <w:r>
        <w:rPr>
          <w:rFonts w:ascii="Georgia" w:hAnsi="Georgia" w:cs="Times New Roman"/>
          <w:b/>
          <w:i w:val="0"/>
          <w:color w:val="000000"/>
          <w:sz w:val="24"/>
          <w:rtl/>
          <w:szCs w:val="32"/>
        </w:rPr>
        <w:t>שט״ו</w:t>
      </w:r>
      <w:r>
        <w:rPr>
          <w:rFonts w:ascii="Georgia" w:hAnsi="Georgia"/>
          <w:b w:val="0"/>
          <w:i w:val="0"/>
          <w:color w:val="000000"/>
          <w:sz w:val="24"/>
        </w:rPr>
        <w:t xml:space="preserve"> = 315). А вместе с высшей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 5) в Бине, из которой они вышли, получается 320. Слово «стезя» (</w:t>
      </w:r>
      <w:r>
        <w:rPr>
          <w:rFonts w:ascii="Georgia" w:hAnsi="Georgia"/>
          <w:b w:val="0"/>
          <w:i/>
          <w:color w:val="000000"/>
          <w:sz w:val="24"/>
        </w:rPr>
        <w:t>маагаль</w:t>
      </w:r>
      <w:r>
        <w:rPr>
          <w:rFonts w:ascii="Georgia" w:hAnsi="Georgia"/>
          <w:b w:val="0"/>
          <w:i w:val="0"/>
          <w:color w:val="000000"/>
          <w:sz w:val="24"/>
        </w:rPr>
        <w:t xml:space="preserve">, </w:t>
      </w:r>
      <w:r>
        <w:rPr>
          <w:rFonts w:ascii="Georgia" w:hAnsi="Georgia" w:cs="Times New Roman"/>
          <w:b/>
          <w:i w:val="0"/>
          <w:color w:val="000000"/>
          <w:sz w:val="24"/>
          <w:rtl/>
          <w:szCs w:val="32"/>
        </w:rPr>
        <w:t>מַעְגָּל</w:t>
      </w:r>
      <w:r>
        <w:rPr>
          <w:rFonts w:ascii="Georgia" w:hAnsi="Georgia"/>
          <w:b w:val="0"/>
          <w:i w:val="0"/>
          <w:color w:val="000000"/>
          <w:sz w:val="24"/>
        </w:rPr>
        <w:t>) по гематрии равно 143 (</w:t>
      </w:r>
      <w:r>
        <w:rPr>
          <w:rFonts w:ascii="Georgia" w:hAnsi="Georgia" w:cs="Times New Roman"/>
          <w:b/>
          <w:i w:val="0"/>
          <w:color w:val="000000"/>
          <w:sz w:val="24"/>
          <w:rtl/>
          <w:szCs w:val="32"/>
        </w:rPr>
        <w:t>קמ״ג</w:t>
      </w:r>
      <w:r>
        <w:rPr>
          <w:rFonts w:ascii="Georgia" w:hAnsi="Georgia"/>
          <w:b w:val="0"/>
          <w:i w:val="0"/>
          <w:color w:val="000000"/>
          <w:sz w:val="24"/>
        </w:rPr>
        <w:t xml:space="preserve"> = 143), и это — [Имя] ЭЙЕ с наполнением алеф. А если прибавить к нему колель [— единицу], получится 144 (</w:t>
      </w:r>
      <w:r>
        <w:rPr>
          <w:rFonts w:ascii="Georgia" w:hAnsi="Georgia" w:cs="Times New Roman"/>
          <w:b/>
          <w:i w:val="0"/>
          <w:color w:val="000000"/>
          <w:sz w:val="24"/>
          <w:rtl/>
          <w:szCs w:val="32"/>
        </w:rPr>
        <w:t>קד״ם</w:t>
      </w:r>
      <w:r>
        <w:rPr>
          <w:rFonts w:ascii="Georgia" w:hAnsi="Georgia"/>
          <w:b w:val="0"/>
          <w:i w:val="0"/>
          <w:color w:val="000000"/>
          <w:sz w:val="24"/>
        </w:rPr>
        <w:t xml:space="preserve"> = 144), что указывает на те 320 судов, которые намечены в начальных буквах, как сказано выше; они и называются «мудростью сынов востока» (</w:t>
      </w:r>
      <w:r>
        <w:rPr>
          <w:rFonts w:ascii="Georgia" w:hAnsi="Georgia"/>
          <w:b w:val="0"/>
          <w:i/>
          <w:color w:val="000000"/>
          <w:sz w:val="24"/>
        </w:rPr>
        <w:t>хохмат бней кедем</w:t>
      </w:r>
      <w:r>
        <w:rPr>
          <w:rFonts w:ascii="Georgia" w:hAnsi="Georgia"/>
          <w:b w:val="0"/>
          <w:i w:val="0"/>
          <w:color w:val="000000"/>
          <w:sz w:val="24"/>
        </w:rPr>
        <w:t xml:space="preserve">, </w:t>
      </w:r>
      <w:r>
        <w:rPr>
          <w:rFonts w:ascii="Georgia" w:hAnsi="Georgia" w:cs="Times New Roman"/>
          <w:b/>
          <w:i w:val="0"/>
          <w:color w:val="000000"/>
          <w:sz w:val="24"/>
          <w:rtl/>
          <w:szCs w:val="32"/>
        </w:rPr>
        <w:t>קֶדֶם</w:t>
      </w:r>
      <w:r>
        <w:rPr>
          <w:rFonts w:ascii="Georgia" w:hAnsi="Georgia"/>
          <w:b w:val="0"/>
          <w:i w:val="0"/>
          <w:color w:val="000000"/>
          <w:sz w:val="24"/>
        </w:rPr>
        <w:t xml:space="preserve">). И направь намерение смягчить их посредством упомянутого [Имени] ЭЙЕ. Начальные буквы слов </w:t>
      </w:r>
      <w:r>
        <w:rPr>
          <w:rFonts w:ascii="Georgia" w:hAnsi="Georgia"/>
          <w:b w:val="0"/>
          <w:i/>
          <w:color w:val="000000"/>
          <w:sz w:val="24"/>
        </w:rPr>
        <w:t>«…и все пути твои да будут тверды»</w:t>
      </w:r>
      <w:r>
        <w:rPr>
          <w:rFonts w:ascii="Georgia" w:hAnsi="Georgia"/>
          <w:b w:val="0"/>
          <w:i w:val="0"/>
          <w:color w:val="000000"/>
          <w:sz w:val="24"/>
        </w:rPr>
        <w:t xml:space="preserve"> (</w:t>
      </w:r>
      <w:r>
        <w:rPr>
          <w:rFonts w:ascii="Georgia" w:hAnsi="Georgia" w:cs="Times New Roman"/>
          <w:b/>
          <w:i w:val="0"/>
          <w:color w:val="000000"/>
          <w:sz w:val="24"/>
          <w:rtl/>
          <w:szCs w:val="32"/>
        </w:rPr>
        <w:t>וכל דרכיך יכונו</w:t>
      </w:r>
      <w:r>
        <w:rPr>
          <w:rFonts w:ascii="Georgia" w:hAnsi="Georgia"/>
          <w:b w:val="0"/>
          <w:i w:val="0"/>
          <w:color w:val="000000"/>
          <w:sz w:val="24"/>
        </w:rPr>
        <w:t xml:space="preserve">, Мишлей 4:26) [составляют слово] </w:t>
      </w:r>
      <w:r>
        <w:rPr>
          <w:rFonts w:ascii="Georgia" w:hAnsi="Georgia"/>
          <w:b w:val="0"/>
          <w:i/>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יו״ד</w:t>
      </w:r>
      <w:r>
        <w:rPr>
          <w:rFonts w:ascii="Georgia" w:hAnsi="Georgia"/>
          <w:b w:val="0"/>
          <w:i w:val="0"/>
          <w:color w:val="000000"/>
          <w:sz w:val="24"/>
        </w:rPr>
        <w:t>). Направь намерение провести [свет] от Хохмы, называемой буквой йод (</w:t>
      </w:r>
      <w:r>
        <w:rPr>
          <w:rFonts w:ascii="Georgia" w:hAnsi="Georgia" w:cs="Times New Roman"/>
          <w:b/>
          <w:i w:val="0"/>
          <w:color w:val="000000"/>
          <w:sz w:val="24"/>
          <w:rtl/>
          <w:szCs w:val="32"/>
        </w:rPr>
        <w:t>י</w:t>
      </w:r>
      <w:r>
        <w:rPr>
          <w:rFonts w:ascii="Georgia" w:hAnsi="Georgia"/>
          <w:b w:val="0"/>
          <w:i w:val="0"/>
          <w:color w:val="000000"/>
          <w:sz w:val="24"/>
        </w:rPr>
        <w:t>), к Зеиру, называемому буквой вав (</w:t>
      </w:r>
      <w:r>
        <w:rPr>
          <w:rFonts w:ascii="Georgia" w:hAnsi="Georgia" w:cs="Times New Roman"/>
          <w:b/>
          <w:i w:val="0"/>
          <w:color w:val="000000"/>
          <w:sz w:val="24"/>
          <w:rtl/>
          <w:szCs w:val="32"/>
        </w:rPr>
        <w:t>ו</w:t>
      </w:r>
      <w:r>
        <w:rPr>
          <w:rFonts w:ascii="Georgia" w:hAnsi="Georgia"/>
          <w:b w:val="0"/>
          <w:i w:val="0"/>
          <w:color w:val="000000"/>
          <w:sz w:val="24"/>
        </w:rPr>
        <w:t>), а оттуда к Нукве, называемой буквой далет (</w:t>
      </w:r>
      <w:r>
        <w:rPr>
          <w:rFonts w:ascii="Georgia" w:hAnsi="Georgia" w:cs="Times New Roman"/>
          <w:b/>
          <w:i w:val="0"/>
          <w:color w:val="000000"/>
          <w:sz w:val="24"/>
          <w:rtl/>
          <w:szCs w:val="32"/>
        </w:rPr>
        <w:t>ד</w:t>
      </w:r>
      <w:r>
        <w:rPr>
          <w:rFonts w:ascii="Georgia" w:hAnsi="Georgia"/>
          <w:b w:val="0"/>
          <w:i w:val="0"/>
          <w:color w:val="000000"/>
          <w:sz w:val="24"/>
        </w:rPr>
        <w:t xml:space="preserve">). [Слово] же </w:t>
      </w:r>
      <w:r>
        <w:rPr>
          <w:rFonts w:ascii="Georgia" w:hAnsi="Georgia"/>
          <w:b w:val="0"/>
          <w:i/>
          <w:color w:val="000000"/>
          <w:sz w:val="24"/>
        </w:rPr>
        <w:t>йод</w:t>
      </w:r>
      <w:r>
        <w:rPr>
          <w:rFonts w:ascii="Georgia" w:hAnsi="Georgia"/>
          <w:b w:val="0"/>
          <w:i w:val="0"/>
          <w:color w:val="000000"/>
          <w:sz w:val="24"/>
        </w:rPr>
        <w:t xml:space="preserve"> по гематрии равно 20 (</w:t>
      </w:r>
      <w:r>
        <w:rPr>
          <w:rFonts w:ascii="Georgia" w:hAnsi="Georgia" w:cs="Times New Roman"/>
          <w:b/>
          <w:i w:val="0"/>
          <w:color w:val="000000"/>
          <w:sz w:val="24"/>
          <w:rtl/>
          <w:szCs w:val="32"/>
        </w:rPr>
        <w:t>כ</w:t>
      </w:r>
      <w:r>
        <w:rPr>
          <w:rFonts w:ascii="Georgia" w:hAnsi="Georgia"/>
          <w:b w:val="0"/>
          <w:i w:val="0"/>
          <w:color w:val="000000"/>
          <w:sz w:val="24"/>
        </w:rPr>
        <w:t xml:space="preserve"> = 20), а вместе с 320 [судами], что в начале стиха, получается 340 (</w:t>
      </w:r>
      <w:r>
        <w:rPr>
          <w:rFonts w:ascii="Georgia" w:hAnsi="Georgia" w:cs="Times New Roman"/>
          <w:b/>
          <w:i w:val="0"/>
          <w:color w:val="000000"/>
          <w:sz w:val="24"/>
          <w:rtl/>
          <w:szCs w:val="32"/>
        </w:rPr>
        <w:t>ש״ם</w:t>
      </w:r>
      <w:r>
        <w:rPr>
          <w:rFonts w:ascii="Georgia" w:hAnsi="Georgia"/>
          <w:b w:val="0"/>
          <w:i w:val="0"/>
          <w:color w:val="000000"/>
          <w:sz w:val="24"/>
        </w:rPr>
        <w:t xml:space="preserve"> = 340) [— слово </w:t>
      </w:r>
      <w:r>
        <w:rPr>
          <w:rFonts w:ascii="Georgia" w:hAnsi="Georgia"/>
          <w:b w:val="0"/>
          <w:i/>
          <w:color w:val="000000"/>
          <w:sz w:val="24"/>
        </w:rPr>
        <w:t>шем</w:t>
      </w:r>
      <w:r>
        <w:rPr>
          <w:rFonts w:ascii="Georgia" w:hAnsi="Georgia"/>
          <w:b w:val="0"/>
          <w:i w:val="0"/>
          <w:color w:val="000000"/>
          <w:sz w:val="24"/>
        </w:rPr>
        <w:t xml:space="preserve"> («имя», </w:t>
      </w:r>
      <w:r>
        <w:rPr>
          <w:rFonts w:ascii="Georgia" w:hAnsi="Georgia" w:cs="Times New Roman"/>
          <w:b/>
          <w:i w:val="0"/>
          <w:color w:val="000000"/>
          <w:sz w:val="24"/>
          <w:rtl/>
          <w:szCs w:val="32"/>
        </w:rPr>
        <w:t>שֵׁם</w:t>
      </w:r>
      <w:r>
        <w:rPr>
          <w:rFonts w:ascii="Georgia" w:hAnsi="Georgia"/>
          <w:b w:val="0"/>
          <w:i w:val="0"/>
          <w:color w:val="000000"/>
          <w:sz w:val="24"/>
        </w:rPr>
        <w:t xml:space="preserve">)]. В этом тайна стиха: </w:t>
      </w:r>
      <w:r>
        <w:rPr>
          <w:rFonts w:ascii="Georgia" w:hAnsi="Georgia"/>
          <w:b w:val="0"/>
          <w:i/>
          <w:color w:val="000000"/>
          <w:sz w:val="24"/>
        </w:rPr>
        <w:t>«И сделал Давид имя…»</w:t>
      </w:r>
      <w:r>
        <w:rPr>
          <w:rFonts w:ascii="Georgia" w:hAnsi="Georgia"/>
          <w:b w:val="0"/>
          <w:i w:val="0"/>
          <w:color w:val="000000"/>
          <w:sz w:val="24"/>
        </w:rPr>
        <w:t xml:space="preserve"> (Шмуэль II 8:13).</w:t>
      </w:r>
    </w:p>
    <w:p>
      <w:pPr>
        <w:spacing w:before="40" w:after="120"/>
        <w:jc w:val="both"/>
      </w:pPr>
      <w:r>
        <w:rPr>
          <w:rFonts w:ascii="Georgia" w:hAnsi="Georgia"/>
          <w:b w:val="0"/>
          <w:i w:val="0"/>
          <w:color w:val="000000"/>
          <w:sz w:val="24"/>
        </w:rPr>
        <w:t xml:space="preserve">Смысл в том, чтобы ты направил намерение на следующее: эти семь мелахим — семь раз [по числу слова]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которые умерли, — [погибли] из-за отсутствия исправления, которого тогда еще не было. А затем, когда ЗОН вышли исправленными благодаря Абе — притом что все трое намечены в слове </w:t>
      </w:r>
      <w:r>
        <w:rPr>
          <w:rFonts w:ascii="Georgia" w:hAnsi="Georgia"/>
          <w:b w:val="0"/>
          <w:i/>
          <w:color w:val="000000"/>
          <w:sz w:val="24"/>
        </w:rPr>
        <w:t>йод</w:t>
      </w:r>
      <w:r>
        <w:rPr>
          <w:rFonts w:ascii="Georgia" w:hAnsi="Georgia"/>
          <w:b w:val="0"/>
          <w:i w:val="0"/>
          <w:color w:val="000000"/>
          <w:sz w:val="24"/>
        </w:rPr>
        <w:t>, — суды смягчились и все исправилось. И тогда все вместе, когда они [пребывают] уже после исправления, называется «имя» (</w:t>
      </w:r>
      <w:r>
        <w:rPr>
          <w:rFonts w:ascii="Georgia" w:hAnsi="Georgia"/>
          <w:b w:val="0"/>
          <w:i/>
          <w:color w:val="000000"/>
          <w:sz w:val="24"/>
        </w:rPr>
        <w:t>шем</w:t>
      </w:r>
      <w:r>
        <w:rPr>
          <w:rFonts w:ascii="Georgia" w:hAnsi="Georgia"/>
          <w:b w:val="0"/>
          <w:i w:val="0"/>
          <w:color w:val="000000"/>
          <w:sz w:val="24"/>
        </w:rPr>
        <w:t>).</w:t>
      </w:r>
    </w:p>
    <w:p>
      <w:pPr>
        <w:keepNext/>
        <w:spacing w:before="320" w:after="120"/>
      </w:pPr>
      <w:r>
        <w:rPr>
          <w:rFonts w:ascii="Georgia" w:hAnsi="Georgia"/>
          <w:b w:val="0"/>
          <w:i w:val="0"/>
          <w:color w:val="000000"/>
          <w:sz w:val="32"/>
        </w:rPr>
        <w:t>Ихуд 44</w:t>
      </w:r>
    </w:p>
    <w:p>
      <w:pPr>
        <w:spacing w:before="40" w:after="120"/>
        <w:jc w:val="both"/>
      </w:pPr>
      <w:r>
        <w:rPr>
          <w:rFonts w:ascii="Georgia" w:hAnsi="Georgia"/>
          <w:b w:val="0"/>
          <w:i w:val="0"/>
          <w:color w:val="000000"/>
          <w:sz w:val="24"/>
        </w:rPr>
        <w:t>К вышесказанному. Этот ихуд построен и основан на [свойстве Имени] АВАЯ в Гвуре, включенной в Тиферет: буква йод (</w:t>
      </w:r>
      <w:r>
        <w:rPr>
          <w:rFonts w:ascii="Georgia" w:hAnsi="Georgia" w:cs="Times New Roman"/>
          <w:b/>
          <w:i w:val="0"/>
          <w:color w:val="000000"/>
          <w:sz w:val="24"/>
          <w:rtl/>
          <w:szCs w:val="32"/>
        </w:rPr>
        <w:t>י</w:t>
      </w:r>
      <w:r>
        <w:rPr>
          <w:rFonts w:ascii="Georgia" w:hAnsi="Georgia"/>
          <w:b w:val="0"/>
          <w:i w:val="0"/>
          <w:color w:val="000000"/>
          <w:sz w:val="24"/>
        </w:rPr>
        <w:t>) — вершина меча, буква вав (</w:t>
      </w:r>
      <w:r>
        <w:rPr>
          <w:rFonts w:ascii="Georgia" w:hAnsi="Georgia" w:cs="Times New Roman"/>
          <w:b/>
          <w:i w:val="0"/>
          <w:color w:val="000000"/>
          <w:sz w:val="24"/>
          <w:rtl/>
          <w:szCs w:val="32"/>
        </w:rPr>
        <w:t>ו</w:t>
      </w:r>
      <w:r>
        <w:rPr>
          <w:rFonts w:ascii="Georgia" w:hAnsi="Georgia"/>
          <w:b w:val="0"/>
          <w:i w:val="0"/>
          <w:color w:val="000000"/>
          <w:sz w:val="24"/>
        </w:rPr>
        <w:t>) — тело меча, две буквы хэй (</w:t>
      </w:r>
      <w:r>
        <w:rPr>
          <w:rFonts w:ascii="Georgia" w:hAnsi="Georgia" w:cs="Times New Roman"/>
          <w:b/>
          <w:i w:val="0"/>
          <w:color w:val="000000"/>
          <w:sz w:val="24"/>
          <w:rtl/>
          <w:szCs w:val="32"/>
        </w:rPr>
        <w:t>ה״ה</w:t>
      </w:r>
      <w:r>
        <w:rPr>
          <w:rFonts w:ascii="Georgia" w:hAnsi="Georgia"/>
          <w:b w:val="0"/>
          <w:i w:val="0"/>
          <w:color w:val="000000"/>
          <w:sz w:val="24"/>
        </w:rPr>
        <w:t xml:space="preserve">) — два лезвия меча, [как сказано:] </w:t>
      </w:r>
      <w:r>
        <w:rPr>
          <w:rFonts w:ascii="Georgia" w:hAnsi="Georgia"/>
          <w:b w:val="0"/>
          <w:i/>
          <w:color w:val="000000"/>
          <w:sz w:val="24"/>
        </w:rPr>
        <w:t>«…и меч обоюдоострый в руке их»</w:t>
      </w:r>
      <w:r>
        <w:rPr>
          <w:rFonts w:ascii="Georgia" w:hAnsi="Georgia"/>
          <w:b w:val="0"/>
          <w:i w:val="0"/>
          <w:color w:val="000000"/>
          <w:sz w:val="24"/>
        </w:rPr>
        <w:t xml:space="preserve"> (Теилим 149:6). А [слово] </w:t>
      </w:r>
      <w:r>
        <w:rPr>
          <w:rFonts w:ascii="Georgia" w:hAnsi="Georgia"/>
          <w:b w:val="0"/>
          <w:i/>
          <w:color w:val="000000"/>
          <w:sz w:val="24"/>
        </w:rPr>
        <w:t>ве-херев</w:t>
      </w:r>
      <w:r>
        <w:rPr>
          <w:rFonts w:ascii="Georgia" w:hAnsi="Georgia"/>
          <w:b w:val="0"/>
          <w:i w:val="0"/>
          <w:color w:val="000000"/>
          <w:sz w:val="24"/>
        </w:rPr>
        <w:t xml:space="preserve"> — «и меч» (</w:t>
      </w:r>
      <w:r>
        <w:rPr>
          <w:rFonts w:ascii="Georgia" w:hAnsi="Georgia" w:cs="Times New Roman"/>
          <w:b/>
          <w:i w:val="0"/>
          <w:color w:val="000000"/>
          <w:sz w:val="24"/>
          <w:rtl/>
          <w:szCs w:val="32"/>
        </w:rPr>
        <w:t>וְחֶרֶב</w:t>
      </w:r>
      <w:r>
        <w:rPr>
          <w:rFonts w:ascii="Georgia" w:hAnsi="Georgia"/>
          <w:b w:val="0"/>
          <w:i w:val="0"/>
          <w:color w:val="000000"/>
          <w:sz w:val="24"/>
        </w:rPr>
        <w:t xml:space="preserve">) указывает на Него и Его суд, и [само слово] </w:t>
      </w:r>
      <w:r>
        <w:rPr>
          <w:rFonts w:ascii="Georgia" w:hAnsi="Georgia"/>
          <w:b w:val="0"/>
          <w:i/>
          <w:color w:val="000000"/>
          <w:sz w:val="24"/>
        </w:rPr>
        <w:t>ве-херев</w:t>
      </w:r>
      <w:r>
        <w:rPr>
          <w:rFonts w:ascii="Georgia" w:hAnsi="Georgia"/>
          <w:b w:val="0"/>
          <w:i w:val="0"/>
          <w:color w:val="000000"/>
          <w:sz w:val="24"/>
        </w:rPr>
        <w:t xml:space="preserve"> по гематрии равно 216 (</w:t>
      </w:r>
      <w:r>
        <w:rPr>
          <w:rFonts w:ascii="Georgia" w:hAnsi="Georgia" w:cs="Times New Roman"/>
          <w:b/>
          <w:i w:val="0"/>
          <w:color w:val="000000"/>
          <w:sz w:val="24"/>
          <w:rtl/>
          <w:szCs w:val="32"/>
        </w:rPr>
        <w:t>רי״ו</w:t>
      </w:r>
      <w:r>
        <w:rPr>
          <w:rFonts w:ascii="Georgia" w:hAnsi="Georgia"/>
          <w:b w:val="0"/>
          <w:i w:val="0"/>
          <w:color w:val="000000"/>
          <w:sz w:val="24"/>
        </w:rPr>
        <w:t>). Дело в том, что буква йод (</w:t>
      </w:r>
      <w:r>
        <w:rPr>
          <w:rFonts w:ascii="Georgia" w:hAnsi="Georgia" w:cs="Times New Roman"/>
          <w:b/>
          <w:i w:val="0"/>
          <w:color w:val="000000"/>
          <w:sz w:val="24"/>
          <w:rtl/>
          <w:szCs w:val="32"/>
        </w:rPr>
        <w:t>י</w:t>
      </w:r>
      <w:r>
        <w:rPr>
          <w:rFonts w:ascii="Georgia" w:hAnsi="Georgia"/>
          <w:b w:val="0"/>
          <w:i w:val="0"/>
          <w:color w:val="000000"/>
          <w:sz w:val="24"/>
        </w:rPr>
        <w:t>) — это АВАЯ с наполнением буквами йод, [равная] АБ (</w:t>
      </w:r>
      <w:r>
        <w:rPr>
          <w:rFonts w:ascii="Georgia" w:hAnsi="Georgia" w:cs="Times New Roman"/>
          <w:b/>
          <w:i w:val="0"/>
          <w:color w:val="000000"/>
          <w:sz w:val="24"/>
          <w:rtl/>
          <w:szCs w:val="32"/>
        </w:rPr>
        <w:t>ע״ב</w:t>
      </w:r>
      <w:r>
        <w:rPr>
          <w:rFonts w:ascii="Georgia" w:hAnsi="Georgia"/>
          <w:b w:val="0"/>
          <w:i w:val="0"/>
          <w:color w:val="000000"/>
          <w:sz w:val="24"/>
        </w:rPr>
        <w:t xml:space="preserve"> = 72); [первая] буква хэй (</w:t>
      </w:r>
      <w:r>
        <w:rPr>
          <w:rFonts w:ascii="Georgia" w:hAnsi="Georgia" w:cs="Times New Roman"/>
          <w:b/>
          <w:i w:val="0"/>
          <w:color w:val="000000"/>
          <w:sz w:val="24"/>
          <w:rtl/>
          <w:szCs w:val="32"/>
        </w:rPr>
        <w:t>ה</w:t>
      </w:r>
      <w:r>
        <w:rPr>
          <w:rFonts w:ascii="Georgia" w:hAnsi="Georgia"/>
          <w:b w:val="0"/>
          <w:i w:val="0"/>
          <w:color w:val="000000"/>
          <w:sz w:val="24"/>
        </w:rPr>
        <w:t>) — это АВАЯ с наполнением САГ (</w:t>
      </w:r>
      <w:r>
        <w:rPr>
          <w:rFonts w:ascii="Georgia" w:hAnsi="Georgia" w:cs="Times New Roman"/>
          <w:b/>
          <w:i w:val="0"/>
          <w:color w:val="000000"/>
          <w:sz w:val="24"/>
          <w:rtl/>
          <w:szCs w:val="32"/>
        </w:rPr>
        <w:t>ס״ג</w:t>
      </w:r>
      <w:r>
        <w:rPr>
          <w:rFonts w:ascii="Georgia" w:hAnsi="Georgia"/>
          <w:b w:val="0"/>
          <w:i w:val="0"/>
          <w:color w:val="000000"/>
          <w:sz w:val="24"/>
        </w:rPr>
        <w:t xml:space="preserve"> = 63), а вместе с ее десятью буквами получается 73 (</w:t>
      </w:r>
      <w:r>
        <w:rPr>
          <w:rFonts w:ascii="Georgia" w:hAnsi="Georgia" w:cs="Times New Roman"/>
          <w:b/>
          <w:i w:val="0"/>
          <w:color w:val="000000"/>
          <w:sz w:val="24"/>
          <w:rtl/>
          <w:szCs w:val="32"/>
        </w:rPr>
        <w:t>ע״ג</w:t>
      </w:r>
      <w:r>
        <w:rPr>
          <w:rFonts w:ascii="Georgia" w:hAnsi="Georgia"/>
          <w:b w:val="0"/>
          <w:i w:val="0"/>
          <w:color w:val="000000"/>
          <w:sz w:val="24"/>
        </w:rPr>
        <w:t>). Буква вав (</w:t>
      </w:r>
      <w:r>
        <w:rPr>
          <w:rFonts w:ascii="Georgia" w:hAnsi="Georgia" w:cs="Times New Roman"/>
          <w:b/>
          <w:i w:val="0"/>
          <w:color w:val="000000"/>
          <w:sz w:val="24"/>
          <w:rtl/>
          <w:szCs w:val="32"/>
        </w:rPr>
        <w:t>ו</w:t>
      </w:r>
      <w:r>
        <w:rPr>
          <w:rFonts w:ascii="Georgia" w:hAnsi="Georgia"/>
          <w:b w:val="0"/>
          <w:i w:val="0"/>
          <w:color w:val="000000"/>
          <w:sz w:val="24"/>
        </w:rPr>
        <w:t>) — это АВАЯ с наполнением МА (</w:t>
      </w:r>
      <w:r>
        <w:rPr>
          <w:rFonts w:ascii="Georgia" w:hAnsi="Georgia" w:cs="Times New Roman"/>
          <w:b/>
          <w:i w:val="0"/>
          <w:color w:val="000000"/>
          <w:sz w:val="24"/>
          <w:rtl/>
          <w:szCs w:val="32"/>
        </w:rPr>
        <w:t>מ״ה</w:t>
      </w:r>
      <w:r>
        <w:rPr>
          <w:rFonts w:ascii="Georgia" w:hAnsi="Georgia"/>
          <w:b w:val="0"/>
          <w:i w:val="0"/>
          <w:color w:val="000000"/>
          <w:sz w:val="24"/>
        </w:rPr>
        <w:t xml:space="preserve"> = 45), а вместе с ее [простым числовым значением] 26 (</w:t>
      </w:r>
      <w:r>
        <w:rPr>
          <w:rFonts w:ascii="Georgia" w:hAnsi="Georgia" w:cs="Times New Roman"/>
          <w:b/>
          <w:i w:val="0"/>
          <w:color w:val="000000"/>
          <w:sz w:val="24"/>
          <w:rtl/>
          <w:szCs w:val="32"/>
        </w:rPr>
        <w:t>כ״ו</w:t>
      </w:r>
      <w:r>
        <w:rPr>
          <w:rFonts w:ascii="Georgia" w:hAnsi="Georgia"/>
          <w:b w:val="0"/>
          <w:i w:val="0"/>
          <w:color w:val="000000"/>
          <w:sz w:val="24"/>
        </w:rPr>
        <w:t>) получается 71 (</w:t>
      </w:r>
      <w:r>
        <w:rPr>
          <w:rFonts w:ascii="Georgia" w:hAnsi="Georgia" w:cs="Times New Roman"/>
          <w:b/>
          <w:i w:val="0"/>
          <w:color w:val="000000"/>
          <w:sz w:val="24"/>
          <w:rtl/>
          <w:szCs w:val="32"/>
        </w:rPr>
        <w:t>ע״א</w:t>
      </w:r>
      <w:r>
        <w:rPr>
          <w:rFonts w:ascii="Georgia" w:hAnsi="Georgia"/>
          <w:b w:val="0"/>
          <w:i w:val="0"/>
          <w:color w:val="000000"/>
          <w:sz w:val="24"/>
        </w:rPr>
        <w:t>). Сложи 72, 73 и 71 — получится 216, что по гематрии равно слову Гвура (</w:t>
      </w:r>
      <w:r>
        <w:rPr>
          <w:rFonts w:ascii="Georgia" w:hAnsi="Georgia" w:cs="Times New Roman"/>
          <w:b/>
          <w:i w:val="0"/>
          <w:color w:val="000000"/>
          <w:sz w:val="24"/>
          <w:rtl/>
          <w:szCs w:val="32"/>
        </w:rPr>
        <w:t>גְּבוּרָה</w:t>
      </w:r>
      <w:r>
        <w:rPr>
          <w:rFonts w:ascii="Georgia" w:hAnsi="Georgia"/>
          <w:b w:val="0"/>
          <w:i w:val="0"/>
          <w:color w:val="000000"/>
          <w:sz w:val="24"/>
        </w:rPr>
        <w:t xml:space="preserve"> = 216). И направь намерение (</w:t>
      </w:r>
      <w:r>
        <w:rPr>
          <w:rFonts w:ascii="Georgia" w:hAnsi="Georgia"/>
          <w:b w:val="0"/>
          <w:i/>
          <w:color w:val="000000"/>
          <w:sz w:val="24"/>
        </w:rPr>
        <w:t>кавана</w:t>
      </w:r>
      <w:r>
        <w:rPr>
          <w:rFonts w:ascii="Georgia" w:hAnsi="Georgia"/>
          <w:b w:val="0"/>
          <w:i w:val="0"/>
          <w:color w:val="000000"/>
          <w:sz w:val="24"/>
        </w:rPr>
        <w:t>) привлечь все эти суды и гвурот к последней букве хэй (</w:t>
      </w:r>
      <w:r>
        <w:rPr>
          <w:rFonts w:ascii="Georgia" w:hAnsi="Georgia" w:cs="Times New Roman"/>
          <w:b/>
          <w:i w:val="0"/>
          <w:color w:val="000000"/>
          <w:sz w:val="24"/>
          <w:rtl/>
          <w:szCs w:val="32"/>
        </w:rPr>
        <w:t>ה</w:t>
      </w:r>
      <w:r>
        <w:rPr>
          <w:rFonts w:ascii="Georgia" w:hAnsi="Georgia"/>
          <w:b w:val="0"/>
          <w:i w:val="0"/>
          <w:color w:val="000000"/>
          <w:sz w:val="24"/>
        </w:rPr>
        <w:t>), чтобы смягчить ее суды и подчинить их с помощью корня судов, ведь они смягчаются именно в своем источнике и корне, как известно.</w:t>
      </w:r>
    </w:p>
    <w:p>
      <w:pPr>
        <w:spacing w:before="40" w:after="120"/>
        <w:jc w:val="both"/>
      </w:pPr>
      <w:r>
        <w:rPr>
          <w:rFonts w:ascii="Georgia" w:hAnsi="Georgia"/>
          <w:b w:val="0"/>
          <w:i w:val="0"/>
          <w:color w:val="000000"/>
          <w:sz w:val="24"/>
        </w:rPr>
        <w:t>Затем направь намерение образовать из двух букв вав и далет (</w:t>
      </w:r>
      <w:r>
        <w:rPr>
          <w:rFonts w:ascii="Georgia" w:hAnsi="Georgia" w:cs="Times New Roman"/>
          <w:b/>
          <w:i w:val="0"/>
          <w:color w:val="000000"/>
          <w:sz w:val="24"/>
          <w:rtl/>
          <w:szCs w:val="32"/>
        </w:rPr>
        <w:t>ו״ד</w:t>
      </w:r>
      <w:r>
        <w:rPr>
          <w:rFonts w:ascii="Georgia" w:hAnsi="Georgia"/>
          <w:b w:val="0"/>
          <w:i w:val="0"/>
          <w:color w:val="000000"/>
          <w:sz w:val="24"/>
        </w:rPr>
        <w:t>), входящих в наполнение буквы йод упомянутого [Имени] АВАЯ, форму буквы хэй (</w:t>
      </w:r>
      <w:r>
        <w:rPr>
          <w:rFonts w:ascii="Georgia" w:hAnsi="Georgia" w:cs="Times New Roman"/>
          <w:b/>
          <w:i w:val="0"/>
          <w:color w:val="000000"/>
          <w:sz w:val="24"/>
          <w:rtl/>
          <w:szCs w:val="32"/>
        </w:rPr>
        <w:t>ה</w:t>
      </w:r>
      <w:r>
        <w:rPr>
          <w:rFonts w:ascii="Georgia" w:hAnsi="Georgia"/>
          <w:b w:val="0"/>
          <w:i w:val="0"/>
          <w:color w:val="000000"/>
          <w:sz w:val="24"/>
        </w:rPr>
        <w:t xml:space="preserve">). Это — тайна Бины, включенной в Хохму, о которой сказано в «Сефер Йецира»: </w:t>
      </w:r>
      <w:r>
        <w:rPr>
          <w:rFonts w:ascii="Georgia" w:hAnsi="Georgia"/>
          <w:b w:val="0"/>
          <w:i/>
          <w:color w:val="000000"/>
          <w:sz w:val="24"/>
        </w:rPr>
        <w:t>«Постигай в мудрости»</w:t>
      </w:r>
      <w:r>
        <w:rPr>
          <w:rFonts w:ascii="Georgia" w:hAnsi="Georgia"/>
          <w:b w:val="0"/>
          <w:i w:val="0"/>
          <w:color w:val="000000"/>
          <w:sz w:val="24"/>
        </w:rPr>
        <w:t xml:space="preserve"> (Сефер Йецира 1:4).</w:t>
      </w:r>
    </w:p>
    <w:p>
      <w:pPr>
        <w:spacing w:before="40" w:after="120"/>
        <w:jc w:val="both"/>
      </w:pPr>
      <w:r>
        <w:rPr>
          <w:rFonts w:ascii="Georgia" w:hAnsi="Georgia"/>
          <w:b w:val="0"/>
          <w:i w:val="0"/>
          <w:color w:val="000000"/>
          <w:sz w:val="24"/>
        </w:rPr>
        <w:t>Затем направь намерение произвести мысленное представление: буква йод (</w:t>
      </w:r>
      <w:r>
        <w:rPr>
          <w:rFonts w:ascii="Georgia" w:hAnsi="Georgia" w:cs="Times New Roman"/>
          <w:b/>
          <w:i w:val="0"/>
          <w:color w:val="000000"/>
          <w:sz w:val="24"/>
          <w:rtl/>
          <w:szCs w:val="32"/>
        </w:rPr>
        <w:t>יו״ד</w:t>
      </w:r>
      <w:r>
        <w:rPr>
          <w:rFonts w:ascii="Georgia" w:hAnsi="Georgia"/>
          <w:b w:val="0"/>
          <w:i w:val="0"/>
          <w:color w:val="000000"/>
          <w:sz w:val="24"/>
        </w:rPr>
        <w:t>) в буквенном написании по гематрии равна 20; затем из букв вав и далет ты мысленно создашь форму буквы хэй, как сказано выше, — итого получается 25 (</w:t>
      </w:r>
      <w:r>
        <w:rPr>
          <w:rFonts w:ascii="Georgia" w:hAnsi="Georgia" w:cs="Times New Roman"/>
          <w:b/>
          <w:i w:val="0"/>
          <w:color w:val="000000"/>
          <w:sz w:val="24"/>
          <w:rtl/>
          <w:szCs w:val="32"/>
        </w:rPr>
        <w:t>כ״ה</w:t>
      </w:r>
      <w:r>
        <w:rPr>
          <w:rFonts w:ascii="Georgia" w:hAnsi="Georgia"/>
          <w:b w:val="0"/>
          <w:i w:val="0"/>
          <w:color w:val="000000"/>
          <w:sz w:val="24"/>
        </w:rPr>
        <w:t>). И держи намерение, что это тайна Имени ЭЙЕ, которое равно 21 (</w:t>
      </w:r>
      <w:r>
        <w:rPr>
          <w:rFonts w:ascii="Georgia" w:hAnsi="Georgia" w:cs="Times New Roman"/>
          <w:b/>
          <w:i w:val="0"/>
          <w:color w:val="000000"/>
          <w:sz w:val="24"/>
          <w:rtl/>
          <w:szCs w:val="32"/>
        </w:rPr>
        <w:t>כ״א</w:t>
      </w:r>
      <w:r>
        <w:rPr>
          <w:rFonts w:ascii="Georgia" w:hAnsi="Georgia"/>
          <w:b w:val="0"/>
          <w:i w:val="0"/>
          <w:color w:val="000000"/>
          <w:sz w:val="24"/>
        </w:rPr>
        <w:t>), а вместе с четырьмя его буквами составляет 25 (</w:t>
      </w:r>
      <w:r>
        <w:rPr>
          <w:rFonts w:ascii="Georgia" w:hAnsi="Georgia" w:cs="Times New Roman"/>
          <w:b/>
          <w:i w:val="0"/>
          <w:color w:val="000000"/>
          <w:sz w:val="24"/>
          <w:rtl/>
          <w:szCs w:val="32"/>
        </w:rPr>
        <w:t>כ״ה</w:t>
      </w:r>
      <w:r>
        <w:rPr>
          <w:rFonts w:ascii="Georgia" w:hAnsi="Georgia"/>
          <w:b w:val="0"/>
          <w:i w:val="0"/>
          <w:color w:val="000000"/>
          <w:sz w:val="24"/>
        </w:rPr>
        <w:t>). И соедини это Имя ЭЙЕ с самой буквой йод, являющейся аспектом АВАЯ, — и вот тебе одно единение [Имен] АВАЯ и ЭЙЕ (</w:t>
      </w:r>
      <w:r>
        <w:rPr>
          <w:rFonts w:ascii="Georgia" w:hAnsi="Georgia" w:cs="Times New Roman"/>
          <w:b/>
          <w:i w:val="0"/>
          <w:color w:val="000000"/>
          <w:sz w:val="24"/>
          <w:rtl/>
          <w:szCs w:val="32"/>
        </w:rPr>
        <w:t>יהוה אהיה</w:t>
      </w:r>
      <w:r>
        <w:rPr>
          <w:rFonts w:ascii="Georgia" w:hAnsi="Georgia"/>
          <w:b w:val="0"/>
          <w:i w:val="0"/>
          <w:color w:val="000000"/>
          <w:sz w:val="24"/>
        </w:rPr>
        <w:t xml:space="preserve">); и в этом также тайна [слов] </w:t>
      </w:r>
      <w:r>
        <w:rPr>
          <w:rFonts w:ascii="Georgia" w:hAnsi="Georgia"/>
          <w:b w:val="0"/>
          <w:i/>
          <w:color w:val="000000"/>
          <w:sz w:val="24"/>
        </w:rPr>
        <w:t>«Постигай в мудрости»</w:t>
      </w:r>
      <w:r>
        <w:rPr>
          <w:rFonts w:ascii="Georgia" w:hAnsi="Georgia"/>
          <w:b w:val="0"/>
          <w:i w:val="0"/>
          <w:color w:val="000000"/>
          <w:sz w:val="24"/>
        </w:rPr>
        <w:t>, как упомянуто.</w:t>
      </w:r>
    </w:p>
    <w:p>
      <w:pPr>
        <w:spacing w:before="40" w:after="120"/>
        <w:jc w:val="both"/>
      </w:pPr>
      <w:r>
        <w:rPr>
          <w:rFonts w:ascii="Georgia" w:hAnsi="Georgia"/>
          <w:b w:val="0"/>
          <w:i w:val="0"/>
          <w:color w:val="000000"/>
          <w:sz w:val="24"/>
        </w:rPr>
        <w:t xml:space="preserve">Главное же здесь — Хохма, ведь даже ЭЙЕ, то есть Бина, вышла лишь из самой буквы йод (в чем и состоит смысл слов </w:t>
      </w:r>
      <w:r>
        <w:rPr>
          <w:rFonts w:ascii="Georgia" w:hAnsi="Georgia"/>
          <w:b w:val="0"/>
          <w:i/>
          <w:color w:val="000000"/>
          <w:sz w:val="24"/>
        </w:rPr>
        <w:t>«Постигай в мудрости»</w:t>
      </w:r>
      <w:r>
        <w:rPr>
          <w:rFonts w:ascii="Georgia" w:hAnsi="Georgia"/>
          <w:b w:val="0"/>
          <w:i w:val="0"/>
          <w:color w:val="000000"/>
          <w:sz w:val="24"/>
        </w:rPr>
        <w:t>). И потому благодаря этому единению АВАЯ и ЭЙЕ выходят ЗОН в виде букв вав и далет (</w:t>
      </w:r>
      <w:r>
        <w:rPr>
          <w:rFonts w:ascii="Georgia" w:hAnsi="Georgia" w:cs="Times New Roman"/>
          <w:b/>
          <w:i w:val="0"/>
          <w:color w:val="000000"/>
          <w:sz w:val="24"/>
          <w:rtl/>
          <w:szCs w:val="32"/>
        </w:rPr>
        <w:t>ו״ד</w:t>
      </w:r>
      <w:r>
        <w:rPr>
          <w:rFonts w:ascii="Georgia" w:hAnsi="Georgia"/>
          <w:b w:val="0"/>
          <w:i w:val="0"/>
          <w:color w:val="000000"/>
          <w:sz w:val="24"/>
        </w:rPr>
        <w:t>) самой буквы йод. Буквы, которые прежде мы мысленно представили в форме буквы хэй, теперь снова представь в виде вав и далет, представляющих собой ЗОН во всей полноте.</w:t>
      </w:r>
    </w:p>
    <w:p>
      <w:pPr>
        <w:spacing w:before="40" w:after="120"/>
        <w:jc w:val="both"/>
      </w:pPr>
      <w:r>
        <w:rPr>
          <w:rFonts w:ascii="Georgia" w:hAnsi="Georgia"/>
          <w:b w:val="0"/>
          <w:i w:val="0"/>
          <w:color w:val="000000"/>
          <w:sz w:val="24"/>
        </w:rPr>
        <w:t>Затем возьми первую букву хэй упомянутого [Имени] АВАЯ и мысленно представь ее в виде йод и хэй (</w:t>
      </w:r>
      <w:r>
        <w:rPr>
          <w:rFonts w:ascii="Georgia" w:hAnsi="Georgia" w:cs="Times New Roman"/>
          <w:b/>
          <w:i w:val="0"/>
          <w:color w:val="000000"/>
          <w:sz w:val="24"/>
          <w:rtl/>
          <w:szCs w:val="32"/>
        </w:rPr>
        <w:t>י״ה</w:t>
      </w:r>
      <w:r>
        <w:rPr>
          <w:rFonts w:ascii="Georgia" w:hAnsi="Georgia"/>
          <w:b w:val="0"/>
          <w:i w:val="0"/>
          <w:color w:val="000000"/>
          <w:sz w:val="24"/>
        </w:rPr>
        <w:t>), как объясняется у нас в книге Зоар (в недельных главах Ваикра и Ахрей Мот со слов рабби Элазара, мир ему) о начертании полного написания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И вот ее начертание: </w:t>
      </w:r>
      <w:r>
        <w:rPr>
          <w:rFonts w:ascii="Georgia" w:hAnsi="Georgia" w:cs="Times New Roman"/>
          <w:b/>
          <w:i w:val="0"/>
          <w:color w:val="000000"/>
          <w:sz w:val="24"/>
          <w:rtl/>
          <w:szCs w:val="32"/>
        </w:rPr>
        <w:t>יה</w:t>
      </w:r>
      <w:r>
        <w:rPr>
          <w:rFonts w:ascii="Georgia" w:hAnsi="Georgia"/>
          <w:b w:val="0"/>
          <w:i w:val="0"/>
          <w:color w:val="000000"/>
          <w:sz w:val="24"/>
        </w:rPr>
        <w:t xml:space="preserve">. И в этом тайна [слов]: </w:t>
      </w:r>
      <w:r>
        <w:rPr>
          <w:rFonts w:ascii="Georgia" w:hAnsi="Georgia"/>
          <w:b w:val="0"/>
          <w:i/>
          <w:color w:val="000000"/>
          <w:sz w:val="24"/>
        </w:rPr>
        <w:t>«и умудряйся в понимании»</w:t>
      </w:r>
      <w:r>
        <w:rPr>
          <w:rFonts w:ascii="Georgia" w:hAnsi="Georgia"/>
          <w:b w:val="0"/>
          <w:i w:val="0"/>
          <w:color w:val="000000"/>
          <w:sz w:val="24"/>
        </w:rPr>
        <w:t xml:space="preserve"> (Сефер Йецира 1:4) — объединить Хохму, то есть букву йод (</w:t>
      </w:r>
      <w:r>
        <w:rPr>
          <w:rFonts w:ascii="Georgia" w:hAnsi="Georgia" w:cs="Times New Roman"/>
          <w:b/>
          <w:i w:val="0"/>
          <w:color w:val="000000"/>
          <w:sz w:val="24"/>
          <w:rtl/>
          <w:szCs w:val="32"/>
        </w:rPr>
        <w:t>י</w:t>
      </w:r>
      <w:r>
        <w:rPr>
          <w:rFonts w:ascii="Georgia" w:hAnsi="Georgia"/>
          <w:b w:val="0"/>
          <w:i w:val="0"/>
          <w:color w:val="000000"/>
          <w:sz w:val="24"/>
        </w:rPr>
        <w:t>), с Биной, то есть буквой хэй (</w:t>
      </w:r>
      <w:r>
        <w:rPr>
          <w:rFonts w:ascii="Georgia" w:hAnsi="Georgia" w:cs="Times New Roman"/>
          <w:b/>
          <w:i w:val="0"/>
          <w:color w:val="000000"/>
          <w:sz w:val="24"/>
          <w:rtl/>
          <w:szCs w:val="32"/>
        </w:rPr>
        <w:t>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направь намерение на то, что у этой буквы хэй есть три наполнения, суть которых располагается в таком порядке: </w:t>
      </w:r>
      <w:r>
        <w:rPr>
          <w:rFonts w:ascii="Georgia" w:hAnsi="Georgia" w:cs="Times New Roman"/>
          <w:b/>
          <w:i w:val="0"/>
          <w:color w:val="000000"/>
          <w:sz w:val="24"/>
          <w:rtl/>
          <w:szCs w:val="32"/>
        </w:rPr>
        <w:t>אהי</w:t>
      </w:r>
      <w:r>
        <w:rPr>
          <w:rFonts w:ascii="Georgia" w:hAnsi="Georgia"/>
          <w:b w:val="0"/>
          <w:i w:val="0"/>
          <w:color w:val="000000"/>
          <w:sz w:val="24"/>
        </w:rPr>
        <w:t xml:space="preserve"> — </w:t>
      </w:r>
      <w:r>
        <w:rPr>
          <w:rFonts w:ascii="Georgia" w:hAnsi="Georgia" w:cs="Times New Roman"/>
          <w:b/>
          <w:i w:val="0"/>
          <w:color w:val="000000"/>
          <w:sz w:val="24"/>
          <w:rtl/>
          <w:szCs w:val="32"/>
        </w:rPr>
        <w:t>הא הה הי</w:t>
      </w:r>
      <w:r>
        <w:rPr>
          <w:rFonts w:ascii="Georgia" w:hAnsi="Georgia"/>
          <w:b w:val="0"/>
          <w:i w:val="0"/>
          <w:color w:val="000000"/>
          <w:sz w:val="24"/>
        </w:rPr>
        <w:t>; а вместе с самой буквой хэй получается [Имя] ЭЙЕ (</w:t>
      </w:r>
      <w:r>
        <w:rPr>
          <w:rFonts w:ascii="Georgia" w:hAnsi="Georgia" w:cs="Times New Roman"/>
          <w:b/>
          <w:i w:val="0"/>
          <w:color w:val="000000"/>
          <w:sz w:val="24"/>
          <w:rtl/>
          <w:szCs w:val="32"/>
        </w:rPr>
        <w:t>אהיה</w:t>
      </w:r>
      <w:r>
        <w:rPr>
          <w:rFonts w:ascii="Georgia" w:hAnsi="Georgia"/>
          <w:b w:val="0"/>
          <w:i w:val="0"/>
          <w:color w:val="000000"/>
          <w:sz w:val="24"/>
        </w:rPr>
        <w:t xml:space="preserve">), являющееся тайной Бины, тайной этой буквы хэй. Направь также намерение объединить ту букву йод, которую мы представили в виде кончика на спинке буквы хэй, с этим Именем ЭЙЕ, выходящим из трех наполнений буквы хэй, как упомянуто; и в этом также тайна [слов]: </w:t>
      </w:r>
      <w:r>
        <w:rPr>
          <w:rFonts w:ascii="Georgia" w:hAnsi="Georgia"/>
          <w:b w:val="0"/>
          <w:i/>
          <w:color w:val="000000"/>
          <w:sz w:val="24"/>
        </w:rPr>
        <w:t>«и умудряйся в понимании»</w:t>
      </w:r>
      <w:r>
        <w:rPr>
          <w:rFonts w:ascii="Georgia" w:hAnsi="Georgia"/>
          <w:b w:val="0"/>
          <w:i w:val="0"/>
          <w:color w:val="000000"/>
          <w:sz w:val="24"/>
        </w:rPr>
        <w:t>.</w:t>
      </w:r>
    </w:p>
    <w:p>
      <w:pPr>
        <w:spacing w:before="40" w:after="120"/>
        <w:jc w:val="both"/>
      </w:pPr>
      <w:r>
        <w:rPr>
          <w:rFonts w:ascii="Georgia" w:hAnsi="Georgia"/>
          <w:b w:val="0"/>
          <w:i w:val="0"/>
          <w:color w:val="000000"/>
          <w:sz w:val="24"/>
        </w:rPr>
        <w:t>Поскольку же главное здесь — Бина (ведь буква йод, то есть Хохма, скрыта в ней), ЗОН выходят здесь сейчас лишь на уровне «три, включенные в три». И держи намерение, что эта буква хэй образует форму далет и вав (</w:t>
      </w:r>
      <w:r>
        <w:rPr>
          <w:rFonts w:ascii="Georgia" w:hAnsi="Georgia" w:cs="Times New Roman"/>
          <w:b/>
          <w:i w:val="0"/>
          <w:color w:val="000000"/>
          <w:sz w:val="24"/>
          <w:rtl/>
          <w:szCs w:val="32"/>
        </w:rPr>
        <w:t>ד״ו</w:t>
      </w:r>
      <w:r>
        <w:rPr>
          <w:rFonts w:ascii="Georgia" w:hAnsi="Georgia"/>
          <w:b w:val="0"/>
          <w:i w:val="0"/>
          <w:color w:val="000000"/>
          <w:sz w:val="24"/>
        </w:rPr>
        <w:t>), которые и есть ЗОН.</w:t>
      </w:r>
    </w:p>
    <w:p>
      <w:pPr>
        <w:spacing w:before="40" w:after="120"/>
        <w:jc w:val="both"/>
      </w:pPr>
      <w:r>
        <w:rPr>
          <w:rFonts w:ascii="Georgia" w:hAnsi="Georgia"/>
          <w:b w:val="0"/>
          <w:i w:val="0"/>
          <w:color w:val="000000"/>
          <w:sz w:val="24"/>
        </w:rPr>
        <w:t xml:space="preserve">Затем возьми букву вав упомянутого [Имени] АВАЯ и сосредоточь намерение на этой букве вав с тремя ее наполнениями: </w:t>
      </w:r>
      <w:r>
        <w:rPr>
          <w:rFonts w:ascii="Georgia" w:hAnsi="Georgia" w:cs="Times New Roman"/>
          <w:b/>
          <w:i w:val="0"/>
          <w:color w:val="000000"/>
          <w:sz w:val="24"/>
          <w:rtl/>
          <w:szCs w:val="32"/>
        </w:rPr>
        <w:t>וי״ו</w:t>
      </w:r>
      <w:r>
        <w:rPr>
          <w:rFonts w:ascii="Georgia" w:hAnsi="Georgia"/>
          <w:b w:val="0"/>
          <w:i w:val="0"/>
          <w:color w:val="000000"/>
          <w:sz w:val="24"/>
        </w:rPr>
        <w:t xml:space="preserve">, </w:t>
      </w:r>
      <w:r>
        <w:rPr>
          <w:rFonts w:ascii="Georgia" w:hAnsi="Georgia" w:cs="Times New Roman"/>
          <w:b/>
          <w:i w:val="0"/>
          <w:color w:val="000000"/>
          <w:sz w:val="24"/>
          <w:rtl/>
          <w:szCs w:val="32"/>
        </w:rPr>
        <w:t>וא״ו</w:t>
      </w:r>
      <w:r>
        <w:rPr>
          <w:rFonts w:ascii="Georgia" w:hAnsi="Georgia"/>
          <w:b w:val="0"/>
          <w:i w:val="0"/>
          <w:color w:val="000000"/>
          <w:sz w:val="24"/>
        </w:rPr>
        <w:t xml:space="preserve">, </w:t>
      </w:r>
      <w:r>
        <w:rPr>
          <w:rFonts w:ascii="Georgia" w:hAnsi="Georgia" w:cs="Times New Roman"/>
          <w:b/>
          <w:i w:val="0"/>
          <w:color w:val="000000"/>
          <w:sz w:val="24"/>
          <w:rtl/>
          <w:szCs w:val="32"/>
        </w:rPr>
        <w:t>ו״ו</w:t>
      </w:r>
      <w:r>
        <w:rPr>
          <w:rFonts w:ascii="Georgia" w:hAnsi="Georgia"/>
          <w:b w:val="0"/>
          <w:i w:val="0"/>
          <w:color w:val="000000"/>
          <w:sz w:val="24"/>
        </w:rPr>
        <w:t>, которые по гематрии равны 47 (</w:t>
      </w:r>
      <w:r>
        <w:rPr>
          <w:rFonts w:ascii="Georgia" w:hAnsi="Georgia" w:cs="Times New Roman"/>
          <w:b/>
          <w:i w:val="0"/>
          <w:color w:val="000000"/>
          <w:sz w:val="24"/>
          <w:rtl/>
          <w:szCs w:val="32"/>
        </w:rPr>
        <w:t>מ״ז</w:t>
      </w:r>
      <w:r>
        <w:rPr>
          <w:rFonts w:ascii="Georgia" w:hAnsi="Georgia"/>
          <w:b w:val="0"/>
          <w:i w:val="0"/>
          <w:color w:val="000000"/>
          <w:sz w:val="24"/>
        </w:rPr>
        <w:t>), что соответствует сумме [Имен] АВАЯ и ЭЙЕ (</w:t>
      </w:r>
      <w:r>
        <w:rPr>
          <w:rFonts w:ascii="Georgia" w:hAnsi="Georgia" w:cs="Times New Roman"/>
          <w:b/>
          <w:i w:val="0"/>
          <w:color w:val="000000"/>
          <w:sz w:val="24"/>
          <w:rtl/>
          <w:szCs w:val="32"/>
        </w:rPr>
        <w:t>יהוה אהיה</w:t>
      </w:r>
      <w:r>
        <w:rPr>
          <w:rFonts w:ascii="Georgia" w:hAnsi="Georgia"/>
          <w:b w:val="0"/>
          <w:i w:val="0"/>
          <w:color w:val="000000"/>
          <w:sz w:val="24"/>
        </w:rPr>
        <w:t xml:space="preserve"> = 47). И держи намерение, что они — тайна ХУБ, спускающихся в ЗА, который есть буква вав [Имени] АВАЯ, чтобы дать ему мохин де-гадлут. И тогда та буква вав, которая находилась внутри первой буквы хэй, становится для нее теперь уровнем головы (рош) — уровнем мохин Аба ве-Има, как сказано. И потому теперь ты обнаружишь следующее: поскольку сейчас это необходимо для самих мохин полного парцуфа в состоянии гадлут, [Имена] АВАЯ и ЭЙЕ были намечены во всей своей полноте в этой букве вав, как упомянуто; в то время как выше, в двух буквах йод и хэй (</w:t>
      </w:r>
      <w:r>
        <w:rPr>
          <w:rFonts w:ascii="Georgia" w:hAnsi="Georgia" w:cs="Times New Roman"/>
          <w:b/>
          <w:i w:val="0"/>
          <w:color w:val="000000"/>
          <w:sz w:val="24"/>
          <w:rtl/>
          <w:szCs w:val="32"/>
        </w:rPr>
        <w:t>י״ה</w:t>
      </w:r>
      <w:r>
        <w:rPr>
          <w:rFonts w:ascii="Georgia" w:hAnsi="Georgia"/>
          <w:b w:val="0"/>
          <w:i w:val="0"/>
          <w:color w:val="000000"/>
          <w:sz w:val="24"/>
        </w:rPr>
        <w:t>), они были намечены лишь в виде мысленных образов, понемногу здесь и понемногу там.</w:t>
      </w:r>
    </w:p>
    <w:p>
      <w:pPr>
        <w:spacing w:before="40" w:after="120"/>
        <w:jc w:val="both"/>
      </w:pPr>
      <w:r>
        <w:rPr>
          <w:rFonts w:ascii="Georgia" w:hAnsi="Georgia"/>
          <w:b w:val="0"/>
          <w:i w:val="0"/>
          <w:color w:val="000000"/>
          <w:sz w:val="24"/>
        </w:rPr>
        <w:t xml:space="preserve">Затем направь намерение низвести уровень Аба ве-Има до последней буквы хэй упомянутого [Имени] АВАЯ, являющейся Нуквой де-ЗА. А поскольку здесь от них исходит только их свечение, а не сама сущность, они присутствуют здесь лишь намеком, а не так полно, как в букве вав, где [все] было раскрыто со всей ясностью. А именно: направь намерение точно так же, как сказано выше о первой букве хэй, представить ее в трех начертаниях: </w:t>
      </w:r>
      <w:r>
        <w:rPr>
          <w:rFonts w:ascii="Georgia" w:hAnsi="Georgia" w:cs="Times New Roman"/>
          <w:b/>
          <w:i w:val="0"/>
          <w:color w:val="000000"/>
          <w:sz w:val="24"/>
          <w:rtl/>
          <w:szCs w:val="32"/>
        </w:rPr>
        <w:t>ה״א</w:t>
      </w:r>
      <w:r>
        <w:rPr>
          <w:rFonts w:ascii="Georgia" w:hAnsi="Georgia"/>
          <w:b w:val="0"/>
          <w:i w:val="0"/>
          <w:color w:val="000000"/>
          <w:sz w:val="24"/>
        </w:rPr>
        <w:t xml:space="preserve">, </w:t>
      </w:r>
      <w:r>
        <w:rPr>
          <w:rFonts w:ascii="Georgia" w:hAnsi="Georgia" w:cs="Times New Roman"/>
          <w:b/>
          <w:i w:val="0"/>
          <w:color w:val="000000"/>
          <w:sz w:val="24"/>
          <w:rtl/>
          <w:szCs w:val="32"/>
        </w:rPr>
        <w:t>ה״ה</w:t>
      </w:r>
      <w:r>
        <w:rPr>
          <w:rFonts w:ascii="Georgia" w:hAnsi="Georgia"/>
          <w:b w:val="0"/>
          <w:i w:val="0"/>
          <w:color w:val="000000"/>
          <w:sz w:val="24"/>
        </w:rPr>
        <w:t xml:space="preserve">, </w:t>
      </w:r>
      <w:r>
        <w:rPr>
          <w:rFonts w:ascii="Georgia" w:hAnsi="Georgia" w:cs="Times New Roman"/>
          <w:b/>
          <w:i w:val="0"/>
          <w:color w:val="000000"/>
          <w:sz w:val="24"/>
          <w:rtl/>
          <w:szCs w:val="32"/>
        </w:rPr>
        <w:t>ה״י</w:t>
      </w:r>
      <w:r>
        <w:rPr>
          <w:rFonts w:ascii="Georgia" w:hAnsi="Georgia"/>
          <w:b w:val="0"/>
          <w:i w:val="0"/>
          <w:color w:val="000000"/>
          <w:sz w:val="24"/>
        </w:rPr>
        <w:t xml:space="preserve">, наполнения которых — </w:t>
      </w:r>
      <w:r>
        <w:rPr>
          <w:rFonts w:ascii="Georgia" w:hAnsi="Georgia" w:cs="Times New Roman"/>
          <w:b/>
          <w:i w:val="0"/>
          <w:color w:val="000000"/>
          <w:sz w:val="24"/>
          <w:rtl/>
          <w:szCs w:val="32"/>
        </w:rPr>
        <w:t>א״הי</w:t>
      </w:r>
      <w:r>
        <w:rPr>
          <w:rFonts w:ascii="Georgia" w:hAnsi="Georgia"/>
          <w:b w:val="0"/>
          <w:i w:val="0"/>
          <w:color w:val="000000"/>
          <w:sz w:val="24"/>
        </w:rPr>
        <w:t>; а вместе с самой буквой хэй получается [Имя] ЭЙЕ (</w:t>
      </w:r>
      <w:r>
        <w:rPr>
          <w:rFonts w:ascii="Georgia" w:hAnsi="Georgia" w:cs="Times New Roman"/>
          <w:b/>
          <w:i w:val="0"/>
          <w:color w:val="000000"/>
          <w:sz w:val="24"/>
          <w:rtl/>
          <w:szCs w:val="32"/>
        </w:rPr>
        <w:t>אהיה</w:t>
      </w:r>
      <w:r>
        <w:rPr>
          <w:rFonts w:ascii="Georgia" w:hAnsi="Georgia"/>
          <w:b w:val="0"/>
          <w:i w:val="0"/>
          <w:color w:val="000000"/>
          <w:sz w:val="24"/>
        </w:rPr>
        <w:t>). И направь намерение объединить с ним Имя АВАЯ, то есть Абу, ведь они также дают мохин Нукве де-ЗА через НЕХИ де-Има, которые становятся мохин в ЗА и в Нукве, как известно. И направь намерение низвести эти мохин в нижнюю букву хэй, чтобы подчинить пребывающие в ней суды и смягчить их.</w:t>
      </w:r>
    </w:p>
    <w:p>
      <w:pPr>
        <w:spacing w:before="40" w:after="120"/>
        <w:jc w:val="both"/>
      </w:pPr>
      <w:r>
        <w:rPr>
          <w:rFonts w:ascii="Georgia" w:hAnsi="Georgia"/>
          <w:b w:val="0"/>
          <w:i w:val="0"/>
          <w:color w:val="000000"/>
          <w:sz w:val="24"/>
        </w:rPr>
        <w:t>После этого направь намерение совершить это единение четырех букв [Имени] АВАЯ в точности указанным выше способом во второй раз. Однако держи немного иное намерение, а именно: благодаря единению, совершенному тобой в свойстве буквы йод, ЗОН образуются тогда на уровне «три, включенные в три»; а благодаря единению, совершенному в первой букве хэй, ЗОН становятся совершенным ВАК, а она [пребывает] в виде одной точки в его завершении, как известно, ведь это состояние периода грудного вскармливания (</w:t>
      </w:r>
      <w:r>
        <w:rPr>
          <w:rFonts w:ascii="Georgia" w:hAnsi="Georgia"/>
          <w:b w:val="0"/>
          <w:i/>
          <w:color w:val="000000"/>
          <w:sz w:val="24"/>
        </w:rPr>
        <w:t>еника</w:t>
      </w:r>
      <w:r>
        <w:rPr>
          <w:rFonts w:ascii="Georgia" w:hAnsi="Georgia"/>
          <w:b w:val="0"/>
          <w:i w:val="0"/>
          <w:color w:val="000000"/>
          <w:sz w:val="24"/>
        </w:rPr>
        <w:t>). Причина же в том, что поскольку это единение совершается в свойстве буквы хэй, являющейся Имой, женским началом, в ней намечено вскармливание, ведь именно мать вскармливает детей. А благодаря единению в букве вав держи намерение, что тогда у него образуются мохин де-гадлут в виде полного парцуфа; благодаря же этому единению в нижней букве хэй мохин де-гадлут образуются также и у Нуквы де-ЗА, — и вот единение завершено.</w:t>
      </w:r>
    </w:p>
    <w:p>
      <w:pPr>
        <w:spacing w:before="40" w:after="120"/>
        <w:jc w:val="both"/>
      </w:pPr>
      <w:r>
        <w:rPr>
          <w:rFonts w:ascii="Georgia" w:hAnsi="Georgia"/>
          <w:b w:val="0"/>
          <w:i w:val="0"/>
          <w:color w:val="000000"/>
          <w:sz w:val="24"/>
        </w:rPr>
        <w:t>Затем направь намерение облачить букву йод упомянутого [Имени] АВАЯ в ЭЙЕ с наполнением буквами йод, первую букву хэй облачи в ЭЙЕ с наполнением буквами алеф, а последнюю букву хэй — в ЭЙЕ с наполнением буквами хэй. И хотя на первый взгляд кажется, что букве вав следовало бы облачиться в ЭЙЕ с наполнением буквами алеф, а букве хэй — в ЭЙЕ с наполнением буквами хэй, как сказано, — суть в том, что буква алеф в АВАЯ с наполнением САГ представляет собой тайну ЭЙЕ и служит душой (нешама) для Имени ЭЙЕ. И вот САГ и ЭЙЕ по гематрии равны 84 (</w:t>
      </w:r>
      <w:r>
        <w:rPr>
          <w:rFonts w:ascii="Georgia" w:hAnsi="Georgia" w:cs="Times New Roman"/>
          <w:b/>
          <w:i w:val="0"/>
          <w:color w:val="000000"/>
          <w:sz w:val="24"/>
          <w:rtl/>
          <w:szCs w:val="32"/>
        </w:rPr>
        <w:t>פ״ד</w:t>
      </w:r>
      <w:r>
        <w:rPr>
          <w:rFonts w:ascii="Georgia" w:hAnsi="Georgia"/>
          <w:b w:val="0"/>
          <w:i w:val="0"/>
          <w:color w:val="000000"/>
          <w:sz w:val="24"/>
        </w:rPr>
        <w:t>), и это — МАН Имы, представляющие собой тайну сорока двух соударений (зивугов) ее, то есть дважды по сорок два (</w:t>
      </w:r>
      <w:r>
        <w:rPr>
          <w:rFonts w:ascii="Georgia" w:hAnsi="Georgia" w:cs="Times New Roman"/>
          <w:b/>
          <w:i w:val="0"/>
          <w:color w:val="000000"/>
          <w:sz w:val="24"/>
          <w:rtl/>
          <w:szCs w:val="32"/>
        </w:rPr>
        <w:t>ב״פ מ״ב</w:t>
      </w:r>
      <w:r>
        <w:rPr>
          <w:rFonts w:ascii="Georgia" w:hAnsi="Georgia"/>
          <w:b w:val="0"/>
          <w:i w:val="0"/>
          <w:color w:val="000000"/>
          <w:sz w:val="24"/>
        </w:rPr>
        <w:t>), поднимающихся, чтобы принять МАД. А они представляют собой одно [число] сорок два от [Имени] АВАЯ наполнения АБ с буквами йод, находящегося в Абе, как известно: ни одна капля не опускается сверху без того, чтобы навстречу ей снизу не поднялись две капли. И поскольку это единение совершается для того, чтобы произвести самого ЗА или ради его мохин, необходимо наполнить его [Имя] АВАЯ буквами алеф посредством упомянутого Имени ЭЙЕ с наполнением алеф.</w:t>
      </w:r>
    </w:p>
    <w:p>
      <w:pPr>
        <w:spacing w:before="40" w:after="120"/>
        <w:jc w:val="both"/>
      </w:pPr>
      <w:r>
        <w:rPr>
          <w:rFonts w:ascii="Georgia" w:hAnsi="Georgia"/>
          <w:b w:val="0"/>
          <w:i w:val="0"/>
          <w:color w:val="000000"/>
          <w:sz w:val="24"/>
        </w:rPr>
        <w:t>Поэтому те три буквы йод [Имени] АВАЯ с наполнением САГ мы облачаем в три буквы алеф, имеющиеся в ЭЙЕ с наполнением алеф, чтобы эти буквы йод стали в ЗА аспектом букв алеф. И благодаря этому ты поймешь также причину того, почему буква вав облачается в ЭЙЕ с наполнением буквами хэй: это происходит не ради нее самой, но намерение состоит в том, чтобы буквы алеф, содержащиеся в АВАЯ с наполнением МА в ЗА, обратились в буквы хэй ради его Нуквы, представляющей собой АВАЯ с наполнением БОН буквами хэй.</w:t>
      </w:r>
    </w:p>
    <w:p>
      <w:pPr>
        <w:spacing w:before="40" w:after="120"/>
        <w:jc w:val="both"/>
      </w:pPr>
      <w:r>
        <w:rPr>
          <w:rFonts w:ascii="Georgia" w:hAnsi="Georgia"/>
          <w:b w:val="0"/>
          <w:i w:val="0"/>
          <w:color w:val="000000"/>
          <w:sz w:val="24"/>
        </w:rPr>
        <w:t>И вернемся к нашей теме: три [Имени] ЭЙЕ с тремя видами наполнений, как сказано, по гематрии равны 455 (</w:t>
      </w:r>
      <w:r>
        <w:rPr>
          <w:rFonts w:ascii="Georgia" w:hAnsi="Georgia" w:cs="Times New Roman"/>
          <w:b/>
          <w:i w:val="0"/>
          <w:color w:val="000000"/>
          <w:sz w:val="24"/>
          <w:rtl/>
          <w:szCs w:val="32"/>
        </w:rPr>
        <w:t>תנ״ה</w:t>
      </w:r>
      <w:r>
        <w:rPr>
          <w:rFonts w:ascii="Georgia" w:hAnsi="Georgia"/>
          <w:b w:val="0"/>
          <w:i w:val="0"/>
          <w:color w:val="000000"/>
          <w:sz w:val="24"/>
        </w:rPr>
        <w:t xml:space="preserve">). И в этом тайна [стиха]: </w:t>
      </w:r>
      <w:r>
        <w:rPr>
          <w:rFonts w:ascii="Georgia" w:hAnsi="Georgia"/>
          <w:b w:val="0"/>
          <w:i/>
          <w:color w:val="000000"/>
          <w:sz w:val="24"/>
        </w:rPr>
        <w:t>«Всякому пределу я видел конец…»</w:t>
      </w:r>
      <w:r>
        <w:rPr>
          <w:rFonts w:ascii="Georgia" w:hAnsi="Georgia"/>
          <w:b w:val="0"/>
          <w:i w:val="0"/>
          <w:color w:val="000000"/>
          <w:sz w:val="24"/>
        </w:rPr>
        <w:t xml:space="preserve"> (Теилим 119:96); а также начальные буквы слов </w:t>
      </w:r>
      <w:r>
        <w:rPr>
          <w:rFonts w:ascii="Georgia" w:hAnsi="Georgia"/>
          <w:b w:val="0"/>
          <w:i/>
          <w:color w:val="000000"/>
          <w:sz w:val="24"/>
        </w:rPr>
        <w:t>«…не выйдет она, как выходят рабы»</w:t>
      </w:r>
      <w:r>
        <w:rPr>
          <w:rFonts w:ascii="Georgia" w:hAnsi="Georgia"/>
          <w:b w:val="0"/>
          <w:i w:val="0"/>
          <w:color w:val="000000"/>
          <w:sz w:val="24"/>
        </w:rPr>
        <w:t xml:space="preserve"> (</w:t>
      </w:r>
      <w:r>
        <w:rPr>
          <w:rFonts w:ascii="Georgia" w:hAnsi="Georgia" w:cs="Times New Roman"/>
          <w:b/>
          <w:i w:val="0"/>
          <w:color w:val="000000"/>
          <w:sz w:val="24"/>
          <w:rtl/>
          <w:szCs w:val="32"/>
        </w:rPr>
        <w:t>לֹא תֵצֵא כְּצֵאת הָעֲבָדִים</w:t>
      </w:r>
      <w:r>
        <w:rPr>
          <w:rFonts w:ascii="Georgia" w:hAnsi="Georgia"/>
          <w:b w:val="0"/>
          <w:i w:val="0"/>
          <w:color w:val="000000"/>
          <w:sz w:val="24"/>
        </w:rPr>
        <w:t xml:space="preserve">, Шмот 21:7) составляют слово </w:t>
      </w:r>
      <w:r>
        <w:rPr>
          <w:rFonts w:ascii="Georgia" w:hAnsi="Georgia"/>
          <w:b w:val="0"/>
          <w:i/>
          <w:color w:val="000000"/>
          <w:sz w:val="24"/>
        </w:rPr>
        <w:t>тихла</w:t>
      </w:r>
      <w:r>
        <w:rPr>
          <w:rFonts w:ascii="Georgia" w:hAnsi="Georgia"/>
          <w:b w:val="0"/>
          <w:i w:val="0"/>
          <w:color w:val="000000"/>
          <w:sz w:val="24"/>
        </w:rPr>
        <w:t xml:space="preserve"> (</w:t>
      </w:r>
      <w:r>
        <w:rPr>
          <w:rFonts w:ascii="Georgia" w:hAnsi="Georgia" w:cs="Times New Roman"/>
          <w:b/>
          <w:i w:val="0"/>
          <w:color w:val="000000"/>
          <w:sz w:val="24"/>
          <w:rtl/>
          <w:szCs w:val="32"/>
        </w:rPr>
        <w:t>תִּכְלָה</w:t>
      </w:r>
      <w:r>
        <w:rPr>
          <w:rFonts w:ascii="Georgia" w:hAnsi="Georgia"/>
          <w:b w:val="0"/>
          <w:i w:val="0"/>
          <w:color w:val="000000"/>
          <w:sz w:val="24"/>
        </w:rPr>
        <w:t>), которое по гематрии равно 455 (</w:t>
      </w:r>
      <w:r>
        <w:rPr>
          <w:rFonts w:ascii="Georgia" w:hAnsi="Georgia" w:cs="Times New Roman"/>
          <w:b/>
          <w:i w:val="0"/>
          <w:color w:val="000000"/>
          <w:sz w:val="24"/>
          <w:rtl/>
          <w:szCs w:val="32"/>
        </w:rPr>
        <w:t>תנ״ה</w:t>
      </w:r>
      <w:r>
        <w:rPr>
          <w:rFonts w:ascii="Georgia" w:hAnsi="Georgia"/>
          <w:b w:val="0"/>
          <w:i w:val="0"/>
          <w:color w:val="000000"/>
          <w:sz w:val="24"/>
        </w:rPr>
        <w:t>). И вот, ТАНА (</w:t>
      </w:r>
      <w:r>
        <w:rPr>
          <w:rFonts w:ascii="Georgia" w:hAnsi="Georgia" w:cs="Times New Roman"/>
          <w:b/>
          <w:i w:val="0"/>
          <w:color w:val="000000"/>
          <w:sz w:val="24"/>
          <w:rtl/>
          <w:szCs w:val="32"/>
        </w:rPr>
        <w:t>תנ״ה</w:t>
      </w:r>
      <w:r>
        <w:rPr>
          <w:rFonts w:ascii="Georgia" w:hAnsi="Georgia"/>
          <w:b w:val="0"/>
          <w:i w:val="0"/>
          <w:color w:val="000000"/>
          <w:sz w:val="24"/>
        </w:rPr>
        <w:t xml:space="preserve">) — это одно из [трехбуквенных] Имен 72-буквенного Имени (Шем АБ), [образуемого стихами] «Вайиса…», «Вайаво…», «Вайет…» (Шмот 14:19–21). И оно — тайна меча филистимлянина Голиафа, который взял Давид и сказал: </w:t>
      </w:r>
      <w:r>
        <w:rPr>
          <w:rFonts w:ascii="Georgia" w:hAnsi="Georgia"/>
          <w:b w:val="0"/>
          <w:i/>
          <w:color w:val="000000"/>
          <w:sz w:val="24"/>
        </w:rPr>
        <w:t>«…нет подобного ему, отдай его</w:t>
      </w:r>
      <w:r>
        <w:rPr>
          <w:rFonts w:ascii="Georgia" w:hAnsi="Georgia"/>
          <w:b w:val="0"/>
          <w:i w:val="0"/>
          <w:color w:val="000000"/>
          <w:sz w:val="24"/>
        </w:rPr>
        <w:t xml:space="preserve"> (тнеха, </w:t>
      </w:r>
      <w:r>
        <w:rPr>
          <w:rFonts w:ascii="Georgia" w:hAnsi="Georgia" w:cs="Times New Roman"/>
          <w:b/>
          <w:i w:val="0"/>
          <w:color w:val="000000"/>
          <w:sz w:val="24"/>
          <w:rtl/>
          <w:szCs w:val="32"/>
        </w:rPr>
        <w:t>תְּנֶהָ</w:t>
      </w:r>
      <w:r>
        <w:rPr>
          <w:rFonts w:ascii="Georgia" w:hAnsi="Georgia"/>
          <w:b w:val="0"/>
          <w:i w:val="0"/>
          <w:color w:val="000000"/>
          <w:sz w:val="24"/>
        </w:rPr>
        <w:t xml:space="preserve">) </w:t>
      </w:r>
      <w:r>
        <w:rPr>
          <w:rFonts w:ascii="Georgia" w:hAnsi="Georgia"/>
          <w:b w:val="0"/>
          <w:i/>
          <w:color w:val="000000"/>
          <w:sz w:val="24"/>
        </w:rPr>
        <w:t>мне»</w:t>
      </w:r>
      <w:r>
        <w:rPr>
          <w:rFonts w:ascii="Georgia" w:hAnsi="Georgia"/>
          <w:b w:val="0"/>
          <w:i w:val="0"/>
          <w:color w:val="000000"/>
          <w:sz w:val="24"/>
        </w:rPr>
        <w:t xml:space="preserve"> (Шмуэль I 21:10). И суть в том, что когда это Имя пребывает в преобладании судов, нет другого столь же сильного, как оно. И об этом царь Давид, мир ему, сказал: </w:t>
      </w:r>
      <w:r>
        <w:rPr>
          <w:rFonts w:ascii="Georgia" w:hAnsi="Georgia"/>
          <w:b w:val="0"/>
          <w:i/>
          <w:color w:val="000000"/>
          <w:sz w:val="24"/>
        </w:rPr>
        <w:t>«Возложи</w:t>
      </w:r>
      <w:r>
        <w:rPr>
          <w:rFonts w:ascii="Georgia" w:hAnsi="Georgia"/>
          <w:b w:val="0"/>
          <w:i w:val="0"/>
          <w:color w:val="000000"/>
          <w:sz w:val="24"/>
        </w:rPr>
        <w:t xml:space="preserve"> (тена, </w:t>
      </w:r>
      <w:r>
        <w:rPr>
          <w:rFonts w:ascii="Georgia" w:hAnsi="Georgia" w:cs="Times New Roman"/>
          <w:b/>
          <w:i w:val="0"/>
          <w:color w:val="000000"/>
          <w:sz w:val="24"/>
          <w:rtl/>
          <w:szCs w:val="32"/>
        </w:rPr>
        <w:t>תְּנָה</w:t>
      </w:r>
      <w:r>
        <w:rPr>
          <w:rFonts w:ascii="Georgia" w:hAnsi="Georgia"/>
          <w:b w:val="0"/>
          <w:i w:val="0"/>
          <w:color w:val="000000"/>
          <w:sz w:val="24"/>
        </w:rPr>
        <w:t xml:space="preserve">) </w:t>
      </w:r>
      <w:r>
        <w:rPr>
          <w:rFonts w:ascii="Georgia" w:hAnsi="Georgia"/>
          <w:b w:val="0"/>
          <w:i/>
          <w:color w:val="000000"/>
          <w:sz w:val="24"/>
        </w:rPr>
        <w:t>прегрешение на прегрешение их…»</w:t>
      </w:r>
      <w:r>
        <w:rPr>
          <w:rFonts w:ascii="Georgia" w:hAnsi="Georgia"/>
          <w:b w:val="0"/>
          <w:i w:val="0"/>
          <w:color w:val="000000"/>
          <w:sz w:val="24"/>
        </w:rPr>
        <w:t xml:space="preserve"> (Теилим 69:28).</w:t>
      </w:r>
    </w:p>
    <w:p>
      <w:pPr>
        <w:spacing w:before="40" w:after="120"/>
        <w:jc w:val="both"/>
      </w:pPr>
      <w:r>
        <w:rPr>
          <w:rFonts w:ascii="Georgia" w:hAnsi="Georgia"/>
          <w:b w:val="0"/>
          <w:i w:val="0"/>
          <w:color w:val="000000"/>
          <w:sz w:val="24"/>
        </w:rPr>
        <w:t>И вот какое намерение тебе следует держать с этим Именем: это Имя представляет собой уровень высших судов в Име; и направь намерение низвести их в нижнюю букву хэй упомянутого [Имени] АВАЯ, которая не облачилась в Имя ЭЙЕ, как облачились остальные три буквы, как сказано выше. Благодаря этому смягчатся все суды и гвурот, пребывающие в ней, как я уже сообщал тебе, что суды смягчаются лишь в своем корне. И вот объяснение и истолкование упомянутого Имени ТАНА (</w:t>
      </w:r>
      <w:r>
        <w:rPr>
          <w:rFonts w:ascii="Georgia" w:hAnsi="Georgia" w:cs="Times New Roman"/>
          <w:b/>
          <w:i w:val="0"/>
          <w:color w:val="000000"/>
          <w:sz w:val="24"/>
          <w:rtl/>
          <w:szCs w:val="32"/>
        </w:rPr>
        <w:t>תנ״ה</w:t>
      </w:r>
      <w:r>
        <w:rPr>
          <w:rFonts w:ascii="Georgia" w:hAnsi="Georgia"/>
          <w:b w:val="0"/>
          <w:i w:val="0"/>
          <w:color w:val="000000"/>
          <w:sz w:val="24"/>
        </w:rPr>
        <w:t>): буква тав (</w:t>
      </w:r>
      <w:r>
        <w:rPr>
          <w:rFonts w:ascii="Georgia" w:hAnsi="Georgia" w:cs="Times New Roman"/>
          <w:b/>
          <w:i w:val="0"/>
          <w:color w:val="000000"/>
          <w:sz w:val="24"/>
          <w:rtl/>
          <w:szCs w:val="32"/>
        </w:rPr>
        <w:t>ת</w:t>
      </w:r>
      <w:r>
        <w:rPr>
          <w:rFonts w:ascii="Georgia" w:hAnsi="Georgia"/>
          <w:b w:val="0"/>
          <w:i w:val="0"/>
          <w:color w:val="000000"/>
          <w:sz w:val="24"/>
        </w:rPr>
        <w:t>) в нем — это четыре буквы йод, являющиеся тайной четырехсот миров страстного стремления (</w:t>
      </w:r>
      <w:r>
        <w:rPr>
          <w:rFonts w:ascii="Georgia" w:hAnsi="Georgia"/>
          <w:b w:val="0"/>
          <w:i/>
          <w:color w:val="000000"/>
          <w:sz w:val="24"/>
        </w:rPr>
        <w:t>альмин де-хисуфин</w:t>
      </w:r>
      <w:r>
        <w:rPr>
          <w:rFonts w:ascii="Georgia" w:hAnsi="Georgia"/>
          <w:b w:val="0"/>
          <w:i w:val="0"/>
          <w:color w:val="000000"/>
          <w:sz w:val="24"/>
        </w:rPr>
        <w:t>), пребывающих в рош де-АА, как известно, и они — аспект Бины; буква нун (</w:t>
      </w:r>
      <w:r>
        <w:rPr>
          <w:rFonts w:ascii="Georgia" w:hAnsi="Georgia" w:cs="Times New Roman"/>
          <w:b/>
          <w:i w:val="0"/>
          <w:color w:val="000000"/>
          <w:sz w:val="24"/>
          <w:rtl/>
          <w:szCs w:val="32"/>
        </w:rPr>
        <w:t>נ</w:t>
      </w:r>
      <w:r>
        <w:rPr>
          <w:rFonts w:ascii="Georgia" w:hAnsi="Georgia"/>
          <w:b w:val="0"/>
          <w:i w:val="0"/>
          <w:color w:val="000000"/>
          <w:sz w:val="24"/>
        </w:rPr>
        <w:t>) — это пятьдесят врат Бины; а буква хэй (</w:t>
      </w:r>
      <w:r>
        <w:rPr>
          <w:rFonts w:ascii="Georgia" w:hAnsi="Georgia" w:cs="Times New Roman"/>
          <w:b/>
          <w:i w:val="0"/>
          <w:color w:val="000000"/>
          <w:sz w:val="24"/>
          <w:rtl/>
          <w:szCs w:val="32"/>
        </w:rPr>
        <w:t>ה</w:t>
      </w:r>
      <w:r>
        <w:rPr>
          <w:rFonts w:ascii="Georgia" w:hAnsi="Georgia"/>
          <w:b w:val="0"/>
          <w:i w:val="0"/>
          <w:color w:val="000000"/>
          <w:sz w:val="24"/>
        </w:rPr>
        <w:t>) находится в ЗА, как известно: «Бина распространилась до Хода в ЗА», — и это лишь пять [сфирот]: ХАГАТ, Нецах и Ход, поскольку Есод, являющийся шестым, включается в Тиферет, ведь «тело и завет считаются одним» (</w:t>
      </w:r>
      <w:r>
        <w:rPr>
          <w:rFonts w:ascii="Georgia" w:hAnsi="Georgia"/>
          <w:b w:val="0"/>
          <w:i/>
          <w:color w:val="000000"/>
          <w:sz w:val="24"/>
        </w:rPr>
        <w:t>гуф у-врит хашвинан хад</w:t>
      </w:r>
      <w:r>
        <w:rPr>
          <w:rFonts w:ascii="Georgia" w:hAnsi="Georgia"/>
          <w:b w:val="0"/>
          <w:i w:val="0"/>
          <w:color w:val="000000"/>
          <w:sz w:val="24"/>
        </w:rPr>
        <w:t>), как сказано; таким образом, в ЗА их пять. И все эти уровни представляют собой корни судов; и направь намерение низвести их до нижней буквы хэй, чтобы смягчить ее суды, как сказано.</w:t>
      </w:r>
    </w:p>
    <w:p>
      <w:pPr>
        <w:keepNext/>
        <w:spacing w:before="320" w:after="120"/>
      </w:pPr>
      <w:r>
        <w:rPr>
          <w:rFonts w:ascii="Georgia" w:hAnsi="Georgia"/>
          <w:b w:val="0"/>
          <w:i w:val="0"/>
          <w:color w:val="000000"/>
          <w:sz w:val="32"/>
        </w:rPr>
        <w:t>Ихуд 45</w:t>
      </w:r>
    </w:p>
    <w:p>
      <w:pPr>
        <w:spacing w:before="40" w:after="120"/>
        <w:jc w:val="both"/>
      </w:pPr>
      <w:r>
        <w:rPr>
          <w:rFonts w:ascii="Georgia" w:hAnsi="Georgia"/>
          <w:b w:val="0"/>
          <w:i w:val="0"/>
          <w:color w:val="000000"/>
          <w:sz w:val="24"/>
        </w:rPr>
        <w:t>К упомянутому выше: [Имя] ЙА (</w:t>
      </w:r>
      <w:r>
        <w:rPr>
          <w:rFonts w:ascii="Georgia" w:hAnsi="Georgia" w:cs="Times New Roman"/>
          <w:b/>
          <w:i w:val="0"/>
          <w:color w:val="000000"/>
          <w:sz w:val="24"/>
          <w:rtl/>
          <w:szCs w:val="32"/>
        </w:rPr>
        <w:t>י״ה</w:t>
      </w:r>
      <w:r>
        <w:rPr>
          <w:rFonts w:ascii="Georgia" w:hAnsi="Georgia"/>
          <w:b w:val="0"/>
          <w:i w:val="0"/>
          <w:color w:val="000000"/>
          <w:sz w:val="24"/>
        </w:rPr>
        <w:t>): [если расписать как] йод, хэй-хэй (</w:t>
      </w:r>
      <w:r>
        <w:rPr>
          <w:rFonts w:ascii="Georgia" w:hAnsi="Georgia" w:cs="Times New Roman"/>
          <w:b/>
          <w:i w:val="0"/>
          <w:color w:val="000000"/>
          <w:sz w:val="24"/>
          <w:rtl/>
          <w:szCs w:val="32"/>
        </w:rPr>
        <w:t>יוד הה</w:t>
      </w:r>
      <w:r>
        <w:rPr>
          <w:rFonts w:ascii="Georgia" w:hAnsi="Georgia"/>
          <w:b w:val="0"/>
          <w:i w:val="0"/>
          <w:color w:val="000000"/>
          <w:sz w:val="24"/>
        </w:rPr>
        <w:t>), это дает 30 (</w:t>
      </w:r>
      <w:r>
        <w:rPr>
          <w:rFonts w:ascii="Georgia" w:hAnsi="Georgia" w:cs="Times New Roman"/>
          <w:b/>
          <w:i w:val="0"/>
          <w:color w:val="000000"/>
          <w:sz w:val="24"/>
          <w:rtl/>
          <w:szCs w:val="32"/>
        </w:rPr>
        <w:t>ל</w:t>
      </w:r>
      <w:r>
        <w:rPr>
          <w:rFonts w:ascii="Georgia" w:hAnsi="Georgia"/>
          <w:b w:val="0"/>
          <w:i w:val="0"/>
          <w:color w:val="000000"/>
          <w:sz w:val="24"/>
        </w:rPr>
        <w:t>). Ведь одно [простое Имя] АВАЯ составляет 26 (</w:t>
      </w:r>
      <w:r>
        <w:rPr>
          <w:rFonts w:ascii="Georgia" w:hAnsi="Georgia" w:cs="Times New Roman"/>
          <w:b/>
          <w:i w:val="0"/>
          <w:color w:val="000000"/>
          <w:sz w:val="24"/>
          <w:rtl/>
          <w:szCs w:val="32"/>
        </w:rPr>
        <w:t>כ״ו</w:t>
      </w:r>
      <w:r>
        <w:rPr>
          <w:rFonts w:ascii="Georgia" w:hAnsi="Georgia"/>
          <w:b w:val="0"/>
          <w:i w:val="0"/>
          <w:color w:val="000000"/>
          <w:sz w:val="24"/>
        </w:rPr>
        <w:t>), а вместе с четырьмя его буквами — 30 (</w:t>
      </w:r>
      <w:r>
        <w:rPr>
          <w:rFonts w:ascii="Georgia" w:hAnsi="Georgia" w:cs="Times New Roman"/>
          <w:b/>
          <w:i w:val="0"/>
          <w:color w:val="000000"/>
          <w:sz w:val="24"/>
          <w:rtl/>
          <w:szCs w:val="32"/>
        </w:rPr>
        <w:t>ל</w:t>
      </w:r>
      <w:r>
        <w:rPr>
          <w:rFonts w:ascii="Georgia" w:hAnsi="Georgia"/>
          <w:b w:val="0"/>
          <w:i w:val="0"/>
          <w:color w:val="000000"/>
          <w:sz w:val="24"/>
        </w:rPr>
        <w:t>). Буквы йод-вав-далет, хэй-алеф (</w:t>
      </w:r>
      <w:r>
        <w:rPr>
          <w:rFonts w:ascii="Georgia" w:hAnsi="Georgia" w:cs="Times New Roman"/>
          <w:b/>
          <w:i w:val="0"/>
          <w:color w:val="000000"/>
          <w:sz w:val="24"/>
          <w:rtl/>
          <w:szCs w:val="32"/>
        </w:rPr>
        <w:t>יו״ד ה״א</w:t>
      </w:r>
      <w:r>
        <w:rPr>
          <w:rFonts w:ascii="Georgia" w:hAnsi="Georgia"/>
          <w:b w:val="0"/>
          <w:i w:val="0"/>
          <w:color w:val="000000"/>
          <w:sz w:val="24"/>
        </w:rPr>
        <w:t>) дают одно [Имя] АВАЯ — 26 (</w:t>
      </w:r>
      <w:r>
        <w:rPr>
          <w:rFonts w:ascii="Georgia" w:hAnsi="Georgia" w:cs="Times New Roman"/>
          <w:b/>
          <w:i w:val="0"/>
          <w:color w:val="000000"/>
          <w:sz w:val="24"/>
          <w:rtl/>
          <w:szCs w:val="32"/>
        </w:rPr>
        <w:t>כ״ו</w:t>
      </w:r>
      <w:r>
        <w:rPr>
          <w:rFonts w:ascii="Georgia" w:hAnsi="Georgia"/>
          <w:b w:val="0"/>
          <w:i w:val="0"/>
          <w:color w:val="000000"/>
          <w:sz w:val="24"/>
        </w:rPr>
        <w:t>). Буквы йод-вав-далет, хэй-йод (</w:t>
      </w:r>
      <w:r>
        <w:rPr>
          <w:rFonts w:ascii="Georgia" w:hAnsi="Georgia" w:cs="Times New Roman"/>
          <w:b/>
          <w:i w:val="0"/>
          <w:color w:val="000000"/>
          <w:sz w:val="24"/>
          <w:rtl/>
          <w:szCs w:val="32"/>
        </w:rPr>
        <w:t>יו״ד ה״י</w:t>
      </w:r>
      <w:r>
        <w:rPr>
          <w:rFonts w:ascii="Georgia" w:hAnsi="Georgia"/>
          <w:b w:val="0"/>
          <w:i w:val="0"/>
          <w:color w:val="000000"/>
          <w:sz w:val="24"/>
        </w:rPr>
        <w:t>) дают 35 (</w:t>
      </w:r>
      <w:r>
        <w:rPr>
          <w:rFonts w:ascii="Georgia" w:hAnsi="Georgia" w:cs="Times New Roman"/>
          <w:b/>
          <w:i w:val="0"/>
          <w:color w:val="000000"/>
          <w:sz w:val="24"/>
          <w:rtl/>
          <w:szCs w:val="32"/>
        </w:rPr>
        <w:t>ל״ה</w:t>
      </w:r>
      <w:r>
        <w:rPr>
          <w:rFonts w:ascii="Georgia" w:hAnsi="Georgia"/>
          <w:b w:val="0"/>
          <w:i w:val="0"/>
          <w:color w:val="000000"/>
          <w:sz w:val="24"/>
        </w:rPr>
        <w:t>), а вместе с самим Именем — 36 (</w:t>
      </w:r>
      <w:r>
        <w:rPr>
          <w:rFonts w:ascii="Georgia" w:hAnsi="Georgia" w:cs="Times New Roman"/>
          <w:b/>
          <w:i w:val="0"/>
          <w:color w:val="000000"/>
          <w:sz w:val="24"/>
          <w:rtl/>
          <w:szCs w:val="32"/>
        </w:rPr>
        <w:t>ל״ו</w:t>
      </w:r>
      <w:r>
        <w:rPr>
          <w:rFonts w:ascii="Georgia" w:hAnsi="Georgia"/>
          <w:b w:val="0"/>
          <w:i w:val="0"/>
          <w:color w:val="000000"/>
          <w:sz w:val="24"/>
        </w:rPr>
        <w:t>); это одно [Имя] АВАЯ (26), которое вместе с десятью буквами его наполнения САГ составляет 36. Таким образом, трижды [сочетание] ЙА-АВАЯ (</w:t>
      </w:r>
      <w:r>
        <w:rPr>
          <w:rFonts w:ascii="Georgia" w:hAnsi="Georgia" w:cs="Times New Roman"/>
          <w:b/>
          <w:i w:val="0"/>
          <w:color w:val="000000"/>
          <w:sz w:val="24"/>
          <w:rtl/>
          <w:szCs w:val="32"/>
        </w:rPr>
        <w:t>י״ה יהוה</w:t>
      </w:r>
      <w:r>
        <w:rPr>
          <w:rFonts w:ascii="Georgia" w:hAnsi="Georgia"/>
          <w:b w:val="0"/>
          <w:i w:val="0"/>
          <w:color w:val="000000"/>
          <w:sz w:val="24"/>
        </w:rPr>
        <w:t>) составляет трижды 41 (</w:t>
      </w:r>
      <w:r>
        <w:rPr>
          <w:rFonts w:ascii="Georgia" w:hAnsi="Georgia" w:cs="Times New Roman"/>
          <w:b/>
          <w:i w:val="0"/>
          <w:color w:val="000000"/>
          <w:sz w:val="24"/>
          <w:rtl/>
          <w:szCs w:val="32"/>
        </w:rPr>
        <w:t>מ״א</w:t>
      </w:r>
      <w:r>
        <w:rPr>
          <w:rFonts w:ascii="Georgia" w:hAnsi="Georgia"/>
          <w:b w:val="0"/>
          <w:i w:val="0"/>
          <w:color w:val="000000"/>
          <w:sz w:val="24"/>
        </w:rPr>
        <w:t xml:space="preserve"> = 123), а вместе с десятью буквами наполнения САГ получается 133 (</w:t>
      </w:r>
      <w:r>
        <w:rPr>
          <w:rFonts w:ascii="Georgia" w:hAnsi="Georgia" w:cs="Times New Roman"/>
          <w:b/>
          <w:i w:val="0"/>
          <w:color w:val="000000"/>
          <w:sz w:val="24"/>
          <w:rtl/>
          <w:szCs w:val="32"/>
        </w:rPr>
        <w:t>קל״ג</w:t>
      </w:r>
      <w:r>
        <w:rPr>
          <w:rFonts w:ascii="Georgia" w:hAnsi="Georgia"/>
          <w:b w:val="0"/>
          <w:i w:val="0"/>
          <w:color w:val="000000"/>
          <w:sz w:val="24"/>
        </w:rPr>
        <w:t>), что соответствует буквам нёба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Намерение (</w:t>
      </w:r>
      <w:r>
        <w:rPr>
          <w:rFonts w:ascii="Georgia" w:hAnsi="Georgia"/>
          <w:b w:val="0"/>
          <w:i/>
          <w:color w:val="000000"/>
          <w:sz w:val="24"/>
        </w:rPr>
        <w:t>кавана</w:t>
      </w:r>
      <w:r>
        <w:rPr>
          <w:rFonts w:ascii="Georgia" w:hAnsi="Georgia"/>
          <w:b w:val="0"/>
          <w:i w:val="0"/>
          <w:color w:val="000000"/>
          <w:sz w:val="24"/>
        </w:rPr>
        <w:t>) заключается в том, чтобы поднять все суды к нёбу Хохмы, потому что там пребывает [Имя] АВАЯ, услаждающее горькое до сладкого. Порядок этих четырех упомянутых букв гимель, йод, каф, куф таков: гимель (</w:t>
      </w:r>
      <w:r>
        <w:rPr>
          <w:rFonts w:ascii="Georgia" w:hAnsi="Georgia" w:cs="Times New Roman"/>
          <w:b/>
          <w:i w:val="0"/>
          <w:color w:val="000000"/>
          <w:sz w:val="24"/>
          <w:rtl/>
          <w:szCs w:val="32"/>
        </w:rPr>
        <w:t>ג</w:t>
      </w:r>
      <w:r>
        <w:rPr>
          <w:rFonts w:ascii="Georgia" w:hAnsi="Georgia"/>
          <w:b w:val="0"/>
          <w:i w:val="0"/>
          <w:color w:val="000000"/>
          <w:sz w:val="24"/>
        </w:rPr>
        <w:t>) — в Хохме, что в Малхут; йод (</w:t>
      </w:r>
      <w:r>
        <w:rPr>
          <w:rFonts w:ascii="Georgia" w:hAnsi="Georgia" w:cs="Times New Roman"/>
          <w:b/>
          <w:i w:val="0"/>
          <w:color w:val="000000"/>
          <w:sz w:val="24"/>
          <w:rtl/>
          <w:szCs w:val="32"/>
        </w:rPr>
        <w:t>י</w:t>
      </w:r>
      <w:r>
        <w:rPr>
          <w:rFonts w:ascii="Georgia" w:hAnsi="Georgia"/>
          <w:b w:val="0"/>
          <w:i w:val="0"/>
          <w:color w:val="000000"/>
          <w:sz w:val="24"/>
        </w:rPr>
        <w:t>) — в Хохме, что в Тиферет; каф [в оригинале: бэт] (</w:t>
      </w:r>
      <w:r>
        <w:rPr>
          <w:rFonts w:ascii="Georgia" w:hAnsi="Georgia" w:cs="Times New Roman"/>
          <w:b/>
          <w:i w:val="0"/>
          <w:color w:val="000000"/>
          <w:sz w:val="24"/>
          <w:rtl/>
          <w:szCs w:val="32"/>
        </w:rPr>
        <w:t>ב</w:t>
      </w:r>
      <w:r>
        <w:rPr>
          <w:rFonts w:ascii="Georgia" w:hAnsi="Georgia"/>
          <w:b w:val="0"/>
          <w:i w:val="0"/>
          <w:color w:val="000000"/>
          <w:sz w:val="24"/>
        </w:rPr>
        <w:t>) — в Хохме, что в Бине; куф (</w:t>
      </w:r>
      <w:r>
        <w:rPr>
          <w:rFonts w:ascii="Georgia" w:hAnsi="Georgia" w:cs="Times New Roman"/>
          <w:b/>
          <w:i w:val="0"/>
          <w:color w:val="000000"/>
          <w:sz w:val="24"/>
          <w:rtl/>
          <w:szCs w:val="32"/>
        </w:rPr>
        <w:t>ק</w:t>
      </w:r>
      <w:r>
        <w:rPr>
          <w:rFonts w:ascii="Georgia" w:hAnsi="Georgia"/>
          <w:b w:val="0"/>
          <w:i w:val="0"/>
          <w:color w:val="000000"/>
          <w:sz w:val="24"/>
        </w:rPr>
        <w:t>) — в Хохме, что в самой Хохме. И все они находятся в качестве органа нёба, который есть в каждой из этих четырех [ступеней]. Намерение состоит в том, чтобы поднять все суды к месту нёба в каждой из этих четырех [ступеней].</w:t>
      </w:r>
    </w:p>
    <w:p>
      <w:pPr>
        <w:spacing w:before="40" w:after="120"/>
        <w:jc w:val="both"/>
      </w:pPr>
      <w:r>
        <w:rPr>
          <w:rFonts w:ascii="Georgia" w:hAnsi="Georgia"/>
          <w:b w:val="0"/>
          <w:i w:val="0"/>
          <w:color w:val="000000"/>
          <w:sz w:val="24"/>
        </w:rPr>
        <w:t xml:space="preserve">Причина же заключается в том, что Хохма состоит из букв </w:t>
      </w:r>
      <w:r>
        <w:rPr>
          <w:rFonts w:ascii="Georgia" w:hAnsi="Georgia"/>
          <w:b w:val="0"/>
          <w:i/>
          <w:color w:val="000000"/>
          <w:sz w:val="24"/>
        </w:rPr>
        <w:t>коах ма</w:t>
      </w:r>
      <w:r>
        <w:rPr>
          <w:rFonts w:ascii="Georgia" w:hAnsi="Georgia"/>
          <w:b w:val="0"/>
          <w:i w:val="0"/>
          <w:color w:val="000000"/>
          <w:sz w:val="24"/>
        </w:rPr>
        <w:t xml:space="preserve"> (</w:t>
      </w:r>
      <w:r>
        <w:rPr>
          <w:rFonts w:ascii="Georgia" w:hAnsi="Georgia" w:cs="Times New Roman"/>
          <w:b/>
          <w:i w:val="0"/>
          <w:color w:val="000000"/>
          <w:sz w:val="24"/>
          <w:rtl/>
          <w:szCs w:val="32"/>
        </w:rPr>
        <w:t>כ״ח מ״ה</w:t>
      </w:r>
      <w:r>
        <w:rPr>
          <w:rFonts w:ascii="Georgia" w:hAnsi="Georgia"/>
          <w:b w:val="0"/>
          <w:i w:val="0"/>
          <w:color w:val="000000"/>
          <w:sz w:val="24"/>
        </w:rPr>
        <w:t>). А [Имя] АВАЯ с наполнением алеф, составляющее по гематрии 45 (МА), в котором насчитывается 42 буквы, разделяется следующим образом: 28 букв наполнения наполнения находятся в ХУБ (Хохме и Бине), десять букв наполнения [в тексте: подвешивания] — в Тиферет, а четыре простые буквы — в Малхут. И потому буква гимель из [букв нёба] гимель, йод, каф, куф находится в Малхут, которая есть последняя буква хэй [Имени] АВАЯ, а вместе с тремя первыми буквами йод, хэй, вав (</w:t>
      </w:r>
      <w:r>
        <w:rPr>
          <w:rFonts w:ascii="Georgia" w:hAnsi="Georgia" w:cs="Times New Roman"/>
          <w:b/>
          <w:i w:val="0"/>
          <w:color w:val="000000"/>
          <w:sz w:val="24"/>
          <w:rtl/>
          <w:szCs w:val="32"/>
        </w:rPr>
        <w:t>יה״ו</w:t>
      </w:r>
      <w:r>
        <w:rPr>
          <w:rFonts w:ascii="Georgia" w:hAnsi="Georgia"/>
          <w:b w:val="0"/>
          <w:i w:val="0"/>
          <w:color w:val="000000"/>
          <w:sz w:val="24"/>
        </w:rPr>
        <w:t>) — вот все четыре простые буквы. Буква же йод — в Тиферет, так как там пребывают десять букв наполнения [Имени] АВАЯ. А 28 [букв] — в Хохме и Бине; она же [буква] куф... [здесь текст отсутствует].</w:t>
      </w:r>
    </w:p>
    <w:p>
      <w:pPr>
        <w:spacing w:before="40" w:after="120"/>
        <w:jc w:val="both"/>
      </w:pPr>
      <w:r>
        <w:rPr>
          <w:rFonts w:ascii="Georgia" w:hAnsi="Georgia"/>
          <w:b w:val="0"/>
          <w:i w:val="0"/>
          <w:color w:val="000000"/>
          <w:sz w:val="24"/>
        </w:rPr>
        <w:t>Для Кетера, что в Хохме: ЙА (</w:t>
      </w:r>
      <w:r>
        <w:rPr>
          <w:rFonts w:ascii="Georgia" w:hAnsi="Georgia" w:cs="Times New Roman"/>
          <w:b/>
          <w:i w:val="0"/>
          <w:color w:val="000000"/>
          <w:sz w:val="24"/>
          <w:rtl/>
          <w:szCs w:val="32"/>
        </w:rPr>
        <w:t>י״ה</w:t>
      </w:r>
      <w:r>
        <w:rPr>
          <w:rFonts w:ascii="Georgia" w:hAnsi="Georgia"/>
          <w:b w:val="0"/>
          <w:i w:val="0"/>
          <w:color w:val="000000"/>
          <w:sz w:val="24"/>
        </w:rPr>
        <w:t>), йод-вав-йод (</w:t>
      </w:r>
      <w:r>
        <w:rPr>
          <w:rFonts w:ascii="Georgia" w:hAnsi="Georgia" w:cs="Times New Roman"/>
          <w:b/>
          <w:i w:val="0"/>
          <w:color w:val="000000"/>
          <w:sz w:val="24"/>
          <w:rtl/>
          <w:szCs w:val="32"/>
        </w:rPr>
        <w:t>יו״י</w:t>
      </w:r>
      <w:r>
        <w:rPr>
          <w:rFonts w:ascii="Georgia" w:hAnsi="Georgia"/>
          <w:b w:val="0"/>
          <w:i w:val="0"/>
          <w:color w:val="000000"/>
          <w:sz w:val="24"/>
        </w:rPr>
        <w:t>), что образует букву алеф (</w:t>
      </w:r>
      <w:r>
        <w:rPr>
          <w:rFonts w:ascii="Georgia" w:hAnsi="Georgia" w:cs="Times New Roman"/>
          <w:b/>
          <w:i w:val="0"/>
          <w:color w:val="000000"/>
          <w:sz w:val="24"/>
          <w:rtl/>
          <w:szCs w:val="32"/>
        </w:rPr>
        <w:t>א</w:t>
      </w:r>
      <w:r>
        <w:rPr>
          <w:rFonts w:ascii="Georgia" w:hAnsi="Georgia"/>
          <w:b w:val="0"/>
          <w:i w:val="0"/>
          <w:color w:val="000000"/>
          <w:sz w:val="24"/>
        </w:rPr>
        <w:t>). При этом буква вав — это крыша буквы хэй [Имени] ЙА, а ножка буквы хэй — это другая буква вав. Таким образом, [сочетание] йод, вав, вав, йод (</w:t>
      </w:r>
      <w:r>
        <w:rPr>
          <w:rFonts w:ascii="Georgia" w:hAnsi="Georgia" w:cs="Times New Roman"/>
          <w:b/>
          <w:i w:val="0"/>
          <w:color w:val="000000"/>
          <w:sz w:val="24"/>
          <w:rtl/>
          <w:szCs w:val="32"/>
        </w:rPr>
        <w:t>יוו״י</w:t>
      </w:r>
      <w:r>
        <w:rPr>
          <w:rFonts w:ascii="Georgia" w:hAnsi="Georgia"/>
          <w:b w:val="0"/>
          <w:i w:val="0"/>
          <w:color w:val="000000"/>
          <w:sz w:val="24"/>
        </w:rPr>
        <w:t>) по гематрии равно 32 (</w:t>
      </w:r>
      <w:r>
        <w:rPr>
          <w:rFonts w:ascii="Georgia" w:hAnsi="Georgia" w:cs="Times New Roman"/>
          <w:b/>
          <w:i w:val="0"/>
          <w:color w:val="000000"/>
          <w:sz w:val="24"/>
          <w:rtl/>
          <w:szCs w:val="32"/>
        </w:rPr>
        <w:t>ל״ב</w:t>
      </w:r>
      <w:r>
        <w:rPr>
          <w:rFonts w:ascii="Georgia" w:hAnsi="Georgia"/>
          <w:b w:val="0"/>
          <w:i w:val="0"/>
          <w:color w:val="000000"/>
          <w:sz w:val="24"/>
        </w:rPr>
        <w:t xml:space="preserve"> = 32) путям Хохмы. А последняя буква йод — это Хохма, что в Хохме, и она приходит вместе с Кетером, поскольку Кетер и Хохма представляют собой форму буквы йод (</w:t>
      </w:r>
      <w:r>
        <w:rPr>
          <w:rFonts w:ascii="Georgia" w:hAnsi="Georgia" w:cs="Times New Roman"/>
          <w:b/>
          <w:i w:val="0"/>
          <w:color w:val="000000"/>
          <w:sz w:val="24"/>
          <w:rtl/>
          <w:szCs w:val="32"/>
        </w:rPr>
        <w:t>י</w:t>
      </w:r>
      <w:r>
        <w:rPr>
          <w:rFonts w:ascii="Georgia" w:hAnsi="Georgia"/>
          <w:b w:val="0"/>
          <w:i w:val="0"/>
          <w:color w:val="000000"/>
          <w:sz w:val="24"/>
        </w:rPr>
        <w:t>), как известно: сама буква йод — это Хохма, а её острие — это её Кетер. В [Имени] АВАЯ также содержится это число 32: АВАЯ — это 26, а шесть букв [сочетания] ЙА-АВАЯ (</w:t>
      </w:r>
      <w:r>
        <w:rPr>
          <w:rFonts w:ascii="Georgia" w:hAnsi="Georgia" w:cs="Times New Roman"/>
          <w:b/>
          <w:i w:val="0"/>
          <w:color w:val="000000"/>
          <w:sz w:val="24"/>
          <w:rtl/>
          <w:szCs w:val="32"/>
        </w:rPr>
        <w:t>י״ה יהוה</w:t>
      </w:r>
      <w:r>
        <w:rPr>
          <w:rFonts w:ascii="Georgia" w:hAnsi="Georgia"/>
          <w:b w:val="0"/>
          <w:i w:val="0"/>
          <w:color w:val="000000"/>
          <w:sz w:val="24"/>
        </w:rPr>
        <w:t xml:space="preserve">) дают 32. Вот Кетер и Хохма: </w:t>
      </w:r>
      <w:r>
        <w:rPr>
          <w:rFonts w:ascii="Georgia" w:hAnsi="Georgia" w:cs="Times New Roman"/>
          <w:b/>
          <w:i w:val="0"/>
          <w:color w:val="000000"/>
          <w:sz w:val="24"/>
          <w:rtl/>
          <w:szCs w:val="32"/>
        </w:rPr>
        <w:t>יֹיהַ וֹוַוֹ היְ יהֶוִֹה</w:t>
      </w:r>
      <w:r>
        <w:rPr>
          <w:rFonts w:ascii="Georgia" w:hAnsi="Georgia"/>
          <w:b w:val="0"/>
          <w:i w:val="0"/>
          <w:color w:val="000000"/>
          <w:sz w:val="24"/>
        </w:rPr>
        <w:t>. Для Бины, что в Хохме: ЙА (</w:t>
      </w:r>
      <w:r>
        <w:rPr>
          <w:rFonts w:ascii="Georgia" w:hAnsi="Georgia" w:cs="Times New Roman"/>
          <w:b/>
          <w:i w:val="0"/>
          <w:color w:val="000000"/>
          <w:sz w:val="24"/>
          <w:rtl/>
          <w:szCs w:val="32"/>
        </w:rPr>
        <w:t>י״ה</w:t>
      </w:r>
      <w:r>
        <w:rPr>
          <w:rFonts w:ascii="Georgia" w:hAnsi="Georgia"/>
          <w:b w:val="0"/>
          <w:i w:val="0"/>
          <w:color w:val="000000"/>
          <w:sz w:val="24"/>
        </w:rPr>
        <w:t>), хэй-вав-йод (</w:t>
      </w:r>
      <w:r>
        <w:rPr>
          <w:rFonts w:ascii="Georgia" w:hAnsi="Georgia" w:cs="Times New Roman"/>
          <w:b/>
          <w:i w:val="0"/>
          <w:color w:val="000000"/>
          <w:sz w:val="24"/>
          <w:rtl/>
          <w:szCs w:val="32"/>
        </w:rPr>
        <w:t>הו״י</w:t>
      </w:r>
      <w:r>
        <w:rPr>
          <w:rFonts w:ascii="Georgia" w:hAnsi="Georgia"/>
          <w:b w:val="0"/>
          <w:i w:val="0"/>
          <w:color w:val="000000"/>
          <w:sz w:val="24"/>
        </w:rPr>
        <w:t>), йод-хэй-вав (</w:t>
      </w:r>
      <w:r>
        <w:rPr>
          <w:rFonts w:ascii="Georgia" w:hAnsi="Georgia" w:cs="Times New Roman"/>
          <w:b/>
          <w:i w:val="0"/>
          <w:color w:val="000000"/>
          <w:sz w:val="24"/>
          <w:rtl/>
          <w:szCs w:val="32"/>
        </w:rPr>
        <w:t>יה״ו</w:t>
      </w:r>
      <w:r>
        <w:rPr>
          <w:rFonts w:ascii="Georgia" w:hAnsi="Georgia"/>
          <w:b w:val="0"/>
          <w:i w:val="0"/>
          <w:color w:val="000000"/>
          <w:sz w:val="24"/>
        </w:rPr>
        <w:t>), хэй-вав-йод (</w:t>
      </w:r>
      <w:r>
        <w:rPr>
          <w:rFonts w:ascii="Georgia" w:hAnsi="Georgia" w:cs="Times New Roman"/>
          <w:b/>
          <w:i w:val="0"/>
          <w:color w:val="000000"/>
          <w:sz w:val="24"/>
          <w:rtl/>
          <w:szCs w:val="32"/>
        </w:rPr>
        <w:t>הו״י</w:t>
      </w:r>
      <w:r>
        <w:rPr>
          <w:rFonts w:ascii="Georgia" w:hAnsi="Georgia"/>
          <w:b w:val="0"/>
          <w:i w:val="0"/>
          <w:color w:val="000000"/>
          <w:sz w:val="24"/>
        </w:rPr>
        <w:t>); алеф (</w:t>
      </w:r>
      <w:r>
        <w:rPr>
          <w:rFonts w:ascii="Georgia" w:hAnsi="Georgia" w:cs="Times New Roman"/>
          <w:b/>
          <w:i w:val="0"/>
          <w:color w:val="000000"/>
          <w:sz w:val="24"/>
          <w:rtl/>
          <w:szCs w:val="32"/>
        </w:rPr>
        <w:t>א</w:t>
      </w:r>
      <w:r>
        <w:rPr>
          <w:rFonts w:ascii="Georgia" w:hAnsi="Georgia"/>
          <w:b w:val="0"/>
          <w:i w:val="0"/>
          <w:color w:val="000000"/>
          <w:sz w:val="24"/>
        </w:rPr>
        <w:t>) пишется с буквой йод: последняя буква йод в букве алеф имеет форму буквы далет (</w:t>
      </w:r>
      <w:r>
        <w:rPr>
          <w:rFonts w:ascii="Georgia" w:hAnsi="Georgia" w:cs="Times New Roman"/>
          <w:b/>
          <w:i w:val="0"/>
          <w:color w:val="000000"/>
          <w:sz w:val="24"/>
          <w:rtl/>
          <w:szCs w:val="32"/>
        </w:rPr>
        <w:t>ד</w:t>
      </w:r>
      <w:r>
        <w:rPr>
          <w:rFonts w:ascii="Georgia" w:hAnsi="Georgia"/>
          <w:b w:val="0"/>
          <w:i w:val="0"/>
          <w:color w:val="000000"/>
          <w:sz w:val="24"/>
        </w:rPr>
        <w:t>), и в этом тайна буквы алеф в Бине. Вот, [буквы] йод, хэй, вав (</w:t>
      </w:r>
      <w:r>
        <w:rPr>
          <w:rFonts w:ascii="Georgia" w:hAnsi="Georgia" w:cs="Times New Roman"/>
          <w:b/>
          <w:i w:val="0"/>
          <w:color w:val="000000"/>
          <w:sz w:val="24"/>
          <w:rtl/>
          <w:szCs w:val="32"/>
        </w:rPr>
        <w:t>יה״ו</w:t>
      </w:r>
      <w:r>
        <w:rPr>
          <w:rFonts w:ascii="Georgia" w:hAnsi="Georgia"/>
          <w:b w:val="0"/>
          <w:i w:val="0"/>
          <w:color w:val="000000"/>
          <w:sz w:val="24"/>
        </w:rPr>
        <w:t xml:space="preserve">) [в начертании: йод, далет, вав] по гематрии равны 20. И точно так же [Имена] АВАЯ и ЭЙЕ в наполнении с йод составляют 20 букв; и эти два Имени должны быть сплетены перед твоими глазами следующим образом: </w:t>
      </w:r>
      <w:r>
        <w:rPr>
          <w:rFonts w:ascii="Georgia" w:hAnsi="Georgia" w:cs="Times New Roman"/>
          <w:b/>
          <w:i w:val="0"/>
          <w:color w:val="000000"/>
          <w:sz w:val="24"/>
          <w:rtl/>
          <w:szCs w:val="32"/>
        </w:rPr>
        <w:t>יאולדפההייוייוודההייייַֹהדווַהְיֹהֶוהִ</w:t>
      </w:r>
      <w:r>
        <w:rPr>
          <w:rFonts w:ascii="Georgia" w:hAnsi="Georgia"/>
          <w:b w:val="0"/>
          <w:i w:val="0"/>
          <w:color w:val="000000"/>
          <w:sz w:val="24"/>
        </w:rPr>
        <w:t>.</w:t>
      </w:r>
    </w:p>
    <w:p>
      <w:pPr>
        <w:spacing w:before="40" w:after="120"/>
        <w:jc w:val="both"/>
      </w:pPr>
      <w:r>
        <w:rPr>
          <w:rFonts w:ascii="Georgia" w:hAnsi="Georgia"/>
          <w:b w:val="0"/>
          <w:i w:val="0"/>
          <w:color w:val="000000"/>
          <w:sz w:val="24"/>
        </w:rPr>
        <w:t>Для Тиферет, что в Хохме: ЙА (</w:t>
      </w:r>
      <w:r>
        <w:rPr>
          <w:rFonts w:ascii="Georgia" w:hAnsi="Georgia" w:cs="Times New Roman"/>
          <w:b/>
          <w:i w:val="0"/>
          <w:color w:val="000000"/>
          <w:sz w:val="24"/>
          <w:rtl/>
          <w:szCs w:val="32"/>
        </w:rPr>
        <w:t>י״ה</w:t>
      </w:r>
      <w:r>
        <w:rPr>
          <w:rFonts w:ascii="Georgia" w:hAnsi="Georgia"/>
          <w:b w:val="0"/>
          <w:i w:val="0"/>
          <w:color w:val="000000"/>
          <w:sz w:val="24"/>
        </w:rPr>
        <w:t>), йод, далет, вав (</w:t>
      </w:r>
      <w:r>
        <w:rPr>
          <w:rFonts w:ascii="Georgia" w:hAnsi="Georgia" w:cs="Times New Roman"/>
          <w:b/>
          <w:i w:val="0"/>
          <w:color w:val="000000"/>
          <w:sz w:val="24"/>
          <w:rtl/>
          <w:szCs w:val="32"/>
        </w:rPr>
        <w:t>יד״ו</w:t>
      </w:r>
      <w:r>
        <w:rPr>
          <w:rFonts w:ascii="Georgia" w:hAnsi="Georgia"/>
          <w:b w:val="0"/>
          <w:i w:val="0"/>
          <w:color w:val="000000"/>
          <w:sz w:val="24"/>
        </w:rPr>
        <w:t>) [другой вариант: йод, хэй, вав и вав, хэй, вав (</w:t>
      </w:r>
      <w:r>
        <w:rPr>
          <w:rFonts w:ascii="Georgia" w:hAnsi="Georgia" w:cs="Times New Roman"/>
          <w:b/>
          <w:i w:val="0"/>
          <w:color w:val="000000"/>
          <w:sz w:val="24"/>
          <w:rtl/>
          <w:szCs w:val="32"/>
        </w:rPr>
        <w:t>יה״ו וה״ו</w:t>
      </w:r>
      <w:r>
        <w:rPr>
          <w:rFonts w:ascii="Georgia" w:hAnsi="Georgia"/>
          <w:b w:val="0"/>
          <w:i w:val="0"/>
          <w:color w:val="000000"/>
          <w:sz w:val="24"/>
        </w:rPr>
        <w:t>)]. Они соответствуют ХАГАТ: трижды 72 (АБ) дают 216 (</w:t>
      </w:r>
      <w:r>
        <w:rPr>
          <w:rFonts w:ascii="Georgia" w:hAnsi="Georgia" w:cs="Times New Roman"/>
          <w:b/>
          <w:i w:val="0"/>
          <w:color w:val="000000"/>
          <w:sz w:val="24"/>
          <w:rtl/>
          <w:szCs w:val="32"/>
        </w:rPr>
        <w:t>רי״ו</w:t>
      </w:r>
      <w:r>
        <w:rPr>
          <w:rFonts w:ascii="Georgia" w:hAnsi="Georgia"/>
          <w:b w:val="0"/>
          <w:i w:val="0"/>
          <w:color w:val="000000"/>
          <w:sz w:val="24"/>
        </w:rPr>
        <w:t xml:space="preserve">); и НЕХИ — также 216 [в тексте: 211?]; и оба они вместе составляют по гематрии </w:t>
      </w:r>
      <w:r>
        <w:rPr>
          <w:rFonts w:ascii="Georgia" w:hAnsi="Georgia"/>
          <w:b w:val="0"/>
          <w:i/>
          <w:color w:val="000000"/>
          <w:sz w:val="24"/>
        </w:rPr>
        <w:t>тевель</w:t>
      </w:r>
      <w:r>
        <w:rPr>
          <w:rFonts w:ascii="Georgia" w:hAnsi="Georgia"/>
          <w:b w:val="0"/>
          <w:i w:val="0"/>
          <w:color w:val="000000"/>
          <w:sz w:val="24"/>
        </w:rPr>
        <w:t xml:space="preserve"> (</w:t>
      </w:r>
      <w:r>
        <w:rPr>
          <w:rFonts w:ascii="Georgia" w:hAnsi="Georgia" w:cs="Times New Roman"/>
          <w:b/>
          <w:i w:val="0"/>
          <w:color w:val="000000"/>
          <w:sz w:val="24"/>
          <w:rtl/>
          <w:szCs w:val="32"/>
        </w:rPr>
        <w:t>תב״ל</w:t>
      </w:r>
      <w:r>
        <w:rPr>
          <w:rFonts w:ascii="Georgia" w:hAnsi="Georgia"/>
          <w:b w:val="0"/>
          <w:i w:val="0"/>
          <w:color w:val="000000"/>
          <w:sz w:val="24"/>
        </w:rPr>
        <w:t xml:space="preserve"> = 432) в наполнении с йод. А в [Имени] АВАЯ: йод (</w:t>
      </w:r>
      <w:r>
        <w:rPr>
          <w:rFonts w:ascii="Georgia" w:hAnsi="Georgia" w:cs="Times New Roman"/>
          <w:b/>
          <w:i w:val="0"/>
          <w:color w:val="000000"/>
          <w:sz w:val="24"/>
          <w:rtl/>
          <w:szCs w:val="32"/>
        </w:rPr>
        <w:t>יו״ד</w:t>
      </w:r>
      <w:r>
        <w:rPr>
          <w:rFonts w:ascii="Georgia" w:hAnsi="Georgia"/>
          <w:b w:val="0"/>
          <w:i w:val="0"/>
          <w:color w:val="000000"/>
          <w:sz w:val="24"/>
        </w:rPr>
        <w:t xml:space="preserve"> = 20), умноженный на пять (</w:t>
      </w:r>
      <w:r>
        <w:rPr>
          <w:rFonts w:ascii="Georgia" w:hAnsi="Georgia" w:cs="Times New Roman"/>
          <w:b/>
          <w:i w:val="0"/>
          <w:color w:val="000000"/>
          <w:sz w:val="24"/>
          <w:rtl/>
          <w:szCs w:val="32"/>
        </w:rPr>
        <w:t>ה</w:t>
      </w:r>
      <w:r>
        <w:rPr>
          <w:rFonts w:ascii="Georgia" w:hAnsi="Georgia"/>
          <w:b w:val="0"/>
          <w:i w:val="0"/>
          <w:color w:val="000000"/>
          <w:sz w:val="24"/>
        </w:rPr>
        <w:t xml:space="preserve"> = 5) — это 100; хэй-йод (</w:t>
      </w:r>
      <w:r>
        <w:rPr>
          <w:rFonts w:ascii="Georgia" w:hAnsi="Georgia" w:cs="Times New Roman"/>
          <w:b/>
          <w:i w:val="0"/>
          <w:color w:val="000000"/>
          <w:sz w:val="24"/>
          <w:rtl/>
          <w:szCs w:val="32"/>
        </w:rPr>
        <w:t>ה״י</w:t>
      </w:r>
      <w:r>
        <w:rPr>
          <w:rFonts w:ascii="Georgia" w:hAnsi="Georgia"/>
          <w:b w:val="0"/>
          <w:i w:val="0"/>
          <w:color w:val="000000"/>
          <w:sz w:val="24"/>
        </w:rPr>
        <w:t xml:space="preserve"> = 15), умноженное на шесть (</w:t>
      </w:r>
      <w:r>
        <w:rPr>
          <w:rFonts w:ascii="Georgia" w:hAnsi="Georgia" w:cs="Times New Roman"/>
          <w:b/>
          <w:i w:val="0"/>
          <w:color w:val="000000"/>
          <w:sz w:val="24"/>
          <w:rtl/>
          <w:szCs w:val="32"/>
        </w:rPr>
        <w:t>ו</w:t>
      </w:r>
      <w:r>
        <w:rPr>
          <w:rFonts w:ascii="Georgia" w:hAnsi="Georgia"/>
          <w:b w:val="0"/>
          <w:i w:val="0"/>
          <w:color w:val="000000"/>
          <w:sz w:val="24"/>
        </w:rPr>
        <w:t xml:space="preserve"> = 6) — это 90; и само Имя АВАЯ — 26: вот 216. И так же снизу вверх: хэй-йод (</w:t>
      </w:r>
      <w:r>
        <w:rPr>
          <w:rFonts w:ascii="Georgia" w:hAnsi="Georgia" w:cs="Times New Roman"/>
          <w:b/>
          <w:i w:val="0"/>
          <w:color w:val="000000"/>
          <w:sz w:val="24"/>
          <w:rtl/>
          <w:szCs w:val="32"/>
        </w:rPr>
        <w:t>ה״י</w:t>
      </w:r>
      <w:r>
        <w:rPr>
          <w:rFonts w:ascii="Georgia" w:hAnsi="Georgia"/>
          <w:b w:val="0"/>
          <w:i w:val="0"/>
          <w:color w:val="000000"/>
          <w:sz w:val="24"/>
        </w:rPr>
        <w:t>), умноженное на шесть — это 90; вав-йод-вав (</w:t>
      </w:r>
      <w:r>
        <w:rPr>
          <w:rFonts w:ascii="Georgia" w:hAnsi="Georgia" w:cs="Times New Roman"/>
          <w:b/>
          <w:i w:val="0"/>
          <w:color w:val="000000"/>
          <w:sz w:val="24"/>
          <w:rtl/>
          <w:szCs w:val="32"/>
        </w:rPr>
        <w:t>וי״ו</w:t>
      </w:r>
      <w:r>
        <w:rPr>
          <w:rFonts w:ascii="Georgia" w:hAnsi="Georgia"/>
          <w:b w:val="0"/>
          <w:i w:val="0"/>
          <w:color w:val="000000"/>
          <w:sz w:val="24"/>
        </w:rPr>
        <w:t xml:space="preserve"> = 22), умноженное на пять — это 110; первая буква йод [Имени] АВАЯ без наполнения — это 10 [что дает 210]; и шесть букв [сочетания] ЙА-АВАЯ (</w:t>
      </w:r>
      <w:r>
        <w:rPr>
          <w:rFonts w:ascii="Georgia" w:hAnsi="Georgia" w:cs="Times New Roman"/>
          <w:b/>
          <w:i w:val="0"/>
          <w:color w:val="000000"/>
          <w:sz w:val="24"/>
          <w:rtl/>
          <w:szCs w:val="32"/>
        </w:rPr>
        <w:t>י״ה יהוה</w:t>
      </w:r>
      <w:r>
        <w:rPr>
          <w:rFonts w:ascii="Georgia" w:hAnsi="Georgia"/>
          <w:b w:val="0"/>
          <w:i w:val="0"/>
          <w:color w:val="000000"/>
          <w:sz w:val="24"/>
        </w:rPr>
        <w:t>) — вот 216.</w:t>
      </w:r>
    </w:p>
    <w:p>
      <w:pPr>
        <w:spacing w:before="40" w:after="120"/>
        <w:jc w:val="both"/>
      </w:pPr>
      <w:r>
        <w:rPr>
          <w:rFonts w:ascii="Georgia" w:hAnsi="Georgia"/>
          <w:b w:val="0"/>
          <w:i w:val="0"/>
          <w:color w:val="000000"/>
          <w:sz w:val="24"/>
        </w:rPr>
        <w:t>Для Даат, что в Хохме (и это относится к тому, что выше, перед Тиферет): ЙА (</w:t>
      </w:r>
      <w:r>
        <w:rPr>
          <w:rFonts w:ascii="Georgia" w:hAnsi="Georgia" w:cs="Times New Roman"/>
          <w:b/>
          <w:i w:val="0"/>
          <w:color w:val="000000"/>
          <w:sz w:val="24"/>
          <w:rtl/>
          <w:szCs w:val="32"/>
        </w:rPr>
        <w:t>י״ה</w:t>
      </w:r>
      <w:r>
        <w:rPr>
          <w:rFonts w:ascii="Georgia" w:hAnsi="Georgia"/>
          <w:b w:val="0"/>
          <w:i w:val="0"/>
          <w:color w:val="000000"/>
          <w:sz w:val="24"/>
        </w:rPr>
        <w:t>), йод, далет, йод (</w:t>
      </w:r>
      <w:r>
        <w:rPr>
          <w:rFonts w:ascii="Georgia" w:hAnsi="Georgia" w:cs="Times New Roman"/>
          <w:b/>
          <w:i w:val="0"/>
          <w:color w:val="000000"/>
          <w:sz w:val="24"/>
          <w:rtl/>
          <w:szCs w:val="32"/>
        </w:rPr>
        <w:t>יד״י</w:t>
      </w:r>
      <w:r>
        <w:rPr>
          <w:rFonts w:ascii="Georgia" w:hAnsi="Georgia"/>
          <w:b w:val="0"/>
          <w:i w:val="0"/>
          <w:color w:val="000000"/>
          <w:sz w:val="24"/>
        </w:rPr>
        <w:t>) — по гематрии 24 (</w:t>
      </w:r>
      <w:r>
        <w:rPr>
          <w:rFonts w:ascii="Georgia" w:hAnsi="Georgia" w:cs="Times New Roman"/>
          <w:b/>
          <w:i w:val="0"/>
          <w:color w:val="000000"/>
          <w:sz w:val="24"/>
          <w:rtl/>
          <w:szCs w:val="32"/>
        </w:rPr>
        <w:t>כ״ד</w:t>
      </w:r>
      <w:r>
        <w:rPr>
          <w:rFonts w:ascii="Georgia" w:hAnsi="Georgia"/>
          <w:b w:val="0"/>
          <w:i w:val="0"/>
          <w:color w:val="000000"/>
          <w:sz w:val="24"/>
        </w:rPr>
        <w:t>). И если убрать из двух букв хэй [Имени] АВАЯ две буквы йод их наполнения, то есть те самые буквы йод в [сочетаниях] далет-йод, далет-йод (</w:t>
      </w:r>
      <w:r>
        <w:rPr>
          <w:rFonts w:ascii="Georgia" w:hAnsi="Georgia" w:cs="Times New Roman"/>
          <w:b/>
          <w:i w:val="0"/>
          <w:color w:val="000000"/>
          <w:sz w:val="24"/>
          <w:rtl/>
          <w:szCs w:val="32"/>
        </w:rPr>
        <w:t>ד״י ד״י</w:t>
      </w:r>
      <w:r>
        <w:rPr>
          <w:rFonts w:ascii="Georgia" w:hAnsi="Georgia"/>
          <w:b w:val="0"/>
          <w:i w:val="0"/>
          <w:color w:val="000000"/>
          <w:sz w:val="24"/>
        </w:rPr>
        <w:t xml:space="preserve">), о которых мы говорили, то останется [Имя] АВАЯ — вот 24: </w:t>
      </w:r>
      <w:r>
        <w:rPr>
          <w:rFonts w:ascii="Georgia" w:hAnsi="Georgia" w:cs="Times New Roman"/>
          <w:b/>
          <w:i w:val="0"/>
          <w:color w:val="000000"/>
          <w:sz w:val="24"/>
          <w:rtl/>
          <w:szCs w:val="32"/>
        </w:rPr>
        <w:t>יֹיהַֹד ויֹה יהְוֶֹהִ</w:t>
      </w:r>
      <w:r>
        <w:rPr>
          <w:rFonts w:ascii="Georgia" w:hAnsi="Georgia"/>
          <w:b w:val="0"/>
          <w:i w:val="0"/>
          <w:color w:val="000000"/>
          <w:sz w:val="24"/>
        </w:rPr>
        <w:t>. А после этого следует [то, что относится к] Тиферет, что в Хохме, как сказано выше.</w:t>
      </w:r>
    </w:p>
    <w:p>
      <w:pPr>
        <w:spacing w:before="40" w:after="120"/>
        <w:jc w:val="both"/>
      </w:pPr>
      <w:r>
        <w:rPr>
          <w:rFonts w:ascii="Georgia" w:hAnsi="Georgia"/>
          <w:b w:val="0"/>
          <w:i w:val="0"/>
          <w:color w:val="000000"/>
          <w:sz w:val="24"/>
        </w:rPr>
        <w:t>Для Малхут, что в Хохме: ЙА (</w:t>
      </w:r>
      <w:r>
        <w:rPr>
          <w:rFonts w:ascii="Georgia" w:hAnsi="Georgia" w:cs="Times New Roman"/>
          <w:b/>
          <w:i w:val="0"/>
          <w:color w:val="000000"/>
          <w:sz w:val="24"/>
          <w:rtl/>
          <w:szCs w:val="32"/>
        </w:rPr>
        <w:t>י״ה</w:t>
      </w:r>
      <w:r>
        <w:rPr>
          <w:rFonts w:ascii="Georgia" w:hAnsi="Georgia"/>
          <w:b w:val="0"/>
          <w:i w:val="0"/>
          <w:color w:val="000000"/>
          <w:sz w:val="24"/>
        </w:rPr>
        <w:t>), йод, далет, йод (</w:t>
      </w:r>
      <w:r>
        <w:rPr>
          <w:rFonts w:ascii="Georgia" w:hAnsi="Georgia" w:cs="Times New Roman"/>
          <w:b/>
          <w:i w:val="0"/>
          <w:color w:val="000000"/>
          <w:sz w:val="24"/>
          <w:rtl/>
          <w:szCs w:val="32"/>
        </w:rPr>
        <w:t>יד״י</w:t>
      </w:r>
      <w:r>
        <w:rPr>
          <w:rFonts w:ascii="Georgia" w:hAnsi="Georgia"/>
          <w:b w:val="0"/>
          <w:i w:val="0"/>
          <w:color w:val="000000"/>
          <w:sz w:val="24"/>
        </w:rPr>
        <w:t>) — вот 220 (</w:t>
      </w:r>
      <w:r>
        <w:rPr>
          <w:rFonts w:ascii="Georgia" w:hAnsi="Georgia" w:cs="Times New Roman"/>
          <w:b/>
          <w:i w:val="0"/>
          <w:color w:val="000000"/>
          <w:sz w:val="24"/>
          <w:rtl/>
          <w:szCs w:val="32"/>
        </w:rPr>
        <w:t>ר״ך</w:t>
      </w:r>
      <w:r>
        <w:rPr>
          <w:rFonts w:ascii="Georgia" w:hAnsi="Georgia"/>
          <w:b w:val="0"/>
          <w:i w:val="0"/>
          <w:color w:val="000000"/>
          <w:sz w:val="24"/>
        </w:rPr>
        <w:t>). И это два [слова] «алеф» (</w:t>
      </w:r>
      <w:r>
        <w:rPr>
          <w:rFonts w:ascii="Georgia" w:hAnsi="Georgia" w:cs="Times New Roman"/>
          <w:b/>
          <w:i w:val="0"/>
          <w:color w:val="000000"/>
          <w:sz w:val="24"/>
          <w:rtl/>
          <w:szCs w:val="32"/>
        </w:rPr>
        <w:t>אלף</w:t>
      </w:r>
      <w:r>
        <w:rPr>
          <w:rFonts w:ascii="Georgia" w:hAnsi="Georgia"/>
          <w:b w:val="0"/>
          <w:i w:val="0"/>
          <w:color w:val="000000"/>
          <w:sz w:val="24"/>
        </w:rPr>
        <w:t>), каждое из которых [составляет] 110, а с колелем — 111; а дважды 111 по гематрии дают 222 (</w:t>
      </w:r>
      <w:r>
        <w:rPr>
          <w:rFonts w:ascii="Georgia" w:hAnsi="Georgia" w:cs="Times New Roman"/>
          <w:b/>
          <w:i w:val="0"/>
          <w:color w:val="000000"/>
          <w:sz w:val="24"/>
          <w:rtl/>
          <w:szCs w:val="32"/>
        </w:rPr>
        <w:t>רכ״ב</w:t>
      </w:r>
      <w:r>
        <w:rPr>
          <w:rFonts w:ascii="Georgia" w:hAnsi="Georgia"/>
          <w:b w:val="0"/>
          <w:i w:val="0"/>
          <w:color w:val="000000"/>
          <w:sz w:val="24"/>
        </w:rPr>
        <w:t>), [как в стихе] ЭЛОКИМ (</w:t>
      </w:r>
      <w:r>
        <w:rPr>
          <w:rFonts w:ascii="Georgia" w:hAnsi="Georgia"/>
          <w:b w:val="0"/>
          <w:i/>
          <w:color w:val="000000"/>
          <w:sz w:val="24"/>
        </w:rPr>
        <w:t>«рехев ЭЛОКИМ»</w:t>
      </w:r>
      <w:r>
        <w:rPr>
          <w:rFonts w:ascii="Georgia" w:hAnsi="Georgia"/>
          <w:b w:val="0"/>
          <w:i w:val="0"/>
          <w:color w:val="000000"/>
          <w:sz w:val="24"/>
        </w:rPr>
        <w:t>). А в [Имени] АВАЯ снизу вверх: хэй-йод (</w:t>
      </w:r>
      <w:r>
        <w:rPr>
          <w:rFonts w:ascii="Georgia" w:hAnsi="Georgia" w:cs="Times New Roman"/>
          <w:b/>
          <w:i w:val="0"/>
          <w:color w:val="000000"/>
          <w:sz w:val="24"/>
          <w:rtl/>
          <w:szCs w:val="32"/>
        </w:rPr>
        <w:t>ה״י</w:t>
      </w:r>
      <w:r>
        <w:rPr>
          <w:rFonts w:ascii="Georgia" w:hAnsi="Georgia"/>
          <w:b w:val="0"/>
          <w:i w:val="0"/>
          <w:color w:val="000000"/>
          <w:sz w:val="24"/>
        </w:rPr>
        <w:t xml:space="preserve"> = 15), умноженное на шесть — это 90; вав-йод-вав (</w:t>
      </w:r>
      <w:r>
        <w:rPr>
          <w:rFonts w:ascii="Georgia" w:hAnsi="Georgia" w:cs="Times New Roman"/>
          <w:b/>
          <w:i w:val="0"/>
          <w:color w:val="000000"/>
          <w:sz w:val="24"/>
          <w:rtl/>
          <w:szCs w:val="32"/>
        </w:rPr>
        <w:t>וי״ו</w:t>
      </w:r>
      <w:r>
        <w:rPr>
          <w:rFonts w:ascii="Georgia" w:hAnsi="Georgia"/>
          <w:b w:val="0"/>
          <w:i w:val="0"/>
          <w:color w:val="000000"/>
          <w:sz w:val="24"/>
        </w:rPr>
        <w:t xml:space="preserve"> = 22), умноженное на пять — это 110; а вместе с буквой йод — вот 210 [в тексте: 202]. В Кетере — </w:t>
      </w:r>
      <w:r>
        <w:rPr>
          <w:rFonts w:ascii="Georgia" w:hAnsi="Georgia" w:cs="Times New Roman"/>
          <w:b/>
          <w:i w:val="0"/>
          <w:color w:val="000000"/>
          <w:sz w:val="24"/>
          <w:rtl/>
          <w:szCs w:val="32"/>
        </w:rPr>
        <w:t>יֹהַוֹה</w:t>
      </w:r>
      <w:r>
        <w:rPr>
          <w:rFonts w:ascii="Georgia" w:hAnsi="Georgia"/>
          <w:b w:val="0"/>
          <w:i w:val="0"/>
          <w:color w:val="000000"/>
          <w:sz w:val="24"/>
        </w:rPr>
        <w:t xml:space="preserve">, так как крыша буквы хэй поднимается вверх для знака рафе и опускается вниз для знака патах; в Бине — </w:t>
      </w:r>
      <w:r>
        <w:rPr>
          <w:rFonts w:ascii="Georgia" w:hAnsi="Georgia" w:cs="Times New Roman"/>
          <w:b/>
          <w:i w:val="0"/>
          <w:color w:val="000000"/>
          <w:sz w:val="24"/>
          <w:rtl/>
          <w:szCs w:val="32"/>
        </w:rPr>
        <w:t>יֹהַוַה</w:t>
      </w:r>
      <w:r>
        <w:rPr>
          <w:rFonts w:ascii="Georgia" w:hAnsi="Georgia"/>
          <w:b w:val="0"/>
          <w:i w:val="0"/>
          <w:color w:val="000000"/>
          <w:sz w:val="24"/>
        </w:rPr>
        <w:t xml:space="preserve">; в Даат — </w:t>
      </w:r>
      <w:r>
        <w:rPr>
          <w:rFonts w:ascii="Georgia" w:hAnsi="Georgia" w:cs="Times New Roman"/>
          <w:b/>
          <w:i w:val="0"/>
          <w:color w:val="000000"/>
          <w:sz w:val="24"/>
          <w:rtl/>
          <w:szCs w:val="32"/>
        </w:rPr>
        <w:t>יהוה</w:t>
      </w:r>
      <w:r>
        <w:rPr>
          <w:rFonts w:ascii="Georgia" w:hAnsi="Georgia"/>
          <w:b w:val="0"/>
          <w:i w:val="0"/>
          <w:color w:val="000000"/>
          <w:sz w:val="24"/>
        </w:rPr>
        <w:t xml:space="preserve">; в Тиферет — </w:t>
      </w:r>
      <w:r>
        <w:rPr>
          <w:rFonts w:ascii="Georgia" w:hAnsi="Georgia" w:cs="Times New Roman"/>
          <w:b/>
          <w:i w:val="0"/>
          <w:color w:val="000000"/>
          <w:sz w:val="24"/>
          <w:rtl/>
          <w:szCs w:val="32"/>
        </w:rPr>
        <w:t>יִהַוהַ</w:t>
      </w:r>
      <w:r>
        <w:rPr>
          <w:rFonts w:ascii="Georgia" w:hAnsi="Georgia"/>
          <w:b w:val="0"/>
          <w:i w:val="0"/>
          <w:color w:val="000000"/>
          <w:sz w:val="24"/>
        </w:rPr>
        <w:t xml:space="preserve">; в Малхут — </w:t>
      </w:r>
      <w:r>
        <w:rPr>
          <w:rFonts w:ascii="Georgia" w:hAnsi="Georgia" w:cs="Times New Roman"/>
          <w:b/>
          <w:i w:val="0"/>
          <w:color w:val="000000"/>
          <w:sz w:val="24"/>
          <w:rtl/>
          <w:szCs w:val="32"/>
        </w:rPr>
        <w:t>יִהַוהַּ</w:t>
      </w:r>
      <w:r>
        <w:rPr>
          <w:rFonts w:ascii="Georgia" w:hAnsi="Georgia"/>
          <w:b w:val="0"/>
          <w:i w:val="0"/>
          <w:color w:val="000000"/>
          <w:sz w:val="24"/>
        </w:rPr>
        <w:t xml:space="preserve">. В Кетере: </w:t>
      </w:r>
      <w:r>
        <w:rPr>
          <w:rFonts w:ascii="Georgia" w:hAnsi="Georgia" w:cs="Times New Roman"/>
          <w:b/>
          <w:i w:val="0"/>
          <w:color w:val="000000"/>
          <w:sz w:val="24"/>
          <w:rtl/>
          <w:szCs w:val="32"/>
        </w:rPr>
        <w:t>ייהוווהי יְהֶוֹהִ</w:t>
      </w:r>
      <w:r>
        <w:rPr>
          <w:rFonts w:ascii="Georgia" w:hAnsi="Georgia"/>
          <w:b w:val="0"/>
          <w:i w:val="0"/>
          <w:color w:val="000000"/>
          <w:sz w:val="24"/>
        </w:rPr>
        <w:t xml:space="preserve">; в Бине: </w:t>
      </w:r>
      <w:r>
        <w:rPr>
          <w:rFonts w:ascii="Georgia" w:hAnsi="Georgia" w:cs="Times New Roman"/>
          <w:b/>
          <w:i w:val="0"/>
          <w:color w:val="000000"/>
          <w:sz w:val="24"/>
          <w:rtl/>
          <w:szCs w:val="32"/>
        </w:rPr>
        <w:t>ייֹהַדווהַ יְהֶוֹהִ</w:t>
      </w:r>
      <w:r>
        <w:rPr>
          <w:rFonts w:ascii="Georgia" w:hAnsi="Georgia"/>
          <w:b w:val="0"/>
          <w:i w:val="0"/>
          <w:color w:val="000000"/>
          <w:sz w:val="24"/>
        </w:rPr>
        <w:t xml:space="preserve">; в Даат: </w:t>
      </w:r>
      <w:r>
        <w:rPr>
          <w:rFonts w:ascii="Georgia" w:hAnsi="Georgia" w:cs="Times New Roman"/>
          <w:b/>
          <w:i w:val="0"/>
          <w:color w:val="000000"/>
          <w:sz w:val="24"/>
          <w:rtl/>
          <w:szCs w:val="32"/>
        </w:rPr>
        <w:t>יֹיהדויֹה יְהֶוֹהִ</w:t>
      </w:r>
      <w:r>
        <w:rPr>
          <w:rFonts w:ascii="Georgia" w:hAnsi="Georgia"/>
          <w:b w:val="0"/>
          <w:i w:val="0"/>
          <w:color w:val="000000"/>
          <w:sz w:val="24"/>
        </w:rPr>
        <w:t xml:space="preserve">; в Тиферет: </w:t>
      </w:r>
      <w:r>
        <w:rPr>
          <w:rFonts w:ascii="Georgia" w:hAnsi="Georgia" w:cs="Times New Roman"/>
          <w:b/>
          <w:i w:val="0"/>
          <w:color w:val="000000"/>
          <w:sz w:val="24"/>
          <w:rtl/>
          <w:szCs w:val="32"/>
        </w:rPr>
        <w:t>ייִהדַווהַ יהְוֶֹהִ</w:t>
      </w:r>
      <w:r>
        <w:rPr>
          <w:rFonts w:ascii="Georgia" w:hAnsi="Georgia"/>
          <w:b w:val="0"/>
          <w:i w:val="0"/>
          <w:color w:val="000000"/>
          <w:sz w:val="24"/>
        </w:rPr>
        <w:t xml:space="preserve">; в Малхут: </w:t>
      </w:r>
      <w:r>
        <w:rPr>
          <w:rFonts w:ascii="Georgia" w:hAnsi="Georgia" w:cs="Times New Roman"/>
          <w:b/>
          <w:i w:val="0"/>
          <w:color w:val="000000"/>
          <w:sz w:val="24"/>
          <w:rtl/>
          <w:szCs w:val="32"/>
        </w:rPr>
        <w:t>יִיהַדויהִ יְהֶוֹהִ</w:t>
      </w:r>
      <w:r>
        <w:rPr>
          <w:rFonts w:ascii="Georgia" w:hAnsi="Georgia"/>
          <w:b w:val="0"/>
          <w:i w:val="0"/>
          <w:color w:val="000000"/>
          <w:sz w:val="24"/>
        </w:rPr>
        <w:t>. До этих пор я нашел [в первоначальной рукописи] и затем увидел в другом месте более разъясненным и снова переписал; и вот его содержание: одно единение построено на исправлении парцуфа Хохма, и потому оно целиком соответствует Имени ЙА (</w:t>
      </w:r>
      <w:r>
        <w:rPr>
          <w:rFonts w:ascii="Georgia" w:hAnsi="Georgia" w:cs="Times New Roman"/>
          <w:b/>
          <w:i w:val="0"/>
          <w:color w:val="000000"/>
          <w:sz w:val="24"/>
          <w:rtl/>
          <w:szCs w:val="32"/>
        </w:rPr>
        <w:t>י״ה</w:t>
      </w:r>
      <w:r>
        <w:rPr>
          <w:rFonts w:ascii="Georgia" w:hAnsi="Georgia"/>
          <w:b w:val="0"/>
          <w:i w:val="0"/>
          <w:color w:val="000000"/>
          <w:sz w:val="24"/>
        </w:rPr>
        <w:t>), как ты увидишь далее: парцуф Хохма — йод, далет, вав; далет, вав; вав, вав (</w:t>
      </w:r>
      <w:r>
        <w:rPr>
          <w:rFonts w:ascii="Georgia" w:hAnsi="Georgia" w:cs="Times New Roman"/>
          <w:b/>
          <w:i w:val="0"/>
          <w:color w:val="000000"/>
          <w:sz w:val="24"/>
          <w:rtl/>
          <w:szCs w:val="32"/>
        </w:rPr>
        <w:t>ידו דו וו</w:t>
      </w:r>
      <w:r>
        <w:rPr>
          <w:rFonts w:ascii="Georgia" w:hAnsi="Georgia"/>
          <w:b w:val="0"/>
          <w:i w:val="0"/>
          <w:color w:val="000000"/>
          <w:sz w:val="24"/>
        </w:rPr>
        <w:t>), что составляет 42 (</w:t>
      </w:r>
      <w:r>
        <w:rPr>
          <w:rFonts w:ascii="Georgia" w:hAnsi="Georgia" w:cs="Times New Roman"/>
          <w:b/>
          <w:i w:val="0"/>
          <w:color w:val="000000"/>
          <w:sz w:val="24"/>
          <w:rtl/>
          <w:szCs w:val="32"/>
        </w:rPr>
        <w:t>מ״ב</w:t>
      </w:r>
      <w:r>
        <w:rPr>
          <w:rFonts w:ascii="Georgia" w:hAnsi="Georgia"/>
          <w:b w:val="0"/>
          <w:i w:val="0"/>
          <w:color w:val="000000"/>
          <w:sz w:val="24"/>
        </w:rPr>
        <w:t>). ЙА (</w:t>
      </w:r>
      <w:r>
        <w:rPr>
          <w:rFonts w:ascii="Georgia" w:hAnsi="Georgia" w:cs="Times New Roman"/>
          <w:b/>
          <w:i w:val="0"/>
          <w:color w:val="000000"/>
          <w:sz w:val="24"/>
          <w:rtl/>
          <w:szCs w:val="32"/>
        </w:rPr>
        <w:t>י״ה</w:t>
      </w:r>
      <w:r>
        <w:rPr>
          <w:rFonts w:ascii="Georgia" w:hAnsi="Georgia"/>
          <w:b w:val="0"/>
          <w:i w:val="0"/>
          <w:color w:val="000000"/>
          <w:sz w:val="24"/>
        </w:rPr>
        <w:t>): буквы йод, хэй-хэй дают 30 (</w:t>
      </w:r>
      <w:r>
        <w:rPr>
          <w:rFonts w:ascii="Georgia" w:hAnsi="Georgia" w:cs="Times New Roman"/>
          <w:b/>
          <w:i w:val="0"/>
          <w:color w:val="000000"/>
          <w:sz w:val="24"/>
          <w:rtl/>
          <w:szCs w:val="32"/>
        </w:rPr>
        <w:t>ל</w:t>
      </w:r>
      <w:r>
        <w:rPr>
          <w:rFonts w:ascii="Georgia" w:hAnsi="Georgia"/>
          <w:b w:val="0"/>
          <w:i w:val="0"/>
          <w:color w:val="000000"/>
          <w:sz w:val="24"/>
        </w:rPr>
        <w:t>): 26 [буквы АВАЯ] и четыре буквы [самого Имени]. Буквы йод-вав-далет, хэй-алеф дают 26. Буквы йод-вав-далет [в тексте: вав-йод-далет], хэй-йод дают 35: 26 и десять букв [наполнения] САГ (Бина, включенная в Хохму) — вот 133. [Буквы]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[намерение которых] поднимается до нёба Хохмы, где происходит услаждение горького до сладкого, и всё это — нёбо Хохмы. Буква гимель — Малхут, что в Хохме; йод — нёбо Тиферет; каф — нёбо Бины; куф — нёбо Хохмы. Буква гимель — потому что Малхут есть последняя буква хэй, а вместе с тремя буквами йод, хэй, вав (</w:t>
      </w:r>
      <w:r>
        <w:rPr>
          <w:rFonts w:ascii="Georgia" w:hAnsi="Georgia" w:cs="Times New Roman"/>
          <w:b/>
          <w:i w:val="0"/>
          <w:color w:val="000000"/>
          <w:sz w:val="24"/>
          <w:rtl/>
          <w:szCs w:val="32"/>
        </w:rPr>
        <w:t>יה״ו</w:t>
      </w:r>
      <w:r>
        <w:rPr>
          <w:rFonts w:ascii="Georgia" w:hAnsi="Georgia"/>
          <w:b w:val="0"/>
          <w:i w:val="0"/>
          <w:color w:val="000000"/>
          <w:sz w:val="24"/>
        </w:rPr>
        <w:t>) это составляет [полное Имя] АВАЯ. Буква йод — в Тиферет: АВАЯ в наполнении из десяти букв; а также потому, что буквы языка — далет, тэт, ламэд, нун, тав (</w:t>
      </w:r>
      <w:r>
        <w:rPr>
          <w:rFonts w:ascii="Georgia" w:hAnsi="Georgia" w:cs="Times New Roman"/>
          <w:b/>
          <w:i w:val="0"/>
          <w:color w:val="000000"/>
          <w:sz w:val="24"/>
          <w:rtl/>
          <w:szCs w:val="32"/>
        </w:rPr>
        <w:t>דטלנת</w:t>
      </w:r>
      <w:r>
        <w:rPr>
          <w:rFonts w:ascii="Georgia" w:hAnsi="Georgia"/>
          <w:b w:val="0"/>
          <w:i w:val="0"/>
          <w:color w:val="000000"/>
          <w:sz w:val="24"/>
        </w:rPr>
        <w:t>) — составляют пять букв, а известно, что Тиферет — это склоняющий чаши весов язык. Буквы же зайн, шин, самэх, рэйш, цади (</w:t>
      </w:r>
      <w:r>
        <w:rPr>
          <w:rFonts w:ascii="Georgia" w:hAnsi="Georgia" w:cs="Times New Roman"/>
          <w:b/>
          <w:i w:val="0"/>
          <w:color w:val="000000"/>
          <w:sz w:val="24"/>
          <w:rtl/>
          <w:szCs w:val="32"/>
        </w:rPr>
        <w:t>זשסר״ץ</w:t>
      </w:r>
      <w:r>
        <w:rPr>
          <w:rFonts w:ascii="Georgia" w:hAnsi="Georgia"/>
          <w:b w:val="0"/>
          <w:i w:val="0"/>
          <w:color w:val="000000"/>
          <w:sz w:val="24"/>
        </w:rPr>
        <w:t>) — это буквы зубов, представляющие собой 32 пути Хохмы в Тиферет, по числу зубов, которых 32. Они также составляют пять букв, и вот вместе — десять [букв, соответствующих букве йод]. А буква каф — в Бине, поскольку из 42 букв [Имени] АВАЯ 28 букв, являющихся буквами наполнения наполнения, находятся в ХУБ: 14 — в Хохме... ...и 14 — в Бине; а эти десять букв наполнения — в Тиферет; четыре же простые буквы самого [Имени] АВАЯ — в Малхут. Число 28 (</w:t>
      </w:r>
      <w:r>
        <w:rPr>
          <w:rFonts w:ascii="Georgia" w:hAnsi="Georgia" w:cs="Times New Roman"/>
          <w:b/>
          <w:i w:val="0"/>
          <w:color w:val="000000"/>
          <w:sz w:val="24"/>
          <w:rtl/>
          <w:szCs w:val="32"/>
        </w:rPr>
        <w:t>כ״ח</w:t>
      </w:r>
      <w:r>
        <w:rPr>
          <w:rFonts w:ascii="Georgia" w:hAnsi="Georgia"/>
          <w:b w:val="0"/>
          <w:i w:val="0"/>
          <w:color w:val="000000"/>
          <w:sz w:val="24"/>
        </w:rPr>
        <w:t>) — это [слово] «нёбо» (</w:t>
      </w:r>
      <w:r>
        <w:rPr>
          <w:rFonts w:ascii="Georgia" w:hAnsi="Georgia"/>
          <w:b w:val="0"/>
          <w:i/>
          <w:color w:val="000000"/>
          <w:sz w:val="24"/>
        </w:rPr>
        <w:t>хех</w:t>
      </w:r>
      <w:r>
        <w:rPr>
          <w:rFonts w:ascii="Georgia" w:hAnsi="Georgia"/>
          <w:b w:val="0"/>
          <w:i w:val="0"/>
          <w:color w:val="000000"/>
          <w:sz w:val="24"/>
        </w:rPr>
        <w:t xml:space="preserve">, </w:t>
      </w:r>
      <w:r>
        <w:rPr>
          <w:rFonts w:ascii="Georgia" w:hAnsi="Georgia" w:cs="Times New Roman"/>
          <w:b/>
          <w:i w:val="0"/>
          <w:color w:val="000000"/>
          <w:sz w:val="24"/>
          <w:rtl/>
          <w:szCs w:val="32"/>
        </w:rPr>
        <w:t>חֵךְ</w:t>
      </w:r>
      <w:r>
        <w:rPr>
          <w:rFonts w:ascii="Georgia" w:hAnsi="Georgia"/>
          <w:b w:val="0"/>
          <w:i w:val="0"/>
          <w:color w:val="000000"/>
          <w:sz w:val="24"/>
        </w:rPr>
        <w:t>) и «сила» (</w:t>
      </w:r>
      <w:r>
        <w:rPr>
          <w:rFonts w:ascii="Georgia" w:hAnsi="Georgia"/>
          <w:b w:val="0"/>
          <w:i/>
          <w:color w:val="000000"/>
          <w:sz w:val="24"/>
        </w:rPr>
        <w:t>коах</w:t>
      </w:r>
      <w:r>
        <w:rPr>
          <w:rFonts w:ascii="Georgia" w:hAnsi="Georgia"/>
          <w:b w:val="0"/>
          <w:i w:val="0"/>
          <w:color w:val="000000"/>
          <w:sz w:val="24"/>
        </w:rPr>
        <w:t xml:space="preserve">, </w:t>
      </w:r>
      <w:r>
        <w:rPr>
          <w:rFonts w:ascii="Georgia" w:hAnsi="Georgia" w:cs="Times New Roman"/>
          <w:b/>
          <w:i w:val="0"/>
          <w:color w:val="000000"/>
          <w:sz w:val="24"/>
          <w:rtl/>
          <w:szCs w:val="32"/>
        </w:rPr>
        <w:t>כֹּחַ</w:t>
      </w:r>
      <w:r>
        <w:rPr>
          <w:rFonts w:ascii="Georgia" w:hAnsi="Georgia"/>
          <w:b w:val="0"/>
          <w:i w:val="0"/>
          <w:color w:val="000000"/>
          <w:sz w:val="24"/>
        </w:rPr>
        <w:t>). Буква каф в своем полном написании по гематрии равна 100 (</w:t>
      </w:r>
      <w:r>
        <w:rPr>
          <w:rFonts w:ascii="Georgia" w:hAnsi="Georgia" w:cs="Times New Roman"/>
          <w:b/>
          <w:i w:val="0"/>
          <w:color w:val="000000"/>
          <w:sz w:val="24"/>
          <w:rtl/>
          <w:szCs w:val="32"/>
        </w:rPr>
        <w:t>כ״ף</w:t>
      </w:r>
      <w:r>
        <w:rPr>
          <w:rFonts w:ascii="Georgia" w:hAnsi="Georgia"/>
          <w:b w:val="0"/>
          <w:i w:val="0"/>
          <w:color w:val="000000"/>
          <w:sz w:val="24"/>
        </w:rPr>
        <w:t xml:space="preserve"> = 100), что есть Хохма, [включенная] в Бину; Бина и каф; а хэт — в Хохме: десять раз по восемь — это 80 (</w:t>
      </w:r>
      <w:r>
        <w:rPr>
          <w:rFonts w:ascii="Georgia" w:hAnsi="Georgia" w:cs="Times New Roman"/>
          <w:b/>
          <w:i w:val="0"/>
          <w:color w:val="000000"/>
          <w:sz w:val="24"/>
          <w:rtl/>
          <w:szCs w:val="32"/>
        </w:rPr>
        <w:t>פ</w:t>
      </w:r>
      <w:r>
        <w:rPr>
          <w:rFonts w:ascii="Georgia" w:hAnsi="Georgia"/>
          <w:b w:val="0"/>
          <w:i w:val="0"/>
          <w:color w:val="000000"/>
          <w:sz w:val="24"/>
        </w:rPr>
        <w:t xml:space="preserve"> = 80).</w:t>
      </w:r>
    </w:p>
    <w:p>
      <w:pPr>
        <w:spacing w:before="40" w:after="120"/>
        <w:jc w:val="both"/>
      </w:pPr>
      <w:r>
        <w:rPr>
          <w:rFonts w:ascii="Georgia" w:hAnsi="Georgia"/>
          <w:b w:val="0"/>
          <w:i w:val="0"/>
          <w:color w:val="000000"/>
          <w:sz w:val="24"/>
        </w:rPr>
        <w:t>Таким образом, каф — это 100, а хэт — это 80: вот 180 (</w:t>
      </w:r>
      <w:r>
        <w:rPr>
          <w:rFonts w:ascii="Georgia" w:hAnsi="Georgia" w:cs="Times New Roman"/>
          <w:b/>
          <w:i w:val="0"/>
          <w:color w:val="000000"/>
          <w:sz w:val="24"/>
          <w:rtl/>
          <w:szCs w:val="32"/>
        </w:rPr>
        <w:t>ק״פ</w:t>
      </w:r>
      <w:r>
        <w:rPr>
          <w:rFonts w:ascii="Georgia" w:hAnsi="Georgia"/>
          <w:b w:val="0"/>
          <w:i w:val="0"/>
          <w:color w:val="000000"/>
          <w:sz w:val="24"/>
        </w:rPr>
        <w:t>). Буква же вав, необходимая для образования буквы куф (</w:t>
      </w:r>
      <w:r>
        <w:rPr>
          <w:rFonts w:ascii="Georgia" w:hAnsi="Georgia" w:cs="Times New Roman"/>
          <w:b/>
          <w:i w:val="0"/>
          <w:color w:val="000000"/>
          <w:sz w:val="24"/>
          <w:rtl/>
          <w:szCs w:val="32"/>
        </w:rPr>
        <w:t>קו״ף</w:t>
      </w:r>
      <w:r>
        <w:rPr>
          <w:rFonts w:ascii="Georgia" w:hAnsi="Georgia"/>
          <w:b w:val="0"/>
          <w:i w:val="0"/>
          <w:color w:val="000000"/>
          <w:sz w:val="24"/>
        </w:rPr>
        <w:t xml:space="preserve"> = 186), — это сама буква хэт, ведь вав (6) вместе с ХУБ (2) составляет восемь (</w:t>
      </w:r>
      <w:r>
        <w:rPr>
          <w:rFonts w:ascii="Georgia" w:hAnsi="Georgia" w:cs="Times New Roman"/>
          <w:b/>
          <w:i w:val="0"/>
          <w:color w:val="000000"/>
          <w:sz w:val="24"/>
          <w:rtl/>
          <w:szCs w:val="32"/>
        </w:rPr>
        <w:t>ח</w:t>
      </w:r>
      <w:r>
        <w:rPr>
          <w:rFonts w:ascii="Georgia" w:hAnsi="Georgia"/>
          <w:b w:val="0"/>
          <w:i w:val="0"/>
          <w:color w:val="000000"/>
          <w:sz w:val="24"/>
        </w:rPr>
        <w:t xml:space="preserve"> = 8). Буква вав, буква пэй, буква куф, буква хэт. ЙА (</w:t>
      </w:r>
      <w:r>
        <w:rPr>
          <w:rFonts w:ascii="Georgia" w:hAnsi="Georgia" w:cs="Times New Roman"/>
          <w:b/>
          <w:i w:val="0"/>
          <w:color w:val="000000"/>
          <w:sz w:val="24"/>
          <w:rtl/>
          <w:szCs w:val="32"/>
        </w:rPr>
        <w:t>י״ה</w:t>
      </w:r>
      <w:r>
        <w:rPr>
          <w:rFonts w:ascii="Georgia" w:hAnsi="Georgia"/>
          <w:b w:val="0"/>
          <w:i w:val="0"/>
          <w:color w:val="000000"/>
          <w:sz w:val="24"/>
        </w:rPr>
        <w:t>), йод-вав-вав-йод (</w:t>
      </w:r>
      <w:r>
        <w:rPr>
          <w:rFonts w:ascii="Georgia" w:hAnsi="Georgia" w:cs="Times New Roman"/>
          <w:b/>
          <w:i w:val="0"/>
          <w:color w:val="000000"/>
          <w:sz w:val="24"/>
          <w:rtl/>
          <w:szCs w:val="32"/>
        </w:rPr>
        <w:t>יוו״י</w:t>
      </w:r>
      <w:r>
        <w:rPr>
          <w:rFonts w:ascii="Georgia" w:hAnsi="Georgia"/>
          <w:b w:val="0"/>
          <w:i w:val="0"/>
          <w:color w:val="000000"/>
          <w:sz w:val="24"/>
        </w:rPr>
        <w:t>), алеф (</w:t>
      </w:r>
      <w:r>
        <w:rPr>
          <w:rFonts w:ascii="Georgia" w:hAnsi="Georgia" w:cs="Times New Roman"/>
          <w:b/>
          <w:i w:val="0"/>
          <w:color w:val="000000"/>
          <w:sz w:val="24"/>
          <w:rtl/>
          <w:szCs w:val="32"/>
        </w:rPr>
        <w:t>א</w:t>
      </w:r>
      <w:r>
        <w:rPr>
          <w:rFonts w:ascii="Georgia" w:hAnsi="Georgia"/>
          <w:b w:val="0"/>
          <w:i w:val="0"/>
          <w:color w:val="000000"/>
          <w:sz w:val="24"/>
        </w:rPr>
        <w:t>), [где верхний] йод-вав-йод (</w:t>
      </w:r>
      <w:r>
        <w:rPr>
          <w:rFonts w:ascii="Georgia" w:hAnsi="Georgia" w:cs="Times New Roman"/>
          <w:b/>
          <w:i w:val="0"/>
          <w:color w:val="000000"/>
          <w:sz w:val="24"/>
          <w:rtl/>
          <w:szCs w:val="32"/>
        </w:rPr>
        <w:t>יו״י</w:t>
      </w:r>
      <w:r>
        <w:rPr>
          <w:rFonts w:ascii="Georgia" w:hAnsi="Georgia"/>
          <w:b w:val="0"/>
          <w:i w:val="0"/>
          <w:color w:val="000000"/>
          <w:sz w:val="24"/>
        </w:rPr>
        <w:t>)... Крыша — первая [буква]: Кетер, что в Хохме, поскольку буква йод — это Хохма, а её острие — это её Кетер; сама же по себе буква йод — это Хохма. Она же — АВАЯ, равная 26, а [вместе с шестью буквами сочетания] ЙА-АВАЯ (</w:t>
      </w:r>
      <w:r>
        <w:rPr>
          <w:rFonts w:ascii="Georgia" w:hAnsi="Georgia" w:cs="Times New Roman"/>
          <w:b/>
          <w:i w:val="0"/>
          <w:color w:val="000000"/>
          <w:sz w:val="24"/>
          <w:rtl/>
          <w:szCs w:val="32"/>
        </w:rPr>
        <w:t>י״ה יהוה</w:t>
      </w:r>
      <w:r>
        <w:rPr>
          <w:rFonts w:ascii="Georgia" w:hAnsi="Georgia"/>
          <w:b w:val="0"/>
          <w:i w:val="0"/>
          <w:color w:val="000000"/>
          <w:sz w:val="24"/>
        </w:rPr>
        <w:t>) — вот 32 пути Хохмы. ЙА (</w:t>
      </w:r>
      <w:r>
        <w:rPr>
          <w:rFonts w:ascii="Georgia" w:hAnsi="Georgia" w:cs="Times New Roman"/>
          <w:b/>
          <w:i w:val="0"/>
          <w:color w:val="000000"/>
          <w:sz w:val="24"/>
          <w:rtl/>
          <w:szCs w:val="32"/>
        </w:rPr>
        <w:t>י״ה</w:t>
      </w:r>
      <w:r>
        <w:rPr>
          <w:rFonts w:ascii="Georgia" w:hAnsi="Georgia"/>
          <w:b w:val="0"/>
          <w:i w:val="0"/>
          <w:color w:val="000000"/>
          <w:sz w:val="24"/>
        </w:rPr>
        <w:t>), йод-далет-вав (</w:t>
      </w:r>
      <w:r>
        <w:rPr>
          <w:rFonts w:ascii="Georgia" w:hAnsi="Georgia" w:cs="Times New Roman"/>
          <w:b/>
          <w:i w:val="0"/>
          <w:color w:val="000000"/>
          <w:sz w:val="24"/>
          <w:rtl/>
          <w:szCs w:val="32"/>
        </w:rPr>
        <w:t>יד״ו</w:t>
      </w:r>
      <w:r>
        <w:rPr>
          <w:rFonts w:ascii="Georgia" w:hAnsi="Georgia"/>
          <w:b w:val="0"/>
          <w:i w:val="0"/>
          <w:color w:val="000000"/>
          <w:sz w:val="24"/>
        </w:rPr>
        <w:t>), алеф (</w:t>
      </w:r>
      <w:r>
        <w:rPr>
          <w:rFonts w:ascii="Georgia" w:hAnsi="Georgia" w:cs="Times New Roman"/>
          <w:b/>
          <w:i w:val="0"/>
          <w:color w:val="000000"/>
          <w:sz w:val="24"/>
          <w:rtl/>
          <w:szCs w:val="32"/>
        </w:rPr>
        <w:t>א</w:t>
      </w:r>
      <w:r>
        <w:rPr>
          <w:rFonts w:ascii="Georgia" w:hAnsi="Georgia"/>
          <w:b w:val="0"/>
          <w:i w:val="0"/>
          <w:color w:val="000000"/>
          <w:sz w:val="24"/>
        </w:rPr>
        <w:t>): последней [нижней] буквой далет... буква хэй — алеф Бины. АВАЯ: йод-вав-далет, хэй-йод, вав-йод-вав, хэй-йод (</w:t>
      </w:r>
      <w:r>
        <w:rPr>
          <w:rFonts w:ascii="Georgia" w:hAnsi="Georgia" w:cs="Times New Roman"/>
          <w:b/>
          <w:i w:val="0"/>
          <w:color w:val="000000"/>
          <w:sz w:val="24"/>
          <w:rtl/>
          <w:szCs w:val="32"/>
        </w:rPr>
        <w:t>יו״ד ה״י וי״ו ה״י</w:t>
      </w:r>
      <w:r>
        <w:rPr>
          <w:rFonts w:ascii="Georgia" w:hAnsi="Georgia"/>
          <w:b w:val="0"/>
          <w:i w:val="0"/>
          <w:color w:val="000000"/>
          <w:sz w:val="24"/>
        </w:rPr>
        <w:t>); [ЭЙЕ]: алеф-ламэд-пэй, хэй-йод, йод-вав-далет, хэй-йод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 вот 20 букв: </w:t>
      </w:r>
      <w:r>
        <w:rPr>
          <w:rFonts w:ascii="Georgia" w:hAnsi="Georgia" w:cs="Times New Roman"/>
          <w:b/>
          <w:i w:val="0"/>
          <w:color w:val="000000"/>
          <w:sz w:val="24"/>
          <w:rtl/>
          <w:szCs w:val="32"/>
        </w:rPr>
        <w:t>יאולדף ההייוייוודההיי</w:t>
      </w:r>
      <w:r>
        <w:rPr>
          <w:rFonts w:ascii="Georgia" w:hAnsi="Georgia"/>
          <w:b w:val="0"/>
          <w:i w:val="0"/>
          <w:color w:val="000000"/>
          <w:sz w:val="24"/>
        </w:rPr>
        <w:t>. ЙА (</w:t>
      </w:r>
      <w:r>
        <w:rPr>
          <w:rFonts w:ascii="Georgia" w:hAnsi="Georgia" w:cs="Times New Roman"/>
          <w:b/>
          <w:i w:val="0"/>
          <w:color w:val="000000"/>
          <w:sz w:val="24"/>
          <w:rtl/>
          <w:szCs w:val="32"/>
        </w:rPr>
        <w:t>י״ה</w:t>
      </w:r>
      <w:r>
        <w:rPr>
          <w:rFonts w:ascii="Georgia" w:hAnsi="Georgia"/>
          <w:b w:val="0"/>
          <w:i w:val="0"/>
          <w:color w:val="000000"/>
          <w:sz w:val="24"/>
        </w:rPr>
        <w:t>), йод-далет-йод (</w:t>
      </w:r>
      <w:r>
        <w:rPr>
          <w:rFonts w:ascii="Georgia" w:hAnsi="Georgia" w:cs="Times New Roman"/>
          <w:b/>
          <w:i w:val="0"/>
          <w:color w:val="000000"/>
          <w:sz w:val="24"/>
          <w:rtl/>
          <w:szCs w:val="32"/>
        </w:rPr>
        <w:t>יד״י</w:t>
      </w:r>
      <w:r>
        <w:rPr>
          <w:rFonts w:ascii="Georgia" w:hAnsi="Georgia"/>
          <w:b w:val="0"/>
          <w:i w:val="0"/>
          <w:color w:val="000000"/>
          <w:sz w:val="24"/>
        </w:rPr>
        <w:t>) — 24. В [Имени] АВАЯ две буквы йод — это [сочетания] далет-йод, далет-йод (</w:t>
      </w:r>
      <w:r>
        <w:rPr>
          <w:rFonts w:ascii="Georgia" w:hAnsi="Georgia" w:cs="Times New Roman"/>
          <w:b/>
          <w:i w:val="0"/>
          <w:color w:val="000000"/>
          <w:sz w:val="24"/>
          <w:rtl/>
          <w:szCs w:val="32"/>
        </w:rPr>
        <w:t>ד״י ד״י</w:t>
      </w:r>
      <w:r>
        <w:rPr>
          <w:rFonts w:ascii="Georgia" w:hAnsi="Georgia"/>
          <w:b w:val="0"/>
          <w:i w:val="0"/>
          <w:color w:val="000000"/>
          <w:sz w:val="24"/>
        </w:rPr>
        <w:t>); это буквы йод внутри двух букв хэй. Остаются буквы йод и далет дважды — вот 24: это Даат. ЙА (</w:t>
      </w:r>
      <w:r>
        <w:rPr>
          <w:rFonts w:ascii="Georgia" w:hAnsi="Georgia" w:cs="Times New Roman"/>
          <w:b/>
          <w:i w:val="0"/>
          <w:color w:val="000000"/>
          <w:sz w:val="24"/>
          <w:rtl/>
          <w:szCs w:val="32"/>
        </w:rPr>
        <w:t>י״ה</w:t>
      </w:r>
      <w:r>
        <w:rPr>
          <w:rFonts w:ascii="Georgia" w:hAnsi="Georgia"/>
          <w:b w:val="0"/>
          <w:i w:val="0"/>
          <w:color w:val="000000"/>
          <w:sz w:val="24"/>
        </w:rPr>
        <w:t>), йод-далет-вав (</w:t>
      </w:r>
      <w:r>
        <w:rPr>
          <w:rFonts w:ascii="Georgia" w:hAnsi="Georgia" w:cs="Times New Roman"/>
          <w:b/>
          <w:i w:val="0"/>
          <w:color w:val="000000"/>
          <w:sz w:val="24"/>
          <w:rtl/>
          <w:szCs w:val="32"/>
        </w:rPr>
        <w:t>יד״ו</w:t>
      </w:r>
      <w:r>
        <w:rPr>
          <w:rFonts w:ascii="Georgia" w:hAnsi="Georgia"/>
          <w:b w:val="0"/>
          <w:i w:val="0"/>
          <w:color w:val="000000"/>
          <w:sz w:val="24"/>
        </w:rPr>
        <w:t>) и далет-йод (</w:t>
      </w:r>
      <w:r>
        <w:rPr>
          <w:rFonts w:ascii="Georgia" w:hAnsi="Georgia" w:cs="Times New Roman"/>
          <w:b/>
          <w:i w:val="0"/>
          <w:color w:val="000000"/>
          <w:sz w:val="24"/>
          <w:rtl/>
          <w:szCs w:val="32"/>
        </w:rPr>
        <w:t>ד״י</w:t>
      </w:r>
      <w:r>
        <w:rPr>
          <w:rFonts w:ascii="Georgia" w:hAnsi="Georgia"/>
          <w:b w:val="0"/>
          <w:i w:val="0"/>
          <w:color w:val="000000"/>
          <w:sz w:val="24"/>
        </w:rPr>
        <w:t xml:space="preserve">): </w:t>
      </w:r>
      <w:r>
        <w:rPr>
          <w:rFonts w:ascii="Georgia" w:hAnsi="Georgia"/>
          <w:b w:val="0"/>
          <w:i/>
          <w:color w:val="000000"/>
          <w:sz w:val="24"/>
        </w:rPr>
        <w:t>тевель</w:t>
      </w:r>
      <w:r>
        <w:rPr>
          <w:rFonts w:ascii="Georgia" w:hAnsi="Georgia"/>
          <w:b w:val="0"/>
          <w:i w:val="0"/>
          <w:color w:val="000000"/>
          <w:sz w:val="24"/>
        </w:rPr>
        <w:t xml:space="preserve"> (</w:t>
      </w:r>
      <w:r>
        <w:rPr>
          <w:rFonts w:ascii="Georgia" w:hAnsi="Georgia" w:cs="Times New Roman"/>
          <w:b/>
          <w:i w:val="0"/>
          <w:color w:val="000000"/>
          <w:sz w:val="24"/>
          <w:rtl/>
          <w:szCs w:val="32"/>
        </w:rPr>
        <w:t>תב״ל</w:t>
      </w:r>
      <w:r>
        <w:rPr>
          <w:rFonts w:ascii="Georgia" w:hAnsi="Georgia"/>
          <w:b w:val="0"/>
          <w:i w:val="0"/>
          <w:color w:val="000000"/>
          <w:sz w:val="24"/>
        </w:rPr>
        <w:t xml:space="preserve"> = 432) — это Тиферет [Имени] АВАЯ. Буква йод (</w:t>
      </w:r>
      <w:r>
        <w:rPr>
          <w:rFonts w:ascii="Georgia" w:hAnsi="Georgia" w:cs="Times New Roman"/>
          <w:b/>
          <w:i w:val="0"/>
          <w:color w:val="000000"/>
          <w:sz w:val="24"/>
          <w:rtl/>
          <w:szCs w:val="32"/>
        </w:rPr>
        <w:t>יו״ד</w:t>
      </w:r>
      <w:r>
        <w:rPr>
          <w:rFonts w:ascii="Georgia" w:hAnsi="Georgia"/>
          <w:b w:val="0"/>
          <w:i w:val="0"/>
          <w:color w:val="000000"/>
          <w:sz w:val="24"/>
        </w:rPr>
        <w:t xml:space="preserve"> = 20), умноженная на пять (</w:t>
      </w:r>
      <w:r>
        <w:rPr>
          <w:rFonts w:ascii="Georgia" w:hAnsi="Georgia" w:cs="Times New Roman"/>
          <w:b/>
          <w:i w:val="0"/>
          <w:color w:val="000000"/>
          <w:sz w:val="24"/>
          <w:rtl/>
          <w:szCs w:val="32"/>
        </w:rPr>
        <w:t>ה</w:t>
      </w:r>
      <w:r>
        <w:rPr>
          <w:rFonts w:ascii="Georgia" w:hAnsi="Georgia"/>
          <w:b w:val="0"/>
          <w:i w:val="0"/>
          <w:color w:val="000000"/>
          <w:sz w:val="24"/>
        </w:rPr>
        <w:t xml:space="preserve"> = 5) — это 100; хэй-йод (</w:t>
      </w:r>
      <w:r>
        <w:rPr>
          <w:rFonts w:ascii="Georgia" w:hAnsi="Georgia" w:cs="Times New Roman"/>
          <w:b/>
          <w:i w:val="0"/>
          <w:color w:val="000000"/>
          <w:sz w:val="24"/>
          <w:rtl/>
          <w:szCs w:val="32"/>
        </w:rPr>
        <w:t>ה״י</w:t>
      </w:r>
      <w:r>
        <w:rPr>
          <w:rFonts w:ascii="Georgia" w:hAnsi="Georgia"/>
          <w:b w:val="0"/>
          <w:i w:val="0"/>
          <w:color w:val="000000"/>
          <w:sz w:val="24"/>
        </w:rPr>
        <w:t xml:space="preserve"> = 15), умноженное на шесть (</w:t>
      </w:r>
      <w:r>
        <w:rPr>
          <w:rFonts w:ascii="Georgia" w:hAnsi="Georgia" w:cs="Times New Roman"/>
          <w:b/>
          <w:i w:val="0"/>
          <w:color w:val="000000"/>
          <w:sz w:val="24"/>
          <w:rtl/>
          <w:szCs w:val="32"/>
        </w:rPr>
        <w:t>ו</w:t>
      </w:r>
      <w:r>
        <w:rPr>
          <w:rFonts w:ascii="Georgia" w:hAnsi="Georgia"/>
          <w:b w:val="0"/>
          <w:i w:val="0"/>
          <w:color w:val="000000"/>
          <w:sz w:val="24"/>
        </w:rPr>
        <w:t xml:space="preserve"> = 6) — это 90; и 26 — вот 216 (</w:t>
      </w:r>
      <w:r>
        <w:rPr>
          <w:rFonts w:ascii="Georgia" w:hAnsi="Georgia" w:cs="Times New Roman"/>
          <w:b/>
          <w:i w:val="0"/>
          <w:color w:val="000000"/>
          <w:sz w:val="24"/>
          <w:rtl/>
          <w:szCs w:val="32"/>
        </w:rPr>
        <w:t>רי״ו</w:t>
      </w:r>
      <w:r>
        <w:rPr>
          <w:rFonts w:ascii="Georgia" w:hAnsi="Georgia"/>
          <w:b w:val="0"/>
          <w:i w:val="0"/>
          <w:color w:val="000000"/>
          <w:sz w:val="24"/>
        </w:rPr>
        <w:t>). А снизу вверх: хэй-йод (</w:t>
      </w:r>
      <w:r>
        <w:rPr>
          <w:rFonts w:ascii="Georgia" w:hAnsi="Georgia" w:cs="Times New Roman"/>
          <w:b/>
          <w:i w:val="0"/>
          <w:color w:val="000000"/>
          <w:sz w:val="24"/>
          <w:rtl/>
          <w:szCs w:val="32"/>
        </w:rPr>
        <w:t>ה״י</w:t>
      </w:r>
      <w:r>
        <w:rPr>
          <w:rFonts w:ascii="Georgia" w:hAnsi="Georgia"/>
          <w:b w:val="0"/>
          <w:i w:val="0"/>
          <w:color w:val="000000"/>
          <w:sz w:val="24"/>
        </w:rPr>
        <w:t>), умноженное на шесть — это 90; вав-йод-вав (</w:t>
      </w:r>
      <w:r>
        <w:rPr>
          <w:rFonts w:ascii="Georgia" w:hAnsi="Georgia" w:cs="Times New Roman"/>
          <w:b/>
          <w:i w:val="0"/>
          <w:color w:val="000000"/>
          <w:sz w:val="24"/>
          <w:rtl/>
          <w:szCs w:val="32"/>
        </w:rPr>
        <w:t>וי״ו</w:t>
      </w:r>
      <w:r>
        <w:rPr>
          <w:rFonts w:ascii="Georgia" w:hAnsi="Georgia"/>
          <w:b w:val="0"/>
          <w:i w:val="0"/>
          <w:color w:val="000000"/>
          <w:sz w:val="24"/>
        </w:rPr>
        <w:t xml:space="preserve"> = 22), умноженное на пять — это 110; а первая буква йод [дает] 210; шесть же букв [сочетания] ЙА-АВАЯ (</w:t>
      </w:r>
      <w:r>
        <w:rPr>
          <w:rFonts w:ascii="Georgia" w:hAnsi="Georgia" w:cs="Times New Roman"/>
          <w:b/>
          <w:i w:val="0"/>
          <w:color w:val="000000"/>
          <w:sz w:val="24"/>
          <w:rtl/>
          <w:szCs w:val="32"/>
        </w:rPr>
        <w:t>י״ה יהוה</w:t>
      </w:r>
      <w:r>
        <w:rPr>
          <w:rFonts w:ascii="Georgia" w:hAnsi="Georgia"/>
          <w:b w:val="0"/>
          <w:i w:val="0"/>
          <w:color w:val="000000"/>
          <w:sz w:val="24"/>
        </w:rPr>
        <w:t>) — вот 216. ЙА (</w:t>
      </w:r>
      <w:r>
        <w:rPr>
          <w:rFonts w:ascii="Georgia" w:hAnsi="Georgia" w:cs="Times New Roman"/>
          <w:b/>
          <w:i w:val="0"/>
          <w:color w:val="000000"/>
          <w:sz w:val="24"/>
          <w:rtl/>
          <w:szCs w:val="32"/>
        </w:rPr>
        <w:t>י״ה</w:t>
      </w:r>
      <w:r>
        <w:rPr>
          <w:rFonts w:ascii="Georgia" w:hAnsi="Georgia"/>
          <w:b w:val="0"/>
          <w:i w:val="0"/>
          <w:color w:val="000000"/>
          <w:sz w:val="24"/>
        </w:rPr>
        <w:t>), йод-далет-йод (</w:t>
      </w:r>
      <w:r>
        <w:rPr>
          <w:rFonts w:ascii="Georgia" w:hAnsi="Georgia" w:cs="Times New Roman"/>
          <w:b/>
          <w:i w:val="0"/>
          <w:color w:val="000000"/>
          <w:sz w:val="24"/>
          <w:rtl/>
          <w:szCs w:val="32"/>
        </w:rPr>
        <w:t>יד״י</w:t>
      </w:r>
      <w:r>
        <w:rPr>
          <w:rFonts w:ascii="Georgia" w:hAnsi="Georgia"/>
          <w:b w:val="0"/>
          <w:i w:val="0"/>
          <w:color w:val="000000"/>
          <w:sz w:val="24"/>
        </w:rPr>
        <w:t xml:space="preserve">): </w:t>
      </w:r>
      <w:r>
        <w:rPr>
          <w:rFonts w:ascii="Georgia" w:hAnsi="Georgia"/>
          <w:b w:val="0"/>
          <w:i/>
          <w:color w:val="000000"/>
          <w:sz w:val="24"/>
        </w:rPr>
        <w:t>«Аврех»</w:t>
      </w:r>
      <w:r>
        <w:rPr>
          <w:rFonts w:ascii="Georgia" w:hAnsi="Georgia"/>
          <w:b w:val="0"/>
          <w:i w:val="0"/>
          <w:color w:val="000000"/>
          <w:sz w:val="24"/>
        </w:rPr>
        <w:t xml:space="preserve"> (</w:t>
      </w:r>
      <w:r>
        <w:rPr>
          <w:rFonts w:ascii="Georgia" w:hAnsi="Georgia" w:cs="Times New Roman"/>
          <w:b/>
          <w:i w:val="0"/>
          <w:color w:val="000000"/>
          <w:sz w:val="24"/>
          <w:rtl/>
          <w:szCs w:val="32"/>
        </w:rPr>
        <w:t>אַבְרֵךְ</w:t>
      </w:r>
      <w:r>
        <w:rPr>
          <w:rFonts w:ascii="Georgia" w:hAnsi="Georgia"/>
          <w:b w:val="0"/>
          <w:i w:val="0"/>
          <w:color w:val="000000"/>
          <w:sz w:val="24"/>
        </w:rPr>
        <w:t xml:space="preserve">) — [по Таргуму: «аба ле-малка» —] «отец царю» (Берешит 41:43); </w:t>
      </w:r>
      <w:r>
        <w:rPr>
          <w:rFonts w:ascii="Georgia" w:hAnsi="Georgia"/>
          <w:b w:val="0"/>
          <w:i/>
          <w:color w:val="000000"/>
          <w:sz w:val="24"/>
        </w:rPr>
        <w:t xml:space="preserve">«…слаб (рах, </w:t>
      </w:r>
      <w:r>
        <w:rPr>
          <w:rFonts w:ascii="Georgia" w:hAnsi="Georgia" w:cs="Times New Roman"/>
          <w:b/>
          <w:i/>
          <w:color w:val="000000"/>
          <w:sz w:val="24"/>
          <w:rtl/>
          <w:szCs w:val="32"/>
        </w:rPr>
        <w:t>רַךְ</w:t>
      </w:r>
      <w:r>
        <w:rPr>
          <w:rFonts w:ascii="Georgia" w:hAnsi="Georgia"/>
          <w:b w:val="0"/>
          <w:i/>
          <w:color w:val="000000"/>
          <w:sz w:val="24"/>
        </w:rPr>
        <w:t>) и помазан на царство…»</w:t>
      </w:r>
      <w:r>
        <w:rPr>
          <w:rFonts w:ascii="Georgia" w:hAnsi="Georgia"/>
          <w:b w:val="0"/>
          <w:i w:val="0"/>
          <w:color w:val="000000"/>
          <w:sz w:val="24"/>
        </w:rPr>
        <w:t xml:space="preserve"> (Шмуэль II 3:39); </w:t>
      </w:r>
      <w:r>
        <w:rPr>
          <w:rFonts w:ascii="Georgia" w:hAnsi="Georgia"/>
          <w:b w:val="0"/>
          <w:i/>
          <w:color w:val="000000"/>
          <w:sz w:val="24"/>
        </w:rPr>
        <w:t xml:space="preserve">«Изнеженная (рака, </w:t>
      </w:r>
      <w:r>
        <w:rPr>
          <w:rFonts w:ascii="Georgia" w:hAnsi="Georgia" w:cs="Times New Roman"/>
          <w:b/>
          <w:i/>
          <w:color w:val="000000"/>
          <w:sz w:val="24"/>
          <w:rtl/>
          <w:szCs w:val="32"/>
        </w:rPr>
        <w:t>רַכָּה</w:t>
      </w:r>
      <w:r>
        <w:rPr>
          <w:rFonts w:ascii="Georgia" w:hAnsi="Georgia"/>
          <w:b w:val="0"/>
          <w:i/>
          <w:color w:val="000000"/>
          <w:sz w:val="24"/>
        </w:rPr>
        <w:t>) и прихотливая среди тебя…»</w:t>
      </w:r>
      <w:r>
        <w:rPr>
          <w:rFonts w:ascii="Georgia" w:hAnsi="Georgia"/>
          <w:b w:val="0"/>
          <w:i w:val="0"/>
          <w:color w:val="000000"/>
          <w:sz w:val="24"/>
        </w:rPr>
        <w:t xml:space="preserve"> (Дварим 28:56) — это Малхут, что в Хохме. В [Имени] АВАЯ они таковы: хэй-йод (</w:t>
      </w:r>
      <w:r>
        <w:rPr>
          <w:rFonts w:ascii="Georgia" w:hAnsi="Georgia" w:cs="Times New Roman"/>
          <w:b/>
          <w:i w:val="0"/>
          <w:color w:val="000000"/>
          <w:sz w:val="24"/>
          <w:rtl/>
          <w:szCs w:val="32"/>
        </w:rPr>
        <w:t>ה״י</w:t>
      </w:r>
      <w:r>
        <w:rPr>
          <w:rFonts w:ascii="Georgia" w:hAnsi="Georgia"/>
          <w:b w:val="0"/>
          <w:i w:val="0"/>
          <w:color w:val="000000"/>
          <w:sz w:val="24"/>
        </w:rPr>
        <w:t>), умноженное на шесть — это 90; вав-йод-вав (</w:t>
      </w:r>
      <w:r>
        <w:rPr>
          <w:rFonts w:ascii="Georgia" w:hAnsi="Georgia" w:cs="Times New Roman"/>
          <w:b/>
          <w:i w:val="0"/>
          <w:color w:val="000000"/>
          <w:sz w:val="24"/>
          <w:rtl/>
          <w:szCs w:val="32"/>
        </w:rPr>
        <w:t>וי״ו</w:t>
      </w:r>
      <w:r>
        <w:rPr>
          <w:rFonts w:ascii="Georgia" w:hAnsi="Georgia"/>
          <w:b w:val="0"/>
          <w:i w:val="0"/>
          <w:color w:val="000000"/>
          <w:sz w:val="24"/>
        </w:rPr>
        <w:t>), умноженное на пять [букву хэй] — это 110; буква йод в своем наполнении (</w:t>
      </w:r>
      <w:r>
        <w:rPr>
          <w:rFonts w:ascii="Georgia" w:hAnsi="Georgia" w:cs="Times New Roman"/>
          <w:b/>
          <w:i w:val="0"/>
          <w:color w:val="000000"/>
          <w:sz w:val="24"/>
          <w:rtl/>
          <w:szCs w:val="32"/>
        </w:rPr>
        <w:t>יו״ד</w:t>
      </w:r>
      <w:r>
        <w:rPr>
          <w:rFonts w:ascii="Georgia" w:hAnsi="Georgia"/>
          <w:b w:val="0"/>
          <w:i w:val="0"/>
          <w:color w:val="000000"/>
          <w:sz w:val="24"/>
        </w:rPr>
        <w:t>) — 20: вот 220 (</w:t>
      </w:r>
      <w:r>
        <w:rPr>
          <w:rFonts w:ascii="Georgia" w:hAnsi="Georgia"/>
          <w:b w:val="0"/>
          <w:i/>
          <w:color w:val="000000"/>
          <w:sz w:val="24"/>
        </w:rPr>
        <w:t>рах</w:t>
      </w:r>
      <w:r>
        <w:rPr>
          <w:rFonts w:ascii="Georgia" w:hAnsi="Georgia"/>
          <w:b w:val="0"/>
          <w:i w:val="0"/>
          <w:color w:val="000000"/>
          <w:sz w:val="24"/>
        </w:rPr>
        <w:t xml:space="preserve">, </w:t>
      </w:r>
      <w:r>
        <w:rPr>
          <w:rFonts w:ascii="Georgia" w:hAnsi="Georgia" w:cs="Times New Roman"/>
          <w:b/>
          <w:i w:val="0"/>
          <w:color w:val="000000"/>
          <w:sz w:val="24"/>
          <w:rtl/>
          <w:szCs w:val="32"/>
        </w:rPr>
        <w:t>רַךְ</w:t>
      </w:r>
      <w:r>
        <w:rPr>
          <w:rFonts w:ascii="Georgia" w:hAnsi="Georgia"/>
          <w:b w:val="0"/>
          <w:i w:val="0"/>
          <w:color w:val="000000"/>
          <w:sz w:val="24"/>
        </w:rPr>
        <w:t xml:space="preserve"> = 220). И это два [слова] «алеф» (</w:t>
      </w:r>
      <w:r>
        <w:rPr>
          <w:rFonts w:ascii="Georgia" w:hAnsi="Georgia" w:cs="Times New Roman"/>
          <w:b/>
          <w:i w:val="0"/>
          <w:color w:val="000000"/>
          <w:sz w:val="24"/>
          <w:rtl/>
          <w:szCs w:val="32"/>
        </w:rPr>
        <w:t>אלף</w:t>
      </w:r>
      <w:r>
        <w:rPr>
          <w:rFonts w:ascii="Georgia" w:hAnsi="Georgia"/>
          <w:b w:val="0"/>
          <w:i w:val="0"/>
          <w:color w:val="000000"/>
          <w:sz w:val="24"/>
        </w:rPr>
        <w:t>): [каждое равно] 110, а с колелем — 111; и дважды 111 дают 222 (</w:t>
      </w:r>
      <w:r>
        <w:rPr>
          <w:rFonts w:ascii="Georgia" w:hAnsi="Georgia" w:cs="Times New Roman"/>
          <w:b/>
          <w:i w:val="0"/>
          <w:color w:val="000000"/>
          <w:sz w:val="24"/>
          <w:rtl/>
          <w:szCs w:val="32"/>
        </w:rPr>
        <w:t>רכ״ב</w:t>
      </w:r>
      <w:r>
        <w:rPr>
          <w:rFonts w:ascii="Georgia" w:hAnsi="Georgia"/>
          <w:b w:val="0"/>
          <w:i w:val="0"/>
          <w:color w:val="000000"/>
          <w:sz w:val="24"/>
        </w:rPr>
        <w:t xml:space="preserve">), и об этом сказано: </w:t>
      </w:r>
      <w:r>
        <w:rPr>
          <w:rFonts w:ascii="Georgia" w:hAnsi="Georgia"/>
          <w:b w:val="0"/>
          <w:i/>
          <w:color w:val="000000"/>
          <w:sz w:val="24"/>
        </w:rPr>
        <w:t>«Сохраняющий милость для тысяч…»</w:t>
      </w:r>
      <w:r>
        <w:rPr>
          <w:rFonts w:ascii="Georgia" w:hAnsi="Georgia"/>
          <w:b w:val="0"/>
          <w:i w:val="0"/>
          <w:color w:val="000000"/>
          <w:sz w:val="24"/>
        </w:rPr>
        <w:t xml:space="preserve"> (Шмот 34:7). </w:t>
      </w:r>
      <w:r>
        <w:rPr>
          <w:rFonts w:ascii="Georgia" w:hAnsi="Georgia" w:cs="Times New Roman"/>
          <w:b/>
          <w:i w:val="0"/>
          <w:color w:val="000000"/>
          <w:sz w:val="24"/>
          <w:rtl/>
          <w:szCs w:val="32"/>
        </w:rPr>
        <w:t>יהוה יה וה יֹהַוֹה יִהַוַה יִהַוִהִ ייֹהַדויֹה ייֹהַדויֹה ייֹהַדויֹה יִיהַדויהַ יִיהַדויהַ יהֱוֹה יֳהוִֹה יֳהוִֹה יֱהוִֹֹה יֱהִוֹה</w:t>
      </w:r>
    </w:p>
    <w:p>
      <w:pPr>
        <w:spacing w:before="40" w:after="120"/>
        <w:jc w:val="both"/>
      </w:pPr>
      <w:r>
        <w:rPr>
          <w:rFonts w:ascii="Georgia" w:hAnsi="Georgia"/>
          <w:b w:val="0"/>
          <w:i w:val="0"/>
          <w:color w:val="000000"/>
          <w:sz w:val="24"/>
        </w:rPr>
        <w:t>Мысленное представление букв — это огласовки [Имени] АВАЯ. Каким образом? Первое мысленное представление, которое есть йод-вав-вав-йод (</w:t>
      </w:r>
      <w:r>
        <w:rPr>
          <w:rFonts w:ascii="Georgia" w:hAnsi="Georgia" w:cs="Times New Roman"/>
          <w:b/>
          <w:i w:val="0"/>
          <w:color w:val="000000"/>
          <w:sz w:val="24"/>
          <w:rtl/>
          <w:szCs w:val="32"/>
        </w:rPr>
        <w:t>יוו״י</w:t>
      </w:r>
      <w:r>
        <w:rPr>
          <w:rFonts w:ascii="Georgia" w:hAnsi="Georgia"/>
          <w:b w:val="0"/>
          <w:i w:val="0"/>
          <w:color w:val="000000"/>
          <w:sz w:val="24"/>
        </w:rPr>
        <w:t>), осуществляется в [Имени] АВАЯ с наполнением йод: буквы йод огласованы холамом, а буквы вав — патахом. А крыша буквы хэй [Имени] ЙА (</w:t>
      </w:r>
      <w:r>
        <w:rPr>
          <w:rFonts w:ascii="Georgia" w:hAnsi="Georgia" w:cs="Times New Roman"/>
          <w:b/>
          <w:i w:val="0"/>
          <w:color w:val="000000"/>
          <w:sz w:val="24"/>
          <w:rtl/>
          <w:szCs w:val="32"/>
        </w:rPr>
        <w:t>י״ה</w:t>
      </w:r>
      <w:r>
        <w:rPr>
          <w:rFonts w:ascii="Georgia" w:hAnsi="Georgia"/>
          <w:b w:val="0"/>
          <w:i w:val="0"/>
          <w:color w:val="000000"/>
          <w:sz w:val="24"/>
        </w:rPr>
        <w:t>) поднимается вверх как знак рафе и опускается вниз как знак патах. Второе мысленное представление — йод-далет-вав (</w:t>
      </w:r>
      <w:r>
        <w:rPr>
          <w:rFonts w:ascii="Georgia" w:hAnsi="Georgia" w:cs="Times New Roman"/>
          <w:b/>
          <w:i w:val="0"/>
          <w:color w:val="000000"/>
          <w:sz w:val="24"/>
          <w:rtl/>
          <w:szCs w:val="32"/>
        </w:rPr>
        <w:t>יד״ו</w:t>
      </w:r>
      <w:r>
        <w:rPr>
          <w:rFonts w:ascii="Georgia" w:hAnsi="Georgia"/>
          <w:b w:val="0"/>
          <w:i w:val="0"/>
          <w:color w:val="000000"/>
          <w:sz w:val="24"/>
        </w:rPr>
        <w:t>): буква йод с холамом, а затем всё остальное — с патахом. Третье мысленное представление — йод-далет-йод (</w:t>
      </w:r>
      <w:r>
        <w:rPr>
          <w:rFonts w:ascii="Georgia" w:hAnsi="Georgia" w:cs="Times New Roman"/>
          <w:b/>
          <w:i w:val="0"/>
          <w:color w:val="000000"/>
          <w:sz w:val="24"/>
          <w:rtl/>
          <w:szCs w:val="32"/>
        </w:rPr>
        <w:t>יד״י</w:t>
      </w:r>
      <w:r>
        <w:rPr>
          <w:rFonts w:ascii="Georgia" w:hAnsi="Georgia"/>
          <w:b w:val="0"/>
          <w:i w:val="0"/>
          <w:color w:val="000000"/>
          <w:sz w:val="24"/>
        </w:rPr>
        <w:t>): буква йод с холамом, две буквы йод — в букве йод [Имени] АВАЯ и в последней букве хэй, а всё остальное — с патахом. Четвертое мысленное представление — йод-далет-вав (</w:t>
      </w:r>
      <w:r>
        <w:rPr>
          <w:rFonts w:ascii="Georgia" w:hAnsi="Georgia" w:cs="Times New Roman"/>
          <w:b/>
          <w:i w:val="0"/>
          <w:color w:val="000000"/>
          <w:sz w:val="24"/>
          <w:rtl/>
          <w:szCs w:val="32"/>
        </w:rPr>
        <w:t>יד״ו</w:t>
      </w:r>
      <w:r>
        <w:rPr>
          <w:rFonts w:ascii="Georgia" w:hAnsi="Georgia"/>
          <w:b w:val="0"/>
          <w:i w:val="0"/>
          <w:color w:val="000000"/>
          <w:sz w:val="24"/>
        </w:rPr>
        <w:t>): буква йод с хириком, а всё остальное — с патахом. Пятое мысленное представление — йод-далет-йод (</w:t>
      </w:r>
      <w:r>
        <w:rPr>
          <w:rFonts w:ascii="Georgia" w:hAnsi="Georgia" w:cs="Times New Roman"/>
          <w:b/>
          <w:i w:val="0"/>
          <w:color w:val="000000"/>
          <w:sz w:val="24"/>
          <w:rtl/>
          <w:szCs w:val="32"/>
        </w:rPr>
        <w:t>יד״י</w:t>
      </w:r>
      <w:r>
        <w:rPr>
          <w:rFonts w:ascii="Georgia" w:hAnsi="Georgia"/>
          <w:b w:val="0"/>
          <w:i w:val="0"/>
          <w:color w:val="000000"/>
          <w:sz w:val="24"/>
        </w:rPr>
        <w:t xml:space="preserve">): буквы йод с хириком, а всё остальное — с патахом. Затем нужно сплести Имя АВАЯ с каждым из них, причем АВАЯ — с огласовками и знаком рафе на первой букве хэй; и при сплетении Имя АВАЯ всегда идет первым. И нужно при каждом таком Имени мысленно представлять перед своими глазами [Имя] АВАЯ с огласовкой ЭЛОКИМ, чтобы всегда объединять Аба ве-Има. </w:t>
      </w:r>
      <w:r>
        <w:rPr>
          <w:rFonts w:ascii="Georgia" w:hAnsi="Georgia" w:cs="Times New Roman"/>
          <w:b/>
          <w:i w:val="0"/>
          <w:color w:val="000000"/>
          <w:sz w:val="24"/>
          <w:rtl/>
          <w:szCs w:val="32"/>
        </w:rPr>
        <w:t>יאולדפ ההיי וייווד ההיי</w:t>
      </w:r>
      <w:r>
        <w:rPr>
          <w:rFonts w:ascii="Georgia" w:hAnsi="Georgia"/>
          <w:b w:val="0"/>
          <w:i w:val="0"/>
          <w:color w:val="000000"/>
          <w:sz w:val="24"/>
        </w:rPr>
        <w:t xml:space="preserve">, и так это Имя — </w:t>
      </w:r>
      <w:r>
        <w:rPr>
          <w:rFonts w:ascii="Georgia" w:hAnsi="Georgia" w:cs="Times New Roman"/>
          <w:b/>
          <w:i w:val="0"/>
          <w:color w:val="000000"/>
          <w:sz w:val="24"/>
          <w:rtl/>
          <w:szCs w:val="32"/>
        </w:rPr>
        <w:t>יאולד</w:t>
      </w:r>
      <w:r>
        <w:rPr>
          <w:rFonts w:ascii="Georgia" w:hAnsi="Georgia"/>
          <w:b w:val="0"/>
          <w:i w:val="0"/>
          <w:color w:val="000000"/>
          <w:sz w:val="24"/>
        </w:rPr>
        <w:t xml:space="preserve"> и так далее — четыре раза, а затем [буква] алеф.</w:t>
      </w:r>
    </w:p>
    <w:p>
      <w:pPr>
        <w:keepNext/>
        <w:spacing w:before="320" w:after="120"/>
      </w:pPr>
      <w:r>
        <w:rPr>
          <w:rFonts w:ascii="Georgia" w:hAnsi="Georgia"/>
          <w:b w:val="0"/>
          <w:i w:val="0"/>
          <w:color w:val="000000"/>
          <w:sz w:val="32"/>
        </w:rPr>
        <w:t>Ихуд 46</w:t>
      </w:r>
    </w:p>
    <w:p>
      <w:pPr>
        <w:spacing w:before="40" w:after="120"/>
        <w:jc w:val="both"/>
      </w:pPr>
      <w:r>
        <w:rPr>
          <w:rFonts w:ascii="Georgia" w:hAnsi="Georgia"/>
          <w:b w:val="0"/>
          <w:i w:val="0"/>
          <w:color w:val="000000"/>
          <w:sz w:val="24"/>
        </w:rPr>
        <w:t>Для Махарама Альшейха, благословенна его память.</w:t>
      </w:r>
    </w:p>
    <w:p>
      <w:pPr>
        <w:spacing w:before="40" w:after="120"/>
        <w:jc w:val="both"/>
      </w:pPr>
      <w:r>
        <w:rPr>
          <w:rFonts w:ascii="Georgia" w:hAnsi="Georgia"/>
          <w:b w:val="0"/>
          <w:i w:val="0"/>
          <w:color w:val="000000"/>
          <w:sz w:val="24"/>
        </w:rPr>
        <w:t>Пусть соединит и сплетет воедино эти Имена: [само Имя] ЭЙЕ (</w:t>
      </w:r>
      <w:r>
        <w:rPr>
          <w:rFonts w:ascii="Georgia" w:hAnsi="Georgia" w:cs="Times New Roman"/>
          <w:b/>
          <w:i w:val="0"/>
          <w:color w:val="000000"/>
          <w:sz w:val="24"/>
          <w:rtl/>
          <w:szCs w:val="32"/>
        </w:rPr>
        <w:t>אהיה</w:t>
      </w:r>
      <w:r>
        <w:rPr>
          <w:rFonts w:ascii="Georgia" w:hAnsi="Georgia"/>
          <w:b w:val="0"/>
          <w:i w:val="0"/>
          <w:color w:val="000000"/>
          <w:sz w:val="24"/>
        </w:rPr>
        <w:t>); [буквы его наполнения]: алеф, хэй, йод, хэй (</w:t>
      </w:r>
      <w:r>
        <w:rPr>
          <w:rFonts w:ascii="Georgia" w:hAnsi="Georgia" w:cs="Times New Roman"/>
          <w:b/>
          <w:i w:val="0"/>
          <w:color w:val="000000"/>
          <w:sz w:val="24"/>
          <w:rtl/>
          <w:szCs w:val="32"/>
        </w:rPr>
        <w:t>אלף הי יוד הי</w:t>
      </w:r>
      <w:r>
        <w:rPr>
          <w:rFonts w:ascii="Georgia" w:hAnsi="Georgia"/>
          <w:b w:val="0"/>
          <w:i w:val="0"/>
          <w:color w:val="000000"/>
          <w:sz w:val="24"/>
        </w:rPr>
        <w:t>); [и наполнение наполнения]: алеф-ламэд-пэй, хэй-йод, йод-вав-далет, хэй-йод (</w:t>
      </w:r>
      <w:r>
        <w:rPr>
          <w:rFonts w:ascii="Georgia" w:hAnsi="Georgia" w:cs="Times New Roman"/>
          <w:b/>
          <w:i w:val="0"/>
          <w:color w:val="000000"/>
          <w:sz w:val="24"/>
          <w:rtl/>
          <w:szCs w:val="32"/>
        </w:rPr>
        <w:t>אלף למד פא הי יוד יוד ויו דלת הי יוד</w:t>
      </w:r>
      <w:r>
        <w:rPr>
          <w:rFonts w:ascii="Georgia" w:hAnsi="Georgia"/>
          <w:b w:val="0"/>
          <w:i w:val="0"/>
          <w:color w:val="000000"/>
          <w:sz w:val="24"/>
        </w:rPr>
        <w:t>), — что представляет собой [Имя] ЭЙЕ простое, его наполнение и наполнение наполнения. И таков порядок его сплетения:</w:t>
      </w:r>
    </w:p>
    <w:p>
      <w:pPr>
        <w:spacing w:before="40" w:after="120"/>
        <w:jc w:val="center"/>
      </w:pPr>
      <w:r>
        <w:rPr>
          <w:rFonts w:ascii="Georgia" w:hAnsi="Georgia" w:cs="Times New Roman"/>
          <w:b/>
          <w:i w:val="0"/>
          <w:color w:val="000000"/>
          <w:sz w:val="32"/>
          <w:rtl/>
          <w:szCs w:val="44"/>
        </w:rPr>
        <w:t>אֹאַ לֹלֹ פַפַ לַהַ מַיַ הֹיַ פַוַ הד אֹ הַהַ יַוַ יוַֹד הֹ יַוֹדֹ דַוַ דַלַתַ יֹ הַיַ יַוֹדֹ הֹ</w:t>
      </w:r>
    </w:p>
    <w:p>
      <w:pPr>
        <w:spacing w:before="40" w:after="120"/>
        <w:jc w:val="both"/>
      </w:pPr>
      <w:r>
        <w:rPr>
          <w:rFonts w:ascii="Georgia" w:hAnsi="Georgia"/>
          <w:b w:val="0"/>
          <w:i w:val="0"/>
          <w:color w:val="000000"/>
          <w:sz w:val="24"/>
        </w:rPr>
        <w:t>[Имя] Эли (</w:t>
      </w:r>
      <w:r>
        <w:rPr>
          <w:rFonts w:ascii="Georgia" w:hAnsi="Georgia" w:cs="Times New Roman"/>
          <w:b/>
          <w:i w:val="0"/>
          <w:color w:val="000000"/>
          <w:sz w:val="24"/>
          <w:rtl/>
          <w:szCs w:val="32"/>
        </w:rPr>
        <w:t>אלי</w:t>
      </w:r>
      <w:r>
        <w:rPr>
          <w:rFonts w:ascii="Georgia" w:hAnsi="Georgia"/>
          <w:b w:val="0"/>
          <w:i w:val="0"/>
          <w:color w:val="000000"/>
          <w:sz w:val="24"/>
        </w:rPr>
        <w:t>) по гематрии равно 41 (</w:t>
      </w:r>
      <w:r>
        <w:rPr>
          <w:rFonts w:ascii="Georgia" w:hAnsi="Georgia" w:cs="Times New Roman"/>
          <w:b/>
          <w:i w:val="0"/>
          <w:color w:val="000000"/>
          <w:sz w:val="24"/>
          <w:rtl/>
          <w:szCs w:val="32"/>
        </w:rPr>
        <w:t>א״ם</w:t>
      </w:r>
      <w:r>
        <w:rPr>
          <w:rFonts w:ascii="Georgia" w:hAnsi="Georgia"/>
          <w:b w:val="0"/>
          <w:i w:val="0"/>
          <w:color w:val="000000"/>
          <w:sz w:val="24"/>
        </w:rPr>
        <w:t>), и оно соответствует [Имени] ЭЙЕ в наполнении его наполнения — Кетеру, находящемуся в Бине. А также в [Имени] Эли: буква алеф — от [простого Имени] ЭЙЕ; буква ламэд (</w:t>
      </w:r>
      <w:r>
        <w:rPr>
          <w:rFonts w:ascii="Georgia" w:hAnsi="Georgia" w:cs="Times New Roman"/>
          <w:b/>
          <w:i w:val="0"/>
          <w:color w:val="000000"/>
          <w:sz w:val="24"/>
          <w:rtl/>
          <w:szCs w:val="32"/>
        </w:rPr>
        <w:t>למד</w:t>
      </w:r>
      <w:r>
        <w:rPr>
          <w:rFonts w:ascii="Georgia" w:hAnsi="Georgia"/>
          <w:b w:val="0"/>
          <w:i w:val="0"/>
          <w:color w:val="000000"/>
          <w:sz w:val="24"/>
        </w:rPr>
        <w:t>) соответствует трем буквам йод из наполнения ЭЙЕ, а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соответствует десяти буквам [этого] наполнения. И так же в [Имени] АВАЯ де-САГ (</w:t>
      </w:r>
      <w:r>
        <w:rPr>
          <w:rFonts w:ascii="Georgia" w:hAnsi="Georgia" w:cs="Times New Roman"/>
          <w:b/>
          <w:i w:val="0"/>
          <w:color w:val="000000"/>
          <w:sz w:val="24"/>
          <w:rtl/>
          <w:szCs w:val="32"/>
        </w:rPr>
        <w:t>ס״ג</w:t>
      </w:r>
      <w:r>
        <w:rPr>
          <w:rFonts w:ascii="Georgia" w:hAnsi="Georgia"/>
          <w:b w:val="0"/>
          <w:i w:val="0"/>
          <w:color w:val="000000"/>
          <w:sz w:val="24"/>
        </w:rPr>
        <w:t>), которое все еще находится в ВАК де-Бина. Затем [свет обращается] к ахораим, чтобы усластить их, так как наполнение [Имени] Эли по гематрии равно 174 (</w:t>
      </w:r>
      <w:r>
        <w:rPr>
          <w:rFonts w:ascii="Georgia" w:hAnsi="Georgia" w:cs="Times New Roman"/>
          <w:b/>
          <w:i w:val="0"/>
          <w:color w:val="000000"/>
          <w:sz w:val="24"/>
          <w:rtl/>
          <w:szCs w:val="32"/>
        </w:rPr>
        <w:t>קע״ד</w:t>
      </w:r>
      <w:r>
        <w:rPr>
          <w:rFonts w:ascii="Georgia" w:hAnsi="Georgia"/>
          <w:b w:val="0"/>
          <w:i w:val="0"/>
          <w:color w:val="000000"/>
          <w:sz w:val="24"/>
        </w:rPr>
        <w:t>), подобно числу ахораим де-САГ, составляющих 166 (</w:t>
      </w:r>
      <w:r>
        <w:rPr>
          <w:rFonts w:ascii="Georgia" w:hAnsi="Georgia" w:cs="Times New Roman"/>
          <w:b/>
          <w:i w:val="0"/>
          <w:color w:val="000000"/>
          <w:sz w:val="24"/>
          <w:rtl/>
          <w:szCs w:val="32"/>
        </w:rPr>
        <w:t>קס״ו</w:t>
      </w:r>
      <w:r>
        <w:rPr>
          <w:rFonts w:ascii="Georgia" w:hAnsi="Georgia"/>
          <w:b w:val="0"/>
          <w:i w:val="0"/>
          <w:color w:val="000000"/>
          <w:sz w:val="24"/>
        </w:rPr>
        <w:t>), к которым прибавляются 8 букв из десяти, что дает 174, ведь две оставшиеся буквы приходятся на алеф и ламэд от [Имени] ЭЛЬ (</w:t>
      </w:r>
      <w:r>
        <w:rPr>
          <w:rFonts w:ascii="Georgia" w:hAnsi="Georgia" w:cs="Times New Roman"/>
          <w:b/>
          <w:i w:val="0"/>
          <w:color w:val="000000"/>
          <w:sz w:val="24"/>
          <w:rtl/>
          <w:szCs w:val="32"/>
        </w:rPr>
        <w:t>אל</w:t>
      </w:r>
      <w:r>
        <w:rPr>
          <w:rFonts w:ascii="Georgia" w:hAnsi="Georgia"/>
          <w:b w:val="0"/>
          <w:i w:val="0"/>
          <w:color w:val="000000"/>
          <w:sz w:val="24"/>
        </w:rPr>
        <w:t>). И из упомянутых 174 выходят два Имени ЭЛОКИМ, которые по гематрии равны 172 (</w:t>
      </w:r>
      <w:r>
        <w:rPr>
          <w:rFonts w:ascii="Georgia" w:hAnsi="Georgia" w:cs="Times New Roman"/>
          <w:b/>
          <w:i w:val="0"/>
          <w:color w:val="000000"/>
          <w:sz w:val="24"/>
          <w:rtl/>
          <w:szCs w:val="32"/>
        </w:rPr>
        <w:t>קע״ב</w:t>
      </w:r>
      <w:r>
        <w:rPr>
          <w:rFonts w:ascii="Georgia" w:hAnsi="Georgia"/>
          <w:b w:val="0"/>
          <w:i w:val="0"/>
          <w:color w:val="000000"/>
          <w:sz w:val="24"/>
        </w:rPr>
        <w:t>), а с двумя колелями — 174; тем самым протягивается свойство ахораим де-ЗОН, а затем [свет опускается] вниз — в то место, куда она спустилась и отделилась на своем месте. [Говорит Шмуэль: я не понял этого, ведь наполнение [Имени] Эли составляет не 174 (</w:t>
      </w:r>
      <w:r>
        <w:rPr>
          <w:rFonts w:ascii="Georgia" w:hAnsi="Georgia" w:cs="Times New Roman"/>
          <w:b/>
          <w:i w:val="0"/>
          <w:color w:val="000000"/>
          <w:sz w:val="24"/>
          <w:rtl/>
          <w:szCs w:val="32"/>
        </w:rPr>
        <w:t>קע״ד</w:t>
      </w:r>
      <w:r>
        <w:rPr>
          <w:rFonts w:ascii="Georgia" w:hAnsi="Georgia"/>
          <w:b w:val="0"/>
          <w:i w:val="0"/>
          <w:color w:val="000000"/>
          <w:sz w:val="24"/>
        </w:rPr>
        <w:t>), а лишь 164 (</w:t>
      </w:r>
      <w:r>
        <w:rPr>
          <w:rFonts w:ascii="Georgia" w:hAnsi="Georgia" w:cs="Times New Roman"/>
          <w:b/>
          <w:i w:val="0"/>
          <w:color w:val="000000"/>
          <w:sz w:val="24"/>
          <w:rtl/>
          <w:szCs w:val="32"/>
        </w:rPr>
        <w:t>קס״ד</w:t>
      </w:r>
      <w:r>
        <w:rPr>
          <w:rFonts w:ascii="Georgia" w:hAnsi="Georgia"/>
          <w:b w:val="0"/>
          <w:i w:val="0"/>
          <w:color w:val="000000"/>
          <w:sz w:val="24"/>
        </w:rPr>
        <w:t>), поскольку [Имя] Эли в полном наполнении равно 205 (</w:t>
      </w:r>
      <w:r>
        <w:rPr>
          <w:rFonts w:ascii="Georgia" w:hAnsi="Georgia" w:cs="Times New Roman"/>
          <w:b/>
          <w:i w:val="0"/>
          <w:color w:val="000000"/>
          <w:sz w:val="24"/>
          <w:rtl/>
          <w:szCs w:val="32"/>
        </w:rPr>
        <w:t>ר״ה</w:t>
      </w:r>
      <w:r>
        <w:rPr>
          <w:rFonts w:ascii="Georgia" w:hAnsi="Georgia"/>
          <w:b w:val="0"/>
          <w:i w:val="0"/>
          <w:color w:val="000000"/>
          <w:sz w:val="24"/>
        </w:rPr>
        <w:t>), следующим образом: алеф, ламэд, йод (</w:t>
      </w:r>
      <w:r>
        <w:rPr>
          <w:rFonts w:ascii="Georgia" w:hAnsi="Georgia" w:cs="Times New Roman"/>
          <w:b/>
          <w:i w:val="0"/>
          <w:color w:val="000000"/>
          <w:sz w:val="24"/>
          <w:rtl/>
          <w:szCs w:val="32"/>
        </w:rPr>
        <w:t>אלף למד יוד</w:t>
      </w:r>
      <w:r>
        <w:rPr>
          <w:rFonts w:ascii="Georgia" w:hAnsi="Georgia"/>
          <w:b w:val="0"/>
          <w:i w:val="0"/>
          <w:color w:val="000000"/>
          <w:sz w:val="24"/>
        </w:rPr>
        <w:t>); вычти отсюда число [самого Имени] Эли, равное 41 (</w:t>
      </w:r>
      <w:r>
        <w:rPr>
          <w:rFonts w:ascii="Georgia" w:hAnsi="Georgia" w:cs="Times New Roman"/>
          <w:b/>
          <w:i w:val="0"/>
          <w:color w:val="000000"/>
          <w:sz w:val="24"/>
          <w:rtl/>
          <w:szCs w:val="32"/>
        </w:rPr>
        <w:t>א״ם</w:t>
      </w:r>
      <w:r>
        <w:rPr>
          <w:rFonts w:ascii="Georgia" w:hAnsi="Georgia"/>
          <w:b w:val="0"/>
          <w:i w:val="0"/>
          <w:color w:val="000000"/>
          <w:sz w:val="24"/>
        </w:rPr>
        <w:t>), и останется 164. И это требует дальнейшего углубленного рассмотрения].</w:t>
      </w:r>
    </w:p>
    <w:p>
      <w:pPr>
        <w:spacing w:before="40" w:after="120"/>
        <w:jc w:val="both"/>
      </w:pPr>
      <w:r>
        <w:rPr>
          <w:rFonts w:ascii="Georgia" w:hAnsi="Georgia"/>
          <w:b w:val="0"/>
          <w:i w:val="0"/>
          <w:color w:val="000000"/>
          <w:sz w:val="24"/>
        </w:rPr>
        <w:t>Буквы алеф, ламэд, йод мысленно представляют следующим образом: вот, мы привлекли изобилие (</w:t>
      </w:r>
      <w:r>
        <w:rPr>
          <w:rFonts w:ascii="Georgia" w:hAnsi="Georgia"/>
          <w:b w:val="0"/>
          <w:i/>
          <w:color w:val="000000"/>
          <w:sz w:val="24"/>
        </w:rPr>
        <w:t>шефа</w:t>
      </w:r>
      <w:r>
        <w:rPr>
          <w:rFonts w:ascii="Georgia" w:hAnsi="Georgia"/>
          <w:b w:val="0"/>
          <w:i w:val="0"/>
          <w:color w:val="000000"/>
          <w:sz w:val="24"/>
        </w:rPr>
        <w:t>) жизненной силы сверху вниз, чтобы облачить [его] посредством мысленного представления букв. Алеф — 26 (</w:t>
      </w:r>
      <w:r>
        <w:rPr>
          <w:rFonts w:ascii="Georgia" w:hAnsi="Georgia" w:cs="Times New Roman"/>
          <w:b/>
          <w:i w:val="0"/>
          <w:color w:val="000000"/>
          <w:sz w:val="24"/>
          <w:rtl/>
          <w:szCs w:val="32"/>
        </w:rPr>
        <w:t>כ״ו</w:t>
      </w:r>
      <w:r>
        <w:rPr>
          <w:rFonts w:ascii="Georgia" w:hAnsi="Georgia"/>
          <w:b w:val="0"/>
          <w:i w:val="0"/>
          <w:color w:val="000000"/>
          <w:sz w:val="24"/>
        </w:rPr>
        <w:t>); ламэд — 36 (</w:t>
      </w:r>
      <w:r>
        <w:rPr>
          <w:rFonts w:ascii="Georgia" w:hAnsi="Georgia" w:cs="Times New Roman"/>
          <w:b/>
          <w:i w:val="0"/>
          <w:color w:val="000000"/>
          <w:sz w:val="24"/>
          <w:rtl/>
          <w:szCs w:val="32"/>
        </w:rPr>
        <w:t>ל״ו</w:t>
      </w:r>
      <w:r>
        <w:rPr>
          <w:rFonts w:ascii="Georgia" w:hAnsi="Georgia"/>
          <w:b w:val="0"/>
          <w:i w:val="0"/>
          <w:color w:val="000000"/>
          <w:sz w:val="24"/>
        </w:rPr>
        <w:t>), которая [состоит из букв] йод, вав и каф; а буква йод [равна 10] — и вот получается 72 (</w:t>
      </w:r>
      <w:r>
        <w:rPr>
          <w:rFonts w:ascii="Georgia" w:hAnsi="Georgia" w:cs="Times New Roman"/>
          <w:b/>
          <w:i w:val="0"/>
          <w:color w:val="000000"/>
          <w:sz w:val="24"/>
          <w:rtl/>
          <w:szCs w:val="32"/>
        </w:rPr>
        <w:t>ע״ב</w:t>
      </w:r>
      <w:r>
        <w:rPr>
          <w:rFonts w:ascii="Georgia" w:hAnsi="Georgia"/>
          <w:b w:val="0"/>
          <w:i w:val="0"/>
          <w:color w:val="000000"/>
          <w:sz w:val="24"/>
        </w:rPr>
        <w:t>), и это внутреннее по отношению к предыдущему.</w:t>
      </w:r>
    </w:p>
    <w:p>
      <w:pPr>
        <w:spacing w:before="40" w:after="120"/>
        <w:jc w:val="both"/>
      </w:pPr>
      <w:r>
        <w:rPr>
          <w:rFonts w:ascii="Georgia" w:hAnsi="Georgia"/>
          <w:b w:val="0"/>
          <w:i w:val="0"/>
          <w:color w:val="000000"/>
          <w:sz w:val="24"/>
        </w:rPr>
        <w:t xml:space="preserve">Другое мысленное представление: алеф — 20 [в оригинале: </w:t>
      </w:r>
      <w:r>
        <w:rPr>
          <w:rFonts w:ascii="Georgia" w:hAnsi="Georgia" w:cs="Times New Roman"/>
          <w:b/>
          <w:i w:val="0"/>
          <w:color w:val="000000"/>
          <w:sz w:val="24"/>
          <w:rtl/>
          <w:szCs w:val="32"/>
        </w:rPr>
        <w:t>א״כ</w:t>
      </w:r>
      <w:r>
        <w:rPr>
          <w:rFonts w:ascii="Georgia" w:hAnsi="Georgia"/>
          <w:b w:val="0"/>
          <w:i w:val="0"/>
          <w:color w:val="000000"/>
          <w:sz w:val="24"/>
        </w:rPr>
        <w:t>], ламэд — 26 (</w:t>
      </w:r>
      <w:r>
        <w:rPr>
          <w:rFonts w:ascii="Georgia" w:hAnsi="Georgia" w:cs="Times New Roman"/>
          <w:b/>
          <w:i w:val="0"/>
          <w:color w:val="000000"/>
          <w:sz w:val="24"/>
          <w:rtl/>
          <w:szCs w:val="32"/>
        </w:rPr>
        <w:t>כ״ו</w:t>
      </w:r>
      <w:r>
        <w:rPr>
          <w:rFonts w:ascii="Georgia" w:hAnsi="Georgia"/>
          <w:b w:val="0"/>
          <w:i w:val="0"/>
          <w:color w:val="000000"/>
          <w:sz w:val="24"/>
        </w:rPr>
        <w:t>), и буква йод — 26, а с колелем получается 57 (</w:t>
      </w:r>
      <w:r>
        <w:rPr>
          <w:rFonts w:ascii="Georgia" w:hAnsi="Georgia" w:cs="Times New Roman"/>
          <w:b/>
          <w:i w:val="0"/>
          <w:color w:val="000000"/>
          <w:sz w:val="24"/>
          <w:rtl/>
          <w:szCs w:val="32"/>
        </w:rPr>
        <w:t>נ״ז</w:t>
      </w:r>
      <w:r>
        <w:rPr>
          <w:rFonts w:ascii="Georgia" w:hAnsi="Georgia"/>
          <w:b w:val="0"/>
          <w:i w:val="0"/>
          <w:color w:val="000000"/>
          <w:sz w:val="24"/>
        </w:rPr>
        <w:t>); и это [Имя] АВАЯ вида йод, хэй, вав, хэй (</w:t>
      </w:r>
      <w:r>
        <w:rPr>
          <w:rFonts w:ascii="Georgia" w:hAnsi="Georgia" w:cs="Times New Roman"/>
          <w:b/>
          <w:i w:val="0"/>
          <w:color w:val="000000"/>
          <w:sz w:val="24"/>
          <w:rtl/>
          <w:szCs w:val="32"/>
        </w:rPr>
        <w:t>יו״ד ה״י ו״ו ה״ה</w:t>
      </w:r>
      <w:r>
        <w:rPr>
          <w:rFonts w:ascii="Georgia" w:hAnsi="Georgia"/>
          <w:b w:val="0"/>
          <w:i w:val="0"/>
          <w:color w:val="000000"/>
          <w:sz w:val="24"/>
        </w:rPr>
        <w:t>).</w:t>
      </w:r>
    </w:p>
    <w:p>
      <w:pPr>
        <w:spacing w:before="40" w:after="120"/>
        <w:jc w:val="both"/>
      </w:pPr>
      <w:r>
        <w:rPr>
          <w:rFonts w:ascii="Georgia" w:hAnsi="Georgia"/>
          <w:b w:val="0"/>
          <w:i w:val="0"/>
          <w:color w:val="000000"/>
          <w:sz w:val="24"/>
        </w:rPr>
        <w:t>Третье мысленное представление: алеф — 20 (</w:t>
      </w:r>
      <w:r>
        <w:rPr>
          <w:rFonts w:ascii="Georgia" w:hAnsi="Georgia" w:cs="Times New Roman"/>
          <w:b/>
          <w:i w:val="0"/>
          <w:color w:val="000000"/>
          <w:sz w:val="24"/>
          <w:rtl/>
          <w:szCs w:val="32"/>
        </w:rPr>
        <w:t>כ</w:t>
      </w:r>
      <w:r>
        <w:rPr>
          <w:rFonts w:ascii="Georgia" w:hAnsi="Georgia"/>
          <w:b w:val="0"/>
          <w:i w:val="0"/>
          <w:color w:val="000000"/>
          <w:sz w:val="24"/>
        </w:rPr>
        <w:t>), ламэд — далет и вав (</w:t>
      </w:r>
      <w:r>
        <w:rPr>
          <w:rFonts w:ascii="Georgia" w:hAnsi="Georgia" w:cs="Times New Roman"/>
          <w:b/>
          <w:i w:val="0"/>
          <w:color w:val="000000"/>
          <w:sz w:val="24"/>
          <w:rtl/>
          <w:szCs w:val="32"/>
        </w:rPr>
        <w:t>ד״ו</w:t>
      </w:r>
      <w:r>
        <w:rPr>
          <w:rFonts w:ascii="Georgia" w:hAnsi="Georgia"/>
          <w:b w:val="0"/>
          <w:i w:val="0"/>
          <w:color w:val="000000"/>
          <w:sz w:val="24"/>
        </w:rPr>
        <w:t xml:space="preserve"> = 10), а буква йод — [10], и вот получается 40 (</w:t>
      </w:r>
      <w:r>
        <w:rPr>
          <w:rFonts w:ascii="Georgia" w:hAnsi="Georgia" w:cs="Times New Roman"/>
          <w:b/>
          <w:i w:val="0"/>
          <w:color w:val="000000"/>
          <w:sz w:val="24"/>
          <w:rtl/>
          <w:szCs w:val="32"/>
        </w:rPr>
        <w:t>מ</w:t>
      </w:r>
      <w:r>
        <w:rPr>
          <w:rFonts w:ascii="Georgia" w:hAnsi="Georgia"/>
          <w:b w:val="0"/>
          <w:i w:val="0"/>
          <w:color w:val="000000"/>
          <w:sz w:val="24"/>
        </w:rPr>
        <w:t>), а с колелем — 41 (</w:t>
      </w:r>
      <w:r>
        <w:rPr>
          <w:rFonts w:ascii="Georgia" w:hAnsi="Georgia" w:cs="Times New Roman"/>
          <w:b/>
          <w:i w:val="0"/>
          <w:color w:val="000000"/>
          <w:sz w:val="24"/>
          <w:rtl/>
          <w:szCs w:val="32"/>
        </w:rPr>
        <w:t>מ״א</w:t>
      </w:r>
      <w:r>
        <w:rPr>
          <w:rFonts w:ascii="Georgia" w:hAnsi="Georgia"/>
          <w:b w:val="0"/>
          <w:i w:val="0"/>
          <w:color w:val="000000"/>
          <w:sz w:val="24"/>
        </w:rPr>
        <w:t>); ведь оно возвращается к своему первому источнику, а именно к [Имени] Эли (</w:t>
      </w:r>
      <w:r>
        <w:rPr>
          <w:rFonts w:ascii="Georgia" w:hAnsi="Georgia" w:cs="Times New Roman"/>
          <w:b/>
          <w:i w:val="0"/>
          <w:color w:val="000000"/>
          <w:sz w:val="24"/>
          <w:rtl/>
          <w:szCs w:val="32"/>
        </w:rPr>
        <w:t>אלי</w:t>
      </w:r>
      <w:r>
        <w:rPr>
          <w:rFonts w:ascii="Georgia" w:hAnsi="Georgia"/>
          <w:b w:val="0"/>
          <w:i w:val="0"/>
          <w:color w:val="000000"/>
          <w:sz w:val="24"/>
        </w:rPr>
        <w:t xml:space="preserve">), по гематрии равному 41. </w:t>
      </w:r>
      <w:r>
        <w:rPr>
          <w:rFonts w:ascii="Georgia" w:hAnsi="Georgia"/>
          <w:b/>
          <w:i w:val="0"/>
          <w:color w:val="000000"/>
          <w:sz w:val="24"/>
        </w:rPr>
        <w:t>◌</w:t>
      </w:r>
      <w:r>
        <w:rPr>
          <w:rFonts w:ascii="Georgia" w:hAnsi="Georgia" w:cs="Times New Roman"/>
          <w:b/>
          <w:i w:val="0"/>
          <w:color w:val="000000"/>
          <w:sz w:val="24"/>
          <w:rtl/>
          <w:szCs w:val="32"/>
        </w:rPr>
        <w:t>ָ</w:t>
      </w:r>
      <w:r>
        <w:rPr>
          <w:rFonts w:ascii="Georgia" w:hAnsi="Georgia"/>
          <w:b/>
          <w:i w:val="0"/>
          <w:color w:val="000000"/>
          <w:sz w:val="24"/>
        </w:rPr>
        <w:t>◌</w:t>
      </w:r>
      <w:r>
        <w:rPr>
          <w:rFonts w:ascii="Georgia" w:hAnsi="Georgia" w:cs="Times New Roman"/>
          <w:b/>
          <w:i w:val="0"/>
          <w:color w:val="000000"/>
          <w:sz w:val="24"/>
          <w:rtl/>
          <w:szCs w:val="32"/>
        </w:rPr>
        <w:t>ַ</w:t>
      </w:r>
      <w:r>
        <w:rPr>
          <w:rFonts w:ascii="Georgia" w:hAnsi="Georgia"/>
          <w:b/>
          <w:i w:val="0"/>
          <w:color w:val="000000"/>
          <w:sz w:val="24"/>
        </w:rPr>
        <w:t>◌</w:t>
      </w:r>
      <w:r>
        <w:rPr>
          <w:rFonts w:ascii="Georgia" w:hAnsi="Georgia" w:cs="Times New Roman"/>
          <w:b/>
          <w:i w:val="0"/>
          <w:color w:val="000000"/>
          <w:sz w:val="24"/>
          <w:rtl/>
          <w:szCs w:val="32"/>
        </w:rPr>
        <w:t>ֵ</w:t>
      </w:r>
      <w:r>
        <w:rPr>
          <w:rFonts w:ascii="Georgia" w:hAnsi="Georgia"/>
          <w:b w:val="0"/>
          <w:i w:val="0"/>
          <w:color w:val="000000"/>
          <w:sz w:val="24"/>
        </w:rPr>
        <w:t xml:space="preserve"> </w:t>
      </w:r>
      <w:r>
        <w:rPr>
          <w:rFonts w:ascii="Georgia" w:hAnsi="Georgia"/>
          <w:b w:val="0"/>
          <w:i/>
          <w:color w:val="000000"/>
          <w:sz w:val="24"/>
        </w:rPr>
        <w:t>ва-йо</w:t>
      </w:r>
      <w:r>
        <w:rPr>
          <w:rFonts w:ascii="Georgia" w:hAnsi="Georgia"/>
          <w:b w:val="0"/>
          <w:i w:val="0"/>
          <w:color w:val="000000"/>
          <w:sz w:val="24"/>
        </w:rPr>
        <w:t xml:space="preserve"> (</w:t>
      </w:r>
      <w:r>
        <w:rPr>
          <w:rFonts w:ascii="Georgia" w:hAnsi="Georgia" w:cs="Times New Roman"/>
          <w:b/>
          <w:i w:val="0"/>
          <w:color w:val="000000"/>
          <w:sz w:val="24"/>
          <w:rtl/>
          <w:szCs w:val="32"/>
        </w:rPr>
        <w:t>וַיוֹ</w:t>
      </w:r>
      <w:r>
        <w:rPr>
          <w:rFonts w:ascii="Georgia" w:hAnsi="Georgia"/>
          <w:b w:val="0"/>
          <w:i w:val="0"/>
          <w:color w:val="000000"/>
          <w:sz w:val="24"/>
        </w:rPr>
        <w:t>) [Примечание издателя: рав Йосеф Д. (</w:t>
      </w:r>
      <w:r>
        <w:rPr>
          <w:rFonts w:ascii="Georgia" w:hAnsi="Georgia" w:cs="Times New Roman"/>
          <w:b/>
          <w:i w:val="0"/>
          <w:color w:val="000000"/>
          <w:sz w:val="24"/>
          <w:rtl/>
          <w:szCs w:val="32"/>
        </w:rPr>
        <w:t>יוס״ד</w:t>
      </w:r>
      <w:r>
        <w:rPr>
          <w:rFonts w:ascii="Georgia" w:hAnsi="Georgia"/>
          <w:b w:val="0"/>
          <w:i w:val="0"/>
          <w:color w:val="000000"/>
          <w:sz w:val="24"/>
        </w:rPr>
        <w:t>), благословенна его память, объяснил: это формы камаца, патаха и цере. До сих пор его слова. [И далее:] оба первых — это [Имя] АВАЯ, четырехбуквенное Имя; а вместе с третьим получается 46 (</w:t>
      </w:r>
      <w:r>
        <w:rPr>
          <w:rFonts w:ascii="Georgia" w:hAnsi="Georgia" w:cs="Times New Roman"/>
          <w:b/>
          <w:i w:val="0"/>
          <w:color w:val="000000"/>
          <w:sz w:val="24"/>
          <w:rtl/>
          <w:szCs w:val="32"/>
        </w:rPr>
        <w:t>מ״ו</w:t>
      </w:r>
      <w:r>
        <w:rPr>
          <w:rFonts w:ascii="Georgia" w:hAnsi="Georgia"/>
          <w:b w:val="0"/>
          <w:i w:val="0"/>
          <w:color w:val="000000"/>
          <w:sz w:val="24"/>
        </w:rPr>
        <w:t>), что составляет наполнение [Имени] АВАЯ с йодин: первое — половина Имени, а оба... [Примечание издателя: то есть два первых мысленных представления, каждое из которых представляет собой целое Имя АВАЯ, ведь первое равно 72 (</w:t>
      </w:r>
      <w:r>
        <w:rPr>
          <w:rFonts w:ascii="Georgia" w:hAnsi="Georgia" w:cs="Times New Roman"/>
          <w:b/>
          <w:i w:val="0"/>
          <w:color w:val="000000"/>
          <w:sz w:val="24"/>
          <w:rtl/>
          <w:szCs w:val="32"/>
        </w:rPr>
        <w:t>ע״ב</w:t>
      </w:r>
      <w:r>
        <w:rPr>
          <w:rFonts w:ascii="Georgia" w:hAnsi="Georgia"/>
          <w:b w:val="0"/>
          <w:i w:val="0"/>
          <w:color w:val="000000"/>
          <w:sz w:val="24"/>
        </w:rPr>
        <w:t>), что есть четырехбуквенное Имя, наполненное йодин, а второе равно 57 (</w:t>
      </w:r>
      <w:r>
        <w:rPr>
          <w:rFonts w:ascii="Georgia" w:hAnsi="Georgia" w:cs="Times New Roman"/>
          <w:b/>
          <w:i w:val="0"/>
          <w:color w:val="000000"/>
          <w:sz w:val="24"/>
          <w:rtl/>
          <w:szCs w:val="32"/>
        </w:rPr>
        <w:t>נ״ז</w:t>
      </w:r>
      <w:r>
        <w:rPr>
          <w:rFonts w:ascii="Georgia" w:hAnsi="Georgia"/>
          <w:b w:val="0"/>
          <w:i w:val="0"/>
          <w:color w:val="000000"/>
          <w:sz w:val="24"/>
        </w:rPr>
        <w:t>), что есть четырехбуквенное Имя и т.д., тогда как третье, представляющее собой лишь наполнение, именуется «половиной Имени». И вот, первое мысленное представление содержит 6 букв: 26, 26 и йод, [а всего] 10; второе мысленное представление — 20 и 26 с йод, что составляет 4 буквы; и третье мысленное представление — тоже 4 буквы: 20, далет-вав и йод, — итого 14 букв; а их корень, то есть [Имя] Эли (</w:t>
      </w:r>
      <w:r>
        <w:rPr>
          <w:rFonts w:ascii="Georgia" w:hAnsi="Georgia" w:cs="Times New Roman"/>
          <w:b/>
          <w:i w:val="0"/>
          <w:color w:val="000000"/>
          <w:sz w:val="24"/>
          <w:rtl/>
          <w:szCs w:val="32"/>
        </w:rPr>
        <w:t>אל״י</w:t>
      </w:r>
      <w:r>
        <w:rPr>
          <w:rFonts w:ascii="Georgia" w:hAnsi="Georgia"/>
          <w:b w:val="0"/>
          <w:i w:val="0"/>
          <w:color w:val="000000"/>
          <w:sz w:val="24"/>
        </w:rPr>
        <w:t>), содержит 3 буквы, что в сумме дает 17 (</w:t>
      </w:r>
      <w:r>
        <w:rPr>
          <w:rFonts w:ascii="Georgia" w:hAnsi="Georgia" w:cs="Times New Roman"/>
          <w:b/>
          <w:i w:val="0"/>
          <w:color w:val="000000"/>
          <w:sz w:val="24"/>
          <w:rtl/>
          <w:szCs w:val="32"/>
        </w:rPr>
        <w:t>י״ז</w:t>
      </w:r>
      <w:r>
        <w:rPr>
          <w:rFonts w:ascii="Georgia" w:hAnsi="Georgia"/>
          <w:b w:val="0"/>
          <w:i w:val="0"/>
          <w:color w:val="000000"/>
          <w:sz w:val="24"/>
        </w:rPr>
        <w:t>)]. До сих пор слова рава Йосефа Д.].</w:t>
      </w:r>
    </w:p>
    <w:p>
      <w:pPr>
        <w:spacing w:before="40" w:after="120"/>
        <w:jc w:val="both"/>
      </w:pPr>
      <w:r>
        <w:rPr>
          <w:rFonts w:ascii="Georgia" w:hAnsi="Georgia"/>
          <w:b w:val="0"/>
          <w:i w:val="0"/>
          <w:color w:val="000000"/>
          <w:sz w:val="24"/>
        </w:rPr>
        <w:t>И написано еще об этом от имени рава Давида Натафа, благословенна его память, и вот его слова: «Знай, что в ахораим простого, наполненного и наполнения наполнения [Имени] ЭЙЕ с йодин содержится 184 (</w:t>
      </w:r>
      <w:r>
        <w:rPr>
          <w:rFonts w:ascii="Georgia" w:hAnsi="Georgia" w:cs="Times New Roman"/>
          <w:b/>
          <w:i w:val="0"/>
          <w:color w:val="000000"/>
          <w:sz w:val="24"/>
          <w:rtl/>
          <w:szCs w:val="32"/>
        </w:rPr>
        <w:t>קפ״ד</w:t>
      </w:r>
      <w:r>
        <w:rPr>
          <w:rFonts w:ascii="Georgia" w:hAnsi="Georgia"/>
          <w:b w:val="0"/>
          <w:i w:val="0"/>
          <w:color w:val="000000"/>
          <w:sz w:val="24"/>
        </w:rPr>
        <w:t>) буквы; а когда ты вычтешь десять букв корня, останется 174 (</w:t>
      </w:r>
      <w:r>
        <w:rPr>
          <w:rFonts w:ascii="Georgia" w:hAnsi="Georgia" w:cs="Times New Roman"/>
          <w:b/>
          <w:i w:val="0"/>
          <w:color w:val="000000"/>
          <w:sz w:val="24"/>
          <w:rtl/>
          <w:szCs w:val="32"/>
        </w:rPr>
        <w:t>קע״ד</w:t>
      </w:r>
      <w:r>
        <w:rPr>
          <w:rFonts w:ascii="Georgia" w:hAnsi="Georgia"/>
          <w:b w:val="0"/>
          <w:i w:val="0"/>
          <w:color w:val="000000"/>
          <w:sz w:val="24"/>
        </w:rPr>
        <w:t>). И вот, в первом и во втором мысленных представлениях в каждом из них есть [Имя] АВАЯ — либо в начертании буквы алеф, либо в начертании буквы ламэд. Однако в третьем мысленном представлении в начертании буквы алеф есть только 20 (</w:t>
      </w:r>
      <w:r>
        <w:rPr>
          <w:rFonts w:ascii="Georgia" w:hAnsi="Georgia" w:cs="Times New Roman"/>
          <w:b/>
          <w:i w:val="0"/>
          <w:color w:val="000000"/>
          <w:sz w:val="24"/>
          <w:rtl/>
          <w:szCs w:val="32"/>
        </w:rPr>
        <w:t>ך</w:t>
      </w:r>
      <w:r>
        <w:rPr>
          <w:rFonts w:ascii="Georgia" w:hAnsi="Georgia"/>
          <w:b w:val="0"/>
          <w:i w:val="0"/>
          <w:color w:val="000000"/>
          <w:sz w:val="24"/>
        </w:rPr>
        <w:t>); и при соединении их с [Именем] АВАЯ из двух первых мысленных представлений получается 46 (</w:t>
      </w:r>
      <w:r>
        <w:rPr>
          <w:rFonts w:ascii="Georgia" w:hAnsi="Georgia" w:cs="Times New Roman"/>
          <w:b/>
          <w:i w:val="0"/>
          <w:color w:val="000000"/>
          <w:sz w:val="24"/>
          <w:rtl/>
          <w:szCs w:val="32"/>
        </w:rPr>
        <w:t>מ״ו</w:t>
      </w:r>
      <w:r>
        <w:rPr>
          <w:rFonts w:ascii="Georgia" w:hAnsi="Georgia"/>
          <w:b w:val="0"/>
          <w:i w:val="0"/>
          <w:color w:val="000000"/>
          <w:sz w:val="24"/>
        </w:rPr>
        <w:t>), что соответствует числу наполнения АБ (72). А в третьем мысленном представлении буква ламэд имеет начертание далет и вав (</w:t>
      </w:r>
      <w:r>
        <w:rPr>
          <w:rFonts w:ascii="Georgia" w:hAnsi="Georgia" w:cs="Times New Roman"/>
          <w:b/>
          <w:i w:val="0"/>
          <w:color w:val="000000"/>
          <w:sz w:val="24"/>
          <w:rtl/>
          <w:szCs w:val="32"/>
        </w:rPr>
        <w:t>ד״ו</w:t>
      </w:r>
      <w:r>
        <w:rPr>
          <w:rFonts w:ascii="Georgia" w:hAnsi="Georgia"/>
          <w:b w:val="0"/>
          <w:i w:val="0"/>
          <w:color w:val="000000"/>
          <w:sz w:val="24"/>
        </w:rPr>
        <w:t>), число которых 10 (</w:t>
      </w:r>
      <w:r>
        <w:rPr>
          <w:rFonts w:ascii="Georgia" w:hAnsi="Georgia" w:cs="Times New Roman"/>
          <w:b/>
          <w:i w:val="0"/>
          <w:color w:val="000000"/>
          <w:sz w:val="24"/>
          <w:rtl/>
          <w:szCs w:val="32"/>
        </w:rPr>
        <w:t>י</w:t>
      </w:r>
      <w:r>
        <w:rPr>
          <w:rFonts w:ascii="Georgia" w:hAnsi="Georgia"/>
          <w:b w:val="0"/>
          <w:i w:val="0"/>
          <w:color w:val="000000"/>
          <w:sz w:val="24"/>
        </w:rPr>
        <w:t>), а форма их — [буква] хэй (</w:t>
      </w:r>
      <w:r>
        <w:rPr>
          <w:rFonts w:ascii="Georgia" w:hAnsi="Georgia" w:cs="Times New Roman"/>
          <w:b/>
          <w:i w:val="0"/>
          <w:color w:val="000000"/>
          <w:sz w:val="24"/>
          <w:rtl/>
          <w:szCs w:val="32"/>
        </w:rPr>
        <w:t>ה</w:t>
      </w:r>
      <w:r>
        <w:rPr>
          <w:rFonts w:ascii="Georgia" w:hAnsi="Georgia"/>
          <w:b w:val="0"/>
          <w:i w:val="0"/>
          <w:color w:val="000000"/>
          <w:sz w:val="24"/>
        </w:rPr>
        <w:t>), и вот [получается] половина Имени; а вместе с двумя буквами далет и вав получается 17 (</w:t>
      </w:r>
      <w:r>
        <w:rPr>
          <w:rFonts w:ascii="Georgia" w:hAnsi="Georgia" w:cs="Times New Roman"/>
          <w:b/>
          <w:i w:val="0"/>
          <w:color w:val="000000"/>
          <w:sz w:val="24"/>
          <w:rtl/>
          <w:szCs w:val="32"/>
        </w:rPr>
        <w:t>י״ז</w:t>
      </w:r>
      <w:r>
        <w:rPr>
          <w:rFonts w:ascii="Georgia" w:hAnsi="Georgia"/>
          <w:b w:val="0"/>
          <w:i w:val="0"/>
          <w:color w:val="000000"/>
          <w:sz w:val="24"/>
        </w:rPr>
        <w:t>), что соответствует числу [Имени] ЭХВА (</w:t>
      </w:r>
      <w:r>
        <w:rPr>
          <w:rFonts w:ascii="Georgia" w:hAnsi="Georgia" w:cs="Times New Roman"/>
          <w:b/>
          <w:i w:val="0"/>
          <w:color w:val="000000"/>
          <w:sz w:val="24"/>
          <w:rtl/>
          <w:szCs w:val="32"/>
        </w:rPr>
        <w:t>אהו״ה</w:t>
      </w:r>
      <w:r>
        <w:rPr>
          <w:rFonts w:ascii="Georgia" w:hAnsi="Georgia"/>
          <w:b w:val="0"/>
          <w:i w:val="0"/>
          <w:color w:val="000000"/>
          <w:sz w:val="24"/>
        </w:rPr>
        <w:t xml:space="preserve"> = 17) — Имени Даат. Вот как все они вышли из Имени Эли (</w:t>
      </w:r>
      <w:r>
        <w:rPr>
          <w:rFonts w:ascii="Georgia" w:hAnsi="Georgia" w:cs="Times New Roman"/>
          <w:b/>
          <w:i w:val="0"/>
          <w:color w:val="000000"/>
          <w:sz w:val="24"/>
          <w:rtl/>
          <w:szCs w:val="32"/>
        </w:rPr>
        <w:t>אלי</w:t>
      </w:r>
      <w:r>
        <w:rPr>
          <w:rFonts w:ascii="Georgia" w:hAnsi="Georgia"/>
          <w:b w:val="0"/>
          <w:i w:val="0"/>
          <w:color w:val="000000"/>
          <w:sz w:val="24"/>
        </w:rPr>
        <w:t>), которое по гематрии с колелем равно 42 (</w:t>
      </w:r>
      <w:r>
        <w:rPr>
          <w:rFonts w:ascii="Georgia" w:hAnsi="Georgia" w:cs="Times New Roman"/>
          <w:b/>
          <w:i w:val="0"/>
          <w:color w:val="000000"/>
          <w:sz w:val="24"/>
          <w:rtl/>
          <w:szCs w:val="32"/>
        </w:rPr>
        <w:t>מ״ב</w:t>
      </w:r>
      <w:r>
        <w:rPr>
          <w:rFonts w:ascii="Georgia" w:hAnsi="Georgia"/>
          <w:b w:val="0"/>
          <w:i w:val="0"/>
          <w:color w:val="000000"/>
          <w:sz w:val="24"/>
        </w:rPr>
        <w:t>), как число [огласовок] камац, патах и цере. А также их форма: вав-йод, вав, йод, йод (</w:t>
      </w:r>
      <w:r>
        <w:rPr>
          <w:rFonts w:ascii="Georgia" w:hAnsi="Georgia" w:cs="Times New Roman"/>
          <w:b/>
          <w:i w:val="0"/>
          <w:color w:val="000000"/>
          <w:sz w:val="24"/>
          <w:rtl/>
          <w:szCs w:val="32"/>
        </w:rPr>
        <w:t>ו״י ו׳ י׳ י</w:t>
      </w:r>
      <w:r>
        <w:rPr>
          <w:rFonts w:ascii="Georgia" w:hAnsi="Georgia"/>
          <w:b w:val="0"/>
          <w:i w:val="0"/>
          <w:color w:val="000000"/>
          <w:sz w:val="24"/>
        </w:rPr>
        <w:t>), что по гематрии составляет 42; и само произношение их порождает соответствующую им огласовку, и они по гематрии равны 42, как число Имени Эли с колелем». До сих пор слова упомянутого рава].</w:t>
      </w:r>
    </w:p>
    <w:p>
      <w:pPr>
        <w:spacing w:before="40" w:after="120"/>
        <w:jc w:val="both"/>
      </w:pPr>
      <w:r>
        <w:rPr>
          <w:rFonts w:ascii="Georgia" w:hAnsi="Georgia"/>
          <w:b w:val="0"/>
          <w:i w:val="0"/>
          <w:color w:val="000000"/>
          <w:sz w:val="24"/>
        </w:rPr>
        <w:t>Они составляют полное Имя и восходят к 17 (</w:t>
      </w:r>
      <w:r>
        <w:rPr>
          <w:rFonts w:ascii="Georgia" w:hAnsi="Georgia" w:cs="Times New Roman"/>
          <w:b/>
          <w:i w:val="0"/>
          <w:color w:val="000000"/>
          <w:sz w:val="24"/>
          <w:rtl/>
          <w:szCs w:val="32"/>
        </w:rPr>
        <w:t>י״ז</w:t>
      </w:r>
      <w:r>
        <w:rPr>
          <w:rFonts w:ascii="Georgia" w:hAnsi="Georgia"/>
          <w:b w:val="0"/>
          <w:i w:val="0"/>
          <w:color w:val="000000"/>
          <w:sz w:val="24"/>
        </w:rPr>
        <w:t xml:space="preserve">), что по гематрии равно слову </w:t>
      </w:r>
      <w:r>
        <w:rPr>
          <w:rFonts w:ascii="Georgia" w:hAnsi="Georgia"/>
          <w:b w:val="0"/>
          <w:i/>
          <w:color w:val="000000"/>
          <w:sz w:val="24"/>
        </w:rPr>
        <w:t>тов</w:t>
      </w:r>
      <w:r>
        <w:rPr>
          <w:rFonts w:ascii="Georgia" w:hAnsi="Georgia"/>
          <w:b w:val="0"/>
          <w:i w:val="0"/>
          <w:color w:val="000000"/>
          <w:sz w:val="24"/>
        </w:rPr>
        <w:t xml:space="preserve"> («благо», </w:t>
      </w:r>
      <w:r>
        <w:rPr>
          <w:rFonts w:ascii="Georgia" w:hAnsi="Georgia" w:cs="Times New Roman"/>
          <w:b/>
          <w:i w:val="0"/>
          <w:color w:val="000000"/>
          <w:sz w:val="24"/>
          <w:rtl/>
          <w:szCs w:val="32"/>
        </w:rPr>
        <w:t>טוֹב</w:t>
      </w:r>
      <w:r>
        <w:rPr>
          <w:rFonts w:ascii="Georgia" w:hAnsi="Georgia"/>
          <w:b w:val="0"/>
          <w:i w:val="0"/>
          <w:color w:val="000000"/>
          <w:sz w:val="24"/>
        </w:rPr>
        <w:t>), а с колелем — 18 (</w:t>
      </w:r>
      <w:r>
        <w:rPr>
          <w:rFonts w:ascii="Georgia" w:hAnsi="Georgia" w:cs="Times New Roman"/>
          <w:b/>
          <w:i w:val="0"/>
          <w:color w:val="000000"/>
          <w:sz w:val="24"/>
          <w:rtl/>
          <w:szCs w:val="32"/>
        </w:rPr>
        <w:t>י״ח</w:t>
      </w:r>
      <w:r>
        <w:rPr>
          <w:rFonts w:ascii="Georgia" w:hAnsi="Georgia"/>
          <w:b w:val="0"/>
          <w:i w:val="0"/>
          <w:color w:val="000000"/>
          <w:sz w:val="24"/>
        </w:rPr>
        <w:t xml:space="preserve">); и нисходит [свет] до Есода, находящегося в Хохме, что есть тайна Даат, протягивающего [свет] от Хохмы к Есоду, который в ней; и об этом сказано о Моше: </w:t>
      </w:r>
      <w:r>
        <w:rPr>
          <w:rFonts w:ascii="Georgia" w:hAnsi="Georgia"/>
          <w:b w:val="0"/>
          <w:i/>
          <w:color w:val="000000"/>
          <w:sz w:val="24"/>
        </w:rPr>
        <w:t>«И где же он?»</w:t>
      </w:r>
      <w:r>
        <w:rPr>
          <w:rFonts w:ascii="Georgia" w:hAnsi="Georgia"/>
          <w:b w:val="0"/>
          <w:i w:val="0"/>
          <w:color w:val="000000"/>
          <w:sz w:val="24"/>
        </w:rPr>
        <w:t xml:space="preserve"> (Шмот 2:20). Камац (</w:t>
      </w:r>
      <w:r>
        <w:rPr>
          <w:rFonts w:ascii="Georgia" w:hAnsi="Georgia" w:cs="Times New Roman"/>
          <w:b/>
          <w:i w:val="0"/>
          <w:color w:val="000000"/>
          <w:sz w:val="24"/>
          <w:rtl/>
          <w:szCs w:val="32"/>
        </w:rPr>
        <w:t>קמ״ץ</w:t>
      </w:r>
      <w:r>
        <w:rPr>
          <w:rFonts w:ascii="Georgia" w:hAnsi="Georgia"/>
          <w:b w:val="0"/>
          <w:i w:val="0"/>
          <w:color w:val="000000"/>
          <w:sz w:val="24"/>
        </w:rPr>
        <w:t>) по гематрии равен 230 (</w:t>
      </w:r>
      <w:r>
        <w:rPr>
          <w:rFonts w:ascii="Georgia" w:hAnsi="Georgia" w:cs="Times New Roman"/>
          <w:b/>
          <w:i w:val="0"/>
          <w:color w:val="000000"/>
          <w:sz w:val="24"/>
          <w:rtl/>
          <w:szCs w:val="32"/>
        </w:rPr>
        <w:t>ר״ל</w:t>
      </w:r>
      <w:r>
        <w:rPr>
          <w:rFonts w:ascii="Georgia" w:hAnsi="Georgia"/>
          <w:b w:val="0"/>
          <w:i w:val="0"/>
          <w:color w:val="000000"/>
          <w:sz w:val="24"/>
        </w:rPr>
        <w:t>), а с тремя буквами [этого слова] составляет 233 (</w:t>
      </w:r>
      <w:r>
        <w:rPr>
          <w:rFonts w:ascii="Georgia" w:hAnsi="Georgia" w:cs="Times New Roman"/>
          <w:b/>
          <w:i w:val="0"/>
          <w:color w:val="000000"/>
          <w:sz w:val="24"/>
          <w:rtl/>
          <w:szCs w:val="32"/>
        </w:rPr>
        <w:t>רג״ל</w:t>
      </w:r>
      <w:r>
        <w:rPr>
          <w:rFonts w:ascii="Georgia" w:hAnsi="Georgia"/>
          <w:b w:val="0"/>
          <w:i w:val="0"/>
          <w:color w:val="000000"/>
          <w:sz w:val="24"/>
        </w:rPr>
        <w:t>); и это [сумма Имен] АВАЯ и ЭЙЕ с йодин. Намерение же здесь состоит в том, что Даат привлек все это от Хохмы к Бине.</w:t>
      </w:r>
    </w:p>
    <w:p>
      <w:pPr>
        <w:spacing w:before="40" w:after="120"/>
        <w:jc w:val="both"/>
      </w:pPr>
      <w:r>
        <w:rPr>
          <w:rFonts w:ascii="Georgia" w:hAnsi="Georgia"/>
          <w:b w:val="0"/>
          <w:i w:val="0"/>
          <w:color w:val="000000"/>
          <w:sz w:val="24"/>
        </w:rPr>
        <w:t xml:space="preserve">Патах по гематрии равен [сумме] АВАЯ с йодин (АБ, 72) и ЭЙЕ с хэйин (151, </w:t>
      </w:r>
      <w:r>
        <w:rPr>
          <w:rFonts w:ascii="Georgia" w:hAnsi="Georgia" w:cs="Times New Roman"/>
          <w:b/>
          <w:i w:val="0"/>
          <w:color w:val="000000"/>
          <w:sz w:val="24"/>
          <w:rtl/>
          <w:szCs w:val="32"/>
        </w:rPr>
        <w:t>קנ״א</w:t>
      </w:r>
      <w:r>
        <w:rPr>
          <w:rFonts w:ascii="Georgia" w:hAnsi="Georgia"/>
          <w:b w:val="0"/>
          <w:i w:val="0"/>
          <w:color w:val="000000"/>
          <w:sz w:val="24"/>
        </w:rPr>
        <w:t>), что составляет 223 (</w:t>
      </w:r>
      <w:r>
        <w:rPr>
          <w:rFonts w:ascii="Georgia" w:hAnsi="Georgia" w:cs="Times New Roman"/>
          <w:b/>
          <w:i w:val="0"/>
          <w:color w:val="000000"/>
          <w:sz w:val="24"/>
          <w:rtl/>
          <w:szCs w:val="32"/>
        </w:rPr>
        <w:t>רכ״ג</w:t>
      </w:r>
      <w:r>
        <w:rPr>
          <w:rFonts w:ascii="Georgia" w:hAnsi="Georgia"/>
          <w:b w:val="0"/>
          <w:i w:val="0"/>
          <w:color w:val="000000"/>
          <w:sz w:val="24"/>
        </w:rPr>
        <w:t>); вместе же с упомянутыми 233 получается 456 (</w:t>
      </w:r>
      <w:r>
        <w:rPr>
          <w:rFonts w:ascii="Georgia" w:hAnsi="Georgia" w:cs="Times New Roman"/>
          <w:b/>
          <w:i w:val="0"/>
          <w:color w:val="000000"/>
          <w:sz w:val="24"/>
          <w:rtl/>
          <w:szCs w:val="32"/>
        </w:rPr>
        <w:t>תנ״ו</w:t>
      </w:r>
      <w:r>
        <w:rPr>
          <w:rFonts w:ascii="Georgia" w:hAnsi="Georgia"/>
          <w:b w:val="0"/>
          <w:i w:val="0"/>
          <w:color w:val="000000"/>
          <w:sz w:val="24"/>
        </w:rPr>
        <w:t>), а с 32 путями [мудрости], являющимися 32 [упоминаниями Имени] ЭЛОКИМ в деянии Начала (Берешит), получается число [слова] патах (</w:t>
      </w:r>
      <w:r>
        <w:rPr>
          <w:rFonts w:ascii="Georgia" w:hAnsi="Georgia" w:cs="Times New Roman"/>
          <w:b/>
          <w:i w:val="0"/>
          <w:color w:val="000000"/>
          <w:sz w:val="24"/>
          <w:rtl/>
          <w:szCs w:val="32"/>
        </w:rPr>
        <w:t>פֶּתַח</w:t>
      </w:r>
      <w:r>
        <w:rPr>
          <w:rFonts w:ascii="Georgia" w:hAnsi="Georgia"/>
          <w:b w:val="0"/>
          <w:i w:val="0"/>
          <w:color w:val="000000"/>
          <w:sz w:val="24"/>
        </w:rPr>
        <w:t xml:space="preserve"> = 488). И в этом тайна [сказанного]: «Воздайте славу Б-гу нашему».</w:t>
      </w:r>
    </w:p>
    <w:p>
      <w:pPr>
        <w:spacing w:before="40" w:after="120"/>
        <w:jc w:val="both"/>
      </w:pPr>
      <w:r>
        <w:rPr>
          <w:rFonts w:ascii="Georgia" w:hAnsi="Georgia"/>
          <w:b w:val="0"/>
          <w:i w:val="0"/>
          <w:color w:val="000000"/>
          <w:sz w:val="24"/>
        </w:rPr>
        <w:t xml:space="preserve">[Говорит Шмуэль: смысл в том, что слово </w:t>
      </w:r>
      <w:r>
        <w:rPr>
          <w:rFonts w:ascii="Georgia" w:hAnsi="Georgia"/>
          <w:b w:val="0"/>
          <w:i/>
          <w:color w:val="000000"/>
          <w:sz w:val="24"/>
        </w:rPr>
        <w:t>кавод</w:t>
      </w:r>
      <w:r>
        <w:rPr>
          <w:rFonts w:ascii="Georgia" w:hAnsi="Georgia"/>
          <w:b w:val="0"/>
          <w:i w:val="0"/>
          <w:color w:val="000000"/>
          <w:sz w:val="24"/>
        </w:rPr>
        <w:t xml:space="preserve"> («слава», </w:t>
      </w:r>
      <w:r>
        <w:rPr>
          <w:rFonts w:ascii="Georgia" w:hAnsi="Georgia" w:cs="Times New Roman"/>
          <w:b/>
          <w:i w:val="0"/>
          <w:color w:val="000000"/>
          <w:sz w:val="24"/>
          <w:rtl/>
          <w:szCs w:val="32"/>
        </w:rPr>
        <w:t>כָּבוֹד</w:t>
      </w:r>
      <w:r>
        <w:rPr>
          <w:rFonts w:ascii="Georgia" w:hAnsi="Georgia"/>
          <w:b w:val="0"/>
          <w:i w:val="0"/>
          <w:color w:val="000000"/>
          <w:sz w:val="24"/>
        </w:rPr>
        <w:t>) по гематрии равно 32 (</w:t>
      </w:r>
      <w:r>
        <w:rPr>
          <w:rFonts w:ascii="Georgia" w:hAnsi="Georgia" w:cs="Times New Roman"/>
          <w:b/>
          <w:i w:val="0"/>
          <w:color w:val="000000"/>
          <w:sz w:val="24"/>
          <w:rtl/>
          <w:szCs w:val="32"/>
        </w:rPr>
        <w:t>ל״ב</w:t>
      </w:r>
      <w:r>
        <w:rPr>
          <w:rFonts w:ascii="Georgia" w:hAnsi="Georgia"/>
          <w:b w:val="0"/>
          <w:i w:val="0"/>
          <w:color w:val="000000"/>
          <w:sz w:val="24"/>
        </w:rPr>
        <w:t>), и в этом значение [сочетания] «воздайте славу» (</w:t>
      </w:r>
      <w:r>
        <w:rPr>
          <w:rFonts w:ascii="Georgia" w:hAnsi="Georgia" w:cs="Times New Roman"/>
          <w:b/>
          <w:i w:val="0"/>
          <w:color w:val="000000"/>
          <w:sz w:val="24"/>
          <w:rtl/>
          <w:szCs w:val="32"/>
        </w:rPr>
        <w:t>תְּנוּ כָבוֹד</w:t>
      </w:r>
      <w:r>
        <w:rPr>
          <w:rFonts w:ascii="Georgia" w:hAnsi="Georgia"/>
          <w:b w:val="0"/>
          <w:i w:val="0"/>
          <w:color w:val="000000"/>
          <w:sz w:val="24"/>
        </w:rPr>
        <w:t>)].</w:t>
      </w:r>
    </w:p>
    <w:p>
      <w:pPr>
        <w:spacing w:before="40" w:after="120"/>
        <w:jc w:val="both"/>
      </w:pPr>
      <w:r>
        <w:rPr>
          <w:rFonts w:ascii="Georgia" w:hAnsi="Georgia"/>
          <w:b w:val="0"/>
          <w:i w:val="0"/>
          <w:color w:val="000000"/>
          <w:sz w:val="24"/>
        </w:rPr>
        <w:t>Цере (</w:t>
      </w:r>
      <w:r>
        <w:rPr>
          <w:rFonts w:ascii="Georgia" w:hAnsi="Georgia" w:cs="Times New Roman"/>
          <w:b/>
          <w:i w:val="0"/>
          <w:color w:val="000000"/>
          <w:sz w:val="24"/>
          <w:rtl/>
          <w:szCs w:val="32"/>
        </w:rPr>
        <w:t>צר״י</w:t>
      </w:r>
      <w:r>
        <w:rPr>
          <w:rFonts w:ascii="Georgia" w:hAnsi="Georgia"/>
          <w:b w:val="0"/>
          <w:i w:val="0"/>
          <w:color w:val="000000"/>
          <w:sz w:val="24"/>
        </w:rPr>
        <w:t>) по гематрии равен 300 (</w:t>
      </w:r>
      <w:r>
        <w:rPr>
          <w:rFonts w:ascii="Georgia" w:hAnsi="Georgia" w:cs="Times New Roman"/>
          <w:b/>
          <w:i w:val="0"/>
          <w:color w:val="000000"/>
          <w:sz w:val="24"/>
          <w:rtl/>
          <w:szCs w:val="32"/>
        </w:rPr>
        <w:t>ש</w:t>
      </w:r>
      <w:r>
        <w:rPr>
          <w:rFonts w:ascii="Georgia" w:hAnsi="Georgia"/>
          <w:b w:val="0"/>
          <w:i w:val="0"/>
          <w:color w:val="000000"/>
          <w:sz w:val="24"/>
        </w:rPr>
        <w:t>); и это [сумма Имен] ЭЙЕ с йодин — 161 (</w:t>
      </w:r>
      <w:r>
        <w:rPr>
          <w:rFonts w:ascii="Georgia" w:hAnsi="Georgia" w:cs="Times New Roman"/>
          <w:b/>
          <w:i w:val="0"/>
          <w:color w:val="000000"/>
          <w:sz w:val="24"/>
          <w:rtl/>
          <w:szCs w:val="32"/>
        </w:rPr>
        <w:t>קס״א</w:t>
      </w:r>
      <w:r>
        <w:rPr>
          <w:rFonts w:ascii="Georgia" w:hAnsi="Georgia"/>
          <w:b w:val="0"/>
          <w:i w:val="0"/>
          <w:color w:val="000000"/>
          <w:sz w:val="24"/>
        </w:rPr>
        <w:t>) и ЭЙЕ с алефин — 143 (</w:t>
      </w:r>
      <w:r>
        <w:rPr>
          <w:rFonts w:ascii="Georgia" w:hAnsi="Georgia" w:cs="Times New Roman"/>
          <w:b/>
          <w:i w:val="0"/>
          <w:color w:val="000000"/>
          <w:sz w:val="24"/>
          <w:rtl/>
          <w:szCs w:val="32"/>
        </w:rPr>
        <w:t>קמ״ג</w:t>
      </w:r>
      <w:r>
        <w:rPr>
          <w:rFonts w:ascii="Georgia" w:hAnsi="Georgia"/>
          <w:b w:val="0"/>
          <w:i w:val="0"/>
          <w:color w:val="000000"/>
          <w:sz w:val="24"/>
        </w:rPr>
        <w:t>), которые в сумме восходят по гематрии к 304 (</w:t>
      </w:r>
      <w:r>
        <w:rPr>
          <w:rFonts w:ascii="Georgia" w:hAnsi="Georgia" w:cs="Times New Roman"/>
          <w:b/>
          <w:i w:val="0"/>
          <w:color w:val="000000"/>
          <w:sz w:val="24"/>
          <w:rtl/>
          <w:szCs w:val="32"/>
        </w:rPr>
        <w:t>ש״ד</w:t>
      </w:r>
      <w:r>
        <w:rPr>
          <w:rFonts w:ascii="Georgia" w:hAnsi="Georgia"/>
          <w:b w:val="0"/>
          <w:i w:val="0"/>
          <w:color w:val="000000"/>
          <w:sz w:val="24"/>
        </w:rPr>
        <w:t>), что соответствует числу [слова] цере вместе с тремя его буквами и самим словом.</w:t>
      </w:r>
    </w:p>
    <w:p>
      <w:pPr>
        <w:keepNext/>
        <w:spacing w:before="320" w:after="120"/>
      </w:pPr>
      <w:r>
        <w:rPr>
          <w:rFonts w:ascii="Georgia" w:hAnsi="Georgia"/>
          <w:b w:val="0"/>
          <w:i w:val="0"/>
          <w:color w:val="000000"/>
          <w:sz w:val="32"/>
        </w:rPr>
        <w:t>Ихуд 47</w:t>
      </w:r>
    </w:p>
    <w:p>
      <w:pPr>
        <w:spacing w:before="40" w:after="120"/>
        <w:jc w:val="both"/>
      </w:pPr>
      <w:r>
        <w:rPr>
          <w:rFonts w:ascii="Georgia" w:hAnsi="Georgia"/>
          <w:b w:val="0"/>
          <w:i w:val="0"/>
          <w:color w:val="000000"/>
          <w:sz w:val="24"/>
        </w:rPr>
        <w:t>Рабби Элиэзера Фалькона, благословенной памяти:</w:t>
      </w:r>
    </w:p>
    <w:p>
      <w:pPr>
        <w:spacing w:before="40" w:after="120"/>
        <w:jc w:val="both"/>
      </w:pPr>
      <w:r>
        <w:rPr>
          <w:rFonts w:ascii="Georgia" w:hAnsi="Georgia"/>
          <w:b w:val="0"/>
          <w:i/>
          <w:color w:val="000000"/>
          <w:sz w:val="24"/>
        </w:rPr>
        <w:t>«Благословен Г-сподь день за днем; возлагает на нас [бремя] Б-г — спасение наше вовек»</w:t>
      </w:r>
      <w:r>
        <w:rPr>
          <w:rFonts w:ascii="Georgia" w:hAnsi="Georgia"/>
          <w:b w:val="0"/>
          <w:i w:val="0"/>
          <w:color w:val="000000"/>
          <w:sz w:val="24"/>
        </w:rPr>
        <w:t xml:space="preserve"> (Теилим 68:20).</w:t>
      </w:r>
    </w:p>
    <w:p>
      <w:pPr>
        <w:spacing w:before="40" w:after="120"/>
        <w:jc w:val="both"/>
      </w:pPr>
      <w:r>
        <w:rPr>
          <w:rFonts w:ascii="Georgia" w:hAnsi="Georgia"/>
          <w:b w:val="0"/>
          <w:i w:val="0"/>
          <w:color w:val="000000"/>
          <w:sz w:val="24"/>
        </w:rPr>
        <w:t>Начальные буквы составляют 32 (</w:t>
      </w:r>
      <w:r>
        <w:rPr>
          <w:rFonts w:ascii="Georgia" w:hAnsi="Georgia" w:cs="Times New Roman"/>
          <w:b/>
          <w:i w:val="0"/>
          <w:color w:val="000000"/>
          <w:sz w:val="24"/>
          <w:rtl/>
          <w:szCs w:val="32"/>
        </w:rPr>
        <w:t>ל״ב</w:t>
      </w:r>
      <w:r>
        <w:rPr>
          <w:rFonts w:ascii="Georgia" w:hAnsi="Georgia"/>
          <w:b w:val="0"/>
          <w:i w:val="0"/>
          <w:color w:val="000000"/>
          <w:sz w:val="24"/>
        </w:rPr>
        <w:t xml:space="preserve">) [по буквам] </w:t>
      </w:r>
      <w:r>
        <w:rPr>
          <w:rFonts w:ascii="Georgia" w:hAnsi="Georgia"/>
          <w:b w:val="0"/>
          <w:i/>
          <w:color w:val="000000"/>
          <w:sz w:val="24"/>
        </w:rPr>
        <w:t>бэт-йод-йод-йод</w:t>
      </w:r>
      <w:r>
        <w:rPr>
          <w:rFonts w:ascii="Georgia" w:hAnsi="Georgia"/>
          <w:b w:val="0"/>
          <w:i w:val="0"/>
          <w:color w:val="000000"/>
          <w:sz w:val="24"/>
        </w:rPr>
        <w:t xml:space="preserve"> (</w:t>
      </w:r>
      <w:r>
        <w:rPr>
          <w:rFonts w:ascii="Georgia" w:hAnsi="Georgia" w:cs="Times New Roman"/>
          <w:b/>
          <w:i w:val="0"/>
          <w:color w:val="000000"/>
          <w:sz w:val="24"/>
          <w:rtl/>
          <w:szCs w:val="32"/>
        </w:rPr>
        <w:t>בייי</w:t>
      </w:r>
      <w:r>
        <w:rPr>
          <w:rFonts w:ascii="Georgia" w:hAnsi="Georgia"/>
          <w:b w:val="0"/>
          <w:i w:val="0"/>
          <w:color w:val="000000"/>
          <w:sz w:val="24"/>
        </w:rPr>
        <w:t>), что соответствует 28 (</w:t>
      </w:r>
      <w:r>
        <w:rPr>
          <w:rFonts w:ascii="Georgia" w:hAnsi="Georgia" w:cs="Times New Roman"/>
          <w:b/>
          <w:i w:val="0"/>
          <w:color w:val="000000"/>
          <w:sz w:val="24"/>
          <w:rtl/>
          <w:szCs w:val="32"/>
        </w:rPr>
        <w:t>כ״ח</w:t>
      </w:r>
      <w:r>
        <w:rPr>
          <w:rFonts w:ascii="Georgia" w:hAnsi="Georgia"/>
          <w:b w:val="0"/>
          <w:i w:val="0"/>
          <w:color w:val="000000"/>
          <w:sz w:val="24"/>
        </w:rPr>
        <w:t xml:space="preserve">) буквам наполнения наполнения Имени АВАЯ с наполнением МА и четырем буквам </w:t>
      </w:r>
      <w:r>
        <w:rPr>
          <w:rFonts w:ascii="Georgia" w:hAnsi="Georgia"/>
          <w:b w:val="0"/>
          <w:i/>
          <w:color w:val="000000"/>
          <w:sz w:val="24"/>
        </w:rPr>
        <w:t>бэт-йод-йод-йод</w:t>
      </w:r>
      <w:r>
        <w:rPr>
          <w:rFonts w:ascii="Georgia" w:hAnsi="Georgia"/>
          <w:b w:val="0"/>
          <w:i w:val="0"/>
          <w:color w:val="000000"/>
          <w:sz w:val="24"/>
        </w:rPr>
        <w:t xml:space="preserve"> (</w:t>
      </w:r>
      <w:r>
        <w:rPr>
          <w:rFonts w:ascii="Georgia" w:hAnsi="Georgia" w:cs="Times New Roman"/>
          <w:b/>
          <w:i w:val="0"/>
          <w:color w:val="000000"/>
          <w:sz w:val="24"/>
          <w:rtl/>
          <w:szCs w:val="32"/>
        </w:rPr>
        <w:t>ביי״י</w:t>
      </w:r>
      <w:r>
        <w:rPr>
          <w:rFonts w:ascii="Georgia" w:hAnsi="Georgia"/>
          <w:b w:val="0"/>
          <w:i w:val="0"/>
          <w:color w:val="000000"/>
          <w:sz w:val="24"/>
        </w:rPr>
        <w:t>). А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слова </w:t>
      </w:r>
      <w:r>
        <w:rPr>
          <w:rFonts w:ascii="Georgia" w:hAnsi="Georgia"/>
          <w:b w:val="0"/>
          <w:i/>
          <w:color w:val="000000"/>
          <w:sz w:val="24"/>
        </w:rPr>
        <w:t>«лану»</w:t>
      </w:r>
      <w:r>
        <w:rPr>
          <w:rFonts w:ascii="Georgia" w:hAnsi="Georgia"/>
          <w:b w:val="0"/>
          <w:i w:val="0"/>
          <w:color w:val="000000"/>
          <w:sz w:val="24"/>
        </w:rPr>
        <w:t xml:space="preserve"> (</w:t>
      </w:r>
      <w:r>
        <w:rPr>
          <w:rFonts w:ascii="Georgia" w:hAnsi="Georgia" w:cs="Times New Roman"/>
          <w:b/>
          <w:i w:val="0"/>
          <w:color w:val="000000"/>
          <w:sz w:val="24"/>
          <w:rtl/>
          <w:szCs w:val="32"/>
        </w:rPr>
        <w:t>לָנוּ</w:t>
      </w:r>
      <w:r>
        <w:rPr>
          <w:rFonts w:ascii="Georgia" w:hAnsi="Georgia"/>
          <w:b w:val="0"/>
          <w:i w:val="0"/>
          <w:color w:val="000000"/>
          <w:sz w:val="24"/>
        </w:rPr>
        <w:t>) дает в итоге 62 (</w:t>
      </w:r>
      <w:r>
        <w:rPr>
          <w:rFonts w:ascii="Georgia" w:hAnsi="Georgia" w:cs="Times New Roman"/>
          <w:b/>
          <w:i w:val="0"/>
          <w:color w:val="000000"/>
          <w:sz w:val="24"/>
          <w:rtl/>
          <w:szCs w:val="32"/>
        </w:rPr>
        <w:t>ס״ב</w:t>
      </w:r>
      <w:r>
        <w:rPr>
          <w:rFonts w:ascii="Georgia" w:hAnsi="Georgia"/>
          <w:b w:val="0"/>
          <w:i w:val="0"/>
          <w:color w:val="000000"/>
          <w:sz w:val="24"/>
        </w:rPr>
        <w:t>), что равно двум Именам ЭЛЬ (</w:t>
      </w:r>
      <w:r>
        <w:rPr>
          <w:rFonts w:ascii="Georgia" w:hAnsi="Georgia" w:cs="Times New Roman"/>
          <w:b/>
          <w:i w:val="0"/>
          <w:color w:val="000000"/>
          <w:sz w:val="24"/>
          <w:rtl/>
          <w:szCs w:val="32"/>
        </w:rPr>
        <w:t>אֵל</w:t>
      </w:r>
      <w:r>
        <w:rPr>
          <w:rFonts w:ascii="Georgia" w:hAnsi="Georgia"/>
          <w:b w:val="0"/>
          <w:i w:val="0"/>
          <w:color w:val="000000"/>
          <w:sz w:val="24"/>
        </w:rPr>
        <w:t xml:space="preserve">, </w:t>
      </w:r>
      <w:r>
        <w:rPr>
          <w:rFonts w:ascii="Georgia" w:hAnsi="Georgia" w:cs="Times New Roman"/>
          <w:b/>
          <w:i w:val="0"/>
          <w:color w:val="000000"/>
          <w:sz w:val="24"/>
          <w:rtl/>
          <w:szCs w:val="32"/>
        </w:rPr>
        <w:t>אֵל</w:t>
      </w:r>
      <w:r>
        <w:rPr>
          <w:rFonts w:ascii="Georgia" w:hAnsi="Georgia"/>
          <w:b w:val="0"/>
          <w:i w:val="0"/>
          <w:color w:val="000000"/>
          <w:sz w:val="24"/>
        </w:rPr>
        <w:t>), двум Именам ЙА (</w:t>
      </w:r>
      <w:r>
        <w:rPr>
          <w:rFonts w:ascii="Georgia" w:hAnsi="Georgia" w:cs="Times New Roman"/>
          <w:b/>
          <w:i w:val="0"/>
          <w:color w:val="000000"/>
          <w:sz w:val="24"/>
          <w:rtl/>
          <w:szCs w:val="32"/>
        </w:rPr>
        <w:t>יָהּ</w:t>
      </w:r>
      <w:r>
        <w:rPr>
          <w:rFonts w:ascii="Georgia" w:hAnsi="Georgia"/>
          <w:b w:val="0"/>
          <w:i w:val="0"/>
          <w:color w:val="000000"/>
          <w:sz w:val="24"/>
        </w:rPr>
        <w:t xml:space="preserve">) и двум [сочетаниям] </w:t>
      </w:r>
      <w:r>
        <w:rPr>
          <w:rFonts w:ascii="Georgia" w:hAnsi="Georgia"/>
          <w:b w:val="0"/>
          <w:i/>
          <w:color w:val="000000"/>
          <w:sz w:val="24"/>
        </w:rPr>
        <w:t>йод-хэй-хэй</w:t>
      </w:r>
      <w:r>
        <w:rPr>
          <w:rFonts w:ascii="Georgia" w:hAnsi="Georgia"/>
          <w:b w:val="0"/>
          <w:i w:val="0"/>
          <w:color w:val="000000"/>
          <w:sz w:val="24"/>
        </w:rPr>
        <w:t xml:space="preserve"> (</w:t>
      </w:r>
      <w:r>
        <w:rPr>
          <w:rFonts w:ascii="Georgia" w:hAnsi="Georgia" w:cs="Times New Roman"/>
          <w:b/>
          <w:i w:val="0"/>
          <w:color w:val="000000"/>
          <w:sz w:val="24"/>
          <w:rtl/>
          <w:szCs w:val="32"/>
        </w:rPr>
        <w:t>יה״ה</w:t>
      </w:r>
      <w:r>
        <w:rPr>
          <w:rFonts w:ascii="Georgia" w:hAnsi="Georgia"/>
          <w:b w:val="0"/>
          <w:i w:val="0"/>
          <w:color w:val="000000"/>
          <w:sz w:val="24"/>
        </w:rPr>
        <w:t xml:space="preserve">). А благодаря Имени ЙА с наполнением буквами йод, хэй и алеф, чей знак — </w:t>
      </w:r>
      <w:r>
        <w:rPr>
          <w:rFonts w:ascii="Georgia" w:hAnsi="Georgia"/>
          <w:b w:val="0"/>
          <w:i/>
          <w:color w:val="000000"/>
          <w:sz w:val="24"/>
        </w:rPr>
        <w:t>йод-хэй-алеф</w:t>
      </w:r>
      <w:r>
        <w:rPr>
          <w:rFonts w:ascii="Georgia" w:hAnsi="Georgia"/>
          <w:b w:val="0"/>
          <w:i w:val="0"/>
          <w:color w:val="000000"/>
          <w:sz w:val="24"/>
        </w:rPr>
        <w:t xml:space="preserve"> (</w:t>
      </w:r>
      <w:r>
        <w:rPr>
          <w:rFonts w:ascii="Georgia" w:hAnsi="Georgia" w:cs="Times New Roman"/>
          <w:b/>
          <w:i w:val="0"/>
          <w:color w:val="000000"/>
          <w:sz w:val="24"/>
          <w:rtl/>
          <w:szCs w:val="32"/>
        </w:rPr>
        <w:t>יה״א</w:t>
      </w:r>
      <w:r>
        <w:rPr>
          <w:rFonts w:ascii="Georgia" w:hAnsi="Georgia"/>
          <w:b w:val="0"/>
          <w:i w:val="0"/>
          <w:color w:val="000000"/>
          <w:sz w:val="24"/>
        </w:rPr>
        <w:t xml:space="preserve">), они составят [по гематрии слово] </w:t>
      </w:r>
      <w:r>
        <w:rPr>
          <w:rFonts w:ascii="Georgia" w:hAnsi="Georgia"/>
          <w:b w:val="0"/>
          <w:i/>
          <w:color w:val="000000"/>
          <w:sz w:val="24"/>
        </w:rPr>
        <w:t>«амен»</w:t>
      </w:r>
      <w:r>
        <w:rPr>
          <w:rFonts w:ascii="Georgia" w:hAnsi="Georgia"/>
          <w:b w:val="0"/>
          <w:i w:val="0"/>
          <w:color w:val="000000"/>
          <w:sz w:val="24"/>
        </w:rPr>
        <w:t xml:space="preserve"> (</w:t>
      </w:r>
      <w:r>
        <w:rPr>
          <w:rFonts w:ascii="Georgia" w:hAnsi="Georgia" w:cs="Times New Roman"/>
          <w:b/>
          <w:i w:val="0"/>
          <w:color w:val="000000"/>
          <w:sz w:val="24"/>
          <w:rtl/>
          <w:szCs w:val="32"/>
        </w:rPr>
        <w:t>אָמֵן</w:t>
      </w:r>
      <w:r>
        <w:rPr>
          <w:rFonts w:ascii="Georgia" w:hAnsi="Georgia"/>
          <w:b w:val="0"/>
          <w:i w:val="0"/>
          <w:color w:val="000000"/>
          <w:sz w:val="24"/>
        </w:rPr>
        <w:t xml:space="preserve"> = 91); дважды </w:t>
      </w:r>
      <w:r>
        <w:rPr>
          <w:rFonts w:ascii="Georgia" w:hAnsi="Georgia"/>
          <w:b w:val="0"/>
          <w:i/>
          <w:color w:val="000000"/>
          <w:sz w:val="24"/>
        </w:rPr>
        <w:t>«амен»</w:t>
      </w:r>
      <w:r>
        <w:rPr>
          <w:rFonts w:ascii="Georgia" w:hAnsi="Georgia"/>
          <w:b w:val="0"/>
          <w:i w:val="0"/>
          <w:color w:val="000000"/>
          <w:sz w:val="24"/>
        </w:rPr>
        <w:t xml:space="preserve"> (182) — это [число имени] Яаков (</w:t>
      </w:r>
      <w:r>
        <w:rPr>
          <w:rFonts w:ascii="Georgia" w:hAnsi="Georgia" w:cs="Times New Roman"/>
          <w:b/>
          <w:i w:val="0"/>
          <w:color w:val="000000"/>
          <w:sz w:val="24"/>
          <w:rtl/>
          <w:szCs w:val="32"/>
        </w:rPr>
        <w:t>יַעֲקֹב</w:t>
      </w:r>
      <w:r>
        <w:rPr>
          <w:rFonts w:ascii="Georgia" w:hAnsi="Georgia"/>
          <w:b w:val="0"/>
          <w:i w:val="0"/>
          <w:color w:val="000000"/>
          <w:sz w:val="24"/>
        </w:rPr>
        <w:t xml:space="preserve"> = 182), что равно двум Именам ЭЛОКИМ вместе с десятью их буквами; и это —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слова </w:t>
      </w:r>
      <w:r>
        <w:rPr>
          <w:rFonts w:ascii="Georgia" w:hAnsi="Georgia"/>
          <w:b w:val="0"/>
          <w:i/>
          <w:color w:val="000000"/>
          <w:sz w:val="24"/>
        </w:rPr>
        <w:t>«яамос»</w:t>
      </w:r>
      <w:r>
        <w:rPr>
          <w:rFonts w:ascii="Georgia" w:hAnsi="Georgia"/>
          <w:b w:val="0"/>
          <w:i w:val="0"/>
          <w:color w:val="000000"/>
          <w:sz w:val="24"/>
        </w:rPr>
        <w:t xml:space="preserve"> (</w:t>
      </w:r>
      <w:r>
        <w:rPr>
          <w:rFonts w:ascii="Georgia" w:hAnsi="Georgia" w:cs="Times New Roman"/>
          <w:b/>
          <w:i w:val="0"/>
          <w:color w:val="000000"/>
          <w:sz w:val="24"/>
          <w:rtl/>
          <w:szCs w:val="32"/>
        </w:rPr>
        <w:t>יַעֲמָס</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[Говорит Шмуэль: так я нашел написанным [в рукописи], и здесь наверняка вкралась описка [пера]. Мне представляется, что читать следует так: ведь начальные буквы слов </w:t>
      </w:r>
      <w:r>
        <w:rPr>
          <w:rFonts w:ascii="Georgia" w:hAnsi="Georgia"/>
          <w:b w:val="0"/>
          <w:i/>
          <w:color w:val="000000"/>
          <w:sz w:val="24"/>
        </w:rPr>
        <w:t>«Барух АДОНАЙ йом йом яамос лану»</w:t>
      </w:r>
      <w:r>
        <w:rPr>
          <w:rFonts w:ascii="Georgia" w:hAnsi="Georgia"/>
          <w:b w:val="0"/>
          <w:i w:val="0"/>
          <w:color w:val="000000"/>
          <w:sz w:val="24"/>
        </w:rPr>
        <w:t xml:space="preserve"> составляют 63 (САГ), а с коллелем — 64 (</w:t>
      </w:r>
      <w:r>
        <w:rPr>
          <w:rFonts w:ascii="Georgia" w:hAnsi="Georgia" w:cs="Times New Roman"/>
          <w:b/>
          <w:i w:val="0"/>
          <w:color w:val="000000"/>
          <w:sz w:val="24"/>
          <w:rtl/>
          <w:szCs w:val="32"/>
        </w:rPr>
        <w:t>ס״ד</w:t>
      </w:r>
      <w:r>
        <w:rPr>
          <w:rFonts w:ascii="Georgia" w:hAnsi="Georgia"/>
          <w:b w:val="0"/>
          <w:i w:val="0"/>
          <w:color w:val="000000"/>
          <w:sz w:val="24"/>
        </w:rPr>
        <w:t>). И вот 28 букв наполнения наполнения Имени АВАЯ с наполнением МА вместе с четырьмя его буквами составляют 32... ...остается одно [Имя] ЭЛЬ (</w:t>
      </w:r>
      <w:r>
        <w:rPr>
          <w:rFonts w:ascii="Georgia" w:hAnsi="Georgia" w:cs="Times New Roman"/>
          <w:b/>
          <w:i w:val="0"/>
          <w:color w:val="000000"/>
          <w:sz w:val="24"/>
          <w:rtl/>
          <w:szCs w:val="32"/>
        </w:rPr>
        <w:t>אֵל</w:t>
      </w:r>
      <w:r>
        <w:rPr>
          <w:rFonts w:ascii="Georgia" w:hAnsi="Georgia"/>
          <w:b w:val="0"/>
          <w:i w:val="0"/>
          <w:color w:val="000000"/>
          <w:sz w:val="24"/>
        </w:rPr>
        <w:t xml:space="preserve"> = 31) и коллель. Ты можешь снова сосчитать 64: это дважды Имя ЭЛЬ с двумя коллелями, что составляет 64. И дважды Имя ЙА (</w:t>
      </w:r>
      <w:r>
        <w:rPr>
          <w:rFonts w:ascii="Georgia" w:hAnsi="Georgia" w:cs="Times New Roman"/>
          <w:b/>
          <w:i w:val="0"/>
          <w:color w:val="000000"/>
          <w:sz w:val="24"/>
          <w:rtl/>
          <w:szCs w:val="32"/>
        </w:rPr>
        <w:t>יָהּ</w:t>
      </w:r>
      <w:r>
        <w:rPr>
          <w:rFonts w:ascii="Georgia" w:hAnsi="Georgia"/>
          <w:b w:val="0"/>
          <w:i w:val="0"/>
          <w:color w:val="000000"/>
          <w:sz w:val="24"/>
        </w:rPr>
        <w:t xml:space="preserve">) с коллелем составляют [Имя] ЭЛЬ (15 + 15 + 1 = 31). А трижды Имя ЙА: одно с наполнением буквами йод — вот так: </w:t>
      </w:r>
      <w:r>
        <w:rPr>
          <w:rFonts w:ascii="Georgia" w:hAnsi="Georgia"/>
          <w:b w:val="0"/>
          <w:i/>
          <w:color w:val="000000"/>
          <w:sz w:val="24"/>
        </w:rPr>
        <w:t>йод-хэй</w:t>
      </w:r>
      <w:r>
        <w:rPr>
          <w:rFonts w:ascii="Georgia" w:hAnsi="Georgia"/>
          <w:b w:val="0"/>
          <w:i w:val="0"/>
          <w:color w:val="000000"/>
          <w:sz w:val="24"/>
        </w:rPr>
        <w:t xml:space="preserve"> [с йодом] (</w:t>
      </w:r>
      <w:r>
        <w:rPr>
          <w:rFonts w:ascii="Georgia" w:hAnsi="Georgia" w:cs="Times New Roman"/>
          <w:b/>
          <w:i w:val="0"/>
          <w:color w:val="000000"/>
          <w:sz w:val="24"/>
          <w:rtl/>
          <w:szCs w:val="32"/>
        </w:rPr>
        <w:t>יו״ד ה״י</w:t>
      </w:r>
      <w:r>
        <w:rPr>
          <w:rFonts w:ascii="Georgia" w:hAnsi="Georgia"/>
          <w:b w:val="0"/>
          <w:i w:val="0"/>
          <w:color w:val="000000"/>
          <w:sz w:val="24"/>
        </w:rPr>
        <w:t xml:space="preserve">), одно с наполнением буквами алеф — вот так: </w:t>
      </w:r>
      <w:r>
        <w:rPr>
          <w:rFonts w:ascii="Georgia" w:hAnsi="Georgia"/>
          <w:b w:val="0"/>
          <w:i/>
          <w:color w:val="000000"/>
          <w:sz w:val="24"/>
        </w:rPr>
        <w:t>йод-хэй</w:t>
      </w:r>
      <w:r>
        <w:rPr>
          <w:rFonts w:ascii="Georgia" w:hAnsi="Georgia"/>
          <w:b w:val="0"/>
          <w:i w:val="0"/>
          <w:color w:val="000000"/>
          <w:sz w:val="24"/>
        </w:rPr>
        <w:t xml:space="preserve"> [с алефом] (</w:t>
      </w:r>
      <w:r>
        <w:rPr>
          <w:rFonts w:ascii="Georgia" w:hAnsi="Georgia" w:cs="Times New Roman"/>
          <w:b/>
          <w:i w:val="0"/>
          <w:color w:val="000000"/>
          <w:sz w:val="24"/>
          <w:rtl/>
          <w:szCs w:val="32"/>
        </w:rPr>
        <w:t>יו״ד ה״א</w:t>
      </w:r>
      <w:r>
        <w:rPr>
          <w:rFonts w:ascii="Georgia" w:hAnsi="Georgia"/>
          <w:b w:val="0"/>
          <w:i w:val="0"/>
          <w:color w:val="000000"/>
          <w:sz w:val="24"/>
        </w:rPr>
        <w:t xml:space="preserve">), и одно с наполнением буквами хэй — </w:t>
      </w:r>
      <w:r>
        <w:rPr>
          <w:rFonts w:ascii="Georgia" w:hAnsi="Georgia"/>
          <w:b w:val="0"/>
          <w:i/>
          <w:color w:val="000000"/>
          <w:sz w:val="24"/>
        </w:rPr>
        <w:t>йод-хэй</w:t>
      </w:r>
      <w:r>
        <w:rPr>
          <w:rFonts w:ascii="Georgia" w:hAnsi="Georgia"/>
          <w:b w:val="0"/>
          <w:i w:val="0"/>
          <w:color w:val="000000"/>
          <w:sz w:val="24"/>
        </w:rPr>
        <w:t xml:space="preserve"> [с хэй] (</w:t>
      </w:r>
      <w:r>
        <w:rPr>
          <w:rFonts w:ascii="Georgia" w:hAnsi="Georgia" w:cs="Times New Roman"/>
          <w:b/>
          <w:i w:val="0"/>
          <w:color w:val="000000"/>
          <w:sz w:val="24"/>
          <w:rtl/>
          <w:szCs w:val="32"/>
        </w:rPr>
        <w:t>יו״ד ה״ה</w:t>
      </w:r>
      <w:r>
        <w:rPr>
          <w:rFonts w:ascii="Georgia" w:hAnsi="Georgia"/>
          <w:b w:val="0"/>
          <w:i w:val="0"/>
          <w:color w:val="000000"/>
          <w:sz w:val="24"/>
        </w:rPr>
        <w:t xml:space="preserve">), — составят по гематрии </w:t>
      </w:r>
      <w:r>
        <w:rPr>
          <w:rFonts w:ascii="Georgia" w:hAnsi="Georgia"/>
          <w:b w:val="0"/>
          <w:i/>
          <w:color w:val="000000"/>
          <w:sz w:val="24"/>
        </w:rPr>
        <w:t>«амен»</w:t>
      </w:r>
      <w:r>
        <w:rPr>
          <w:rFonts w:ascii="Georgia" w:hAnsi="Georgia"/>
          <w:b w:val="0"/>
          <w:i w:val="0"/>
          <w:color w:val="000000"/>
          <w:sz w:val="24"/>
        </w:rPr>
        <w:t xml:space="preserve"> (</w:t>
      </w:r>
      <w:r>
        <w:rPr>
          <w:rFonts w:ascii="Georgia" w:hAnsi="Georgia" w:cs="Times New Roman"/>
          <w:b/>
          <w:i w:val="0"/>
          <w:color w:val="000000"/>
          <w:sz w:val="24"/>
          <w:rtl/>
          <w:szCs w:val="32"/>
        </w:rPr>
        <w:t>אָמֵן</w:t>
      </w:r>
      <w:r>
        <w:rPr>
          <w:rFonts w:ascii="Georgia" w:hAnsi="Georgia"/>
          <w:b w:val="0"/>
          <w:i w:val="0"/>
          <w:color w:val="000000"/>
          <w:sz w:val="24"/>
        </w:rPr>
        <w:t xml:space="preserve"> = 91). А дважды </w:t>
      </w:r>
      <w:r>
        <w:rPr>
          <w:rFonts w:ascii="Georgia" w:hAnsi="Georgia"/>
          <w:b w:val="0"/>
          <w:i/>
          <w:color w:val="000000"/>
          <w:sz w:val="24"/>
        </w:rPr>
        <w:t>«амен»</w:t>
      </w:r>
      <w:r>
        <w:rPr>
          <w:rFonts w:ascii="Georgia" w:hAnsi="Georgia"/>
          <w:b w:val="0"/>
          <w:i w:val="0"/>
          <w:color w:val="000000"/>
          <w:sz w:val="24"/>
        </w:rPr>
        <w:t xml:space="preserve"> составят по гематрии [число имени] Яаков (</w:t>
      </w:r>
      <w:r>
        <w:rPr>
          <w:rFonts w:ascii="Georgia" w:hAnsi="Georgia" w:cs="Times New Roman"/>
          <w:b/>
          <w:i w:val="0"/>
          <w:color w:val="000000"/>
          <w:sz w:val="24"/>
          <w:rtl/>
          <w:szCs w:val="32"/>
        </w:rPr>
        <w:t>יַעֲקֹב</w:t>
      </w:r>
      <w:r>
        <w:rPr>
          <w:rFonts w:ascii="Georgia" w:hAnsi="Georgia"/>
          <w:b w:val="0"/>
          <w:i w:val="0"/>
          <w:color w:val="000000"/>
          <w:sz w:val="24"/>
        </w:rPr>
        <w:t xml:space="preserve"> = 182). И это — дважды Имя ЭЛОКИМ: 86 (</w:t>
      </w:r>
      <w:r>
        <w:rPr>
          <w:rFonts w:ascii="Georgia" w:hAnsi="Georgia" w:cs="Times New Roman"/>
          <w:b/>
          <w:i w:val="0"/>
          <w:color w:val="000000"/>
          <w:sz w:val="24"/>
          <w:rtl/>
          <w:szCs w:val="32"/>
        </w:rPr>
        <w:t>פ״ו</w:t>
      </w:r>
      <w:r>
        <w:rPr>
          <w:rFonts w:ascii="Georgia" w:hAnsi="Georgia"/>
          <w:b w:val="0"/>
          <w:i w:val="0"/>
          <w:color w:val="000000"/>
          <w:sz w:val="24"/>
        </w:rPr>
        <w:t>) и 86, с десятью простыми буквами, как мне представляется.]</w:t>
      </w:r>
    </w:p>
    <w:p>
      <w:pPr>
        <w:spacing w:before="40" w:after="120"/>
        <w:jc w:val="both"/>
      </w:pPr>
      <w:r>
        <w:rPr>
          <w:rFonts w:ascii="Georgia" w:hAnsi="Georgia"/>
          <w:b w:val="0"/>
          <w:i w:val="0"/>
          <w:color w:val="000000"/>
          <w:sz w:val="24"/>
        </w:rPr>
        <w:t>А конечные буквы составляют 25 (</w:t>
      </w:r>
      <w:r>
        <w:rPr>
          <w:rFonts w:ascii="Georgia" w:hAnsi="Georgia" w:cs="Times New Roman"/>
          <w:b/>
          <w:i w:val="0"/>
          <w:color w:val="000000"/>
          <w:sz w:val="24"/>
          <w:rtl/>
          <w:szCs w:val="32"/>
        </w:rPr>
        <w:t>כ״ה</w:t>
      </w:r>
      <w:r>
        <w:rPr>
          <w:rFonts w:ascii="Georgia" w:hAnsi="Georgia"/>
          <w:b w:val="0"/>
          <w:i w:val="0"/>
          <w:color w:val="000000"/>
          <w:sz w:val="24"/>
        </w:rPr>
        <w:t>) — наполнение [Имен] АДОНАЙ и ЭЛОКИМ, которые содержат 12 (</w:t>
      </w:r>
      <w:r>
        <w:rPr>
          <w:rFonts w:ascii="Georgia" w:hAnsi="Georgia" w:cs="Times New Roman"/>
          <w:b/>
          <w:i w:val="0"/>
          <w:color w:val="000000"/>
          <w:sz w:val="24"/>
          <w:rtl/>
          <w:szCs w:val="32"/>
        </w:rPr>
        <w:t>י״ב</w:t>
      </w:r>
      <w:r>
        <w:rPr>
          <w:rFonts w:ascii="Georgia" w:hAnsi="Georgia"/>
          <w:b w:val="0"/>
          <w:i w:val="0"/>
          <w:color w:val="000000"/>
          <w:sz w:val="24"/>
        </w:rPr>
        <w:t>) и 13 (</w:t>
      </w:r>
      <w:r>
        <w:rPr>
          <w:rFonts w:ascii="Georgia" w:hAnsi="Georgia" w:cs="Times New Roman"/>
          <w:b/>
          <w:i w:val="0"/>
          <w:color w:val="000000"/>
          <w:sz w:val="24"/>
          <w:rtl/>
          <w:szCs w:val="32"/>
        </w:rPr>
        <w:t>י״ג</w:t>
      </w:r>
      <w:r>
        <w:rPr>
          <w:rFonts w:ascii="Georgia" w:hAnsi="Georgia"/>
          <w:b w:val="0"/>
          <w:i w:val="0"/>
          <w:color w:val="000000"/>
          <w:sz w:val="24"/>
        </w:rPr>
        <w:t>) [букв].</w:t>
      </w:r>
    </w:p>
    <w:p>
      <w:pPr>
        <w:spacing w:before="40" w:after="120"/>
        <w:jc w:val="both"/>
      </w:pPr>
      <w:r>
        <w:rPr>
          <w:rFonts w:ascii="Georgia" w:hAnsi="Georgia"/>
          <w:b w:val="0"/>
          <w:i w:val="0"/>
          <w:color w:val="000000"/>
          <w:sz w:val="24"/>
        </w:rPr>
        <w:t xml:space="preserve">[Примечание издателя: господин Давид Натаф, благословенной памяти, объяснил: конечные буквы [слов] </w:t>
      </w:r>
      <w:r>
        <w:rPr>
          <w:rFonts w:ascii="Georgia" w:hAnsi="Georgia"/>
          <w:b w:val="0"/>
          <w:i/>
          <w:color w:val="000000"/>
          <w:sz w:val="24"/>
        </w:rPr>
        <w:t>«йом йом»</w:t>
      </w:r>
      <w:r>
        <w:rPr>
          <w:rFonts w:ascii="Georgia" w:hAnsi="Georgia"/>
          <w:b w:val="0"/>
          <w:i w:val="0"/>
          <w:color w:val="000000"/>
          <w:sz w:val="24"/>
        </w:rPr>
        <w:t xml:space="preserve"> (</w:t>
      </w:r>
      <w:r>
        <w:rPr>
          <w:rFonts w:ascii="Georgia" w:hAnsi="Georgia" w:cs="Times New Roman"/>
          <w:b/>
          <w:i w:val="0"/>
          <w:color w:val="000000"/>
          <w:sz w:val="24"/>
          <w:rtl/>
          <w:szCs w:val="32"/>
        </w:rPr>
        <w:t>יוֹם יוֹם</w:t>
      </w:r>
      <w:r>
        <w:rPr>
          <w:rFonts w:ascii="Georgia" w:hAnsi="Georgia"/>
          <w:b w:val="0"/>
          <w:i w:val="0"/>
          <w:color w:val="000000"/>
          <w:sz w:val="24"/>
        </w:rPr>
        <w:t xml:space="preserve">) по гематрии равны [Именам] ЙА и АДОНАЙ. И то, что сказано «и оба они», означает: конечные буквы [слов] </w:t>
      </w:r>
      <w:r>
        <w:rPr>
          <w:rFonts w:ascii="Georgia" w:hAnsi="Georgia"/>
          <w:b w:val="0"/>
          <w:i/>
          <w:color w:val="000000"/>
          <w:sz w:val="24"/>
        </w:rPr>
        <w:t>«Барух АДОНАЙ»</w:t>
      </w:r>
      <w:r>
        <w:rPr>
          <w:rFonts w:ascii="Georgia" w:hAnsi="Georgia"/>
          <w:b w:val="0"/>
          <w:i w:val="0"/>
          <w:color w:val="000000"/>
          <w:sz w:val="24"/>
        </w:rPr>
        <w:t xml:space="preserve">, составляющие 25, вместе с конечными буквами </w:t>
      </w:r>
      <w:r>
        <w:rPr>
          <w:rFonts w:ascii="Georgia" w:hAnsi="Georgia"/>
          <w:b w:val="0"/>
          <w:i/>
          <w:color w:val="000000"/>
          <w:sz w:val="24"/>
        </w:rPr>
        <w:t>«йом йом»</w:t>
      </w:r>
      <w:r>
        <w:rPr>
          <w:rFonts w:ascii="Georgia" w:hAnsi="Georgia"/>
          <w:b w:val="0"/>
          <w:i w:val="0"/>
          <w:color w:val="000000"/>
          <w:sz w:val="24"/>
        </w:rPr>
        <w:t xml:space="preserve"> по гематрии дают 105 (</w:t>
      </w:r>
      <w:r>
        <w:rPr>
          <w:rFonts w:ascii="Georgia" w:hAnsi="Georgia" w:cs="Times New Roman"/>
          <w:b/>
          <w:i w:val="0"/>
          <w:color w:val="000000"/>
          <w:sz w:val="24"/>
          <w:rtl/>
          <w:szCs w:val="32"/>
        </w:rPr>
        <w:t>ק״ה</w:t>
      </w:r>
      <w:r>
        <w:rPr>
          <w:rFonts w:ascii="Georgia" w:hAnsi="Georgia"/>
          <w:b w:val="0"/>
          <w:i w:val="0"/>
          <w:color w:val="000000"/>
          <w:sz w:val="24"/>
        </w:rPr>
        <w:t>), как число САГ (63) и сорок два его (</w:t>
      </w:r>
      <w:r>
        <w:rPr>
          <w:rFonts w:ascii="Georgia" w:hAnsi="Georgia" w:cs="Times New Roman"/>
          <w:b/>
          <w:i w:val="0"/>
          <w:color w:val="000000"/>
          <w:sz w:val="24"/>
          <w:rtl/>
          <w:szCs w:val="32"/>
        </w:rPr>
        <w:t>מ״ב</w:t>
      </w:r>
      <w:r>
        <w:rPr>
          <w:rFonts w:ascii="Georgia" w:hAnsi="Georgia"/>
          <w:b w:val="0"/>
          <w:i w:val="0"/>
          <w:color w:val="000000"/>
          <w:sz w:val="24"/>
        </w:rPr>
        <w:t xml:space="preserve"> = 42). А конечные буквы [слов] </w:t>
      </w:r>
      <w:r>
        <w:rPr>
          <w:rFonts w:ascii="Georgia" w:hAnsi="Georgia"/>
          <w:b w:val="0"/>
          <w:i/>
          <w:color w:val="000000"/>
          <w:sz w:val="24"/>
        </w:rPr>
        <w:t>«яамос лану»</w:t>
      </w:r>
      <w:r>
        <w:rPr>
          <w:rFonts w:ascii="Georgia" w:hAnsi="Georgia"/>
          <w:b w:val="0"/>
          <w:i w:val="0"/>
          <w:color w:val="000000"/>
          <w:sz w:val="24"/>
        </w:rPr>
        <w:t xml:space="preserve"> по гематрии дают АДОНАЙ с коллелем (66). И то, что сказано «и всё вместе», означает: 105 и 66, а также десять букв [Имен] ЙА и АДОНАЙ, и [Имя] АДОНАЙ от конечных букв [слов] </w:t>
      </w:r>
      <w:r>
        <w:rPr>
          <w:rFonts w:ascii="Georgia" w:hAnsi="Georgia"/>
          <w:b w:val="0"/>
          <w:i/>
          <w:color w:val="000000"/>
          <w:sz w:val="24"/>
        </w:rPr>
        <w:t>«яамос лану»</w:t>
      </w:r>
      <w:r>
        <w:rPr>
          <w:rFonts w:ascii="Georgia" w:hAnsi="Georgia"/>
          <w:b w:val="0"/>
          <w:i w:val="0"/>
          <w:color w:val="000000"/>
          <w:sz w:val="24"/>
        </w:rPr>
        <w:t xml:space="preserve"> — итого 181 (</w:t>
      </w:r>
      <w:r>
        <w:rPr>
          <w:rFonts w:ascii="Georgia" w:hAnsi="Georgia" w:cs="Times New Roman"/>
          <w:b/>
          <w:i w:val="0"/>
          <w:color w:val="000000"/>
          <w:sz w:val="24"/>
          <w:rtl/>
          <w:szCs w:val="32"/>
        </w:rPr>
        <w:t>קפ״א</w:t>
      </w:r>
      <w:r>
        <w:rPr>
          <w:rFonts w:ascii="Georgia" w:hAnsi="Georgia"/>
          <w:b w:val="0"/>
          <w:i w:val="0"/>
          <w:color w:val="000000"/>
          <w:sz w:val="24"/>
        </w:rPr>
        <w:t>), а с коллелем — 182, гематрия [имени] Яаков, как сказано выше... ...а не так, как объяснил наш учитель, рав Шмуэль Виталь, благословенной памяти. До сих пор его слова.]</w:t>
      </w:r>
    </w:p>
    <w:p>
      <w:pPr>
        <w:spacing w:before="40" w:after="120"/>
        <w:jc w:val="both"/>
      </w:pPr>
      <w:r>
        <w:rPr>
          <w:rFonts w:ascii="Georgia" w:hAnsi="Georgia"/>
          <w:b w:val="0"/>
          <w:i w:val="0"/>
          <w:color w:val="000000"/>
          <w:sz w:val="24"/>
        </w:rPr>
        <w:t>[И еще об этом: «Хотя в Писании сказано АДОНАЙ, Учитель совершал единение с [Именем] АВАЯ». Господин Йосеф Д., благословенной памяти. До сих пор его слова.]</w:t>
      </w:r>
    </w:p>
    <w:p>
      <w:pPr>
        <w:spacing w:before="40" w:after="120"/>
        <w:jc w:val="both"/>
      </w:pPr>
      <w:r>
        <w:rPr>
          <w:rFonts w:ascii="Georgia" w:hAnsi="Georgia"/>
          <w:b w:val="0"/>
          <w:i w:val="0"/>
          <w:color w:val="000000"/>
          <w:sz w:val="24"/>
        </w:rPr>
        <w:t xml:space="preserve">[Говорит Шмуэль: и этого я тоже не понял. И мне представляется, что можно сказать двумя путями: либо скажем, что конечная буква слова </w:t>
      </w:r>
      <w:r>
        <w:rPr>
          <w:rFonts w:ascii="Georgia" w:hAnsi="Georgia"/>
          <w:b w:val="0"/>
          <w:i/>
          <w:color w:val="000000"/>
          <w:sz w:val="24"/>
        </w:rPr>
        <w:t>«Барух»</w:t>
      </w:r>
      <w:r>
        <w:rPr>
          <w:rFonts w:ascii="Georgia" w:hAnsi="Georgia"/>
          <w:b w:val="0"/>
          <w:i w:val="0"/>
          <w:color w:val="000000"/>
          <w:sz w:val="24"/>
        </w:rPr>
        <w:t xml:space="preserve"> (буква каф софит, </w:t>
      </w:r>
      <w:r>
        <w:rPr>
          <w:rFonts w:ascii="Georgia" w:hAnsi="Georgia" w:cs="Times New Roman"/>
          <w:b/>
          <w:i w:val="0"/>
          <w:color w:val="000000"/>
          <w:sz w:val="24"/>
          <w:rtl/>
          <w:szCs w:val="32"/>
        </w:rPr>
        <w:t>ך</w:t>
      </w:r>
      <w:r>
        <w:rPr>
          <w:rFonts w:ascii="Georgia" w:hAnsi="Georgia"/>
          <w:b w:val="0"/>
          <w:i w:val="0"/>
          <w:color w:val="000000"/>
          <w:sz w:val="24"/>
        </w:rPr>
        <w:t xml:space="preserve"> = 20) и конечная буква слова </w:t>
      </w:r>
      <w:r>
        <w:rPr>
          <w:rFonts w:ascii="Georgia" w:hAnsi="Georgia"/>
          <w:b w:val="0"/>
          <w:i/>
          <w:color w:val="000000"/>
          <w:sz w:val="24"/>
        </w:rPr>
        <w:t>«сэла»</w:t>
      </w:r>
      <w:r>
        <w:rPr>
          <w:rFonts w:ascii="Georgia" w:hAnsi="Georgia"/>
          <w:b w:val="0"/>
          <w:i w:val="0"/>
          <w:color w:val="000000"/>
          <w:sz w:val="24"/>
        </w:rPr>
        <w:t xml:space="preserve"> (</w:t>
      </w:r>
      <w:r>
        <w:rPr>
          <w:rFonts w:ascii="Georgia" w:hAnsi="Georgia" w:cs="Times New Roman"/>
          <w:b/>
          <w:i w:val="0"/>
          <w:color w:val="000000"/>
          <w:sz w:val="24"/>
          <w:rtl/>
          <w:szCs w:val="32"/>
        </w:rPr>
        <w:t>סֶלָה</w:t>
      </w:r>
      <w:r>
        <w:rPr>
          <w:rFonts w:ascii="Georgia" w:hAnsi="Georgia"/>
          <w:b w:val="0"/>
          <w:i w:val="0"/>
          <w:color w:val="000000"/>
          <w:sz w:val="24"/>
        </w:rPr>
        <w:t xml:space="preserve">,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составляют 25 (</w:t>
      </w:r>
      <w:r>
        <w:rPr>
          <w:rFonts w:ascii="Georgia" w:hAnsi="Georgia" w:cs="Times New Roman"/>
          <w:b/>
          <w:i w:val="0"/>
          <w:color w:val="000000"/>
          <w:sz w:val="24"/>
          <w:rtl/>
          <w:szCs w:val="32"/>
        </w:rPr>
        <w:t>כ״ה</w:t>
      </w:r>
      <w:r>
        <w:rPr>
          <w:rFonts w:ascii="Georgia" w:hAnsi="Georgia"/>
          <w:b w:val="0"/>
          <w:i w:val="0"/>
          <w:color w:val="000000"/>
          <w:sz w:val="24"/>
        </w:rPr>
        <w:t xml:space="preserve">); либо скажем, что конечная буква слова </w:t>
      </w:r>
      <w:r>
        <w:rPr>
          <w:rFonts w:ascii="Georgia" w:hAnsi="Georgia"/>
          <w:b w:val="0"/>
          <w:i/>
          <w:color w:val="000000"/>
          <w:sz w:val="24"/>
        </w:rPr>
        <w:t>«Барух»</w:t>
      </w:r>
      <w:r>
        <w:rPr>
          <w:rFonts w:ascii="Georgia" w:hAnsi="Georgia"/>
          <w:b w:val="0"/>
          <w:i w:val="0"/>
          <w:color w:val="000000"/>
          <w:sz w:val="24"/>
        </w:rPr>
        <w:t xml:space="preserve"> (буква каф софит, </w:t>
      </w:r>
      <w:r>
        <w:rPr>
          <w:rFonts w:ascii="Georgia" w:hAnsi="Georgia" w:cs="Times New Roman"/>
          <w:b/>
          <w:i w:val="0"/>
          <w:color w:val="000000"/>
          <w:sz w:val="24"/>
          <w:rtl/>
          <w:szCs w:val="32"/>
        </w:rPr>
        <w:t>ך</w:t>
      </w:r>
      <w:r>
        <w:rPr>
          <w:rFonts w:ascii="Georgia" w:hAnsi="Georgia"/>
          <w:b w:val="0"/>
          <w:i w:val="0"/>
          <w:color w:val="000000"/>
          <w:sz w:val="24"/>
        </w:rPr>
        <w:t xml:space="preserve"> = 20) и конечная буква слова </w:t>
      </w:r>
      <w:r>
        <w:rPr>
          <w:rFonts w:ascii="Georgia" w:hAnsi="Georgia"/>
          <w:b w:val="0"/>
          <w:i/>
          <w:color w:val="000000"/>
          <w:sz w:val="24"/>
        </w:rPr>
        <w:t>«лану»</w:t>
      </w:r>
      <w:r>
        <w:rPr>
          <w:rFonts w:ascii="Georgia" w:hAnsi="Georgia"/>
          <w:b w:val="0"/>
          <w:i w:val="0"/>
          <w:color w:val="000000"/>
          <w:sz w:val="24"/>
        </w:rPr>
        <w:t xml:space="preserve"> (</w:t>
      </w:r>
      <w:r>
        <w:rPr>
          <w:rFonts w:ascii="Georgia" w:hAnsi="Georgia" w:cs="Times New Roman"/>
          <w:b/>
          <w:i w:val="0"/>
          <w:color w:val="000000"/>
          <w:sz w:val="24"/>
          <w:rtl/>
          <w:szCs w:val="32"/>
        </w:rPr>
        <w:t>לָנוּ</w:t>
      </w:r>
      <w:r>
        <w:rPr>
          <w:rFonts w:ascii="Georgia" w:hAnsi="Georgia"/>
          <w:b w:val="0"/>
          <w:i w:val="0"/>
          <w:color w:val="000000"/>
          <w:sz w:val="24"/>
        </w:rPr>
        <w:t>) составляют 25 с коллелем. И это буквы наполнения наполнения Имени АДОНАЙ — 12, и [Имени] ЭЛОКИМ — 13, итого 25, как мне представляется.]</w:t>
      </w:r>
    </w:p>
    <w:p>
      <w:pPr>
        <w:spacing w:before="40" w:after="120"/>
        <w:jc w:val="both"/>
      </w:pPr>
      <w:r>
        <w:rPr>
          <w:rFonts w:ascii="Georgia" w:hAnsi="Georgia"/>
          <w:b w:val="0"/>
          <w:i/>
          <w:color w:val="000000"/>
          <w:sz w:val="24"/>
        </w:rPr>
        <w:t>«Йом йом»</w:t>
      </w:r>
      <w:r>
        <w:rPr>
          <w:rFonts w:ascii="Georgia" w:hAnsi="Georgia"/>
          <w:b w:val="0"/>
          <w:i w:val="0"/>
          <w:color w:val="000000"/>
          <w:sz w:val="24"/>
        </w:rPr>
        <w:t xml:space="preserve"> (</w:t>
      </w:r>
      <w:r>
        <w:rPr>
          <w:rFonts w:ascii="Georgia" w:hAnsi="Georgia" w:cs="Times New Roman"/>
          <w:b/>
          <w:i w:val="0"/>
          <w:color w:val="000000"/>
          <w:sz w:val="24"/>
          <w:rtl/>
          <w:szCs w:val="32"/>
        </w:rPr>
        <w:t>יוֹם יוֹם</w:t>
      </w:r>
      <w:r>
        <w:rPr>
          <w:rFonts w:ascii="Georgia" w:hAnsi="Georgia"/>
          <w:b w:val="0"/>
          <w:i w:val="0"/>
          <w:color w:val="000000"/>
          <w:sz w:val="24"/>
        </w:rPr>
        <w:t>) — это [Имена] ЙА и АДОНАЙ, и оба они составляют 105 (</w:t>
      </w:r>
      <w:r>
        <w:rPr>
          <w:rFonts w:ascii="Georgia" w:hAnsi="Georgia" w:cs="Times New Roman"/>
          <w:b/>
          <w:i w:val="0"/>
          <w:color w:val="000000"/>
          <w:sz w:val="24"/>
          <w:rtl/>
          <w:szCs w:val="32"/>
        </w:rPr>
        <w:t>ק״ה</w:t>
      </w:r>
      <w:r>
        <w:rPr>
          <w:rFonts w:ascii="Georgia" w:hAnsi="Georgia"/>
          <w:b w:val="0"/>
          <w:i w:val="0"/>
          <w:color w:val="000000"/>
          <w:sz w:val="24"/>
        </w:rPr>
        <w:t xml:space="preserve">): САГ (63) и сорок два его. </w:t>
      </w:r>
      <w:r>
        <w:rPr>
          <w:rFonts w:ascii="Georgia" w:hAnsi="Georgia"/>
          <w:b w:val="0"/>
          <w:i/>
          <w:color w:val="000000"/>
          <w:sz w:val="24"/>
        </w:rPr>
        <w:t>«Яамос лану»</w:t>
      </w:r>
      <w:r>
        <w:rPr>
          <w:rFonts w:ascii="Georgia" w:hAnsi="Georgia"/>
          <w:b w:val="0"/>
          <w:i w:val="0"/>
          <w:color w:val="000000"/>
          <w:sz w:val="24"/>
        </w:rPr>
        <w:t xml:space="preserve"> — это АДОНАЙ, и всё вместе составляет 181 (</w:t>
      </w:r>
      <w:r>
        <w:rPr>
          <w:rFonts w:ascii="Georgia" w:hAnsi="Georgia" w:cs="Times New Roman"/>
          <w:b/>
          <w:i w:val="0"/>
          <w:color w:val="000000"/>
          <w:sz w:val="24"/>
          <w:rtl/>
          <w:szCs w:val="32"/>
        </w:rPr>
        <w:t>קפ״א</w:t>
      </w:r>
      <w:r>
        <w:rPr>
          <w:rFonts w:ascii="Georgia" w:hAnsi="Georgia"/>
          <w:b w:val="0"/>
          <w:i w:val="0"/>
          <w:color w:val="000000"/>
          <w:sz w:val="24"/>
        </w:rPr>
        <w:t>), что с коллелем равно гематрии [имени] Яаков (</w:t>
      </w:r>
      <w:r>
        <w:rPr>
          <w:rFonts w:ascii="Georgia" w:hAnsi="Georgia" w:cs="Times New Roman"/>
          <w:b/>
          <w:i w:val="0"/>
          <w:color w:val="000000"/>
          <w:sz w:val="24"/>
          <w:rtl/>
          <w:szCs w:val="32"/>
        </w:rPr>
        <w:t>יַעֲקֹב</w:t>
      </w:r>
      <w:r>
        <w:rPr>
          <w:rFonts w:ascii="Georgia" w:hAnsi="Georgia"/>
          <w:b w:val="0"/>
          <w:i w:val="0"/>
          <w:color w:val="000000"/>
          <w:sz w:val="24"/>
        </w:rPr>
        <w:t xml:space="preserve"> = 182), представляющего собой два Имени ЭЛОКИМ: одно — в ЗА, а второе — в Нукве.</w:t>
      </w:r>
    </w:p>
    <w:p>
      <w:pPr>
        <w:spacing w:before="40" w:after="120"/>
        <w:jc w:val="both"/>
      </w:pPr>
      <w:r>
        <w:rPr>
          <w:rFonts w:ascii="Georgia" w:hAnsi="Georgia"/>
          <w:b w:val="0"/>
          <w:i w:val="0"/>
          <w:color w:val="000000"/>
          <w:sz w:val="24"/>
        </w:rPr>
        <w:t xml:space="preserve">[Говорит Шмуэль: и в этом тоже нет никакого смысла, и это определенно совершенная ошибка. А если и было сказано, то следовало сказать так: </w:t>
      </w:r>
      <w:r>
        <w:rPr>
          <w:rFonts w:ascii="Georgia" w:hAnsi="Georgia"/>
          <w:b w:val="0"/>
          <w:i/>
          <w:color w:val="000000"/>
          <w:sz w:val="24"/>
        </w:rPr>
        <w:t>«йом йом»</w:t>
      </w:r>
      <w:r>
        <w:rPr>
          <w:rFonts w:ascii="Georgia" w:hAnsi="Georgia"/>
          <w:b w:val="0"/>
          <w:i w:val="0"/>
          <w:color w:val="000000"/>
          <w:sz w:val="24"/>
        </w:rPr>
        <w:t xml:space="preserve"> по гематрии равно ЯБОК (</w:t>
      </w:r>
      <w:r>
        <w:rPr>
          <w:rFonts w:ascii="Georgia" w:hAnsi="Georgia" w:cs="Times New Roman"/>
          <w:b/>
          <w:i w:val="0"/>
          <w:color w:val="000000"/>
          <w:sz w:val="24"/>
          <w:rtl/>
          <w:szCs w:val="32"/>
        </w:rPr>
        <w:t>יב״ק</w:t>
      </w:r>
      <w:r>
        <w:rPr>
          <w:rFonts w:ascii="Georgia" w:hAnsi="Georgia"/>
          <w:b w:val="0"/>
          <w:i w:val="0"/>
          <w:color w:val="000000"/>
          <w:sz w:val="24"/>
        </w:rPr>
        <w:t xml:space="preserve"> = 112), что есть [соединение Имен] АВАЯ и ЭЛОКИМ или ЭЙЕ, АВАЯ и АДОНАЙ... ...</w:t>
      </w:r>
      <w:r>
        <w:rPr>
          <w:rFonts w:ascii="Georgia" w:hAnsi="Georgia"/>
          <w:b w:val="0"/>
          <w:i/>
          <w:color w:val="000000"/>
          <w:sz w:val="24"/>
        </w:rPr>
        <w:t>«яамос»</w:t>
      </w:r>
      <w:r>
        <w:rPr>
          <w:rFonts w:ascii="Georgia" w:hAnsi="Georgia"/>
          <w:b w:val="0"/>
          <w:i w:val="0"/>
          <w:color w:val="000000"/>
          <w:sz w:val="24"/>
        </w:rPr>
        <w:t xml:space="preserve"> (</w:t>
      </w:r>
      <w:r>
        <w:rPr>
          <w:rFonts w:ascii="Georgia" w:hAnsi="Georgia" w:cs="Times New Roman"/>
          <w:b/>
          <w:i w:val="0"/>
          <w:color w:val="000000"/>
          <w:sz w:val="24"/>
          <w:rtl/>
          <w:szCs w:val="32"/>
        </w:rPr>
        <w:t>יַעֲמָס</w:t>
      </w:r>
      <w:r>
        <w:rPr>
          <w:rFonts w:ascii="Georgia" w:hAnsi="Georgia"/>
          <w:b w:val="0"/>
          <w:i w:val="0"/>
          <w:color w:val="000000"/>
          <w:sz w:val="24"/>
        </w:rPr>
        <w:t>) по гематрии равно 180 (</w:t>
      </w:r>
      <w:r>
        <w:rPr>
          <w:rFonts w:ascii="Georgia" w:hAnsi="Georgia" w:cs="Times New Roman"/>
          <w:b/>
          <w:i w:val="0"/>
          <w:color w:val="000000"/>
          <w:sz w:val="24"/>
          <w:rtl/>
          <w:szCs w:val="32"/>
        </w:rPr>
        <w:t>ק״ף</w:t>
      </w:r>
      <w:r>
        <w:rPr>
          <w:rFonts w:ascii="Georgia" w:hAnsi="Georgia"/>
          <w:b w:val="0"/>
          <w:i w:val="0"/>
          <w:color w:val="000000"/>
          <w:sz w:val="24"/>
        </w:rPr>
        <w:t>). А это — два [Имени] ЭЛОКИМ с десятью их буквами — 182 (</w:t>
      </w:r>
      <w:r>
        <w:rPr>
          <w:rFonts w:ascii="Georgia" w:hAnsi="Georgia" w:cs="Times New Roman"/>
          <w:b/>
          <w:i w:val="0"/>
          <w:color w:val="000000"/>
          <w:sz w:val="24"/>
          <w:rtl/>
          <w:szCs w:val="32"/>
        </w:rPr>
        <w:t>קפ״ב</w:t>
      </w:r>
      <w:r>
        <w:rPr>
          <w:rFonts w:ascii="Georgia" w:hAnsi="Georgia"/>
          <w:b w:val="0"/>
          <w:i w:val="0"/>
          <w:color w:val="000000"/>
          <w:sz w:val="24"/>
        </w:rPr>
        <w:t>); вычти два коллеля от двух [Имен] ЭЛОКИМ — останется 180: одно — в Рахели, [а другое] — в Лее, как мне представляется.]</w:t>
      </w:r>
    </w:p>
    <w:p>
      <w:pPr>
        <w:spacing w:before="40" w:after="120"/>
        <w:jc w:val="both"/>
      </w:pPr>
      <w:r>
        <w:rPr>
          <w:rFonts w:ascii="Georgia" w:hAnsi="Georgia"/>
          <w:b w:val="0"/>
          <w:i/>
          <w:color w:val="000000"/>
          <w:sz w:val="24"/>
        </w:rPr>
        <w:t>«Яамос»</w:t>
      </w:r>
      <w:r>
        <w:rPr>
          <w:rFonts w:ascii="Georgia" w:hAnsi="Georgia"/>
          <w:b w:val="0"/>
          <w:i w:val="0"/>
          <w:color w:val="000000"/>
          <w:sz w:val="24"/>
        </w:rPr>
        <w:t xml:space="preserve"> вместе с </w:t>
      </w:r>
      <w:r>
        <w:rPr>
          <w:rFonts w:ascii="Georgia" w:hAnsi="Georgia"/>
          <w:b w:val="0"/>
          <w:i/>
          <w:color w:val="000000"/>
          <w:sz w:val="24"/>
        </w:rPr>
        <w:t>«йом йом»</w:t>
      </w:r>
      <w:r>
        <w:rPr>
          <w:rFonts w:ascii="Georgia" w:hAnsi="Georgia"/>
          <w:b w:val="0"/>
          <w:i w:val="0"/>
          <w:color w:val="000000"/>
          <w:sz w:val="24"/>
        </w:rPr>
        <w:t xml:space="preserve"> по гематрии равно </w:t>
      </w:r>
      <w:r>
        <w:rPr>
          <w:rFonts w:ascii="Georgia" w:hAnsi="Georgia"/>
          <w:b w:val="0"/>
          <w:i/>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 xml:space="preserve"> = 378), то есть 378 светов. </w:t>
      </w:r>
      <w:r>
        <w:rPr>
          <w:rFonts w:ascii="Georgia" w:hAnsi="Georgia"/>
          <w:b w:val="0"/>
          <w:i/>
          <w:color w:val="000000"/>
          <w:sz w:val="24"/>
        </w:rPr>
        <w:t>«Лану»</w:t>
      </w:r>
      <w:r>
        <w:rPr>
          <w:rFonts w:ascii="Georgia" w:hAnsi="Georgia"/>
          <w:b w:val="0"/>
          <w:i w:val="0"/>
          <w:color w:val="000000"/>
          <w:sz w:val="24"/>
        </w:rPr>
        <w:t xml:space="preserve"> (</w:t>
      </w:r>
      <w:r>
        <w:rPr>
          <w:rFonts w:ascii="Georgia" w:hAnsi="Georgia" w:cs="Times New Roman"/>
          <w:b/>
          <w:i w:val="0"/>
          <w:color w:val="000000"/>
          <w:sz w:val="24"/>
          <w:rtl/>
          <w:szCs w:val="32"/>
        </w:rPr>
        <w:t>לָנוּ</w:t>
      </w:r>
      <w:r>
        <w:rPr>
          <w:rFonts w:ascii="Georgia" w:hAnsi="Georgia"/>
          <w:b w:val="0"/>
          <w:i w:val="0"/>
          <w:color w:val="000000"/>
          <w:sz w:val="24"/>
        </w:rPr>
        <w:t>) — это ЭЛОКИМ.</w:t>
      </w:r>
    </w:p>
    <w:p>
      <w:pPr>
        <w:spacing w:before="40" w:after="120"/>
        <w:jc w:val="both"/>
      </w:pPr>
      <w:r>
        <w:rPr>
          <w:rFonts w:ascii="Georgia" w:hAnsi="Georgia"/>
          <w:b w:val="0"/>
          <w:i w:val="0"/>
          <w:color w:val="000000"/>
          <w:sz w:val="24"/>
        </w:rPr>
        <w:t xml:space="preserve">[Говорит Шмуэль: и здесь тоже нужно исправить следующим образом: ведь </w:t>
      </w:r>
      <w:r>
        <w:rPr>
          <w:rFonts w:ascii="Georgia" w:hAnsi="Georgia"/>
          <w:b w:val="0"/>
          <w:i/>
          <w:color w:val="000000"/>
          <w:sz w:val="24"/>
        </w:rPr>
        <w:t>«яамос»</w:t>
      </w:r>
      <w:r>
        <w:rPr>
          <w:rFonts w:ascii="Georgia" w:hAnsi="Georgia"/>
          <w:b w:val="0"/>
          <w:i w:val="0"/>
          <w:color w:val="000000"/>
          <w:sz w:val="24"/>
        </w:rPr>
        <w:t xml:space="preserve"> по гематрии 180, </w:t>
      </w:r>
      <w:r>
        <w:rPr>
          <w:rFonts w:ascii="Georgia" w:hAnsi="Georgia"/>
          <w:b w:val="0"/>
          <w:i/>
          <w:color w:val="000000"/>
          <w:sz w:val="24"/>
        </w:rPr>
        <w:t>«йом йом»</w:t>
      </w:r>
      <w:r>
        <w:rPr>
          <w:rFonts w:ascii="Georgia" w:hAnsi="Georgia"/>
          <w:b w:val="0"/>
          <w:i w:val="0"/>
          <w:color w:val="000000"/>
          <w:sz w:val="24"/>
        </w:rPr>
        <w:t xml:space="preserve"> по гематрии ЯБОК, </w:t>
      </w:r>
      <w:r>
        <w:rPr>
          <w:rFonts w:ascii="Georgia" w:hAnsi="Georgia"/>
          <w:b w:val="0"/>
          <w:i/>
          <w:color w:val="000000"/>
          <w:sz w:val="24"/>
        </w:rPr>
        <w:t>«лану»</w:t>
      </w:r>
      <w:r>
        <w:rPr>
          <w:rFonts w:ascii="Georgia" w:hAnsi="Georgia"/>
          <w:b w:val="0"/>
          <w:i w:val="0"/>
          <w:color w:val="000000"/>
          <w:sz w:val="24"/>
        </w:rPr>
        <w:t xml:space="preserve"> по гематрии ЭЛОКИМ — 86 (</w:t>
      </w:r>
      <w:r>
        <w:rPr>
          <w:rFonts w:ascii="Georgia" w:hAnsi="Georgia" w:cs="Times New Roman"/>
          <w:b/>
          <w:i w:val="0"/>
          <w:color w:val="000000"/>
          <w:sz w:val="24"/>
          <w:rtl/>
          <w:szCs w:val="32"/>
        </w:rPr>
        <w:t>פ״ו</w:t>
      </w:r>
      <w:r>
        <w:rPr>
          <w:rFonts w:ascii="Georgia" w:hAnsi="Georgia"/>
          <w:b w:val="0"/>
          <w:i w:val="0"/>
          <w:color w:val="000000"/>
          <w:sz w:val="24"/>
        </w:rPr>
        <w:t xml:space="preserve">). Все три вместе по гематрии равны числу </w:t>
      </w:r>
      <w:r>
        <w:rPr>
          <w:rFonts w:ascii="Georgia" w:hAnsi="Georgia"/>
          <w:b w:val="0"/>
          <w:i/>
          <w:color w:val="000000"/>
          <w:sz w:val="24"/>
        </w:rPr>
        <w:t>хашмаль</w:t>
      </w:r>
      <w:r>
        <w:rPr>
          <w:rFonts w:ascii="Georgia" w:hAnsi="Georgia"/>
          <w:b w:val="0"/>
          <w:i w:val="0"/>
          <w:color w:val="000000"/>
          <w:sz w:val="24"/>
        </w:rPr>
        <w:t>, как мне представляется.]</w:t>
      </w:r>
    </w:p>
    <w:p>
      <w:pPr>
        <w:spacing w:before="40" w:after="120"/>
        <w:jc w:val="both"/>
      </w:pPr>
      <w:r>
        <w:rPr>
          <w:rFonts w:ascii="Georgia" w:hAnsi="Georgia"/>
          <w:b w:val="0"/>
          <w:i/>
          <w:color w:val="000000"/>
          <w:sz w:val="24"/>
        </w:rPr>
        <w:t>«Барух»</w:t>
      </w:r>
      <w:r>
        <w:rPr>
          <w:rFonts w:ascii="Georgia" w:hAnsi="Georgia"/>
          <w:b w:val="0"/>
          <w:i w:val="0"/>
          <w:color w:val="000000"/>
          <w:sz w:val="24"/>
        </w:rPr>
        <w:t xml:space="preserve"> (</w:t>
      </w:r>
      <w:r>
        <w:rPr>
          <w:rFonts w:ascii="Georgia" w:hAnsi="Georgia" w:cs="Times New Roman"/>
          <w:b/>
          <w:i w:val="0"/>
          <w:color w:val="000000"/>
          <w:sz w:val="24"/>
          <w:rtl/>
          <w:szCs w:val="32"/>
        </w:rPr>
        <w:t>בָּרוּךְ</w:t>
      </w:r>
      <w:r>
        <w:rPr>
          <w:rFonts w:ascii="Georgia" w:hAnsi="Georgia"/>
          <w:b w:val="0"/>
          <w:i w:val="0"/>
          <w:color w:val="000000"/>
          <w:sz w:val="24"/>
        </w:rPr>
        <w:t>) по гематрии составляет 228 (</w:t>
      </w:r>
      <w:r>
        <w:rPr>
          <w:rFonts w:ascii="Georgia" w:hAnsi="Georgia" w:cs="Times New Roman"/>
          <w:b/>
          <w:i w:val="0"/>
          <w:color w:val="000000"/>
          <w:sz w:val="24"/>
          <w:rtl/>
          <w:szCs w:val="32"/>
        </w:rPr>
        <w:t>רכ״ח</w:t>
      </w:r>
      <w:r>
        <w:rPr>
          <w:rFonts w:ascii="Georgia" w:hAnsi="Georgia"/>
          <w:b w:val="0"/>
          <w:i w:val="0"/>
          <w:color w:val="000000"/>
          <w:sz w:val="24"/>
        </w:rPr>
        <w:t>), и это АВАЯ (26), АБ (72) и 130 (</w:t>
      </w:r>
      <w:r>
        <w:rPr>
          <w:rFonts w:ascii="Georgia" w:hAnsi="Georgia" w:cs="Times New Roman"/>
          <w:b/>
          <w:i w:val="0"/>
          <w:color w:val="000000"/>
          <w:sz w:val="24"/>
          <w:rtl/>
          <w:szCs w:val="32"/>
        </w:rPr>
        <w:t>ק״ל</w:t>
      </w:r>
      <w:r>
        <w:rPr>
          <w:rFonts w:ascii="Georgia" w:hAnsi="Georgia"/>
          <w:b w:val="0"/>
          <w:i w:val="0"/>
          <w:color w:val="000000"/>
          <w:sz w:val="24"/>
        </w:rPr>
        <w:t>).</w:t>
      </w:r>
    </w:p>
    <w:p>
      <w:pPr>
        <w:spacing w:before="40" w:after="120"/>
        <w:jc w:val="both"/>
      </w:pPr>
      <w:r>
        <w:rPr>
          <w:rFonts w:ascii="Georgia" w:hAnsi="Georgia"/>
          <w:b w:val="0"/>
          <w:i w:val="0"/>
          <w:color w:val="000000"/>
          <w:sz w:val="24"/>
        </w:rPr>
        <w:t>[Говорит Шмуэль: еще я нашел написанным в таких выражениях, и в них нет смысла: «154 (</w:t>
      </w:r>
      <w:r>
        <w:rPr>
          <w:rFonts w:ascii="Georgia" w:hAnsi="Georgia" w:cs="Times New Roman"/>
          <w:b/>
          <w:i w:val="0"/>
          <w:color w:val="000000"/>
          <w:sz w:val="24"/>
          <w:rtl/>
          <w:szCs w:val="32"/>
        </w:rPr>
        <w:t>קנ״ד</w:t>
      </w:r>
      <w:r>
        <w:rPr>
          <w:rFonts w:ascii="Georgia" w:hAnsi="Georgia"/>
          <w:b w:val="0"/>
          <w:i w:val="0"/>
          <w:color w:val="000000"/>
          <w:sz w:val="24"/>
        </w:rPr>
        <w:t>), 254 (</w:t>
      </w:r>
      <w:r>
        <w:rPr>
          <w:rFonts w:ascii="Georgia" w:hAnsi="Georgia" w:cs="Times New Roman"/>
          <w:b/>
          <w:i w:val="0"/>
          <w:color w:val="000000"/>
          <w:sz w:val="24"/>
          <w:rtl/>
          <w:szCs w:val="32"/>
        </w:rPr>
        <w:t>נר״ד</w:t>
      </w:r>
      <w:r>
        <w:rPr>
          <w:rFonts w:ascii="Georgia" w:hAnsi="Georgia"/>
          <w:b w:val="0"/>
          <w:i w:val="0"/>
          <w:color w:val="000000"/>
          <w:sz w:val="24"/>
        </w:rPr>
        <w:t>), то есть АВАЯ и ЭЛОКИМ, АВАЯ и АДОНАЙ, АВАЯ и ЭЙЕ, составляющие все вместе 250 (</w:t>
      </w:r>
      <w:r>
        <w:rPr>
          <w:rFonts w:ascii="Georgia" w:hAnsi="Georgia" w:cs="Times New Roman"/>
          <w:b/>
          <w:i w:val="0"/>
          <w:color w:val="000000"/>
          <w:sz w:val="24"/>
          <w:rtl/>
          <w:szCs w:val="32"/>
        </w:rPr>
        <w:t>נ״ר</w:t>
      </w:r>
      <w:r>
        <w:rPr>
          <w:rFonts w:ascii="Georgia" w:hAnsi="Georgia"/>
          <w:b w:val="0"/>
          <w:i w:val="0"/>
          <w:color w:val="000000"/>
          <w:sz w:val="24"/>
        </w:rPr>
        <w:t>); и вот четыре различных Имени — итого 254 (</w:t>
      </w:r>
      <w:r>
        <w:rPr>
          <w:rFonts w:ascii="Georgia" w:hAnsi="Georgia" w:cs="Times New Roman"/>
          <w:b/>
          <w:i w:val="0"/>
          <w:color w:val="000000"/>
          <w:sz w:val="24"/>
          <w:rtl/>
          <w:szCs w:val="32"/>
        </w:rPr>
        <w:t>נר״ד</w:t>
      </w:r>
      <w:r>
        <w:rPr>
          <w:rFonts w:ascii="Georgia" w:hAnsi="Georgia"/>
          <w:b w:val="0"/>
          <w:i w:val="0"/>
          <w:color w:val="000000"/>
          <w:sz w:val="24"/>
        </w:rPr>
        <w:t xml:space="preserve">). И весь стих — это </w:t>
      </w:r>
      <w:r>
        <w:rPr>
          <w:rFonts w:ascii="Georgia" w:hAnsi="Georgia"/>
          <w:b w:val="0"/>
          <w:i/>
          <w:color w:val="000000"/>
          <w:sz w:val="24"/>
        </w:rPr>
        <w:t>тамар</w:t>
      </w:r>
      <w:r>
        <w:rPr>
          <w:rFonts w:ascii="Georgia" w:hAnsi="Georgia"/>
          <w:b w:val="0"/>
          <w:i w:val="0"/>
          <w:color w:val="000000"/>
          <w:sz w:val="24"/>
        </w:rPr>
        <w:t xml:space="preserve"> (</w:t>
      </w:r>
      <w:r>
        <w:rPr>
          <w:rFonts w:ascii="Georgia" w:hAnsi="Georgia" w:cs="Times New Roman"/>
          <w:b/>
          <w:i w:val="0"/>
          <w:color w:val="000000"/>
          <w:sz w:val="24"/>
          <w:rtl/>
          <w:szCs w:val="32"/>
        </w:rPr>
        <w:t>תָּמָר</w:t>
      </w:r>
      <w:r>
        <w:rPr>
          <w:rFonts w:ascii="Georgia" w:hAnsi="Georgia"/>
          <w:b w:val="0"/>
          <w:i w:val="0"/>
          <w:color w:val="000000"/>
          <w:sz w:val="24"/>
        </w:rPr>
        <w:t xml:space="preserve"> = 640), что есть 320 (</w:t>
      </w:r>
      <w:r>
        <w:rPr>
          <w:rFonts w:ascii="Georgia" w:hAnsi="Georgia" w:cs="Times New Roman"/>
          <w:b/>
          <w:i w:val="0"/>
          <w:color w:val="000000"/>
          <w:sz w:val="24"/>
          <w:rtl/>
          <w:szCs w:val="32"/>
        </w:rPr>
        <w:t>ש״ך</w:t>
      </w:r>
      <w:r>
        <w:rPr>
          <w:rFonts w:ascii="Georgia" w:hAnsi="Georgia"/>
          <w:b w:val="0"/>
          <w:i w:val="0"/>
          <w:color w:val="000000"/>
          <w:sz w:val="24"/>
        </w:rPr>
        <w:t xml:space="preserve">) судов ЗА и 320 судов Нуквы и два коллеля. Имя из слова </w:t>
      </w:r>
      <w:r>
        <w:rPr>
          <w:rFonts w:ascii="Georgia" w:hAnsi="Georgia"/>
          <w:b w:val="0"/>
          <w:i/>
          <w:color w:val="000000"/>
          <w:sz w:val="24"/>
        </w:rPr>
        <w:t>«лану»</w:t>
      </w:r>
      <w:r>
        <w:rPr>
          <w:rFonts w:ascii="Georgia" w:hAnsi="Georgia"/>
          <w:b w:val="0"/>
          <w:i w:val="0"/>
          <w:color w:val="000000"/>
          <w:sz w:val="24"/>
        </w:rPr>
        <w:t xml:space="preserve"> по замене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 </w:t>
      </w:r>
      <w:r>
        <w:rPr>
          <w:rFonts w:ascii="Georgia" w:hAnsi="Georgia"/>
          <w:b w:val="0"/>
          <w:i/>
          <w:color w:val="000000"/>
          <w:sz w:val="24"/>
        </w:rPr>
        <w:t>кейф</w:t>
      </w:r>
      <w:r>
        <w:rPr>
          <w:rFonts w:ascii="Georgia" w:hAnsi="Georgia"/>
          <w:b w:val="0"/>
          <w:i w:val="0"/>
          <w:color w:val="000000"/>
          <w:sz w:val="24"/>
        </w:rPr>
        <w:t xml:space="preserve"> (</w:t>
      </w:r>
      <w:r>
        <w:rPr>
          <w:rFonts w:ascii="Georgia" w:hAnsi="Georgia" w:cs="Times New Roman"/>
          <w:b/>
          <w:i w:val="0"/>
          <w:color w:val="000000"/>
          <w:sz w:val="24"/>
          <w:rtl/>
          <w:szCs w:val="32"/>
        </w:rPr>
        <w:t>כֵּיף</w:t>
      </w:r>
      <w:r>
        <w:rPr>
          <w:rFonts w:ascii="Georgia" w:hAnsi="Georgia"/>
          <w:b w:val="0"/>
          <w:i w:val="0"/>
          <w:color w:val="000000"/>
          <w:sz w:val="24"/>
        </w:rPr>
        <w:t>), по гематрии 109 (</w:t>
      </w:r>
      <w:r>
        <w:rPr>
          <w:rFonts w:ascii="Georgia" w:hAnsi="Georgia" w:cs="Times New Roman"/>
          <w:b/>
          <w:i w:val="0"/>
          <w:color w:val="000000"/>
          <w:sz w:val="24"/>
          <w:rtl/>
          <w:szCs w:val="32"/>
        </w:rPr>
        <w:t>ק״ט</w:t>
      </w:r>
      <w:r>
        <w:rPr>
          <w:rFonts w:ascii="Georgia" w:hAnsi="Georgia"/>
          <w:b w:val="0"/>
          <w:i w:val="0"/>
          <w:color w:val="000000"/>
          <w:sz w:val="24"/>
        </w:rPr>
        <w:t>), что есть САГ (63) и МА (45) и коллель».</w:t>
      </w:r>
    </w:p>
    <w:p>
      <w:pPr>
        <w:spacing w:before="40" w:after="120"/>
        <w:jc w:val="both"/>
      </w:pPr>
      <w:r>
        <w:rPr>
          <w:rFonts w:ascii="Georgia" w:hAnsi="Georgia"/>
          <w:b w:val="0"/>
          <w:i w:val="0"/>
          <w:color w:val="000000"/>
          <w:sz w:val="24"/>
        </w:rPr>
        <w:t xml:space="preserve">Говорит Шмуэль: следует читать так: «Имя из слова </w:t>
      </w:r>
      <w:r>
        <w:rPr>
          <w:rFonts w:ascii="Georgia" w:hAnsi="Georgia"/>
          <w:b w:val="0"/>
          <w:i/>
          <w:color w:val="000000"/>
          <w:sz w:val="24"/>
        </w:rPr>
        <w:t>«лану»</w:t>
      </w:r>
      <w:r>
        <w:rPr>
          <w:rFonts w:ascii="Georgia" w:hAnsi="Georgia"/>
          <w:b w:val="0"/>
          <w:i w:val="0"/>
          <w:color w:val="000000"/>
          <w:sz w:val="24"/>
        </w:rPr>
        <w:t xml:space="preserve"> по замене «ат-баш» — это </w:t>
      </w:r>
      <w:r>
        <w:rPr>
          <w:rFonts w:ascii="Georgia" w:hAnsi="Georgia"/>
          <w:b w:val="0"/>
          <w:i/>
          <w:color w:val="000000"/>
          <w:sz w:val="24"/>
        </w:rPr>
        <w:t>ктаф</w:t>
      </w:r>
      <w:r>
        <w:rPr>
          <w:rFonts w:ascii="Georgia" w:hAnsi="Georgia"/>
          <w:b w:val="0"/>
          <w:i w:val="0"/>
          <w:color w:val="000000"/>
          <w:sz w:val="24"/>
        </w:rPr>
        <w:t xml:space="preserve"> (</w:t>
      </w:r>
      <w:r>
        <w:rPr>
          <w:rFonts w:ascii="Georgia" w:hAnsi="Georgia" w:cs="Times New Roman"/>
          <w:b/>
          <w:i w:val="0"/>
          <w:color w:val="000000"/>
          <w:sz w:val="24"/>
          <w:rtl/>
          <w:szCs w:val="32"/>
        </w:rPr>
        <w:t>כְּטַף</w:t>
      </w:r>
      <w:r>
        <w:rPr>
          <w:rFonts w:ascii="Georgia" w:hAnsi="Georgia"/>
          <w:b w:val="0"/>
          <w:i w:val="0"/>
          <w:color w:val="000000"/>
          <w:sz w:val="24"/>
        </w:rPr>
        <w:t>), и оно по гематрии равно 109, что есть САГ и МА и коллель».]</w:t>
      </w:r>
    </w:p>
    <w:p>
      <w:pPr>
        <w:keepNext/>
        <w:spacing w:before="320" w:after="120"/>
      </w:pPr>
      <w:r>
        <w:rPr>
          <w:rFonts w:ascii="Georgia" w:hAnsi="Georgia"/>
          <w:b w:val="0"/>
          <w:i w:val="0"/>
          <w:color w:val="000000"/>
          <w:sz w:val="32"/>
        </w:rPr>
        <w:t>Ихуд 48</w:t>
      </w:r>
    </w:p>
    <w:p>
      <w:pPr>
        <w:spacing w:before="40" w:after="120"/>
        <w:jc w:val="both"/>
      </w:pPr>
      <w:r>
        <w:rPr>
          <w:rFonts w:ascii="Georgia" w:hAnsi="Georgia"/>
          <w:b w:val="0"/>
          <w:i w:val="0"/>
          <w:color w:val="000000"/>
          <w:sz w:val="24"/>
        </w:rPr>
        <w:t xml:space="preserve">К упомянутому выше: начальные буквы слов стиха </w:t>
      </w:r>
      <w:r>
        <w:rPr>
          <w:rFonts w:ascii="Georgia" w:hAnsi="Georgia"/>
          <w:b w:val="0"/>
          <w:i/>
          <w:color w:val="000000"/>
          <w:sz w:val="24"/>
        </w:rPr>
        <w:t>«Славу унаследуют мудрецы»</w:t>
      </w:r>
      <w:r>
        <w:rPr>
          <w:rFonts w:ascii="Georgia" w:hAnsi="Georgia"/>
          <w:b w:val="0"/>
          <w:i w:val="0"/>
          <w:color w:val="000000"/>
          <w:sz w:val="24"/>
        </w:rPr>
        <w:t xml:space="preserve"> (Мишлей 3:35) — каф (</w:t>
      </w:r>
      <w:r>
        <w:rPr>
          <w:rFonts w:ascii="Georgia" w:hAnsi="Georgia" w:cs="Times New Roman"/>
          <w:b/>
          <w:i w:val="0"/>
          <w:color w:val="000000"/>
          <w:sz w:val="24"/>
          <w:rtl/>
          <w:szCs w:val="32"/>
        </w:rPr>
        <w:t>כ</w:t>
      </w:r>
      <w:r>
        <w:rPr>
          <w:rFonts w:ascii="Georgia" w:hAnsi="Georgia"/>
          <w:b w:val="0"/>
          <w:i w:val="0"/>
          <w:color w:val="000000"/>
          <w:sz w:val="24"/>
        </w:rPr>
        <w:t xml:space="preserve"> = 20), хэт (</w:t>
      </w:r>
      <w:r>
        <w:rPr>
          <w:rFonts w:ascii="Georgia" w:hAnsi="Georgia" w:cs="Times New Roman"/>
          <w:b/>
          <w:i w:val="0"/>
          <w:color w:val="000000"/>
          <w:sz w:val="24"/>
          <w:rtl/>
          <w:szCs w:val="32"/>
        </w:rPr>
        <w:t>ח</w:t>
      </w:r>
      <w:r>
        <w:rPr>
          <w:rFonts w:ascii="Georgia" w:hAnsi="Georgia"/>
          <w:b w:val="0"/>
          <w:i w:val="0"/>
          <w:color w:val="000000"/>
          <w:sz w:val="24"/>
        </w:rPr>
        <w:t xml:space="preserve"> = 8) и йод (</w:t>
      </w:r>
      <w:r>
        <w:rPr>
          <w:rFonts w:ascii="Georgia" w:hAnsi="Georgia" w:cs="Times New Roman"/>
          <w:b/>
          <w:i w:val="0"/>
          <w:color w:val="000000"/>
          <w:sz w:val="24"/>
          <w:rtl/>
          <w:szCs w:val="32"/>
        </w:rPr>
        <w:t>י</w:t>
      </w:r>
      <w:r>
        <w:rPr>
          <w:rFonts w:ascii="Georgia" w:hAnsi="Georgia"/>
          <w:b w:val="0"/>
          <w:i w:val="0"/>
          <w:color w:val="000000"/>
          <w:sz w:val="24"/>
        </w:rPr>
        <w:t xml:space="preserve"> = 10) [в сумме 38] — представляют собой два наполнения [Имени] МА: 19 (</w:t>
      </w:r>
      <w:r>
        <w:rPr>
          <w:rFonts w:ascii="Georgia" w:hAnsi="Georgia" w:cs="Times New Roman"/>
          <w:b/>
          <w:i w:val="0"/>
          <w:color w:val="000000"/>
          <w:sz w:val="24"/>
          <w:rtl/>
          <w:szCs w:val="32"/>
        </w:rPr>
        <w:t>י״ט</w:t>
      </w:r>
      <w:r>
        <w:rPr>
          <w:rFonts w:ascii="Georgia" w:hAnsi="Georgia"/>
          <w:b w:val="0"/>
          <w:i w:val="0"/>
          <w:color w:val="000000"/>
          <w:sz w:val="24"/>
        </w:rPr>
        <w:t xml:space="preserve">) и 19, одно в рош, а другое в гуф. Также начальные буквы слов стиха </w:t>
      </w:r>
      <w:r>
        <w:rPr>
          <w:rFonts w:ascii="Georgia" w:hAnsi="Georgia"/>
          <w:b w:val="0"/>
          <w:i/>
          <w:color w:val="000000"/>
          <w:sz w:val="24"/>
        </w:rPr>
        <w:t>«А непорочные унаследуют добро»</w:t>
      </w:r>
      <w:r>
        <w:rPr>
          <w:rFonts w:ascii="Georgia" w:hAnsi="Georgia"/>
          <w:b w:val="0"/>
          <w:i w:val="0"/>
          <w:color w:val="000000"/>
          <w:sz w:val="24"/>
        </w:rPr>
        <w:t xml:space="preserve"> (Мишлей 28:10) — вав (</w:t>
      </w:r>
      <w:r>
        <w:rPr>
          <w:rFonts w:ascii="Georgia" w:hAnsi="Georgia" w:cs="Times New Roman"/>
          <w:b/>
          <w:i w:val="0"/>
          <w:color w:val="000000"/>
          <w:sz w:val="24"/>
          <w:rtl/>
          <w:szCs w:val="32"/>
        </w:rPr>
        <w:t>ו</w:t>
      </w:r>
      <w:r>
        <w:rPr>
          <w:rFonts w:ascii="Georgia" w:hAnsi="Georgia"/>
          <w:b w:val="0"/>
          <w:i w:val="0"/>
          <w:color w:val="000000"/>
          <w:sz w:val="24"/>
        </w:rPr>
        <w:t xml:space="preserve"> = 6), йод (</w:t>
      </w:r>
      <w:r>
        <w:rPr>
          <w:rFonts w:ascii="Georgia" w:hAnsi="Georgia" w:cs="Times New Roman"/>
          <w:b/>
          <w:i w:val="0"/>
          <w:color w:val="000000"/>
          <w:sz w:val="24"/>
          <w:rtl/>
          <w:szCs w:val="32"/>
        </w:rPr>
        <w:t>י</w:t>
      </w:r>
      <w:r>
        <w:rPr>
          <w:rFonts w:ascii="Georgia" w:hAnsi="Georgia"/>
          <w:b w:val="0"/>
          <w:i w:val="0"/>
          <w:color w:val="000000"/>
          <w:sz w:val="24"/>
        </w:rPr>
        <w:t xml:space="preserve"> = 10) и тэт (</w:t>
      </w:r>
      <w:r>
        <w:rPr>
          <w:rFonts w:ascii="Georgia" w:hAnsi="Georgia" w:cs="Times New Roman"/>
          <w:b/>
          <w:i w:val="0"/>
          <w:color w:val="000000"/>
          <w:sz w:val="24"/>
          <w:rtl/>
          <w:szCs w:val="32"/>
        </w:rPr>
        <w:t>ט</w:t>
      </w:r>
      <w:r>
        <w:rPr>
          <w:rFonts w:ascii="Georgia" w:hAnsi="Georgia"/>
          <w:b w:val="0"/>
          <w:i w:val="0"/>
          <w:color w:val="000000"/>
          <w:sz w:val="24"/>
        </w:rPr>
        <w:t xml:space="preserve"> = 9) — в гематрии равны 25 (</w:t>
      </w:r>
      <w:r>
        <w:rPr>
          <w:rFonts w:ascii="Georgia" w:hAnsi="Georgia" w:cs="Times New Roman"/>
          <w:b/>
          <w:i w:val="0"/>
          <w:color w:val="000000"/>
          <w:sz w:val="24"/>
          <w:rtl/>
          <w:szCs w:val="32"/>
        </w:rPr>
        <w:t>כ״ה</w:t>
      </w:r>
      <w:r>
        <w:rPr>
          <w:rFonts w:ascii="Georgia" w:hAnsi="Georgia"/>
          <w:b w:val="0"/>
          <w:i w:val="0"/>
          <w:color w:val="000000"/>
          <w:sz w:val="24"/>
        </w:rPr>
        <w:t xml:space="preserve">). Это [соответствует Имени] ЭЙЕ и четырем его буквам [21 + 4 = 25]; это же — двенадцать букв [наполнения Имени] АДОНАЙ для Рахели и тринадцать букв [наполнения Имени] ЭЛОКИМ для Леи [12 + 13 = 25]. Конечные же буквы слов </w:t>
      </w:r>
      <w:r>
        <w:rPr>
          <w:rFonts w:ascii="Georgia" w:hAnsi="Georgia"/>
          <w:b w:val="0"/>
          <w:i/>
          <w:color w:val="000000"/>
          <w:sz w:val="24"/>
        </w:rPr>
        <w:t>«Славу унаследуют мудрецы»</w:t>
      </w:r>
      <w:r>
        <w:rPr>
          <w:rFonts w:ascii="Georgia" w:hAnsi="Georgia"/>
          <w:b w:val="0"/>
          <w:i w:val="0"/>
          <w:color w:val="000000"/>
          <w:sz w:val="24"/>
        </w:rPr>
        <w:t xml:space="preserve"> — далет (</w:t>
      </w:r>
      <w:r>
        <w:rPr>
          <w:rFonts w:ascii="Georgia" w:hAnsi="Georgia" w:cs="Times New Roman"/>
          <w:b/>
          <w:i w:val="0"/>
          <w:color w:val="000000"/>
          <w:sz w:val="24"/>
          <w:rtl/>
          <w:szCs w:val="32"/>
        </w:rPr>
        <w:t>ד</w:t>
      </w:r>
      <w:r>
        <w:rPr>
          <w:rFonts w:ascii="Georgia" w:hAnsi="Georgia"/>
          <w:b w:val="0"/>
          <w:i w:val="0"/>
          <w:color w:val="000000"/>
          <w:sz w:val="24"/>
        </w:rPr>
        <w:t xml:space="preserve"> = 4), мэм (</w:t>
      </w:r>
      <w:r>
        <w:rPr>
          <w:rFonts w:ascii="Georgia" w:hAnsi="Georgia" w:cs="Times New Roman"/>
          <w:b/>
          <w:i w:val="0"/>
          <w:color w:val="000000"/>
          <w:sz w:val="24"/>
          <w:rtl/>
          <w:szCs w:val="32"/>
        </w:rPr>
        <w:t>מ</w:t>
      </w:r>
      <w:r>
        <w:rPr>
          <w:rFonts w:ascii="Georgia" w:hAnsi="Georgia"/>
          <w:b w:val="0"/>
          <w:i w:val="0"/>
          <w:color w:val="000000"/>
          <w:sz w:val="24"/>
        </w:rPr>
        <w:t xml:space="preserve"> = 40) и вав (</w:t>
      </w:r>
      <w:r>
        <w:rPr>
          <w:rFonts w:ascii="Georgia" w:hAnsi="Georgia" w:cs="Times New Roman"/>
          <w:b/>
          <w:i w:val="0"/>
          <w:color w:val="000000"/>
          <w:sz w:val="24"/>
          <w:rtl/>
          <w:szCs w:val="32"/>
        </w:rPr>
        <w:t>ו</w:t>
      </w:r>
      <w:r>
        <w:rPr>
          <w:rFonts w:ascii="Georgia" w:hAnsi="Georgia"/>
          <w:b w:val="0"/>
          <w:i w:val="0"/>
          <w:color w:val="000000"/>
          <w:sz w:val="24"/>
        </w:rPr>
        <w:t xml:space="preserve"> = 6) [в сумме 50]. Это Имя ЙА в простом написании [15] и Имя ЙА с наполнением буквами йод (</w:t>
      </w:r>
      <w:r>
        <w:rPr>
          <w:rFonts w:ascii="Georgia" w:hAnsi="Georgia" w:cs="Times New Roman"/>
          <w:b/>
          <w:i w:val="0"/>
          <w:color w:val="000000"/>
          <w:sz w:val="24"/>
          <w:rtl/>
          <w:szCs w:val="32"/>
        </w:rPr>
        <w:t>יו״ד ה״י</w:t>
      </w:r>
      <w:r>
        <w:rPr>
          <w:rFonts w:ascii="Georgia" w:hAnsi="Georgia"/>
          <w:b w:val="0"/>
          <w:i w:val="0"/>
          <w:color w:val="000000"/>
          <w:sz w:val="24"/>
        </w:rPr>
        <w:t xml:space="preserve"> = 35), что вместе составляет 50. А конечные буквы слов </w:t>
      </w:r>
      <w:r>
        <w:rPr>
          <w:rFonts w:ascii="Georgia" w:hAnsi="Georgia"/>
          <w:b w:val="0"/>
          <w:i/>
          <w:color w:val="000000"/>
          <w:sz w:val="24"/>
        </w:rPr>
        <w:t>«А непорочные унаследуют добро»</w:t>
      </w:r>
      <w:r>
        <w:rPr>
          <w:rFonts w:ascii="Georgia" w:hAnsi="Georgia"/>
          <w:b w:val="0"/>
          <w:i w:val="0"/>
          <w:color w:val="000000"/>
          <w:sz w:val="24"/>
        </w:rPr>
        <w:t xml:space="preserve"> — мэм (</w:t>
      </w:r>
      <w:r>
        <w:rPr>
          <w:rFonts w:ascii="Georgia" w:hAnsi="Georgia" w:cs="Times New Roman"/>
          <w:b/>
          <w:i w:val="0"/>
          <w:color w:val="000000"/>
          <w:sz w:val="24"/>
          <w:rtl/>
          <w:szCs w:val="32"/>
        </w:rPr>
        <w:t>מ</w:t>
      </w:r>
      <w:r>
        <w:rPr>
          <w:rFonts w:ascii="Georgia" w:hAnsi="Georgia"/>
          <w:b w:val="0"/>
          <w:i w:val="0"/>
          <w:color w:val="000000"/>
          <w:sz w:val="24"/>
        </w:rPr>
        <w:t xml:space="preserve"> = 40), вав (</w:t>
      </w:r>
      <w:r>
        <w:rPr>
          <w:rFonts w:ascii="Georgia" w:hAnsi="Georgia" w:cs="Times New Roman"/>
          <w:b/>
          <w:i w:val="0"/>
          <w:color w:val="000000"/>
          <w:sz w:val="24"/>
          <w:rtl/>
          <w:szCs w:val="32"/>
        </w:rPr>
        <w:t>ו</w:t>
      </w:r>
      <w:r>
        <w:rPr>
          <w:rFonts w:ascii="Georgia" w:hAnsi="Georgia"/>
          <w:b w:val="0"/>
          <w:i w:val="0"/>
          <w:color w:val="000000"/>
          <w:sz w:val="24"/>
        </w:rPr>
        <w:t xml:space="preserve"> = 6) и бэт (</w:t>
      </w:r>
      <w:r>
        <w:rPr>
          <w:rFonts w:ascii="Georgia" w:hAnsi="Georgia" w:cs="Times New Roman"/>
          <w:b/>
          <w:i w:val="0"/>
          <w:color w:val="000000"/>
          <w:sz w:val="24"/>
          <w:rtl/>
          <w:szCs w:val="32"/>
        </w:rPr>
        <w:t>ב</w:t>
      </w:r>
      <w:r>
        <w:rPr>
          <w:rFonts w:ascii="Georgia" w:hAnsi="Georgia"/>
          <w:b w:val="0"/>
          <w:i w:val="0"/>
          <w:color w:val="000000"/>
          <w:sz w:val="24"/>
        </w:rPr>
        <w:t xml:space="preserve"> = 2) — составляют 48 (</w:t>
      </w:r>
      <w:r>
        <w:rPr>
          <w:rFonts w:ascii="Georgia" w:hAnsi="Georgia" w:cs="Times New Roman"/>
          <w:b/>
          <w:i w:val="0"/>
          <w:color w:val="000000"/>
          <w:sz w:val="24"/>
          <w:rtl/>
          <w:szCs w:val="32"/>
        </w:rPr>
        <w:t>מ״ח</w:t>
      </w:r>
      <w:r>
        <w:rPr>
          <w:rFonts w:ascii="Georgia" w:hAnsi="Georgia"/>
          <w:b w:val="0"/>
          <w:i w:val="0"/>
          <w:color w:val="000000"/>
          <w:sz w:val="24"/>
        </w:rPr>
        <w:t>): [в исходном тексте сказано, что это] наполнение МА и ЭЙЕ, а также ахораим (обратная сторона) де-ЭЙЕ. [Говорит Шмуэль: следует читать так: это 48. Ведь наполнение МА — 19, а ЭЙЕ — 21, что вместе дает 40; число же 48 образуют оба упомянутых Имени вместе с восемью их буквами [40 + 8 = 48]. Подобно этому и ахораим де-ЭЙЕ составляет 44 (</w:t>
      </w:r>
      <w:r>
        <w:rPr>
          <w:rFonts w:ascii="Georgia" w:hAnsi="Georgia" w:cs="Times New Roman"/>
          <w:b/>
          <w:i w:val="0"/>
          <w:color w:val="000000"/>
          <w:sz w:val="24"/>
          <w:rtl/>
          <w:szCs w:val="32"/>
        </w:rPr>
        <w:t>מ״ד</w:t>
      </w:r>
      <w:r>
        <w:rPr>
          <w:rFonts w:ascii="Georgia" w:hAnsi="Georgia"/>
          <w:b w:val="0"/>
          <w:i w:val="0"/>
          <w:color w:val="000000"/>
          <w:sz w:val="24"/>
        </w:rPr>
        <w:t xml:space="preserve">), а вместе с четырьмя буквами [самого Имени] получается 48]. Слово </w:t>
      </w:r>
      <w:r>
        <w:rPr>
          <w:rFonts w:ascii="Georgia" w:hAnsi="Georgia"/>
          <w:b w:val="0"/>
          <w:i/>
          <w:color w:val="000000"/>
          <w:sz w:val="24"/>
        </w:rPr>
        <w:t>кавод</w:t>
      </w:r>
      <w:r>
        <w:rPr>
          <w:rFonts w:ascii="Georgia" w:hAnsi="Georgia"/>
          <w:b w:val="0"/>
          <w:i w:val="0"/>
          <w:color w:val="000000"/>
          <w:sz w:val="24"/>
        </w:rPr>
        <w:t xml:space="preserve"> («слава», </w:t>
      </w:r>
      <w:r>
        <w:rPr>
          <w:rFonts w:ascii="Georgia" w:hAnsi="Georgia" w:cs="Times New Roman"/>
          <w:b/>
          <w:i w:val="0"/>
          <w:color w:val="000000"/>
          <w:sz w:val="24"/>
          <w:rtl/>
          <w:szCs w:val="32"/>
        </w:rPr>
        <w:t>כָּבוֹד</w:t>
      </w:r>
      <w:r>
        <w:rPr>
          <w:rFonts w:ascii="Georgia" w:hAnsi="Georgia"/>
          <w:b w:val="0"/>
          <w:i w:val="0"/>
          <w:color w:val="000000"/>
          <w:sz w:val="24"/>
        </w:rPr>
        <w:t>) в гематрии равно 32 (</w:t>
      </w:r>
      <w:r>
        <w:rPr>
          <w:rFonts w:ascii="Georgia" w:hAnsi="Georgia" w:cs="Times New Roman"/>
          <w:b/>
          <w:i w:val="0"/>
          <w:color w:val="000000"/>
          <w:sz w:val="24"/>
          <w:rtl/>
          <w:szCs w:val="32"/>
        </w:rPr>
        <w:t>ל״ב</w:t>
      </w:r>
      <w:r>
        <w:rPr>
          <w:rFonts w:ascii="Georgia" w:hAnsi="Georgia"/>
          <w:b w:val="0"/>
          <w:i w:val="0"/>
          <w:color w:val="000000"/>
          <w:sz w:val="24"/>
        </w:rPr>
        <w:t xml:space="preserve">) [путям мудрости]; слово </w:t>
      </w:r>
      <w:r>
        <w:rPr>
          <w:rFonts w:ascii="Georgia" w:hAnsi="Georgia"/>
          <w:b w:val="0"/>
          <w:i/>
          <w:color w:val="000000"/>
          <w:sz w:val="24"/>
        </w:rPr>
        <w:t>хахамим</w:t>
      </w:r>
      <w:r>
        <w:rPr>
          <w:rFonts w:ascii="Georgia" w:hAnsi="Georgia"/>
          <w:b w:val="0"/>
          <w:i w:val="0"/>
          <w:color w:val="000000"/>
          <w:sz w:val="24"/>
        </w:rPr>
        <w:t xml:space="preserve"> («мудрецы», </w:t>
      </w:r>
      <w:r>
        <w:rPr>
          <w:rFonts w:ascii="Georgia" w:hAnsi="Georgia" w:cs="Times New Roman"/>
          <w:b/>
          <w:i w:val="0"/>
          <w:color w:val="000000"/>
          <w:sz w:val="24"/>
          <w:rtl/>
          <w:szCs w:val="32"/>
        </w:rPr>
        <w:t>חֲכָמִים</w:t>
      </w:r>
      <w:r>
        <w:rPr>
          <w:rFonts w:ascii="Georgia" w:hAnsi="Georgia"/>
          <w:b w:val="0"/>
          <w:i w:val="0"/>
          <w:color w:val="000000"/>
          <w:sz w:val="24"/>
        </w:rPr>
        <w:t>) в гематрии равно 118 (</w:t>
      </w:r>
      <w:r>
        <w:rPr>
          <w:rFonts w:ascii="Georgia" w:hAnsi="Georgia" w:cs="Times New Roman"/>
          <w:b/>
          <w:i w:val="0"/>
          <w:color w:val="000000"/>
          <w:sz w:val="24"/>
          <w:rtl/>
          <w:szCs w:val="32"/>
        </w:rPr>
        <w:t>קי״ח</w:t>
      </w:r>
      <w:r>
        <w:rPr>
          <w:rFonts w:ascii="Georgia" w:hAnsi="Georgia"/>
          <w:b w:val="0"/>
          <w:i w:val="0"/>
          <w:color w:val="000000"/>
          <w:sz w:val="24"/>
        </w:rPr>
        <w:t xml:space="preserve">); вместе </w:t>
      </w:r>
      <w:r>
        <w:rPr>
          <w:rFonts w:ascii="Georgia" w:hAnsi="Georgia"/>
          <w:b w:val="0"/>
          <w:i/>
          <w:color w:val="000000"/>
          <w:sz w:val="24"/>
        </w:rPr>
        <w:t>кавод хахамим</w:t>
      </w:r>
      <w:r>
        <w:rPr>
          <w:rFonts w:ascii="Georgia" w:hAnsi="Georgia"/>
          <w:b w:val="0"/>
          <w:i w:val="0"/>
          <w:color w:val="000000"/>
          <w:sz w:val="24"/>
        </w:rPr>
        <w:t xml:space="preserve"> составляют в гематрии 150 (</w:t>
      </w:r>
      <w:r>
        <w:rPr>
          <w:rFonts w:ascii="Georgia" w:hAnsi="Georgia" w:cs="Times New Roman"/>
          <w:b/>
          <w:i w:val="0"/>
          <w:color w:val="000000"/>
          <w:sz w:val="24"/>
          <w:rtl/>
          <w:szCs w:val="32"/>
        </w:rPr>
        <w:t>ק״ן</w:t>
      </w:r>
      <w:r>
        <w:rPr>
          <w:rFonts w:ascii="Georgia" w:hAnsi="Georgia"/>
          <w:b w:val="0"/>
          <w:i w:val="0"/>
          <w:color w:val="000000"/>
          <w:sz w:val="24"/>
        </w:rPr>
        <w:t>) — это 150 светов Зеир Анпина (ЗА), которые он получает из 370 (</w:t>
      </w:r>
      <w:r>
        <w:rPr>
          <w:rFonts w:ascii="Georgia" w:hAnsi="Georgia" w:cs="Times New Roman"/>
          <w:b/>
          <w:i w:val="0"/>
          <w:color w:val="000000"/>
          <w:sz w:val="24"/>
          <w:rtl/>
          <w:szCs w:val="32"/>
        </w:rPr>
        <w:t>ש״ע</w:t>
      </w:r>
      <w:r>
        <w:rPr>
          <w:rFonts w:ascii="Georgia" w:hAnsi="Georgia"/>
          <w:b w:val="0"/>
          <w:i w:val="0"/>
          <w:color w:val="000000"/>
          <w:sz w:val="24"/>
        </w:rPr>
        <w:t>) светов Арих Анпина (АА).</w:t>
      </w:r>
    </w:p>
    <w:p>
      <w:pPr>
        <w:spacing w:before="40" w:after="120"/>
        <w:jc w:val="both"/>
      </w:pPr>
      <w:r>
        <w:rPr>
          <w:rFonts w:ascii="Georgia" w:hAnsi="Georgia"/>
          <w:b w:val="0"/>
          <w:i w:val="0"/>
          <w:color w:val="000000"/>
          <w:sz w:val="24"/>
        </w:rPr>
        <w:t>Кроме того, упомянутое [число] 111 (</w:t>
      </w:r>
      <w:r>
        <w:rPr>
          <w:rFonts w:ascii="Georgia" w:hAnsi="Georgia" w:cs="Times New Roman"/>
          <w:b/>
          <w:i w:val="0"/>
          <w:color w:val="000000"/>
          <w:sz w:val="24"/>
          <w:rtl/>
          <w:szCs w:val="32"/>
        </w:rPr>
        <w:t>קי״א</w:t>
      </w:r>
      <w:r>
        <w:rPr>
          <w:rFonts w:ascii="Georgia" w:hAnsi="Georgia"/>
          <w:b w:val="0"/>
          <w:i w:val="0"/>
          <w:color w:val="000000"/>
          <w:sz w:val="24"/>
        </w:rPr>
        <w:t xml:space="preserve">) [в тексте — ошибка писца вместо 118, </w:t>
      </w:r>
      <w:r>
        <w:rPr>
          <w:rFonts w:ascii="Georgia" w:hAnsi="Georgia" w:cs="Times New Roman"/>
          <w:b/>
          <w:i w:val="0"/>
          <w:color w:val="000000"/>
          <w:sz w:val="24"/>
          <w:rtl/>
          <w:szCs w:val="32"/>
        </w:rPr>
        <w:t>קי״ח</w:t>
      </w:r>
      <w:r>
        <w:rPr>
          <w:rFonts w:ascii="Georgia" w:hAnsi="Georgia"/>
          <w:b w:val="0"/>
          <w:i w:val="0"/>
          <w:color w:val="000000"/>
          <w:sz w:val="24"/>
        </w:rPr>
        <w:t xml:space="preserve">] — это АБ, МА и колель [72 + 45 + 1 = 118]. Слово </w:t>
      </w:r>
      <w:r>
        <w:rPr>
          <w:rFonts w:ascii="Georgia" w:hAnsi="Georgia"/>
          <w:b w:val="0"/>
          <w:i/>
          <w:color w:val="000000"/>
          <w:sz w:val="24"/>
        </w:rPr>
        <w:t>йинхалу</w:t>
      </w:r>
      <w:r>
        <w:rPr>
          <w:rFonts w:ascii="Georgia" w:hAnsi="Georgia"/>
          <w:b w:val="0"/>
          <w:i w:val="0"/>
          <w:color w:val="000000"/>
          <w:sz w:val="24"/>
        </w:rPr>
        <w:t xml:space="preserve"> («унаследуют», </w:t>
      </w:r>
      <w:r>
        <w:rPr>
          <w:rFonts w:ascii="Georgia" w:hAnsi="Georgia" w:cs="Times New Roman"/>
          <w:b/>
          <w:i w:val="0"/>
          <w:color w:val="000000"/>
          <w:sz w:val="24"/>
          <w:rtl/>
          <w:szCs w:val="32"/>
        </w:rPr>
        <w:t>יִנְחָלוּ</w:t>
      </w:r>
      <w:r>
        <w:rPr>
          <w:rFonts w:ascii="Georgia" w:hAnsi="Georgia"/>
          <w:b w:val="0"/>
          <w:i w:val="0"/>
          <w:color w:val="000000"/>
          <w:sz w:val="24"/>
        </w:rPr>
        <w:t>) в гематрии равно 104 (</w:t>
      </w:r>
      <w:r>
        <w:rPr>
          <w:rFonts w:ascii="Georgia" w:hAnsi="Georgia" w:cs="Times New Roman"/>
          <w:b/>
          <w:i w:val="0"/>
          <w:color w:val="000000"/>
          <w:sz w:val="24"/>
          <w:rtl/>
          <w:szCs w:val="32"/>
        </w:rPr>
        <w:t>ק״ד</w:t>
      </w:r>
      <w:r>
        <w:rPr>
          <w:rFonts w:ascii="Georgia" w:hAnsi="Georgia"/>
          <w:b w:val="0"/>
          <w:i w:val="0"/>
          <w:color w:val="000000"/>
          <w:sz w:val="24"/>
        </w:rPr>
        <w:t>). Это Имя АВАЯ с наполнением буквами хэй (де-хэйин), где все буквы хэй мысленно представляются в виде трех букв вав на каждую букву хэй: вот буква йод [в наполнении] в гематрии равна 20, две буквы хэй [в первой хэй с ее наполнением] составляют 36 (</w:t>
      </w:r>
      <w:r>
        <w:rPr>
          <w:rFonts w:ascii="Georgia" w:hAnsi="Georgia" w:cs="Times New Roman"/>
          <w:b/>
          <w:i w:val="0"/>
          <w:color w:val="000000"/>
          <w:sz w:val="24"/>
          <w:rtl/>
          <w:szCs w:val="32"/>
        </w:rPr>
        <w:t>ל״ו</w:t>
      </w:r>
      <w:r>
        <w:rPr>
          <w:rFonts w:ascii="Georgia" w:hAnsi="Georgia"/>
          <w:b w:val="0"/>
          <w:i w:val="0"/>
          <w:color w:val="000000"/>
          <w:sz w:val="24"/>
        </w:rPr>
        <w:t>), две буквы вав [в букве вав с ее наполнением] составляют 12 (</w:t>
      </w:r>
      <w:r>
        <w:rPr>
          <w:rFonts w:ascii="Georgia" w:hAnsi="Georgia" w:cs="Times New Roman"/>
          <w:b/>
          <w:i w:val="0"/>
          <w:color w:val="000000"/>
          <w:sz w:val="24"/>
          <w:rtl/>
          <w:szCs w:val="32"/>
        </w:rPr>
        <w:t>י״ב</w:t>
      </w:r>
      <w:r>
        <w:rPr>
          <w:rFonts w:ascii="Georgia" w:hAnsi="Georgia"/>
          <w:b w:val="0"/>
          <w:i w:val="0"/>
          <w:color w:val="000000"/>
          <w:sz w:val="24"/>
        </w:rPr>
        <w:t>), и две буквы хэй [во второй хэй с ее наполнением] составляют 36, что [в сумме] дает 104 (</w:t>
      </w:r>
      <w:r>
        <w:rPr>
          <w:rFonts w:ascii="Georgia" w:hAnsi="Georgia" w:cs="Times New Roman"/>
          <w:b/>
          <w:i w:val="0"/>
          <w:color w:val="000000"/>
          <w:sz w:val="24"/>
          <w:rtl/>
          <w:szCs w:val="32"/>
        </w:rPr>
        <w:t>ק״ד</w:t>
      </w:r>
      <w:r>
        <w:rPr>
          <w:rFonts w:ascii="Georgia" w:hAnsi="Georgia"/>
          <w:b w:val="0"/>
          <w:i w:val="0"/>
          <w:color w:val="000000"/>
          <w:sz w:val="24"/>
        </w:rPr>
        <w:t xml:space="preserve">). Слово </w:t>
      </w:r>
      <w:r>
        <w:rPr>
          <w:rFonts w:ascii="Georgia" w:hAnsi="Georgia"/>
          <w:b w:val="0"/>
          <w:i/>
          <w:color w:val="000000"/>
          <w:sz w:val="24"/>
        </w:rPr>
        <w:t>у-тмимим</w:t>
      </w:r>
      <w:r>
        <w:rPr>
          <w:rFonts w:ascii="Georgia" w:hAnsi="Georgia"/>
          <w:b w:val="0"/>
          <w:i w:val="0"/>
          <w:color w:val="000000"/>
          <w:sz w:val="24"/>
        </w:rPr>
        <w:t xml:space="preserve"> («а непорочные», </w:t>
      </w:r>
      <w:r>
        <w:rPr>
          <w:rFonts w:ascii="Georgia" w:hAnsi="Georgia" w:cs="Times New Roman"/>
          <w:b/>
          <w:i w:val="0"/>
          <w:color w:val="000000"/>
          <w:sz w:val="24"/>
          <w:rtl/>
          <w:szCs w:val="32"/>
        </w:rPr>
        <w:t>וּתְמִימִים</w:t>
      </w:r>
      <w:r>
        <w:rPr>
          <w:rFonts w:ascii="Georgia" w:hAnsi="Georgia"/>
          <w:b w:val="0"/>
          <w:i w:val="0"/>
          <w:color w:val="000000"/>
          <w:sz w:val="24"/>
        </w:rPr>
        <w:t>) [в исходном тексте ошибочно приведено как] 436 (</w:t>
      </w:r>
      <w:r>
        <w:rPr>
          <w:rFonts w:ascii="Georgia" w:hAnsi="Georgia" w:cs="Times New Roman"/>
          <w:b/>
          <w:i w:val="0"/>
          <w:color w:val="000000"/>
          <w:sz w:val="24"/>
          <w:rtl/>
          <w:szCs w:val="32"/>
        </w:rPr>
        <w:t>תל״ו</w:t>
      </w:r>
      <w:r>
        <w:rPr>
          <w:rFonts w:ascii="Georgia" w:hAnsi="Georgia"/>
          <w:b w:val="0"/>
          <w:i w:val="0"/>
          <w:color w:val="000000"/>
          <w:sz w:val="24"/>
        </w:rPr>
        <w:t>): два полных [Имени] ЭЛОКИМ дают 300, ахораим простого [написания] — 200, а также 31 (</w:t>
      </w:r>
      <w:r>
        <w:rPr>
          <w:rFonts w:ascii="Georgia" w:hAnsi="Georgia" w:cs="Times New Roman"/>
          <w:b/>
          <w:i w:val="0"/>
          <w:color w:val="000000"/>
          <w:sz w:val="24"/>
          <w:rtl/>
          <w:szCs w:val="32"/>
        </w:rPr>
        <w:t>ל״א</w:t>
      </w:r>
      <w:r>
        <w:rPr>
          <w:rFonts w:ascii="Georgia" w:hAnsi="Georgia"/>
          <w:b w:val="0"/>
          <w:i w:val="0"/>
          <w:color w:val="000000"/>
          <w:sz w:val="24"/>
        </w:rPr>
        <w:t xml:space="preserve">) от ЭЛОКИМ и колель. [Говорит Шмуэль: и здесь наверняка должно быть исправление, так как слово </w:t>
      </w:r>
      <w:r>
        <w:rPr>
          <w:rFonts w:ascii="Georgia" w:hAnsi="Georgia"/>
          <w:b w:val="0"/>
          <w:i/>
          <w:color w:val="000000"/>
          <w:sz w:val="24"/>
        </w:rPr>
        <w:t>у-тмимим</w:t>
      </w:r>
      <w:r>
        <w:rPr>
          <w:rFonts w:ascii="Georgia" w:hAnsi="Georgia"/>
          <w:b w:val="0"/>
          <w:i w:val="0"/>
          <w:color w:val="000000"/>
          <w:sz w:val="24"/>
        </w:rPr>
        <w:t xml:space="preserve"> в гематрии равно 546 (</w:t>
      </w:r>
      <w:r>
        <w:rPr>
          <w:rFonts w:ascii="Georgia" w:hAnsi="Georgia" w:cs="Times New Roman"/>
          <w:b/>
          <w:i w:val="0"/>
          <w:color w:val="000000"/>
          <w:sz w:val="24"/>
          <w:rtl/>
          <w:szCs w:val="32"/>
        </w:rPr>
        <w:t>תקמ״ו</w:t>
      </w:r>
      <w:r>
        <w:rPr>
          <w:rFonts w:ascii="Georgia" w:hAnsi="Georgia"/>
          <w:b w:val="0"/>
          <w:i w:val="0"/>
          <w:color w:val="000000"/>
          <w:sz w:val="24"/>
        </w:rPr>
        <w:t>). Поэтому мне представляется верным исправить так: ЭЛОКИМ с наполнением буквами йод дает 300, а ахораим простого [написания] — 200, что составляет 500 (</w:t>
      </w:r>
      <w:r>
        <w:rPr>
          <w:rFonts w:ascii="Georgia" w:hAnsi="Georgia" w:cs="Times New Roman"/>
          <w:b/>
          <w:i w:val="0"/>
          <w:color w:val="000000"/>
          <w:sz w:val="24"/>
          <w:rtl/>
          <w:szCs w:val="32"/>
        </w:rPr>
        <w:t>ת״ק</w:t>
      </w:r>
      <w:r>
        <w:rPr>
          <w:rFonts w:ascii="Georgia" w:hAnsi="Georgia"/>
          <w:b w:val="0"/>
          <w:i w:val="0"/>
          <w:color w:val="000000"/>
          <w:sz w:val="24"/>
        </w:rPr>
        <w:t>); 46 же (</w:t>
      </w:r>
      <w:r>
        <w:rPr>
          <w:rFonts w:ascii="Georgia" w:hAnsi="Georgia" w:cs="Times New Roman"/>
          <w:b/>
          <w:i w:val="0"/>
          <w:color w:val="000000"/>
          <w:sz w:val="24"/>
          <w:rtl/>
          <w:szCs w:val="32"/>
        </w:rPr>
        <w:t>מ״ו</w:t>
      </w:r>
      <w:r>
        <w:rPr>
          <w:rFonts w:ascii="Georgia" w:hAnsi="Georgia"/>
          <w:b w:val="0"/>
          <w:i w:val="0"/>
          <w:color w:val="000000"/>
          <w:sz w:val="24"/>
        </w:rPr>
        <w:t xml:space="preserve">) — это АВАЯ де-МА [45] и колель [45 + 1 = 46], как мне представляется]. Слово </w:t>
      </w:r>
      <w:r>
        <w:rPr>
          <w:rFonts w:ascii="Georgia" w:hAnsi="Georgia"/>
          <w:b w:val="0"/>
          <w:i/>
          <w:color w:val="000000"/>
          <w:sz w:val="24"/>
        </w:rPr>
        <w:t>йинхалу</w:t>
      </w:r>
      <w:r>
        <w:rPr>
          <w:rFonts w:ascii="Georgia" w:hAnsi="Georgia"/>
          <w:b w:val="0"/>
          <w:i w:val="0"/>
          <w:color w:val="000000"/>
          <w:sz w:val="24"/>
        </w:rPr>
        <w:t xml:space="preserve"> (</w:t>
      </w:r>
      <w:r>
        <w:rPr>
          <w:rFonts w:ascii="Georgia" w:hAnsi="Georgia" w:cs="Times New Roman"/>
          <w:b/>
          <w:i w:val="0"/>
          <w:color w:val="000000"/>
          <w:sz w:val="24"/>
          <w:rtl/>
          <w:szCs w:val="32"/>
        </w:rPr>
        <w:t>יִנְחָלוּ</w:t>
      </w:r>
      <w:r>
        <w:rPr>
          <w:rFonts w:ascii="Georgia" w:hAnsi="Georgia"/>
          <w:b w:val="0"/>
          <w:i w:val="0"/>
          <w:color w:val="000000"/>
          <w:sz w:val="24"/>
        </w:rPr>
        <w:t>) в гематрии равно 104 (</w:t>
      </w:r>
      <w:r>
        <w:rPr>
          <w:rFonts w:ascii="Georgia" w:hAnsi="Georgia" w:cs="Times New Roman"/>
          <w:b/>
          <w:i w:val="0"/>
          <w:color w:val="000000"/>
          <w:sz w:val="24"/>
          <w:rtl/>
          <w:szCs w:val="32"/>
        </w:rPr>
        <w:t>ק״ד</w:t>
      </w:r>
      <w:r>
        <w:rPr>
          <w:rFonts w:ascii="Georgia" w:hAnsi="Georgia"/>
          <w:b w:val="0"/>
          <w:i w:val="0"/>
          <w:color w:val="000000"/>
          <w:sz w:val="24"/>
        </w:rPr>
        <w:t xml:space="preserve">). Это два Имени АВАЯ с наполнением буквами хэй (де-хэйин) — БОН [52] и БОН [52]: одно для Зеир Анпина, а другое для Нуквы. Слово </w:t>
      </w:r>
      <w:r>
        <w:rPr>
          <w:rFonts w:ascii="Georgia" w:hAnsi="Georgia"/>
          <w:b w:val="0"/>
          <w:i/>
          <w:color w:val="000000"/>
          <w:sz w:val="24"/>
        </w:rPr>
        <w:t>тов</w:t>
      </w:r>
      <w:r>
        <w:rPr>
          <w:rFonts w:ascii="Georgia" w:hAnsi="Georgia"/>
          <w:b w:val="0"/>
          <w:i w:val="0"/>
          <w:color w:val="000000"/>
          <w:sz w:val="24"/>
        </w:rPr>
        <w:t xml:space="preserve"> («добро», </w:t>
      </w:r>
      <w:r>
        <w:rPr>
          <w:rFonts w:ascii="Georgia" w:hAnsi="Georgia" w:cs="Times New Roman"/>
          <w:b/>
          <w:i w:val="0"/>
          <w:color w:val="000000"/>
          <w:sz w:val="24"/>
          <w:rtl/>
          <w:szCs w:val="32"/>
        </w:rPr>
        <w:t>טוֹב</w:t>
      </w:r>
      <w:r>
        <w:rPr>
          <w:rFonts w:ascii="Georgia" w:hAnsi="Georgia"/>
          <w:b w:val="0"/>
          <w:i w:val="0"/>
          <w:color w:val="000000"/>
          <w:sz w:val="24"/>
        </w:rPr>
        <w:t>) в гематрии равно 17 (</w:t>
      </w:r>
      <w:r>
        <w:rPr>
          <w:rFonts w:ascii="Georgia" w:hAnsi="Georgia" w:cs="Times New Roman"/>
          <w:b/>
          <w:i w:val="0"/>
          <w:color w:val="000000"/>
          <w:sz w:val="24"/>
          <w:rtl/>
          <w:szCs w:val="32"/>
        </w:rPr>
        <w:t>י״ז</w:t>
      </w:r>
      <w:r>
        <w:rPr>
          <w:rFonts w:ascii="Georgia" w:hAnsi="Georgia"/>
          <w:b w:val="0"/>
          <w:i w:val="0"/>
          <w:color w:val="000000"/>
          <w:sz w:val="24"/>
        </w:rPr>
        <w:t xml:space="preserve">). Это наполнение [Имени] МА без двух букв алеф — за исключением одной буквы алеф, служащей корнем Имени [19 - 2 = 17]. Имя, [получаемое] из слова </w:t>
      </w:r>
      <w:r>
        <w:rPr>
          <w:rFonts w:ascii="Georgia" w:hAnsi="Georgia"/>
          <w:b w:val="0"/>
          <w:i/>
          <w:color w:val="000000"/>
          <w:sz w:val="24"/>
        </w:rPr>
        <w:t>тов</w:t>
      </w:r>
      <w:r>
        <w:rPr>
          <w:rFonts w:ascii="Georgia" w:hAnsi="Georgia"/>
          <w:b w:val="0"/>
          <w:i w:val="0"/>
          <w:color w:val="000000"/>
          <w:sz w:val="24"/>
        </w:rPr>
        <w:t xml:space="preserve"> при замене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 это </w:t>
      </w:r>
      <w:r>
        <w:rPr>
          <w:rFonts w:ascii="Georgia" w:hAnsi="Georgia"/>
          <w:b w:val="0"/>
          <w:i/>
          <w:color w:val="000000"/>
          <w:sz w:val="24"/>
        </w:rPr>
        <w:t>нефеш</w:t>
      </w:r>
      <w:r>
        <w:rPr>
          <w:rFonts w:ascii="Georgia" w:hAnsi="Georgia"/>
          <w:b w:val="0"/>
          <w:i w:val="0"/>
          <w:color w:val="000000"/>
          <w:sz w:val="24"/>
        </w:rPr>
        <w:t xml:space="preserve"> (</w:t>
      </w:r>
      <w:r>
        <w:rPr>
          <w:rFonts w:ascii="Georgia" w:hAnsi="Georgia" w:cs="Times New Roman"/>
          <w:b/>
          <w:i w:val="0"/>
          <w:color w:val="000000"/>
          <w:sz w:val="24"/>
          <w:rtl/>
          <w:szCs w:val="32"/>
        </w:rPr>
        <w:t>נֶפֶשׁ</w:t>
      </w:r>
      <w:r>
        <w:rPr>
          <w:rFonts w:ascii="Georgia" w:hAnsi="Georgia"/>
          <w:b w:val="0"/>
          <w:i w:val="0"/>
          <w:color w:val="000000"/>
          <w:sz w:val="24"/>
        </w:rPr>
        <w:t>), что в гематрии составляет 430 (</w:t>
      </w:r>
      <w:r>
        <w:rPr>
          <w:rFonts w:ascii="Georgia" w:hAnsi="Georgia" w:cs="Times New Roman"/>
          <w:b/>
          <w:i w:val="0"/>
          <w:color w:val="000000"/>
          <w:sz w:val="24"/>
          <w:rtl/>
          <w:szCs w:val="32"/>
        </w:rPr>
        <w:t>ת״ל</w:t>
      </w:r>
      <w:r>
        <w:rPr>
          <w:rFonts w:ascii="Georgia" w:hAnsi="Georgia"/>
          <w:b w:val="0"/>
          <w:i w:val="0"/>
          <w:color w:val="000000"/>
          <w:sz w:val="24"/>
        </w:rPr>
        <w:t>), [соответствуя] пяти [Именам] ЭЛОКИМ [5 × 86 = 430] — [в виде развертывания Имени]: алеф, алеф-хэй, алеф-хэй-йод, алеф-хэй-йод-хэй (</w:t>
      </w:r>
      <w:r>
        <w:rPr>
          <w:rFonts w:ascii="Georgia" w:hAnsi="Georgia" w:cs="Times New Roman"/>
          <w:b/>
          <w:i w:val="0"/>
          <w:color w:val="000000"/>
          <w:sz w:val="24"/>
          <w:rtl/>
          <w:szCs w:val="32"/>
        </w:rPr>
        <w:t>אל״ף אל״ף ה״א אל״ף ה״א יו״ד אל״ף ה״א יו״ד ה״א</w:t>
      </w:r>
      <w:r>
        <w:rPr>
          <w:rFonts w:ascii="Georgia" w:hAnsi="Georgia"/>
          <w:b w:val="0"/>
          <w:i w:val="0"/>
          <w:color w:val="000000"/>
          <w:sz w:val="24"/>
        </w:rPr>
        <w:t>).</w:t>
      </w:r>
    </w:p>
    <w:p>
      <w:pPr>
        <w:keepNext/>
        <w:spacing w:before="320" w:after="120"/>
      </w:pPr>
      <w:r>
        <w:rPr>
          <w:rFonts w:ascii="Georgia" w:hAnsi="Georgia"/>
          <w:b w:val="0"/>
          <w:i w:val="0"/>
          <w:color w:val="000000"/>
          <w:sz w:val="32"/>
        </w:rPr>
        <w:t>Ихуд 49</w:t>
      </w:r>
    </w:p>
    <w:p>
      <w:pPr>
        <w:spacing w:before="40" w:after="120"/>
        <w:jc w:val="both"/>
      </w:pPr>
      <w:r>
        <w:rPr>
          <w:rFonts w:ascii="Georgia" w:hAnsi="Georgia"/>
          <w:b w:val="0"/>
          <w:i w:val="0"/>
          <w:color w:val="000000"/>
          <w:sz w:val="24"/>
        </w:rPr>
        <w:t xml:space="preserve">К упомянутому выше [относится стих]: </w:t>
      </w:r>
      <w:r>
        <w:rPr>
          <w:rFonts w:ascii="Georgia" w:hAnsi="Georgia"/>
          <w:b w:val="0"/>
          <w:i/>
          <w:color w:val="000000"/>
          <w:sz w:val="24"/>
        </w:rPr>
        <w:t>«Гад, полчище будет теснить его, но он потеснит по пятам»</w:t>
      </w:r>
      <w:r>
        <w:rPr>
          <w:rFonts w:ascii="Georgia" w:hAnsi="Georgia"/>
          <w:b w:val="0"/>
          <w:i w:val="0"/>
          <w:color w:val="000000"/>
          <w:sz w:val="24"/>
        </w:rPr>
        <w:t xml:space="preserve"> (</w:t>
      </w:r>
      <w:r>
        <w:rPr>
          <w:rFonts w:ascii="Georgia" w:hAnsi="Georgia" w:cs="Times New Roman"/>
          <w:b/>
          <w:i w:val="0"/>
          <w:color w:val="000000"/>
          <w:sz w:val="24"/>
          <w:rtl/>
          <w:szCs w:val="32"/>
        </w:rPr>
        <w:t>גד גדוד יגודנו והוא יגוד עקב</w:t>
      </w:r>
      <w:r>
        <w:rPr>
          <w:rFonts w:ascii="Georgia" w:hAnsi="Georgia"/>
          <w:b w:val="0"/>
          <w:i w:val="0"/>
          <w:color w:val="000000"/>
          <w:sz w:val="24"/>
        </w:rPr>
        <w:t>, Берешит 49:19). Начальные буквы [первых пяти слов стиха] составляют 32 (</w:t>
      </w:r>
      <w:r>
        <w:rPr>
          <w:rFonts w:ascii="Georgia" w:hAnsi="Georgia" w:cs="Times New Roman"/>
          <w:b/>
          <w:i w:val="0"/>
          <w:color w:val="000000"/>
          <w:sz w:val="24"/>
          <w:rtl/>
          <w:szCs w:val="32"/>
        </w:rPr>
        <w:t>ל״ב</w:t>
      </w:r>
      <w:r>
        <w:rPr>
          <w:rFonts w:ascii="Georgia" w:hAnsi="Georgia"/>
          <w:b w:val="0"/>
          <w:i w:val="0"/>
          <w:color w:val="000000"/>
          <w:sz w:val="24"/>
        </w:rPr>
        <w:t>) пути [мудрости], а вместе с буквой айн (</w:t>
      </w:r>
      <w:r>
        <w:rPr>
          <w:rFonts w:ascii="Georgia" w:hAnsi="Georgia" w:cs="Times New Roman"/>
          <w:b/>
          <w:i w:val="0"/>
          <w:color w:val="000000"/>
          <w:sz w:val="24"/>
          <w:rtl/>
          <w:szCs w:val="32"/>
        </w:rPr>
        <w:t>ע</w:t>
      </w:r>
      <w:r>
        <w:rPr>
          <w:rFonts w:ascii="Georgia" w:hAnsi="Georgia"/>
          <w:b w:val="0"/>
          <w:i w:val="0"/>
          <w:color w:val="000000"/>
          <w:sz w:val="24"/>
        </w:rPr>
        <w:t xml:space="preserve"> = 70) слова </w:t>
      </w:r>
      <w:r>
        <w:rPr>
          <w:rFonts w:ascii="Georgia" w:hAnsi="Georgia"/>
          <w:b w:val="0"/>
          <w:i/>
          <w:color w:val="000000"/>
          <w:sz w:val="24"/>
        </w:rPr>
        <w:t>экев</w:t>
      </w:r>
      <w:r>
        <w:rPr>
          <w:rFonts w:ascii="Georgia" w:hAnsi="Georgia"/>
          <w:b w:val="0"/>
          <w:i w:val="0"/>
          <w:color w:val="000000"/>
          <w:sz w:val="24"/>
        </w:rPr>
        <w:t xml:space="preserve"> они составляют 102 (</w:t>
      </w:r>
      <w:r>
        <w:rPr>
          <w:rFonts w:ascii="Georgia" w:hAnsi="Georgia" w:cs="Times New Roman"/>
          <w:b/>
          <w:i w:val="0"/>
          <w:color w:val="000000"/>
          <w:sz w:val="24"/>
          <w:rtl/>
          <w:szCs w:val="32"/>
        </w:rPr>
        <w:t>ק״ב</w:t>
      </w:r>
      <w:r>
        <w:rPr>
          <w:rFonts w:ascii="Georgia" w:hAnsi="Georgia"/>
          <w:b w:val="0"/>
          <w:i w:val="0"/>
          <w:color w:val="000000"/>
          <w:sz w:val="24"/>
        </w:rPr>
        <w:t>), что равно сумме трех наполнений [Имен] АБ, САГ и МА, составляющих 46 (</w:t>
      </w:r>
      <w:r>
        <w:rPr>
          <w:rFonts w:ascii="Georgia" w:hAnsi="Georgia" w:cs="Times New Roman"/>
          <w:b/>
          <w:i w:val="0"/>
          <w:color w:val="000000"/>
          <w:sz w:val="24"/>
          <w:rtl/>
          <w:szCs w:val="32"/>
        </w:rPr>
        <w:t>מ״ו</w:t>
      </w:r>
      <w:r>
        <w:rPr>
          <w:rFonts w:ascii="Georgia" w:hAnsi="Georgia"/>
          <w:b w:val="0"/>
          <w:i w:val="0"/>
          <w:color w:val="000000"/>
          <w:sz w:val="24"/>
        </w:rPr>
        <w:t>), 37 (</w:t>
      </w:r>
      <w:r>
        <w:rPr>
          <w:rFonts w:ascii="Georgia" w:hAnsi="Georgia" w:cs="Times New Roman"/>
          <w:b/>
          <w:i w:val="0"/>
          <w:color w:val="000000"/>
          <w:sz w:val="24"/>
          <w:rtl/>
          <w:szCs w:val="32"/>
        </w:rPr>
        <w:t>ל״ז</w:t>
      </w:r>
      <w:r>
        <w:rPr>
          <w:rFonts w:ascii="Georgia" w:hAnsi="Georgia"/>
          <w:b w:val="0"/>
          <w:i w:val="0"/>
          <w:color w:val="000000"/>
          <w:sz w:val="24"/>
        </w:rPr>
        <w:t>) и 19 (</w:t>
      </w:r>
      <w:r>
        <w:rPr>
          <w:rFonts w:ascii="Georgia" w:hAnsi="Georgia" w:cs="Times New Roman"/>
          <w:b/>
          <w:i w:val="0"/>
          <w:color w:val="000000"/>
          <w:sz w:val="24"/>
          <w:rtl/>
          <w:szCs w:val="32"/>
        </w:rPr>
        <w:t>י״ט</w:t>
      </w:r>
      <w:r>
        <w:rPr>
          <w:rFonts w:ascii="Georgia" w:hAnsi="Georgia"/>
          <w:b w:val="0"/>
          <w:i w:val="0"/>
          <w:color w:val="000000"/>
          <w:sz w:val="24"/>
        </w:rPr>
        <w:t xml:space="preserve">). Если убрать начальные буквы слов </w:t>
      </w:r>
      <w:r>
        <w:rPr>
          <w:rFonts w:ascii="Georgia" w:hAnsi="Georgia"/>
          <w:b w:val="0"/>
          <w:i/>
          <w:color w:val="000000"/>
          <w:sz w:val="24"/>
        </w:rPr>
        <w:t>Гад</w:t>
      </w:r>
      <w:r>
        <w:rPr>
          <w:rFonts w:ascii="Georgia" w:hAnsi="Georgia"/>
          <w:b w:val="0"/>
          <w:i w:val="0"/>
          <w:color w:val="000000"/>
          <w:sz w:val="24"/>
        </w:rPr>
        <w:t xml:space="preserve">, </w:t>
      </w:r>
      <w:r>
        <w:rPr>
          <w:rFonts w:ascii="Georgia" w:hAnsi="Georgia"/>
          <w:b w:val="0"/>
          <w:i/>
          <w:color w:val="000000"/>
          <w:sz w:val="24"/>
        </w:rPr>
        <w:t>гдуд</w:t>
      </w:r>
      <w:r>
        <w:rPr>
          <w:rFonts w:ascii="Georgia" w:hAnsi="Georgia"/>
          <w:b w:val="0"/>
          <w:i w:val="0"/>
          <w:color w:val="000000"/>
          <w:sz w:val="24"/>
        </w:rPr>
        <w:t xml:space="preserve"> и </w:t>
      </w:r>
      <w:r>
        <w:rPr>
          <w:rFonts w:ascii="Georgia" w:hAnsi="Georgia"/>
          <w:b w:val="0"/>
          <w:i/>
          <w:color w:val="000000"/>
          <w:sz w:val="24"/>
        </w:rPr>
        <w:t>ягудену</w:t>
      </w:r>
      <w:r>
        <w:rPr>
          <w:rFonts w:ascii="Georgia" w:hAnsi="Georgia"/>
          <w:b w:val="0"/>
          <w:i w:val="0"/>
          <w:color w:val="000000"/>
          <w:sz w:val="24"/>
        </w:rPr>
        <w:t>, останутся [буквы] далет (</w:t>
      </w:r>
      <w:r>
        <w:rPr>
          <w:rFonts w:ascii="Georgia" w:hAnsi="Georgia" w:cs="Times New Roman"/>
          <w:b/>
          <w:i w:val="0"/>
          <w:color w:val="000000"/>
          <w:sz w:val="24"/>
          <w:rtl/>
          <w:szCs w:val="32"/>
        </w:rPr>
        <w:t>ד</w:t>
      </w:r>
      <w:r>
        <w:rPr>
          <w:rFonts w:ascii="Georgia" w:hAnsi="Georgia"/>
          <w:b w:val="0"/>
          <w:i w:val="0"/>
          <w:color w:val="000000"/>
          <w:sz w:val="24"/>
        </w:rPr>
        <w:t xml:space="preserve">), </w:t>
      </w:r>
      <w:r>
        <w:rPr>
          <w:rFonts w:ascii="Georgia" w:hAnsi="Georgia"/>
          <w:b w:val="0"/>
          <w:i/>
          <w:color w:val="000000"/>
          <w:sz w:val="24"/>
        </w:rPr>
        <w:t>дод</w:t>
      </w:r>
      <w:r>
        <w:rPr>
          <w:rFonts w:ascii="Georgia" w:hAnsi="Georgia"/>
          <w:b w:val="0"/>
          <w:i w:val="0"/>
          <w:color w:val="000000"/>
          <w:sz w:val="24"/>
        </w:rPr>
        <w:t xml:space="preserve"> (</w:t>
      </w:r>
      <w:r>
        <w:rPr>
          <w:rFonts w:ascii="Georgia" w:hAnsi="Georgia" w:cs="Times New Roman"/>
          <w:b/>
          <w:i w:val="0"/>
          <w:color w:val="000000"/>
          <w:sz w:val="24"/>
          <w:rtl/>
          <w:szCs w:val="32"/>
        </w:rPr>
        <w:t>דוד</w:t>
      </w:r>
      <w:r>
        <w:rPr>
          <w:rFonts w:ascii="Georgia" w:hAnsi="Georgia"/>
          <w:b w:val="0"/>
          <w:i w:val="0"/>
          <w:color w:val="000000"/>
          <w:sz w:val="24"/>
        </w:rPr>
        <w:t xml:space="preserve">) и </w:t>
      </w:r>
      <w:r>
        <w:rPr>
          <w:rFonts w:ascii="Georgia" w:hAnsi="Georgia"/>
          <w:b w:val="0"/>
          <w:i/>
          <w:color w:val="000000"/>
          <w:sz w:val="24"/>
        </w:rPr>
        <w:t>гудену</w:t>
      </w:r>
      <w:r>
        <w:rPr>
          <w:rFonts w:ascii="Georgia" w:hAnsi="Georgia"/>
          <w:b w:val="0"/>
          <w:i w:val="0"/>
          <w:color w:val="000000"/>
          <w:sz w:val="24"/>
        </w:rPr>
        <w:t xml:space="preserve"> (</w:t>
      </w:r>
      <w:r>
        <w:rPr>
          <w:rFonts w:ascii="Georgia" w:hAnsi="Georgia" w:cs="Times New Roman"/>
          <w:b/>
          <w:i w:val="0"/>
          <w:color w:val="000000"/>
          <w:sz w:val="24"/>
          <w:rtl/>
          <w:szCs w:val="32"/>
        </w:rPr>
        <w:t>גודנו</w:t>
      </w:r>
      <w:r>
        <w:rPr>
          <w:rFonts w:ascii="Georgia" w:hAnsi="Georgia"/>
          <w:b w:val="0"/>
          <w:i w:val="0"/>
          <w:color w:val="000000"/>
          <w:sz w:val="24"/>
        </w:rPr>
        <w:t>), гематрия которых — 87 (</w:t>
      </w:r>
      <w:r>
        <w:rPr>
          <w:rFonts w:ascii="Georgia" w:hAnsi="Georgia" w:cs="Times New Roman"/>
          <w:b/>
          <w:i w:val="0"/>
          <w:color w:val="000000"/>
          <w:sz w:val="24"/>
          <w:rtl/>
          <w:szCs w:val="32"/>
        </w:rPr>
        <w:t>פ״ז</w:t>
      </w:r>
      <w:r>
        <w:rPr>
          <w:rFonts w:ascii="Georgia" w:hAnsi="Georgia"/>
          <w:b w:val="0"/>
          <w:i w:val="0"/>
          <w:color w:val="000000"/>
          <w:sz w:val="24"/>
        </w:rPr>
        <w:t xml:space="preserve">), что равно [сумме Имени] МА (45) и его сорока двух [букв]. Также, если убрать начальные буквы [слов] </w:t>
      </w:r>
      <w:r>
        <w:rPr>
          <w:rFonts w:ascii="Georgia" w:hAnsi="Georgia"/>
          <w:b w:val="0"/>
          <w:i/>
          <w:color w:val="000000"/>
          <w:sz w:val="24"/>
        </w:rPr>
        <w:t>ве-у</w:t>
      </w:r>
      <w:r>
        <w:rPr>
          <w:rFonts w:ascii="Georgia" w:hAnsi="Georgia"/>
          <w:b w:val="0"/>
          <w:i w:val="0"/>
          <w:color w:val="000000"/>
          <w:sz w:val="24"/>
        </w:rPr>
        <w:t xml:space="preserve">, </w:t>
      </w:r>
      <w:r>
        <w:rPr>
          <w:rFonts w:ascii="Georgia" w:hAnsi="Georgia"/>
          <w:b w:val="0"/>
          <w:i/>
          <w:color w:val="000000"/>
          <w:sz w:val="24"/>
        </w:rPr>
        <w:t>ягуд</w:t>
      </w:r>
      <w:r>
        <w:rPr>
          <w:rFonts w:ascii="Georgia" w:hAnsi="Georgia"/>
          <w:b w:val="0"/>
          <w:i w:val="0"/>
          <w:color w:val="000000"/>
          <w:sz w:val="24"/>
        </w:rPr>
        <w:t xml:space="preserve">, </w:t>
      </w:r>
      <w:r>
        <w:rPr>
          <w:rFonts w:ascii="Georgia" w:hAnsi="Georgia"/>
          <w:b w:val="0"/>
          <w:i/>
          <w:color w:val="000000"/>
          <w:sz w:val="24"/>
        </w:rPr>
        <w:t>экев</w:t>
      </w:r>
      <w:r>
        <w:rPr>
          <w:rFonts w:ascii="Georgia" w:hAnsi="Georgia"/>
          <w:b w:val="0"/>
          <w:i w:val="0"/>
          <w:color w:val="000000"/>
          <w:sz w:val="24"/>
        </w:rPr>
        <w:t xml:space="preserve">, останутся [буквенные сочетания] </w:t>
      </w:r>
      <w:r>
        <w:rPr>
          <w:rFonts w:ascii="Georgia" w:hAnsi="Georgia"/>
          <w:b w:val="0"/>
          <w:i/>
          <w:color w:val="000000"/>
          <w:sz w:val="24"/>
        </w:rPr>
        <w:t>ху</w:t>
      </w:r>
      <w:r>
        <w:rPr>
          <w:rFonts w:ascii="Georgia" w:hAnsi="Georgia"/>
          <w:b w:val="0"/>
          <w:i w:val="0"/>
          <w:color w:val="000000"/>
          <w:sz w:val="24"/>
        </w:rPr>
        <w:t xml:space="preserve"> (</w:t>
      </w:r>
      <w:r>
        <w:rPr>
          <w:rFonts w:ascii="Georgia" w:hAnsi="Georgia" w:cs="Times New Roman"/>
          <w:b/>
          <w:i w:val="0"/>
          <w:color w:val="000000"/>
          <w:sz w:val="24"/>
          <w:rtl/>
          <w:szCs w:val="32"/>
        </w:rPr>
        <w:t>הו״א</w:t>
      </w:r>
      <w:r>
        <w:rPr>
          <w:rFonts w:ascii="Georgia" w:hAnsi="Georgia"/>
          <w:b w:val="0"/>
          <w:i w:val="0"/>
          <w:color w:val="000000"/>
          <w:sz w:val="24"/>
        </w:rPr>
        <w:t xml:space="preserve">), </w:t>
      </w:r>
      <w:r>
        <w:rPr>
          <w:rFonts w:ascii="Georgia" w:hAnsi="Georgia"/>
          <w:b w:val="0"/>
          <w:i/>
          <w:color w:val="000000"/>
          <w:sz w:val="24"/>
        </w:rPr>
        <w:t>гад</w:t>
      </w:r>
      <w:r>
        <w:rPr>
          <w:rFonts w:ascii="Georgia" w:hAnsi="Georgia"/>
          <w:b w:val="0"/>
          <w:i w:val="0"/>
          <w:color w:val="000000"/>
          <w:sz w:val="24"/>
        </w:rPr>
        <w:t xml:space="preserve"> (</w:t>
      </w:r>
      <w:r>
        <w:rPr>
          <w:rFonts w:ascii="Georgia" w:hAnsi="Georgia" w:cs="Times New Roman"/>
          <w:b/>
          <w:i w:val="0"/>
          <w:color w:val="000000"/>
          <w:sz w:val="24"/>
          <w:rtl/>
          <w:szCs w:val="32"/>
        </w:rPr>
        <w:t>ג״ד</w:t>
      </w:r>
      <w:r>
        <w:rPr>
          <w:rFonts w:ascii="Georgia" w:hAnsi="Georgia"/>
          <w:b w:val="0"/>
          <w:i w:val="0"/>
          <w:color w:val="000000"/>
          <w:sz w:val="24"/>
        </w:rPr>
        <w:t xml:space="preserve">) и </w:t>
      </w:r>
      <w:r>
        <w:rPr>
          <w:rFonts w:ascii="Georgia" w:hAnsi="Georgia"/>
          <w:b w:val="0"/>
          <w:i/>
          <w:color w:val="000000"/>
          <w:sz w:val="24"/>
        </w:rPr>
        <w:t>кав</w:t>
      </w:r>
      <w:r>
        <w:rPr>
          <w:rFonts w:ascii="Georgia" w:hAnsi="Georgia"/>
          <w:b w:val="0"/>
          <w:i w:val="0"/>
          <w:color w:val="000000"/>
          <w:sz w:val="24"/>
        </w:rPr>
        <w:t xml:space="preserve"> (</w:t>
      </w:r>
      <w:r>
        <w:rPr>
          <w:rFonts w:ascii="Georgia" w:hAnsi="Georgia" w:cs="Times New Roman"/>
          <w:b/>
          <w:i w:val="0"/>
          <w:color w:val="000000"/>
          <w:sz w:val="24"/>
          <w:rtl/>
          <w:szCs w:val="32"/>
        </w:rPr>
        <w:t>ק״ב</w:t>
      </w:r>
      <w:r>
        <w:rPr>
          <w:rFonts w:ascii="Georgia" w:hAnsi="Georgia"/>
          <w:b w:val="0"/>
          <w:i w:val="0"/>
          <w:color w:val="000000"/>
          <w:sz w:val="24"/>
        </w:rPr>
        <w:t>), гематрия которых равна 121 (</w:t>
      </w:r>
      <w:r>
        <w:rPr>
          <w:rFonts w:ascii="Georgia" w:hAnsi="Georgia" w:cs="Times New Roman"/>
          <w:b/>
          <w:i w:val="0"/>
          <w:color w:val="000000"/>
          <w:sz w:val="24"/>
          <w:rtl/>
          <w:szCs w:val="32"/>
        </w:rPr>
        <w:t>קכ״א</w:t>
      </w:r>
      <w:r>
        <w:rPr>
          <w:rFonts w:ascii="Georgia" w:hAnsi="Georgia"/>
          <w:b w:val="0"/>
          <w:i w:val="0"/>
          <w:color w:val="000000"/>
          <w:sz w:val="24"/>
        </w:rPr>
        <w:t>): это 120 (</w:t>
      </w:r>
      <w:r>
        <w:rPr>
          <w:rFonts w:ascii="Georgia" w:hAnsi="Georgia" w:cs="Times New Roman"/>
          <w:b/>
          <w:i w:val="0"/>
          <w:color w:val="000000"/>
          <w:sz w:val="24"/>
          <w:rtl/>
          <w:szCs w:val="32"/>
        </w:rPr>
        <w:t>ק״ך</w:t>
      </w:r>
      <w:r>
        <w:rPr>
          <w:rFonts w:ascii="Georgia" w:hAnsi="Georgia"/>
          <w:b w:val="0"/>
          <w:i w:val="0"/>
          <w:color w:val="000000"/>
          <w:sz w:val="24"/>
        </w:rPr>
        <w:t xml:space="preserve">) сочетаний Имени ЭЛОКИМ вместе с их общностью. Слово </w:t>
      </w:r>
      <w:r>
        <w:rPr>
          <w:rFonts w:ascii="Georgia" w:hAnsi="Georgia"/>
          <w:b w:val="0"/>
          <w:i/>
          <w:color w:val="000000"/>
          <w:sz w:val="24"/>
        </w:rPr>
        <w:t>гдуд</w:t>
      </w:r>
      <w:r>
        <w:rPr>
          <w:rFonts w:ascii="Georgia" w:hAnsi="Georgia"/>
          <w:b w:val="0"/>
          <w:i w:val="0"/>
          <w:color w:val="000000"/>
          <w:sz w:val="24"/>
        </w:rPr>
        <w:t xml:space="preserve"> в гематрии равно слову </w:t>
      </w:r>
      <w:r>
        <w:rPr>
          <w:rFonts w:ascii="Georgia" w:hAnsi="Georgia"/>
          <w:b w:val="0"/>
          <w:i/>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то есть 17 (</w:t>
      </w:r>
      <w:r>
        <w:rPr>
          <w:rFonts w:ascii="Georgia" w:hAnsi="Georgia" w:cs="Times New Roman"/>
          <w:b/>
          <w:i w:val="0"/>
          <w:color w:val="000000"/>
          <w:sz w:val="24"/>
          <w:rtl/>
          <w:szCs w:val="32"/>
        </w:rPr>
        <w:t>י״ז</w:t>
      </w:r>
      <w:r>
        <w:rPr>
          <w:rFonts w:ascii="Georgia" w:hAnsi="Georgia"/>
          <w:b w:val="0"/>
          <w:i w:val="0"/>
          <w:color w:val="000000"/>
          <w:sz w:val="24"/>
        </w:rPr>
        <w:t xml:space="preserve">), а вместе со словом </w:t>
      </w:r>
      <w:r>
        <w:rPr>
          <w:rFonts w:ascii="Georgia" w:hAnsi="Georgia"/>
          <w:b w:val="0"/>
          <w:i/>
          <w:color w:val="000000"/>
          <w:sz w:val="24"/>
        </w:rPr>
        <w:t>ягудену</w:t>
      </w:r>
      <w:r>
        <w:rPr>
          <w:rFonts w:ascii="Georgia" w:hAnsi="Georgia"/>
          <w:b w:val="0"/>
          <w:i w:val="0"/>
          <w:color w:val="000000"/>
          <w:sz w:val="24"/>
        </w:rPr>
        <w:t>, гематрия которого 79 (</w:t>
      </w:r>
      <w:r>
        <w:rPr>
          <w:rFonts w:ascii="Georgia" w:hAnsi="Georgia" w:cs="Times New Roman"/>
          <w:b/>
          <w:i w:val="0"/>
          <w:color w:val="000000"/>
          <w:sz w:val="24"/>
          <w:rtl/>
          <w:szCs w:val="32"/>
        </w:rPr>
        <w:t>ע״ט</w:t>
      </w:r>
      <w:r>
        <w:rPr>
          <w:rFonts w:ascii="Georgia" w:hAnsi="Georgia"/>
          <w:b w:val="0"/>
          <w:i w:val="0"/>
          <w:color w:val="000000"/>
          <w:sz w:val="24"/>
        </w:rPr>
        <w:t>), они составляют 96 (</w:t>
      </w:r>
      <w:r>
        <w:rPr>
          <w:rFonts w:ascii="Georgia" w:hAnsi="Georgia" w:cs="Times New Roman"/>
          <w:b/>
          <w:i w:val="0"/>
          <w:color w:val="000000"/>
          <w:sz w:val="24"/>
          <w:rtl/>
          <w:szCs w:val="32"/>
        </w:rPr>
        <w:t>צ״ו</w:t>
      </w:r>
      <w:r>
        <w:rPr>
          <w:rFonts w:ascii="Georgia" w:hAnsi="Georgia"/>
          <w:b w:val="0"/>
          <w:i w:val="0"/>
          <w:color w:val="000000"/>
          <w:sz w:val="24"/>
        </w:rPr>
        <w:t>) миров (</w:t>
      </w:r>
      <w:r>
        <w:rPr>
          <w:rFonts w:ascii="Georgia" w:hAnsi="Georgia"/>
          <w:b w:val="0"/>
          <w:i/>
          <w:color w:val="000000"/>
          <w:sz w:val="24"/>
        </w:rPr>
        <w:t>алмин</w:t>
      </w:r>
      <w:r>
        <w:rPr>
          <w:rFonts w:ascii="Georgia" w:hAnsi="Georgia"/>
          <w:b w:val="0"/>
          <w:i w:val="0"/>
          <w:color w:val="000000"/>
          <w:sz w:val="24"/>
        </w:rPr>
        <w:t xml:space="preserve">), по числу [Имен] ЭЛЬ и АДОНАЙ. Слова </w:t>
      </w:r>
      <w:r>
        <w:rPr>
          <w:rFonts w:ascii="Georgia" w:hAnsi="Georgia"/>
          <w:b w:val="0"/>
          <w:i/>
          <w:color w:val="000000"/>
          <w:sz w:val="24"/>
        </w:rPr>
        <w:t>ве-у ягуд</w:t>
      </w:r>
      <w:r>
        <w:rPr>
          <w:rFonts w:ascii="Georgia" w:hAnsi="Georgia"/>
          <w:b w:val="0"/>
          <w:i w:val="0"/>
          <w:color w:val="000000"/>
          <w:sz w:val="24"/>
        </w:rPr>
        <w:t xml:space="preserve"> равны 35 (</w:t>
      </w:r>
      <w:r>
        <w:rPr>
          <w:rFonts w:ascii="Georgia" w:hAnsi="Georgia" w:cs="Times New Roman"/>
          <w:b/>
          <w:i w:val="0"/>
          <w:color w:val="000000"/>
          <w:sz w:val="24"/>
          <w:rtl/>
          <w:szCs w:val="32"/>
        </w:rPr>
        <w:t>ל״ה</w:t>
      </w:r>
      <w:r>
        <w:rPr>
          <w:rFonts w:ascii="Georgia" w:hAnsi="Georgia"/>
          <w:b w:val="0"/>
          <w:i w:val="0"/>
          <w:color w:val="000000"/>
          <w:sz w:val="24"/>
        </w:rPr>
        <w:t xml:space="preserve">), что соответствует [Имени] ЙА с наполнением буквами йод. Слово </w:t>
      </w:r>
      <w:r>
        <w:rPr>
          <w:rFonts w:ascii="Georgia" w:hAnsi="Georgia"/>
          <w:b w:val="0"/>
          <w:i/>
          <w:color w:val="000000"/>
          <w:sz w:val="24"/>
        </w:rPr>
        <w:t>экев</w:t>
      </w:r>
      <w:r>
        <w:rPr>
          <w:rFonts w:ascii="Georgia" w:hAnsi="Georgia"/>
          <w:b w:val="0"/>
          <w:i w:val="0"/>
          <w:color w:val="000000"/>
          <w:sz w:val="24"/>
        </w:rPr>
        <w:t xml:space="preserve"> (</w:t>
      </w:r>
      <w:r>
        <w:rPr>
          <w:rFonts w:ascii="Georgia" w:hAnsi="Georgia" w:cs="Times New Roman"/>
          <w:b/>
          <w:i w:val="0"/>
          <w:color w:val="000000"/>
          <w:sz w:val="24"/>
          <w:rtl/>
          <w:szCs w:val="32"/>
        </w:rPr>
        <w:t>עק״ב</w:t>
      </w:r>
      <w:r>
        <w:rPr>
          <w:rFonts w:ascii="Georgia" w:hAnsi="Georgia"/>
          <w:b w:val="0"/>
          <w:i w:val="0"/>
          <w:color w:val="000000"/>
          <w:sz w:val="24"/>
        </w:rPr>
        <w:t xml:space="preserve">) в гематрии равно двум Именам ЭЛОКИМ, а вместе со словом </w:t>
      </w:r>
      <w:r>
        <w:rPr>
          <w:rFonts w:ascii="Georgia" w:hAnsi="Georgia"/>
          <w:b w:val="0"/>
          <w:i/>
          <w:color w:val="000000"/>
          <w:sz w:val="24"/>
        </w:rPr>
        <w:t>Гад</w:t>
      </w:r>
      <w:r>
        <w:rPr>
          <w:rFonts w:ascii="Georgia" w:hAnsi="Georgia"/>
          <w:b w:val="0"/>
          <w:i w:val="0"/>
          <w:color w:val="000000"/>
          <w:sz w:val="24"/>
        </w:rPr>
        <w:t xml:space="preserve"> (</w:t>
      </w:r>
      <w:r>
        <w:rPr>
          <w:rFonts w:ascii="Georgia" w:hAnsi="Georgia" w:cs="Times New Roman"/>
          <w:b/>
          <w:i w:val="0"/>
          <w:color w:val="000000"/>
          <w:sz w:val="24"/>
          <w:rtl/>
          <w:szCs w:val="32"/>
        </w:rPr>
        <w:t>ג״ד</w:t>
      </w:r>
      <w:r>
        <w:rPr>
          <w:rFonts w:ascii="Georgia" w:hAnsi="Georgia"/>
          <w:b w:val="0"/>
          <w:i w:val="0"/>
          <w:color w:val="000000"/>
          <w:sz w:val="24"/>
        </w:rPr>
        <w:t>) и с колелем составляет 180 (</w:t>
      </w:r>
      <w:r>
        <w:rPr>
          <w:rFonts w:ascii="Georgia" w:hAnsi="Georgia" w:cs="Times New Roman"/>
          <w:b/>
          <w:i w:val="0"/>
          <w:color w:val="000000"/>
          <w:sz w:val="24"/>
          <w:rtl/>
          <w:szCs w:val="32"/>
        </w:rPr>
        <w:t>ק״ף</w:t>
      </w:r>
      <w:r>
        <w:rPr>
          <w:rFonts w:ascii="Georgia" w:hAnsi="Georgia"/>
          <w:b w:val="0"/>
          <w:i w:val="0"/>
          <w:color w:val="000000"/>
          <w:sz w:val="24"/>
        </w:rPr>
        <w:t>), что равно семи Именам. [Говорит Шмуэль: мне представляется, что это семь Имен АВАЯ, составляющие 182 (</w:t>
      </w:r>
      <w:r>
        <w:rPr>
          <w:rFonts w:ascii="Georgia" w:hAnsi="Georgia" w:cs="Times New Roman"/>
          <w:b/>
          <w:i w:val="0"/>
          <w:color w:val="000000"/>
          <w:sz w:val="24"/>
          <w:rtl/>
          <w:szCs w:val="32"/>
        </w:rPr>
        <w:t>קפ״ב</w:t>
      </w:r>
      <w:r>
        <w:rPr>
          <w:rFonts w:ascii="Georgia" w:hAnsi="Georgia"/>
          <w:b w:val="0"/>
          <w:i w:val="0"/>
          <w:color w:val="000000"/>
          <w:sz w:val="24"/>
        </w:rPr>
        <w:t>): упомянутые 180 (</w:t>
      </w:r>
      <w:r>
        <w:rPr>
          <w:rFonts w:ascii="Georgia" w:hAnsi="Georgia" w:cs="Times New Roman"/>
          <w:b/>
          <w:i w:val="0"/>
          <w:color w:val="000000"/>
          <w:sz w:val="24"/>
          <w:rtl/>
          <w:szCs w:val="32"/>
        </w:rPr>
        <w:t>ק״ף</w:t>
      </w:r>
      <w:r>
        <w:rPr>
          <w:rFonts w:ascii="Georgia" w:hAnsi="Georgia"/>
          <w:b w:val="0"/>
          <w:i w:val="0"/>
          <w:color w:val="000000"/>
          <w:sz w:val="24"/>
        </w:rPr>
        <w:t xml:space="preserve">), плюс колель слова </w:t>
      </w:r>
      <w:r>
        <w:rPr>
          <w:rFonts w:ascii="Georgia" w:hAnsi="Georgia"/>
          <w:b w:val="0"/>
          <w:i/>
          <w:color w:val="000000"/>
          <w:sz w:val="24"/>
        </w:rPr>
        <w:t>экев</w:t>
      </w:r>
      <w:r>
        <w:rPr>
          <w:rFonts w:ascii="Georgia" w:hAnsi="Georgia"/>
          <w:b w:val="0"/>
          <w:i w:val="0"/>
          <w:color w:val="000000"/>
          <w:sz w:val="24"/>
        </w:rPr>
        <w:t xml:space="preserve"> и колель слова </w:t>
      </w:r>
      <w:r>
        <w:rPr>
          <w:rFonts w:ascii="Georgia" w:hAnsi="Georgia"/>
          <w:b w:val="0"/>
          <w:i/>
          <w:color w:val="000000"/>
          <w:sz w:val="24"/>
        </w:rPr>
        <w:t>Гад</w:t>
      </w:r>
      <w:r>
        <w:rPr>
          <w:rFonts w:ascii="Georgia" w:hAnsi="Georgia"/>
          <w:b w:val="0"/>
          <w:i w:val="0"/>
          <w:color w:val="000000"/>
          <w:sz w:val="24"/>
        </w:rPr>
        <w:t xml:space="preserve">.] А конечные буквы стиха </w:t>
      </w:r>
      <w:r>
        <w:rPr>
          <w:rFonts w:ascii="Georgia" w:hAnsi="Georgia"/>
          <w:b w:val="0"/>
          <w:i/>
          <w:color w:val="000000"/>
          <w:sz w:val="24"/>
        </w:rPr>
        <w:t>«Гад, полчище будет теснить его, но он потеснит по пятам»</w:t>
      </w:r>
      <w:r>
        <w:rPr>
          <w:rFonts w:ascii="Georgia" w:hAnsi="Georgia"/>
          <w:b w:val="0"/>
          <w:i w:val="0"/>
          <w:color w:val="000000"/>
          <w:sz w:val="24"/>
        </w:rPr>
        <w:t xml:space="preserve"> составляют [в гематрии 21, что равно Имени] ЭЙЕ. [Говорит Шмуэль: Имя из слова </w:t>
      </w:r>
      <w:r>
        <w:rPr>
          <w:rFonts w:ascii="Georgia" w:hAnsi="Georgia"/>
          <w:b w:val="0"/>
          <w:i/>
          <w:color w:val="000000"/>
          <w:sz w:val="24"/>
        </w:rPr>
        <w:t>Гад</w:t>
      </w:r>
      <w:r>
        <w:rPr>
          <w:rFonts w:ascii="Georgia" w:hAnsi="Georgia"/>
          <w:b w:val="0"/>
          <w:i w:val="0"/>
          <w:color w:val="000000"/>
          <w:sz w:val="24"/>
        </w:rPr>
        <w:t xml:space="preserve"> в его полном наполнении — </w:t>
      </w:r>
      <w:r>
        <w:rPr>
          <w:rFonts w:ascii="Georgia" w:hAnsi="Georgia"/>
          <w:b w:val="0"/>
          <w:i/>
          <w:color w:val="000000"/>
          <w:sz w:val="24"/>
        </w:rPr>
        <w:t>Гаймледалат</w:t>
      </w:r>
      <w:r>
        <w:rPr>
          <w:rFonts w:ascii="Georgia" w:hAnsi="Georgia"/>
          <w:b w:val="0"/>
          <w:i w:val="0"/>
          <w:color w:val="000000"/>
          <w:sz w:val="24"/>
        </w:rPr>
        <w:t xml:space="preserve"> (</w:t>
      </w:r>
      <w:r>
        <w:rPr>
          <w:rFonts w:ascii="Georgia" w:hAnsi="Georgia" w:cs="Times New Roman"/>
          <w:b/>
          <w:i w:val="0"/>
          <w:color w:val="000000"/>
          <w:sz w:val="24"/>
          <w:rtl/>
          <w:szCs w:val="32"/>
        </w:rPr>
        <w:t>גָיְמְלְדָלָת</w:t>
      </w:r>
      <w:r>
        <w:rPr>
          <w:rFonts w:ascii="Georgia" w:hAnsi="Georgia"/>
          <w:b w:val="0"/>
          <w:i w:val="0"/>
          <w:color w:val="000000"/>
          <w:sz w:val="24"/>
        </w:rPr>
        <w:t>), а огласовка берется от начальных букв самого стиха.]</w:t>
      </w:r>
    </w:p>
    <w:p>
      <w:pPr>
        <w:keepNext/>
        <w:spacing w:before="320" w:after="120"/>
      </w:pPr>
      <w:r>
        <w:rPr>
          <w:rFonts w:ascii="Georgia" w:hAnsi="Georgia"/>
          <w:b w:val="0"/>
          <w:i w:val="0"/>
          <w:color w:val="000000"/>
          <w:sz w:val="32"/>
        </w:rPr>
        <w:t>Ихуд 50</w:t>
      </w:r>
    </w:p>
    <w:p>
      <w:pPr>
        <w:spacing w:before="40" w:after="120"/>
        <w:jc w:val="both"/>
      </w:pPr>
      <w:r>
        <w:rPr>
          <w:rFonts w:ascii="Georgia" w:hAnsi="Georgia"/>
          <w:b w:val="0"/>
          <w:i w:val="0"/>
          <w:color w:val="000000"/>
          <w:sz w:val="24"/>
        </w:rPr>
        <w:t xml:space="preserve">К вышеупомянутому [стиху]: </w:t>
      </w:r>
      <w:r>
        <w:rPr>
          <w:rFonts w:ascii="Georgia" w:hAnsi="Georgia"/>
          <w:b w:val="0"/>
          <w:i/>
          <w:color w:val="000000"/>
          <w:sz w:val="24"/>
        </w:rPr>
        <w:t>«Видеть благоденствие избранников Твоих...»</w:t>
      </w:r>
      <w:r>
        <w:rPr>
          <w:rFonts w:ascii="Georgia" w:hAnsi="Georgia"/>
          <w:b w:val="0"/>
          <w:i w:val="0"/>
          <w:color w:val="000000"/>
          <w:sz w:val="24"/>
        </w:rPr>
        <w:t xml:space="preserve"> (</w:t>
      </w:r>
      <w:r>
        <w:rPr>
          <w:rFonts w:ascii="Georgia" w:hAnsi="Georgia"/>
          <w:b w:val="0"/>
          <w:i/>
          <w:color w:val="000000"/>
          <w:sz w:val="24"/>
        </w:rPr>
        <w:t>лирот бе-товат бхирэха</w:t>
      </w:r>
      <w:r>
        <w:rPr>
          <w:rFonts w:ascii="Georgia" w:hAnsi="Georgia"/>
          <w:b w:val="0"/>
          <w:i w:val="0"/>
          <w:color w:val="000000"/>
          <w:sz w:val="24"/>
        </w:rPr>
        <w:t xml:space="preserve">, </w:t>
      </w:r>
      <w:r>
        <w:rPr>
          <w:rFonts w:ascii="Georgia" w:hAnsi="Georgia" w:cs="Times New Roman"/>
          <w:b/>
          <w:i w:val="0"/>
          <w:color w:val="000000"/>
          <w:sz w:val="24"/>
          <w:rtl/>
          <w:szCs w:val="32"/>
        </w:rPr>
        <w:t>לִרְאוֹת בְּטוֹבַת בְּחִירֶיךָ</w:t>
      </w:r>
      <w:r>
        <w:rPr>
          <w:rFonts w:ascii="Georgia" w:hAnsi="Georgia"/>
          <w:b w:val="0"/>
          <w:i w:val="0"/>
          <w:color w:val="000000"/>
          <w:sz w:val="24"/>
        </w:rPr>
        <w:t>, Теилим 106:5). Начальные буквы [этих слов] составляют 34 (</w:t>
      </w:r>
      <w:r>
        <w:rPr>
          <w:rFonts w:ascii="Georgia" w:hAnsi="Georgia" w:cs="Times New Roman"/>
          <w:b/>
          <w:i w:val="0"/>
          <w:color w:val="000000"/>
          <w:sz w:val="24"/>
          <w:rtl/>
          <w:szCs w:val="32"/>
        </w:rPr>
        <w:t>ל״ד</w:t>
      </w:r>
      <w:r>
        <w:rPr>
          <w:rFonts w:ascii="Georgia" w:hAnsi="Georgia"/>
          <w:b w:val="0"/>
          <w:i w:val="0"/>
          <w:color w:val="000000"/>
          <w:sz w:val="24"/>
        </w:rPr>
        <w:t xml:space="preserve"> = 34), [что равно] числу 34 букв наполнения наполнения Имени АДОНАЙ, вот так: алеф, ламэд, пэй; далет, ламэд, тав; нун, вав, нун; йод, вав, далет (</w:t>
      </w:r>
      <w:r>
        <w:rPr>
          <w:rFonts w:ascii="Georgia" w:hAnsi="Georgia" w:cs="Times New Roman"/>
          <w:b/>
          <w:i w:val="0"/>
          <w:color w:val="000000"/>
          <w:sz w:val="24"/>
          <w:rtl/>
          <w:szCs w:val="32"/>
        </w:rPr>
        <w:t>אל״ף למ״ד פ״א דל״ת למ״ד ת״ו נו״ן וא״ו נו״ן יו״ד ואו דל״ת</w:t>
      </w:r>
      <w:r>
        <w:rPr>
          <w:rFonts w:ascii="Georgia" w:hAnsi="Georgia"/>
          <w:b w:val="0"/>
          <w:i w:val="0"/>
          <w:color w:val="000000"/>
          <w:sz w:val="24"/>
        </w:rPr>
        <w:t>). Конечные буквы [этих трех слов] составляют 820 (</w:t>
      </w:r>
      <w:r>
        <w:rPr>
          <w:rFonts w:ascii="Georgia" w:hAnsi="Georgia" w:cs="Times New Roman"/>
          <w:b/>
          <w:i w:val="0"/>
          <w:color w:val="000000"/>
          <w:sz w:val="24"/>
          <w:rtl/>
          <w:szCs w:val="32"/>
        </w:rPr>
        <w:t>תת״ב</w:t>
      </w:r>
      <w:r>
        <w:rPr>
          <w:rFonts w:ascii="Georgia" w:hAnsi="Georgia"/>
          <w:b w:val="0"/>
          <w:i w:val="0"/>
          <w:color w:val="000000"/>
          <w:sz w:val="24"/>
        </w:rPr>
        <w:t xml:space="preserve"> = 820) — дважды по 410 (</w:t>
      </w:r>
      <w:r>
        <w:rPr>
          <w:rFonts w:ascii="Georgia" w:hAnsi="Georgia" w:cs="Times New Roman"/>
          <w:b/>
          <w:i w:val="0"/>
          <w:color w:val="000000"/>
          <w:sz w:val="24"/>
          <w:rtl/>
          <w:szCs w:val="32"/>
        </w:rPr>
        <w:t>ת״י</w:t>
      </w:r>
      <w:r>
        <w:rPr>
          <w:rFonts w:ascii="Georgia" w:hAnsi="Georgia"/>
          <w:b w:val="0"/>
          <w:i w:val="0"/>
          <w:color w:val="000000"/>
          <w:sz w:val="24"/>
        </w:rPr>
        <w:t xml:space="preserve"> = 410), то есть два раза [число слова] </w:t>
      </w:r>
      <w:r>
        <w:rPr>
          <w:rFonts w:ascii="Georgia" w:hAnsi="Georgia"/>
          <w:b w:val="0"/>
          <w:i/>
          <w:color w:val="000000"/>
          <w:sz w:val="24"/>
        </w:rPr>
        <w:t>«кадош»</w:t>
      </w:r>
      <w:r>
        <w:rPr>
          <w:rFonts w:ascii="Georgia" w:hAnsi="Georgia"/>
          <w:b w:val="0"/>
          <w:i w:val="0"/>
          <w:color w:val="000000"/>
          <w:sz w:val="24"/>
        </w:rPr>
        <w:t xml:space="preserve"> (</w:t>
      </w:r>
      <w:r>
        <w:rPr>
          <w:rFonts w:ascii="Georgia" w:hAnsi="Georgia" w:cs="Times New Roman"/>
          <w:b/>
          <w:i w:val="0"/>
          <w:color w:val="000000"/>
          <w:sz w:val="24"/>
          <w:rtl/>
          <w:szCs w:val="32"/>
        </w:rPr>
        <w:t>קָדוֹשׁ</w:t>
      </w:r>
      <w:r>
        <w:rPr>
          <w:rFonts w:ascii="Georgia" w:hAnsi="Georgia"/>
          <w:b w:val="0"/>
          <w:i w:val="0"/>
          <w:color w:val="000000"/>
          <w:sz w:val="24"/>
        </w:rPr>
        <w:t xml:space="preserve"> = 410). И это — Имя АВАЯ с наполнением йод (де-юдин), в котором четыре буквы йод, каждая из которых включает десять. [Примечание издателя: с одной [буквой] йод из десяти букв наполнения это 50 (</w:t>
      </w:r>
      <w:r>
        <w:rPr>
          <w:rFonts w:ascii="Georgia" w:hAnsi="Georgia" w:cs="Times New Roman"/>
          <w:b/>
          <w:i w:val="0"/>
          <w:color w:val="000000"/>
          <w:sz w:val="24"/>
          <w:rtl/>
          <w:szCs w:val="32"/>
        </w:rPr>
        <w:t>ן</w:t>
      </w:r>
      <w:r>
        <w:rPr>
          <w:rFonts w:ascii="Georgia" w:hAnsi="Georgia"/>
          <w:b w:val="0"/>
          <w:i w:val="0"/>
          <w:color w:val="000000"/>
          <w:sz w:val="24"/>
        </w:rPr>
        <w:t xml:space="preserve"> = 50), а с включением пяти букв йод — 55 (</w:t>
      </w:r>
      <w:r>
        <w:rPr>
          <w:rFonts w:ascii="Georgia" w:hAnsi="Georgia" w:cs="Times New Roman"/>
          <w:b/>
          <w:i w:val="0"/>
          <w:color w:val="000000"/>
          <w:sz w:val="24"/>
          <w:rtl/>
          <w:szCs w:val="32"/>
        </w:rPr>
        <w:t>נ״ה</w:t>
      </w:r>
      <w:r>
        <w:rPr>
          <w:rFonts w:ascii="Georgia" w:hAnsi="Georgia"/>
          <w:b w:val="0"/>
          <w:i w:val="0"/>
          <w:color w:val="000000"/>
          <w:sz w:val="24"/>
        </w:rPr>
        <w:t xml:space="preserve"> = 55). От [Имени] АБ неизбежно остается одна [буква] хэй и две вав, и ничего кроме них, а их числовое значение — 17 (</w:t>
      </w:r>
      <w:r>
        <w:rPr>
          <w:rFonts w:ascii="Georgia" w:hAnsi="Georgia" w:cs="Times New Roman"/>
          <w:b/>
          <w:i w:val="0"/>
          <w:color w:val="000000"/>
          <w:sz w:val="24"/>
          <w:rtl/>
          <w:szCs w:val="32"/>
        </w:rPr>
        <w:t>טו״ב</w:t>
      </w:r>
      <w:r>
        <w:rPr>
          <w:rFonts w:ascii="Georgia" w:hAnsi="Georgia"/>
          <w:b w:val="0"/>
          <w:i w:val="0"/>
          <w:color w:val="000000"/>
          <w:sz w:val="24"/>
        </w:rPr>
        <w:t xml:space="preserve"> = 17, «тов»). Дважды «тов» из двух Имен АБ составляют 34 (</w:t>
      </w:r>
      <w:r>
        <w:rPr>
          <w:rFonts w:ascii="Georgia" w:hAnsi="Georgia" w:cs="Times New Roman"/>
          <w:b/>
          <w:i w:val="0"/>
          <w:color w:val="000000"/>
          <w:sz w:val="24"/>
          <w:rtl/>
          <w:szCs w:val="32"/>
        </w:rPr>
        <w:t>ד״ל</w:t>
      </w:r>
      <w:r>
        <w:rPr>
          <w:rFonts w:ascii="Georgia" w:hAnsi="Georgia"/>
          <w:b w:val="0"/>
          <w:i w:val="0"/>
          <w:color w:val="000000"/>
          <w:sz w:val="24"/>
        </w:rPr>
        <w:t xml:space="preserve"> = 34), которые смягчают 34 [буквы] Имени АДОНАЙ. А второе смягчение: когда ты вычтешь 28 (</w:t>
      </w:r>
      <w:r>
        <w:rPr>
          <w:rFonts w:ascii="Georgia" w:hAnsi="Georgia" w:cs="Times New Roman"/>
          <w:b/>
          <w:i w:val="0"/>
          <w:color w:val="000000"/>
          <w:sz w:val="24"/>
          <w:rtl/>
          <w:szCs w:val="32"/>
        </w:rPr>
        <w:t>כ״ח</w:t>
      </w:r>
      <w:r>
        <w:rPr>
          <w:rFonts w:ascii="Georgia" w:hAnsi="Georgia"/>
          <w:b w:val="0"/>
          <w:i w:val="0"/>
          <w:color w:val="000000"/>
          <w:sz w:val="24"/>
        </w:rPr>
        <w:t xml:space="preserve"> = 28) букв наполнения наполнения из 46 (</w:t>
      </w:r>
      <w:r>
        <w:rPr>
          <w:rFonts w:ascii="Georgia" w:hAnsi="Georgia" w:cs="Times New Roman"/>
          <w:b/>
          <w:i w:val="0"/>
          <w:color w:val="000000"/>
          <w:sz w:val="24"/>
          <w:rtl/>
          <w:szCs w:val="32"/>
        </w:rPr>
        <w:t>מ״ו</w:t>
      </w:r>
      <w:r>
        <w:rPr>
          <w:rFonts w:ascii="Georgia" w:hAnsi="Georgia"/>
          <w:b w:val="0"/>
          <w:i w:val="0"/>
          <w:color w:val="000000"/>
          <w:sz w:val="24"/>
        </w:rPr>
        <w:t xml:space="preserve"> = 46) наполнения АБ, останется «тов» с колелем (17 + 1 = 18). И это — дважды «тов» в двух наполнениях (по 46) двух Имен АБ.] [Однако четырнадцать букв простого и наполненного [Имени АВАЯ] относятся к первому смягчению. А то, что написано [в рукописи]: «</w:t>
      </w:r>
      <w:r>
        <w:rPr>
          <w:rFonts w:ascii="Georgia" w:hAnsi="Georgia"/>
          <w:b w:val="0"/>
          <w:i/>
          <w:color w:val="000000"/>
          <w:sz w:val="24"/>
        </w:rPr>
        <w:t>бхирэха</w:t>
      </w:r>
      <w:r>
        <w:rPr>
          <w:rFonts w:ascii="Georgia" w:hAnsi="Georgia"/>
          <w:b w:val="0"/>
          <w:i w:val="0"/>
          <w:color w:val="000000"/>
          <w:sz w:val="24"/>
        </w:rPr>
        <w:t xml:space="preserve"> с гематрией 260 (</w:t>
      </w:r>
      <w:r>
        <w:rPr>
          <w:rFonts w:ascii="Georgia" w:hAnsi="Georgia" w:cs="Times New Roman"/>
          <w:b/>
          <w:i w:val="0"/>
          <w:color w:val="000000"/>
          <w:sz w:val="24"/>
          <w:rtl/>
          <w:szCs w:val="32"/>
        </w:rPr>
        <w:t>ר״ס</w:t>
      </w:r>
      <w:r>
        <w:rPr>
          <w:rFonts w:ascii="Georgia" w:hAnsi="Georgia"/>
          <w:b w:val="0"/>
          <w:i w:val="0"/>
          <w:color w:val="000000"/>
          <w:sz w:val="24"/>
        </w:rPr>
        <w:t>)...» — объясняется так: 143 (</w:t>
      </w:r>
      <w:r>
        <w:rPr>
          <w:rFonts w:ascii="Georgia" w:hAnsi="Georgia" w:cs="Times New Roman"/>
          <w:b/>
          <w:i w:val="0"/>
          <w:color w:val="000000"/>
          <w:sz w:val="24"/>
          <w:rtl/>
          <w:szCs w:val="32"/>
        </w:rPr>
        <w:t>קמ״ג</w:t>
      </w:r>
      <w:r>
        <w:rPr>
          <w:rFonts w:ascii="Georgia" w:hAnsi="Georgia"/>
          <w:b w:val="0"/>
          <w:i w:val="0"/>
          <w:color w:val="000000"/>
          <w:sz w:val="24"/>
        </w:rPr>
        <w:t>, ЭЙЕ де-альфин), и САГ (63), и 21 (</w:t>
      </w:r>
      <w:r>
        <w:rPr>
          <w:rFonts w:ascii="Georgia" w:hAnsi="Georgia" w:cs="Times New Roman"/>
          <w:b/>
          <w:i w:val="0"/>
          <w:color w:val="000000"/>
          <w:sz w:val="24"/>
          <w:rtl/>
          <w:szCs w:val="32"/>
        </w:rPr>
        <w:t>כ״א</w:t>
      </w:r>
      <w:r>
        <w:rPr>
          <w:rFonts w:ascii="Georgia" w:hAnsi="Georgia"/>
          <w:b w:val="0"/>
          <w:i w:val="0"/>
          <w:color w:val="000000"/>
          <w:sz w:val="24"/>
        </w:rPr>
        <w:t>, простой ЭЙЕ), и 12 букв [Имен] ЭЙЕ, АВАЯ, АДОНАЙ вместе с колелем составляют 240 (</w:t>
      </w:r>
      <w:r>
        <w:rPr>
          <w:rFonts w:ascii="Georgia" w:hAnsi="Georgia" w:cs="Times New Roman"/>
          <w:b/>
          <w:i w:val="0"/>
          <w:color w:val="000000"/>
          <w:sz w:val="24"/>
          <w:rtl/>
          <w:szCs w:val="32"/>
        </w:rPr>
        <w:t>ר״ם</w:t>
      </w:r>
      <w:r>
        <w:rPr>
          <w:rFonts w:ascii="Georgia" w:hAnsi="Georgia"/>
          <w:b w:val="0"/>
          <w:i w:val="0"/>
          <w:color w:val="000000"/>
          <w:sz w:val="24"/>
        </w:rPr>
        <w:t xml:space="preserve"> = 240), что равно числу слова </w:t>
      </w:r>
      <w:r>
        <w:rPr>
          <w:rFonts w:ascii="Georgia" w:hAnsi="Georgia"/>
          <w:b w:val="0"/>
          <w:i/>
          <w:color w:val="000000"/>
          <w:sz w:val="24"/>
        </w:rPr>
        <w:t>бхирэха</w:t>
      </w:r>
      <w:r>
        <w:rPr>
          <w:rFonts w:ascii="Georgia" w:hAnsi="Georgia"/>
          <w:b w:val="0"/>
          <w:i w:val="0"/>
          <w:color w:val="000000"/>
          <w:sz w:val="24"/>
        </w:rPr>
        <w:t>. Однако то, что написано: «</w:t>
      </w:r>
      <w:r>
        <w:rPr>
          <w:rFonts w:ascii="Georgia" w:hAnsi="Georgia"/>
          <w:b w:val="0"/>
          <w:i/>
          <w:color w:val="000000"/>
          <w:sz w:val="24"/>
        </w:rPr>
        <w:t>айн</w:t>
      </w:r>
      <w:r>
        <w:rPr>
          <w:rFonts w:ascii="Georgia" w:hAnsi="Georgia"/>
          <w:b w:val="0"/>
          <w:i w:val="0"/>
          <w:color w:val="000000"/>
          <w:sz w:val="24"/>
        </w:rPr>
        <w:t xml:space="preserve"> и </w:t>
      </w:r>
      <w:r>
        <w:rPr>
          <w:rFonts w:ascii="Georgia" w:hAnsi="Georgia"/>
          <w:b w:val="0"/>
          <w:i/>
          <w:color w:val="000000"/>
          <w:sz w:val="24"/>
        </w:rPr>
        <w:t>пэй</w:t>
      </w:r>
      <w:r>
        <w:rPr>
          <w:rFonts w:ascii="Georgia" w:hAnsi="Georgia"/>
          <w:b w:val="0"/>
          <w:i w:val="0"/>
          <w:color w:val="000000"/>
          <w:sz w:val="24"/>
        </w:rPr>
        <w:t xml:space="preserve"> составляют по гематрии 215 (</w:t>
      </w:r>
      <w:r>
        <w:rPr>
          <w:rFonts w:ascii="Georgia" w:hAnsi="Georgia" w:cs="Times New Roman"/>
          <w:b/>
          <w:i w:val="0"/>
          <w:color w:val="000000"/>
          <w:sz w:val="24"/>
          <w:rtl/>
          <w:szCs w:val="32"/>
        </w:rPr>
        <w:t>רט״ו</w:t>
      </w:r>
      <w:r>
        <w:rPr>
          <w:rFonts w:ascii="Georgia" w:hAnsi="Georgia"/>
          <w:b w:val="0"/>
          <w:i w:val="0"/>
          <w:color w:val="000000"/>
          <w:sz w:val="24"/>
        </w:rPr>
        <w:t xml:space="preserve">)...» — я не понял. Но возможно, что </w:t>
      </w:r>
      <w:r>
        <w:rPr>
          <w:rFonts w:ascii="Georgia" w:hAnsi="Georgia"/>
          <w:b w:val="0"/>
          <w:i/>
          <w:color w:val="000000"/>
          <w:sz w:val="24"/>
        </w:rPr>
        <w:t>айн</w:t>
      </w:r>
      <w:r>
        <w:rPr>
          <w:rFonts w:ascii="Georgia" w:hAnsi="Georgia"/>
          <w:b w:val="0"/>
          <w:i w:val="0"/>
          <w:color w:val="000000"/>
          <w:sz w:val="24"/>
        </w:rPr>
        <w:t xml:space="preserve"> — это квадрат [Имени] МА (45), а </w:t>
      </w:r>
      <w:r>
        <w:rPr>
          <w:rFonts w:ascii="Georgia" w:hAnsi="Georgia"/>
          <w:b w:val="0"/>
          <w:i/>
          <w:color w:val="000000"/>
          <w:sz w:val="24"/>
        </w:rPr>
        <w:t>пэй</w:t>
      </w:r>
      <w:r>
        <w:rPr>
          <w:rFonts w:ascii="Georgia" w:hAnsi="Georgia"/>
          <w:b w:val="0"/>
          <w:i w:val="0"/>
          <w:color w:val="000000"/>
          <w:sz w:val="24"/>
        </w:rPr>
        <w:t xml:space="preserve"> — это САГ (63) и двадцать две буквы [алфавита], и вместе они составляют 215 (</w:t>
      </w:r>
      <w:r>
        <w:rPr>
          <w:rFonts w:ascii="Georgia" w:hAnsi="Georgia" w:cs="Times New Roman"/>
          <w:b/>
          <w:i w:val="0"/>
          <w:color w:val="000000"/>
          <w:sz w:val="24"/>
          <w:rtl/>
          <w:szCs w:val="32"/>
        </w:rPr>
        <w:t>רט״ו</w:t>
      </w:r>
      <w:r>
        <w:rPr>
          <w:rFonts w:ascii="Georgia" w:hAnsi="Georgia"/>
          <w:b w:val="0"/>
          <w:i w:val="0"/>
          <w:color w:val="000000"/>
          <w:sz w:val="24"/>
        </w:rPr>
        <w:t xml:space="preserve"> = 215). Так представляется мне, судящему по совести.] Они составляют 410 (</w:t>
      </w:r>
      <w:r>
        <w:rPr>
          <w:rFonts w:ascii="Georgia" w:hAnsi="Georgia" w:cs="Times New Roman"/>
          <w:b/>
          <w:i w:val="0"/>
          <w:color w:val="000000"/>
          <w:sz w:val="24"/>
          <w:rtl/>
          <w:szCs w:val="32"/>
        </w:rPr>
        <w:t>ת״י</w:t>
      </w:r>
      <w:r>
        <w:rPr>
          <w:rFonts w:ascii="Georgia" w:hAnsi="Georgia"/>
          <w:b w:val="0"/>
          <w:i w:val="0"/>
          <w:color w:val="000000"/>
          <w:sz w:val="24"/>
        </w:rPr>
        <w:t xml:space="preserve"> = 410): вместе с десятью буквами наполнения от упомянутого Имени АВАЯ остаются буква хэй и две вав, составляющие по гематрии 17 («тов»).</w:t>
      </w:r>
    </w:p>
    <w:p>
      <w:pPr>
        <w:spacing w:before="40" w:after="120"/>
        <w:jc w:val="both"/>
      </w:pPr>
      <w:r>
        <w:rPr>
          <w:rFonts w:ascii="Georgia" w:hAnsi="Georgia"/>
          <w:b w:val="0"/>
          <w:i w:val="0"/>
          <w:color w:val="000000"/>
          <w:sz w:val="24"/>
        </w:rPr>
        <w:t>И вот, два [таких] Имени АВАЯ дают 34 (</w:t>
      </w:r>
      <w:r>
        <w:rPr>
          <w:rFonts w:ascii="Georgia" w:hAnsi="Georgia" w:cs="Times New Roman"/>
          <w:b/>
          <w:i w:val="0"/>
          <w:color w:val="000000"/>
          <w:sz w:val="24"/>
          <w:rtl/>
          <w:szCs w:val="32"/>
        </w:rPr>
        <w:t>ל״ד</w:t>
      </w:r>
      <w:r>
        <w:rPr>
          <w:rFonts w:ascii="Georgia" w:hAnsi="Georgia"/>
          <w:b w:val="0"/>
          <w:i w:val="0"/>
          <w:color w:val="000000"/>
          <w:sz w:val="24"/>
        </w:rPr>
        <w:t xml:space="preserve"> = 34), а наполнение Имени АВАЯ де-АБ (72) — это 46 (</w:t>
      </w:r>
      <w:r>
        <w:rPr>
          <w:rFonts w:ascii="Georgia" w:hAnsi="Georgia" w:cs="Times New Roman"/>
          <w:b/>
          <w:i w:val="0"/>
          <w:color w:val="000000"/>
          <w:sz w:val="24"/>
          <w:rtl/>
          <w:szCs w:val="32"/>
        </w:rPr>
        <w:t>מ״ו</w:t>
      </w:r>
      <w:r>
        <w:rPr>
          <w:rFonts w:ascii="Georgia" w:hAnsi="Georgia"/>
          <w:b w:val="0"/>
          <w:i w:val="0"/>
          <w:color w:val="000000"/>
          <w:sz w:val="24"/>
        </w:rPr>
        <w:t xml:space="preserve"> = 46); если отнимешь 28 букв, останется 18 (</w:t>
      </w:r>
      <w:r>
        <w:rPr>
          <w:rFonts w:ascii="Georgia" w:hAnsi="Georgia" w:cs="Times New Roman"/>
          <w:b/>
          <w:i w:val="0"/>
          <w:color w:val="000000"/>
          <w:sz w:val="24"/>
          <w:rtl/>
          <w:szCs w:val="32"/>
        </w:rPr>
        <w:t>י״ח</w:t>
      </w:r>
      <w:r>
        <w:rPr>
          <w:rFonts w:ascii="Georgia" w:hAnsi="Georgia"/>
          <w:b w:val="0"/>
          <w:i w:val="0"/>
          <w:color w:val="000000"/>
          <w:sz w:val="24"/>
        </w:rPr>
        <w:t xml:space="preserve"> = 18), что равно «тов» вместе со словом (</w:t>
      </w:r>
      <w:r>
        <w:rPr>
          <w:rFonts w:ascii="Georgia" w:hAnsi="Georgia"/>
          <w:b w:val="0"/>
          <w:i/>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xml:space="preserve"> = 17, плюс колель). И это — в двух упомянутых Именах АВАЯ с наполнением йод (де-юдин). Также 820 (</w:t>
      </w:r>
      <w:r>
        <w:rPr>
          <w:rFonts w:ascii="Georgia" w:hAnsi="Georgia" w:cs="Times New Roman"/>
          <w:b/>
          <w:i w:val="0"/>
          <w:color w:val="000000"/>
          <w:sz w:val="24"/>
          <w:rtl/>
          <w:szCs w:val="32"/>
        </w:rPr>
        <w:t>תת״ב</w:t>
      </w:r>
      <w:r>
        <w:rPr>
          <w:rFonts w:ascii="Georgia" w:hAnsi="Georgia"/>
          <w:b w:val="0"/>
          <w:i w:val="0"/>
          <w:color w:val="000000"/>
          <w:sz w:val="24"/>
        </w:rPr>
        <w:t xml:space="preserve"> = 820) равны сумме десяти Имен АВАЯ де-АБ (де-юдин): они составляют 720 (</w:t>
      </w:r>
      <w:r>
        <w:rPr>
          <w:rFonts w:ascii="Georgia" w:hAnsi="Georgia" w:cs="Times New Roman"/>
          <w:b/>
          <w:i w:val="0"/>
          <w:color w:val="000000"/>
          <w:sz w:val="24"/>
          <w:rtl/>
          <w:szCs w:val="32"/>
        </w:rPr>
        <w:t>תש״ב</w:t>
      </w:r>
      <w:r>
        <w:rPr>
          <w:rFonts w:ascii="Georgia" w:hAnsi="Georgia"/>
          <w:b w:val="0"/>
          <w:i w:val="0"/>
          <w:color w:val="000000"/>
          <w:sz w:val="24"/>
        </w:rPr>
        <w:t xml:space="preserve"> = 720), а вместе со ста буквами (</w:t>
      </w:r>
      <w:r>
        <w:rPr>
          <w:rFonts w:ascii="Georgia" w:hAnsi="Georgia" w:cs="Times New Roman"/>
          <w:b/>
          <w:i w:val="0"/>
          <w:color w:val="000000"/>
          <w:sz w:val="24"/>
          <w:rtl/>
          <w:szCs w:val="32"/>
        </w:rPr>
        <w:t>ק</w:t>
      </w:r>
      <w:r>
        <w:rPr>
          <w:rFonts w:ascii="Georgia" w:hAnsi="Georgia"/>
          <w:b w:val="0"/>
          <w:i w:val="0"/>
          <w:color w:val="000000"/>
          <w:sz w:val="24"/>
        </w:rPr>
        <w:t xml:space="preserve"> = 100), содержащимися в них, получается 820. Слово </w:t>
      </w:r>
      <w:r>
        <w:rPr>
          <w:rFonts w:ascii="Georgia" w:hAnsi="Georgia"/>
          <w:b w:val="0"/>
          <w:i/>
          <w:color w:val="000000"/>
          <w:sz w:val="24"/>
        </w:rPr>
        <w:t>«лирот»</w:t>
      </w:r>
      <w:r>
        <w:rPr>
          <w:rFonts w:ascii="Georgia" w:hAnsi="Georgia"/>
          <w:b w:val="0"/>
          <w:i w:val="0"/>
          <w:color w:val="000000"/>
          <w:sz w:val="24"/>
        </w:rPr>
        <w:t xml:space="preserve"> (</w:t>
      </w:r>
      <w:r>
        <w:rPr>
          <w:rFonts w:ascii="Georgia" w:hAnsi="Georgia" w:cs="Times New Roman"/>
          <w:b/>
          <w:i w:val="0"/>
          <w:color w:val="000000"/>
          <w:sz w:val="24"/>
          <w:rtl/>
          <w:szCs w:val="32"/>
        </w:rPr>
        <w:t>לִרְאוֹת</w:t>
      </w:r>
      <w:r>
        <w:rPr>
          <w:rFonts w:ascii="Georgia" w:hAnsi="Georgia"/>
          <w:b w:val="0"/>
          <w:i w:val="0"/>
          <w:color w:val="000000"/>
          <w:sz w:val="24"/>
        </w:rPr>
        <w:t>) составляет по гематрии 637 (</w:t>
      </w:r>
      <w:r>
        <w:rPr>
          <w:rFonts w:ascii="Georgia" w:hAnsi="Georgia" w:cs="Times New Roman"/>
          <w:b/>
          <w:i w:val="0"/>
          <w:color w:val="000000"/>
          <w:sz w:val="24"/>
          <w:rtl/>
          <w:szCs w:val="32"/>
        </w:rPr>
        <w:t>תרל״ז</w:t>
      </w:r>
      <w:r>
        <w:rPr>
          <w:rFonts w:ascii="Georgia" w:hAnsi="Georgia"/>
          <w:b w:val="0"/>
          <w:i w:val="0"/>
          <w:color w:val="000000"/>
          <w:sz w:val="24"/>
        </w:rPr>
        <w:t xml:space="preserve"> = 637). И это — два Имени АВАЯ по замене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w:t>
      </w:r>
      <w:r>
        <w:rPr>
          <w:rFonts w:ascii="Georgia" w:hAnsi="Georgia" w:cs="Times New Roman"/>
          <w:b/>
          <w:i w:val="0"/>
          <w:color w:val="000000"/>
          <w:sz w:val="24"/>
          <w:rtl/>
          <w:szCs w:val="32"/>
        </w:rPr>
        <w:t>מצפ״ץ</w:t>
      </w:r>
      <w:r>
        <w:rPr>
          <w:rFonts w:ascii="Georgia" w:hAnsi="Georgia"/>
          <w:b w:val="0"/>
          <w:i w:val="0"/>
          <w:color w:val="000000"/>
          <w:sz w:val="24"/>
        </w:rPr>
        <w:t xml:space="preserve"> и </w:t>
      </w:r>
      <w:r>
        <w:rPr>
          <w:rFonts w:ascii="Georgia" w:hAnsi="Georgia" w:cs="Times New Roman"/>
          <w:b/>
          <w:i w:val="0"/>
          <w:color w:val="000000"/>
          <w:sz w:val="24"/>
          <w:rtl/>
          <w:szCs w:val="32"/>
        </w:rPr>
        <w:t>מצפ״ץ</w:t>
      </w:r>
      <w:r>
        <w:rPr>
          <w:rFonts w:ascii="Georgia" w:hAnsi="Georgia"/>
          <w:b w:val="0"/>
          <w:i w:val="0"/>
          <w:color w:val="000000"/>
          <w:sz w:val="24"/>
        </w:rPr>
        <w:t>, составляющие 600 (</w:t>
      </w:r>
      <w:r>
        <w:rPr>
          <w:rFonts w:ascii="Georgia" w:hAnsi="Georgia" w:cs="Times New Roman"/>
          <w:b/>
          <w:i w:val="0"/>
          <w:color w:val="000000"/>
          <w:sz w:val="24"/>
          <w:rtl/>
          <w:szCs w:val="32"/>
        </w:rPr>
        <w:t>ת״ר</w:t>
      </w:r>
      <w:r>
        <w:rPr>
          <w:rFonts w:ascii="Georgia" w:hAnsi="Georgia"/>
          <w:b w:val="0"/>
          <w:i w:val="0"/>
          <w:color w:val="000000"/>
          <w:sz w:val="24"/>
        </w:rPr>
        <w:t xml:space="preserve"> = 600), а наполнение САГ — это 37 (</w:t>
      </w:r>
      <w:r>
        <w:rPr>
          <w:rFonts w:ascii="Georgia" w:hAnsi="Georgia" w:cs="Times New Roman"/>
          <w:b/>
          <w:i w:val="0"/>
          <w:color w:val="000000"/>
          <w:sz w:val="24"/>
          <w:rtl/>
          <w:szCs w:val="32"/>
        </w:rPr>
        <w:t>ל״ז</w:t>
      </w:r>
      <w:r>
        <w:rPr>
          <w:rFonts w:ascii="Georgia" w:hAnsi="Georgia"/>
          <w:b w:val="0"/>
          <w:i w:val="0"/>
          <w:color w:val="000000"/>
          <w:sz w:val="24"/>
        </w:rPr>
        <w:t xml:space="preserve"> = 37). И точно так же буквы </w:t>
      </w:r>
      <w:r>
        <w:rPr>
          <w:rFonts w:ascii="Georgia" w:hAnsi="Georgia"/>
          <w:b w:val="0"/>
          <w:i/>
          <w:color w:val="000000"/>
          <w:sz w:val="24"/>
        </w:rPr>
        <w:t>айн</w:t>
      </w:r>
      <w:r>
        <w:rPr>
          <w:rFonts w:ascii="Georgia" w:hAnsi="Georgia"/>
          <w:b w:val="0"/>
          <w:i w:val="0"/>
          <w:color w:val="000000"/>
          <w:sz w:val="24"/>
        </w:rPr>
        <w:t xml:space="preserve"> и </w:t>
      </w:r>
      <w:r>
        <w:rPr>
          <w:rFonts w:ascii="Georgia" w:hAnsi="Georgia"/>
          <w:b w:val="0"/>
          <w:i/>
          <w:color w:val="000000"/>
          <w:sz w:val="24"/>
        </w:rPr>
        <w:t>пэй</w:t>
      </w:r>
      <w:r>
        <w:rPr>
          <w:rFonts w:ascii="Georgia" w:hAnsi="Georgia"/>
          <w:b w:val="0"/>
          <w:i w:val="0"/>
          <w:color w:val="000000"/>
          <w:sz w:val="24"/>
        </w:rPr>
        <w:t xml:space="preserve"> составляют по гематрии 215 (</w:t>
      </w:r>
      <w:r>
        <w:rPr>
          <w:rFonts w:ascii="Georgia" w:hAnsi="Georgia" w:cs="Times New Roman"/>
          <w:b/>
          <w:i w:val="0"/>
          <w:color w:val="000000"/>
          <w:sz w:val="24"/>
          <w:rtl/>
          <w:szCs w:val="32"/>
        </w:rPr>
        <w:t>רט״ו</w:t>
      </w:r>
      <w:r>
        <w:rPr>
          <w:rFonts w:ascii="Georgia" w:hAnsi="Georgia"/>
          <w:b w:val="0"/>
          <w:i w:val="0"/>
          <w:color w:val="000000"/>
          <w:sz w:val="24"/>
        </w:rPr>
        <w:t xml:space="preserve"> = 215), а [Имя] ЭЛОКИМ, простое и наполненное с йод (де-юдин), восходит к числу слова </w:t>
      </w:r>
      <w:r>
        <w:rPr>
          <w:rFonts w:ascii="Georgia" w:hAnsi="Georgia"/>
          <w:b w:val="0"/>
          <w:i/>
          <w:color w:val="000000"/>
          <w:sz w:val="24"/>
        </w:rPr>
        <w:t>«лашон»</w:t>
      </w:r>
      <w:r>
        <w:rPr>
          <w:rFonts w:ascii="Georgia" w:hAnsi="Georgia"/>
          <w:b w:val="0"/>
          <w:i w:val="0"/>
          <w:color w:val="000000"/>
          <w:sz w:val="24"/>
        </w:rPr>
        <w:t xml:space="preserve"> («язык», </w:t>
      </w:r>
      <w:r>
        <w:rPr>
          <w:rFonts w:ascii="Georgia" w:hAnsi="Georgia" w:cs="Times New Roman"/>
          <w:b/>
          <w:i w:val="0"/>
          <w:color w:val="000000"/>
          <w:sz w:val="24"/>
          <w:rtl/>
          <w:szCs w:val="32"/>
        </w:rPr>
        <w:t>לָשׁוֹן</w:t>
      </w:r>
      <w:r>
        <w:rPr>
          <w:rFonts w:ascii="Georgia" w:hAnsi="Georgia"/>
          <w:b w:val="0"/>
          <w:i w:val="0"/>
          <w:color w:val="000000"/>
          <w:sz w:val="24"/>
        </w:rPr>
        <w:t xml:space="preserve"> = 386): всего [вместе с ними] получается 600, а 37 — от наполнения САГ. Слово </w:t>
      </w:r>
      <w:r>
        <w:rPr>
          <w:rFonts w:ascii="Georgia" w:hAnsi="Georgia"/>
          <w:b w:val="0"/>
          <w:i/>
          <w:color w:val="000000"/>
          <w:sz w:val="24"/>
        </w:rPr>
        <w:t>«бе-товат»</w:t>
      </w:r>
      <w:r>
        <w:rPr>
          <w:rFonts w:ascii="Georgia" w:hAnsi="Georgia"/>
          <w:b w:val="0"/>
          <w:i w:val="0"/>
          <w:color w:val="000000"/>
          <w:sz w:val="24"/>
        </w:rPr>
        <w:t xml:space="preserve"> (</w:t>
      </w:r>
      <w:r>
        <w:rPr>
          <w:rFonts w:ascii="Georgia" w:hAnsi="Georgia" w:cs="Times New Roman"/>
          <w:b/>
          <w:i w:val="0"/>
          <w:color w:val="000000"/>
          <w:sz w:val="24"/>
          <w:rtl/>
          <w:szCs w:val="32"/>
        </w:rPr>
        <w:t>בְּטוֹבַת</w:t>
      </w:r>
      <w:r>
        <w:rPr>
          <w:rFonts w:ascii="Georgia" w:hAnsi="Georgia"/>
          <w:b w:val="0"/>
          <w:i w:val="0"/>
          <w:color w:val="000000"/>
          <w:sz w:val="24"/>
        </w:rPr>
        <w:t>) составляет по гематрии 419 (</w:t>
      </w:r>
      <w:r>
        <w:rPr>
          <w:rFonts w:ascii="Georgia" w:hAnsi="Georgia" w:cs="Times New Roman"/>
          <w:b/>
          <w:i w:val="0"/>
          <w:color w:val="000000"/>
          <w:sz w:val="24"/>
          <w:rtl/>
          <w:szCs w:val="32"/>
        </w:rPr>
        <w:t>תי״ט</w:t>
      </w:r>
      <w:r>
        <w:rPr>
          <w:rFonts w:ascii="Georgia" w:hAnsi="Georgia"/>
          <w:b w:val="0"/>
          <w:i w:val="0"/>
          <w:color w:val="000000"/>
          <w:sz w:val="24"/>
        </w:rPr>
        <w:t xml:space="preserve"> = 419). При этом ЭЛОКИМ с наполнением йод (де-юдин) — 300 (</w:t>
      </w:r>
      <w:r>
        <w:rPr>
          <w:rFonts w:ascii="Georgia" w:hAnsi="Georgia" w:cs="Times New Roman"/>
          <w:b/>
          <w:i w:val="0"/>
          <w:color w:val="000000"/>
          <w:sz w:val="24"/>
          <w:rtl/>
          <w:szCs w:val="32"/>
        </w:rPr>
        <w:t>ש</w:t>
      </w:r>
      <w:r>
        <w:rPr>
          <w:rFonts w:ascii="Georgia" w:hAnsi="Georgia"/>
          <w:b w:val="0"/>
          <w:i w:val="0"/>
          <w:color w:val="000000"/>
          <w:sz w:val="24"/>
        </w:rPr>
        <w:t xml:space="preserve"> = 300); АВАЯ де-МА (45) и АДОНАЙ — 65 (</w:t>
      </w:r>
      <w:r>
        <w:rPr>
          <w:rFonts w:ascii="Georgia" w:hAnsi="Georgia" w:cs="Times New Roman"/>
          <w:b/>
          <w:i w:val="0"/>
          <w:color w:val="000000"/>
          <w:sz w:val="24"/>
          <w:rtl/>
          <w:szCs w:val="32"/>
        </w:rPr>
        <w:t>ס״ה</w:t>
      </w:r>
      <w:r>
        <w:rPr>
          <w:rFonts w:ascii="Georgia" w:hAnsi="Georgia"/>
          <w:b w:val="0"/>
          <w:i w:val="0"/>
          <w:color w:val="000000"/>
          <w:sz w:val="24"/>
        </w:rPr>
        <w:t xml:space="preserve"> = 65), а вместе с десятью буквами АВАЯ де-МА получается 419 [Говорит Шмуэль: с колелем]. Слово </w:t>
      </w:r>
      <w:r>
        <w:rPr>
          <w:rFonts w:ascii="Georgia" w:hAnsi="Georgia"/>
          <w:b w:val="0"/>
          <w:i/>
          <w:color w:val="000000"/>
          <w:sz w:val="24"/>
        </w:rPr>
        <w:t>«бхирэха»</w:t>
      </w:r>
      <w:r>
        <w:rPr>
          <w:rFonts w:ascii="Georgia" w:hAnsi="Georgia"/>
          <w:b w:val="0"/>
          <w:i w:val="0"/>
          <w:color w:val="000000"/>
          <w:sz w:val="24"/>
        </w:rPr>
        <w:t xml:space="preserve"> (</w:t>
      </w:r>
      <w:r>
        <w:rPr>
          <w:rFonts w:ascii="Georgia" w:hAnsi="Georgia" w:cs="Times New Roman"/>
          <w:b/>
          <w:i w:val="0"/>
          <w:color w:val="000000"/>
          <w:sz w:val="24"/>
          <w:rtl/>
          <w:szCs w:val="32"/>
        </w:rPr>
        <w:t>בְּחִירֶיךָ</w:t>
      </w:r>
      <w:r>
        <w:rPr>
          <w:rFonts w:ascii="Georgia" w:hAnsi="Georgia"/>
          <w:b w:val="0"/>
          <w:i w:val="0"/>
          <w:color w:val="000000"/>
          <w:sz w:val="24"/>
        </w:rPr>
        <w:t>) составляет по гематрии 240 (</w:t>
      </w:r>
      <w:r>
        <w:rPr>
          <w:rFonts w:ascii="Georgia" w:hAnsi="Georgia" w:cs="Times New Roman"/>
          <w:b/>
          <w:i w:val="0"/>
          <w:color w:val="000000"/>
          <w:sz w:val="24"/>
          <w:rtl/>
          <w:szCs w:val="32"/>
        </w:rPr>
        <w:t>ר״ם</w:t>
      </w:r>
      <w:r>
        <w:rPr>
          <w:rFonts w:ascii="Georgia" w:hAnsi="Georgia"/>
          <w:b w:val="0"/>
          <w:i w:val="0"/>
          <w:color w:val="000000"/>
          <w:sz w:val="24"/>
        </w:rPr>
        <w:t xml:space="preserve"> = 240). И это — ЭЙЕ с наполнением алеф (де-альфин, 143), АВАЯ де-САГ (63), простой ЭЙЕ (21), Имя АДОНАЙ (65) и ЭЙЕ с колелем. [Говорит Шмуэль: так я нашел [в рукописи], и это, несомненно, ошибка, ведь этот расчет лишний. До сих пор [его слова].] Имя из слова </w:t>
      </w:r>
      <w:r>
        <w:rPr>
          <w:rFonts w:ascii="Georgia" w:hAnsi="Georgia"/>
          <w:b w:val="0"/>
          <w:i/>
          <w:color w:val="000000"/>
          <w:sz w:val="24"/>
        </w:rPr>
        <w:t>«лирот»</w:t>
      </w:r>
      <w:r>
        <w:rPr>
          <w:rFonts w:ascii="Georgia" w:hAnsi="Georgia"/>
          <w:b w:val="0"/>
          <w:i w:val="0"/>
          <w:color w:val="000000"/>
          <w:sz w:val="24"/>
        </w:rPr>
        <w:t xml:space="preserve"> по замене ат-баш: </w:t>
      </w:r>
      <w:r>
        <w:rPr>
          <w:rFonts w:ascii="Georgia" w:hAnsi="Georgia"/>
          <w:b w:val="0"/>
          <w:i/>
          <w:color w:val="000000"/>
          <w:sz w:val="24"/>
        </w:rPr>
        <w:t>Хигтофэо</w:t>
      </w:r>
      <w:r>
        <w:rPr>
          <w:rFonts w:ascii="Georgia" w:hAnsi="Georgia"/>
          <w:b w:val="0"/>
          <w:i w:val="0"/>
          <w:color w:val="000000"/>
          <w:sz w:val="24"/>
        </w:rPr>
        <w:t xml:space="preserve"> (</w:t>
      </w:r>
      <w:r>
        <w:rPr>
          <w:rFonts w:ascii="Georgia" w:hAnsi="Georgia" w:cs="Times New Roman"/>
          <w:b/>
          <w:i w:val="0"/>
          <w:color w:val="000000"/>
          <w:sz w:val="24"/>
          <w:rtl/>
          <w:szCs w:val="32"/>
        </w:rPr>
        <w:t>כִגְתֹפֵאֹ</w:t>
      </w:r>
      <w:r>
        <w:rPr>
          <w:rFonts w:ascii="Georgia" w:hAnsi="Georgia"/>
          <w:b w:val="0"/>
          <w:i w:val="0"/>
          <w:color w:val="000000"/>
          <w:sz w:val="24"/>
        </w:rPr>
        <w:t xml:space="preserve">). [Говорит Шмуэль: и первые три огласовки, как мне кажется, взяты из слова </w:t>
      </w:r>
      <w:r>
        <w:rPr>
          <w:rFonts w:ascii="Georgia" w:hAnsi="Georgia"/>
          <w:b w:val="0"/>
          <w:i/>
          <w:color w:val="000000"/>
          <w:sz w:val="24"/>
        </w:rPr>
        <w:t>«лирот»</w:t>
      </w:r>
      <w:r>
        <w:rPr>
          <w:rFonts w:ascii="Georgia" w:hAnsi="Georgia"/>
          <w:b w:val="0"/>
          <w:i w:val="0"/>
          <w:color w:val="000000"/>
          <w:sz w:val="24"/>
        </w:rPr>
        <w:t>, однако откуда взялись две последние, я не знаю.]</w:t>
      </w:r>
    </w:p>
    <w:p>
      <w:pPr>
        <w:keepNext/>
        <w:spacing w:before="320" w:after="120"/>
      </w:pPr>
      <w:r>
        <w:rPr>
          <w:rFonts w:ascii="Georgia" w:hAnsi="Georgia"/>
          <w:b w:val="0"/>
          <w:i w:val="0"/>
          <w:color w:val="000000"/>
          <w:sz w:val="32"/>
        </w:rPr>
        <w:t>Ихуд 51</w:t>
      </w:r>
    </w:p>
    <w:p>
      <w:pPr>
        <w:spacing w:before="40" w:after="120"/>
        <w:jc w:val="both"/>
      </w:pPr>
      <w:r>
        <w:rPr>
          <w:rFonts w:ascii="Georgia" w:hAnsi="Georgia"/>
          <w:b w:val="0"/>
          <w:i w:val="0"/>
          <w:color w:val="000000"/>
          <w:sz w:val="24"/>
        </w:rPr>
        <w:t>К горам Шнеура.</w:t>
      </w:r>
    </w:p>
    <w:p>
      <w:pPr>
        <w:spacing w:before="40" w:after="120"/>
        <w:jc w:val="both"/>
      </w:pPr>
      <w:r>
        <w:rPr>
          <w:rFonts w:ascii="Georgia" w:hAnsi="Georgia"/>
          <w:b w:val="0"/>
          <w:i w:val="0"/>
          <w:color w:val="000000"/>
          <w:sz w:val="24"/>
        </w:rPr>
        <w:t xml:space="preserve">В словах </w:t>
      </w:r>
      <w:r>
        <w:rPr>
          <w:rFonts w:ascii="Georgia" w:hAnsi="Georgia"/>
          <w:b w:val="0"/>
          <w:i/>
          <w:color w:val="000000"/>
          <w:sz w:val="24"/>
        </w:rPr>
        <w:t>«…Г-споду на долгие дни»</w:t>
      </w:r>
      <w:r>
        <w:rPr>
          <w:rFonts w:ascii="Georgia" w:hAnsi="Georgia"/>
          <w:b w:val="0"/>
          <w:i w:val="0"/>
          <w:color w:val="000000"/>
          <w:sz w:val="24"/>
        </w:rPr>
        <w:t xml:space="preserve"> (Теилим 93:5) начальные буквы — йод, ламэд, йод (</w:t>
      </w:r>
      <w:r>
        <w:rPr>
          <w:rFonts w:ascii="Georgia" w:hAnsi="Georgia" w:cs="Times New Roman"/>
          <w:b/>
          <w:i w:val="0"/>
          <w:color w:val="000000"/>
          <w:sz w:val="24"/>
          <w:rtl/>
          <w:szCs w:val="32"/>
        </w:rPr>
        <w:t>ילי</w:t>
      </w:r>
      <w:r>
        <w:rPr>
          <w:rFonts w:ascii="Georgia" w:hAnsi="Georgia"/>
          <w:b w:val="0"/>
          <w:i w:val="0"/>
          <w:color w:val="000000"/>
          <w:sz w:val="24"/>
        </w:rPr>
        <w:t xml:space="preserve">) — образуют [имя] </w:t>
      </w:r>
      <w:r>
        <w:rPr>
          <w:rFonts w:ascii="Georgia" w:hAnsi="Georgia"/>
          <w:b w:val="0"/>
          <w:i/>
          <w:color w:val="000000"/>
          <w:sz w:val="24"/>
        </w:rPr>
        <w:t>Йли</w:t>
      </w:r>
      <w:r>
        <w:rPr>
          <w:rFonts w:ascii="Georgia" w:hAnsi="Georgia"/>
          <w:b w:val="0"/>
          <w:i w:val="0"/>
          <w:color w:val="000000"/>
          <w:sz w:val="24"/>
        </w:rPr>
        <w:t xml:space="preserve"> (</w:t>
      </w:r>
      <w:r>
        <w:rPr>
          <w:rFonts w:ascii="Georgia" w:hAnsi="Georgia" w:cs="Times New Roman"/>
          <w:b/>
          <w:i w:val="0"/>
          <w:color w:val="000000"/>
          <w:sz w:val="24"/>
          <w:rtl/>
          <w:szCs w:val="32"/>
        </w:rPr>
        <w:t>ילי</w:t>
      </w:r>
      <w:r>
        <w:rPr>
          <w:rFonts w:ascii="Georgia" w:hAnsi="Georgia"/>
          <w:b w:val="0"/>
          <w:i w:val="0"/>
          <w:color w:val="000000"/>
          <w:sz w:val="24"/>
        </w:rPr>
        <w:t xml:space="preserve">), и это второе имя из 72-буквенного Имени (Шем АБ), [выводимого из стихов] </w:t>
      </w:r>
      <w:r>
        <w:rPr>
          <w:rFonts w:ascii="Georgia" w:hAnsi="Georgia"/>
          <w:b w:val="0"/>
          <w:i/>
          <w:color w:val="000000"/>
          <w:sz w:val="24"/>
        </w:rPr>
        <w:t>«И двинулся…»</w:t>
      </w:r>
      <w:r>
        <w:rPr>
          <w:rFonts w:ascii="Georgia" w:hAnsi="Georgia"/>
          <w:b w:val="0"/>
          <w:i w:val="0"/>
          <w:color w:val="000000"/>
          <w:sz w:val="24"/>
        </w:rPr>
        <w:t xml:space="preserve"> (Шмот 14:19), </w:t>
      </w:r>
      <w:r>
        <w:rPr>
          <w:rFonts w:ascii="Georgia" w:hAnsi="Georgia"/>
          <w:b w:val="0"/>
          <w:i/>
          <w:color w:val="000000"/>
          <w:sz w:val="24"/>
        </w:rPr>
        <w:t>«И вошел…»</w:t>
      </w:r>
      <w:r>
        <w:rPr>
          <w:rFonts w:ascii="Georgia" w:hAnsi="Georgia"/>
          <w:b w:val="0"/>
          <w:i w:val="0"/>
          <w:color w:val="000000"/>
          <w:sz w:val="24"/>
        </w:rPr>
        <w:t xml:space="preserve"> (Шмот 14:20) и </w:t>
      </w:r>
      <w:r>
        <w:rPr>
          <w:rFonts w:ascii="Georgia" w:hAnsi="Georgia"/>
          <w:b w:val="0"/>
          <w:i/>
          <w:color w:val="000000"/>
          <w:sz w:val="24"/>
        </w:rPr>
        <w:t>«И простер…»</w:t>
      </w:r>
      <w:r>
        <w:rPr>
          <w:rFonts w:ascii="Georgia" w:hAnsi="Georgia"/>
          <w:b w:val="0"/>
          <w:i w:val="0"/>
          <w:color w:val="000000"/>
          <w:sz w:val="24"/>
        </w:rPr>
        <w:t xml:space="preserve"> (Шмот 14:21). А конечные буквы [этих же слов] образуют акроним </w:t>
      </w:r>
      <w:r>
        <w:rPr>
          <w:rFonts w:ascii="Georgia" w:hAnsi="Georgia"/>
          <w:b w:val="0"/>
          <w:i/>
          <w:color w:val="000000"/>
          <w:sz w:val="24"/>
        </w:rPr>
        <w:t>а-кам</w:t>
      </w:r>
      <w:r>
        <w:rPr>
          <w:rFonts w:ascii="Georgia" w:hAnsi="Georgia"/>
          <w:b w:val="0"/>
          <w:i w:val="0"/>
          <w:color w:val="000000"/>
          <w:sz w:val="24"/>
        </w:rPr>
        <w:t xml:space="preserve"> (</w:t>
      </w:r>
      <w:r>
        <w:rPr>
          <w:rFonts w:ascii="Georgia" w:hAnsi="Georgia" w:cs="Times New Roman"/>
          <w:b/>
          <w:i w:val="0"/>
          <w:color w:val="000000"/>
          <w:sz w:val="24"/>
          <w:rtl/>
          <w:szCs w:val="32"/>
        </w:rPr>
        <w:t>הכ״ם</w:t>
      </w:r>
      <w:r>
        <w:rPr>
          <w:rFonts w:ascii="Georgia" w:hAnsi="Georgia"/>
          <w:b w:val="0"/>
          <w:i w:val="0"/>
          <w:color w:val="000000"/>
          <w:sz w:val="24"/>
        </w:rPr>
        <w:t>):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буква каф (</w:t>
      </w:r>
      <w:r>
        <w:rPr>
          <w:rFonts w:ascii="Georgia" w:hAnsi="Georgia" w:cs="Times New Roman"/>
          <w:b/>
          <w:i w:val="0"/>
          <w:color w:val="000000"/>
          <w:sz w:val="24"/>
          <w:rtl/>
          <w:szCs w:val="32"/>
        </w:rPr>
        <w:t>כ</w:t>
      </w:r>
      <w:r>
        <w:rPr>
          <w:rFonts w:ascii="Georgia" w:hAnsi="Georgia"/>
          <w:b w:val="0"/>
          <w:i w:val="0"/>
          <w:color w:val="000000"/>
          <w:sz w:val="24"/>
        </w:rPr>
        <w:t xml:space="preserve"> = 20) и буква мэм (</w:t>
      </w:r>
      <w:r>
        <w:rPr>
          <w:rFonts w:ascii="Georgia" w:hAnsi="Georgia" w:cs="Times New Roman"/>
          <w:b/>
          <w:i w:val="0"/>
          <w:color w:val="000000"/>
          <w:sz w:val="24"/>
          <w:rtl/>
          <w:szCs w:val="32"/>
        </w:rPr>
        <w:t>ם</w:t>
      </w:r>
      <w:r>
        <w:rPr>
          <w:rFonts w:ascii="Georgia" w:hAnsi="Georgia"/>
          <w:b w:val="0"/>
          <w:i w:val="0"/>
          <w:color w:val="000000"/>
          <w:sz w:val="24"/>
        </w:rPr>
        <w:t xml:space="preserve"> = 40), что в сумме дает 65 — гематрию Имени АДОНАЙ.</w:t>
      </w:r>
    </w:p>
    <w:p>
      <w:pPr>
        <w:spacing w:before="40" w:after="120"/>
        <w:jc w:val="both"/>
      </w:pPr>
      <w:r>
        <w:rPr>
          <w:rFonts w:ascii="Georgia" w:hAnsi="Georgia"/>
          <w:b w:val="0"/>
          <w:i w:val="0"/>
          <w:color w:val="000000"/>
          <w:sz w:val="24"/>
        </w:rPr>
        <w:t xml:space="preserve">В словах </w:t>
      </w:r>
      <w:r>
        <w:rPr>
          <w:rFonts w:ascii="Georgia" w:hAnsi="Georgia"/>
          <w:b w:val="0"/>
          <w:i/>
          <w:color w:val="000000"/>
          <w:sz w:val="24"/>
        </w:rPr>
        <w:t>«Г-сподь восседал над потопом…»</w:t>
      </w:r>
      <w:r>
        <w:rPr>
          <w:rFonts w:ascii="Georgia" w:hAnsi="Georgia"/>
          <w:b w:val="0"/>
          <w:i w:val="0"/>
          <w:color w:val="000000"/>
          <w:sz w:val="24"/>
        </w:rPr>
        <w:t xml:space="preserve"> (Теилим 29:10) начальные буквы — йод, ламэд, йод (</w:t>
      </w:r>
      <w:r>
        <w:rPr>
          <w:rFonts w:ascii="Georgia" w:hAnsi="Georgia" w:cs="Times New Roman"/>
          <w:b/>
          <w:i w:val="0"/>
          <w:color w:val="000000"/>
          <w:sz w:val="24"/>
          <w:rtl/>
          <w:szCs w:val="32"/>
        </w:rPr>
        <w:t>ילי</w:t>
      </w:r>
      <w:r>
        <w:rPr>
          <w:rFonts w:ascii="Georgia" w:hAnsi="Georgia"/>
          <w:b w:val="0"/>
          <w:i w:val="0"/>
          <w:color w:val="000000"/>
          <w:sz w:val="24"/>
        </w:rPr>
        <w:t xml:space="preserve">), а конечные буквы образуют акроним </w:t>
      </w:r>
      <w:r>
        <w:rPr>
          <w:rFonts w:ascii="Georgia" w:hAnsi="Georgia"/>
          <w:b w:val="0"/>
          <w:i/>
          <w:color w:val="000000"/>
          <w:sz w:val="24"/>
        </w:rPr>
        <w:t>а-лев</w:t>
      </w:r>
      <w:r>
        <w:rPr>
          <w:rFonts w:ascii="Georgia" w:hAnsi="Georgia"/>
          <w:b w:val="0"/>
          <w:i w:val="0"/>
          <w:color w:val="000000"/>
          <w:sz w:val="24"/>
        </w:rPr>
        <w:t xml:space="preserve"> (</w:t>
      </w:r>
      <w:r>
        <w:rPr>
          <w:rFonts w:ascii="Georgia" w:hAnsi="Georgia" w:cs="Times New Roman"/>
          <w:b/>
          <w:i w:val="0"/>
          <w:color w:val="000000"/>
          <w:sz w:val="24"/>
          <w:rtl/>
          <w:szCs w:val="32"/>
        </w:rPr>
        <w:t>הל״ב</w:t>
      </w:r>
      <w:r>
        <w:rPr>
          <w:rFonts w:ascii="Georgia" w:hAnsi="Georgia"/>
          <w:b w:val="0"/>
          <w:i w:val="0"/>
          <w:color w:val="000000"/>
          <w:sz w:val="24"/>
        </w:rPr>
        <w:t>):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и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что составляет 37, и это [гематрия] наполнения [Имени] АВАЯ со значением САГ.</w:t>
      </w:r>
    </w:p>
    <w:p>
      <w:pPr>
        <w:spacing w:before="40" w:after="120"/>
        <w:jc w:val="both"/>
      </w:pPr>
      <w:r>
        <w:rPr>
          <w:rFonts w:ascii="Georgia" w:hAnsi="Georgia"/>
          <w:b w:val="0"/>
          <w:i w:val="0"/>
          <w:color w:val="000000"/>
          <w:sz w:val="24"/>
        </w:rPr>
        <w:t xml:space="preserve">В словах </w:t>
      </w:r>
      <w:r>
        <w:rPr>
          <w:rFonts w:ascii="Georgia" w:hAnsi="Georgia"/>
          <w:b w:val="0"/>
          <w:i/>
          <w:color w:val="000000"/>
          <w:sz w:val="24"/>
        </w:rPr>
        <w:t>«…подобает святость, Г-споди…»</w:t>
      </w:r>
      <w:r>
        <w:rPr>
          <w:rFonts w:ascii="Georgia" w:hAnsi="Georgia"/>
          <w:b w:val="0"/>
          <w:i w:val="0"/>
          <w:color w:val="000000"/>
          <w:sz w:val="24"/>
        </w:rPr>
        <w:t xml:space="preserve"> (Теилим 93:5) начальные буквы — нун, куф, йод (</w:t>
      </w:r>
      <w:r>
        <w:rPr>
          <w:rFonts w:ascii="Georgia" w:hAnsi="Georgia" w:cs="Times New Roman"/>
          <w:b/>
          <w:i w:val="0"/>
          <w:color w:val="000000"/>
          <w:sz w:val="24"/>
          <w:rtl/>
          <w:szCs w:val="32"/>
        </w:rPr>
        <w:t>נקי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словах </w:t>
      </w:r>
      <w:r>
        <w:rPr>
          <w:rFonts w:ascii="Georgia" w:hAnsi="Georgia"/>
          <w:b w:val="0"/>
          <w:i/>
          <w:color w:val="000000"/>
          <w:sz w:val="24"/>
        </w:rPr>
        <w:t>«…возвышают реки голос свой…»</w:t>
      </w:r>
      <w:r>
        <w:rPr>
          <w:rFonts w:ascii="Georgia" w:hAnsi="Georgia"/>
          <w:b w:val="0"/>
          <w:i w:val="0"/>
          <w:color w:val="000000"/>
          <w:sz w:val="24"/>
        </w:rPr>
        <w:t xml:space="preserve"> (Теилим 93:3) начальные буквы — также нун, куф, йод (</w:t>
      </w:r>
      <w:r>
        <w:rPr>
          <w:rFonts w:ascii="Georgia" w:hAnsi="Georgia" w:cs="Times New Roman"/>
          <w:b/>
          <w:i w:val="0"/>
          <w:color w:val="000000"/>
          <w:sz w:val="24"/>
          <w:rtl/>
          <w:szCs w:val="32"/>
        </w:rPr>
        <w:t>נקי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[сочетании тех же слов] «голос свой возвышают реки…» начальные буквы — куф, йод, нун — образуют [имя] </w:t>
      </w:r>
      <w:r>
        <w:rPr>
          <w:rFonts w:ascii="Georgia" w:hAnsi="Georgia"/>
          <w:b w:val="0"/>
          <w:i/>
          <w:color w:val="000000"/>
          <w:sz w:val="24"/>
        </w:rPr>
        <w:t>Каин</w:t>
      </w:r>
      <w:r>
        <w:rPr>
          <w:rFonts w:ascii="Georgia" w:hAnsi="Georgia"/>
          <w:b w:val="0"/>
          <w:i w:val="0"/>
          <w:color w:val="000000"/>
          <w:sz w:val="24"/>
        </w:rPr>
        <w:t xml:space="preserve"> (</w:t>
      </w:r>
      <w:r>
        <w:rPr>
          <w:rFonts w:ascii="Georgia" w:hAnsi="Georgia" w:cs="Times New Roman"/>
          <w:b/>
          <w:i w:val="0"/>
          <w:color w:val="000000"/>
          <w:sz w:val="24"/>
          <w:rtl/>
          <w:szCs w:val="32"/>
        </w:rPr>
        <w:t>קַיִן</w:t>
      </w:r>
      <w:r>
        <w:rPr>
          <w:rFonts w:ascii="Georgia" w:hAnsi="Georgia"/>
          <w:b w:val="0"/>
          <w:i w:val="0"/>
          <w:color w:val="000000"/>
          <w:sz w:val="24"/>
        </w:rPr>
        <w:t>), чтобы включить [сюда] Имя ЭЙЕ со значением 151 (</w:t>
      </w:r>
      <w:r>
        <w:rPr>
          <w:rFonts w:ascii="Georgia" w:hAnsi="Georgia" w:cs="Times New Roman"/>
          <w:b/>
          <w:i w:val="0"/>
          <w:color w:val="000000"/>
          <w:sz w:val="24"/>
          <w:rtl/>
          <w:szCs w:val="32"/>
        </w:rPr>
        <w:t>קנ״א</w:t>
      </w:r>
      <w:r>
        <w:rPr>
          <w:rFonts w:ascii="Georgia" w:hAnsi="Georgia"/>
          <w:b w:val="0"/>
          <w:i w:val="0"/>
          <w:color w:val="000000"/>
          <w:sz w:val="24"/>
        </w:rPr>
        <w:t xml:space="preserve">). Во втором [случае] конечные буквы образуют [слово] </w:t>
      </w:r>
      <w:r>
        <w:rPr>
          <w:rFonts w:ascii="Georgia" w:hAnsi="Georgia"/>
          <w:b w:val="0"/>
          <w:i/>
          <w:color w:val="000000"/>
          <w:sz w:val="24"/>
        </w:rPr>
        <w:t>Эвель</w:t>
      </w:r>
      <w:r>
        <w:rPr>
          <w:rFonts w:ascii="Georgia" w:hAnsi="Georgia"/>
          <w:b w:val="0"/>
          <w:i w:val="0"/>
          <w:color w:val="000000"/>
          <w:sz w:val="24"/>
        </w:rPr>
        <w:t xml:space="preserve"> (</w:t>
      </w:r>
      <w:r>
        <w:rPr>
          <w:rFonts w:ascii="Georgia" w:hAnsi="Georgia" w:cs="Times New Roman"/>
          <w:b/>
          <w:i w:val="0"/>
          <w:color w:val="000000"/>
          <w:sz w:val="24"/>
          <w:rtl/>
          <w:szCs w:val="32"/>
        </w:rPr>
        <w:t>הֶבֶל</w:t>
      </w:r>
      <w:r>
        <w:rPr>
          <w:rFonts w:ascii="Georgia" w:hAnsi="Georgia"/>
          <w:b w:val="0"/>
          <w:i w:val="0"/>
          <w:color w:val="000000"/>
          <w:sz w:val="24"/>
        </w:rPr>
        <w:t>), чтобы также включить Эвеля наверху.</w:t>
      </w:r>
    </w:p>
    <w:p>
      <w:pPr>
        <w:spacing w:before="40" w:after="120"/>
        <w:jc w:val="both"/>
      </w:pPr>
      <w:r>
        <w:rPr>
          <w:rFonts w:ascii="Georgia" w:hAnsi="Georgia"/>
          <w:b w:val="0"/>
          <w:i w:val="0"/>
          <w:color w:val="000000"/>
          <w:sz w:val="24"/>
        </w:rPr>
        <w:t xml:space="preserve">[Говорит Шмуэль: и здесь тоже, как мне кажется, есть искажение в записи; и все это имей в виду во время Каббалат Шаббат в [псалме] </w:t>
      </w:r>
      <w:r>
        <w:rPr>
          <w:rFonts w:ascii="Georgia" w:hAnsi="Georgia"/>
          <w:b w:val="0"/>
          <w:i/>
          <w:color w:val="000000"/>
          <w:sz w:val="24"/>
        </w:rPr>
        <w:t>«Песнь на день субботний»</w:t>
      </w:r>
      <w:r>
        <w:rPr>
          <w:rFonts w:ascii="Georgia" w:hAnsi="Georgia"/>
          <w:b w:val="0"/>
          <w:i w:val="0"/>
          <w:color w:val="000000"/>
          <w:sz w:val="24"/>
        </w:rPr>
        <w:t xml:space="preserve"> (Теилим 92:1), как известно.]</w:t>
      </w:r>
    </w:p>
    <w:p>
      <w:pPr>
        <w:spacing w:before="40" w:after="120"/>
        <w:jc w:val="both"/>
      </w:pPr>
      <w:r>
        <w:rPr>
          <w:rFonts w:ascii="Georgia" w:hAnsi="Georgia"/>
          <w:b w:val="0"/>
          <w:i w:val="0"/>
          <w:color w:val="000000"/>
          <w:sz w:val="24"/>
        </w:rPr>
        <w:t>В будничной молитве «Восемнадцать [благословений]», в благословении «Внемлющий молитве», не забудь произнести там исповедь (</w:t>
      </w:r>
      <w:r>
        <w:rPr>
          <w:rFonts w:ascii="Georgia" w:hAnsi="Georgia"/>
          <w:b w:val="0"/>
          <w:i/>
          <w:color w:val="000000"/>
          <w:sz w:val="24"/>
        </w:rPr>
        <w:t>видуй</w:t>
      </w:r>
      <w:r>
        <w:rPr>
          <w:rFonts w:ascii="Georgia" w:hAnsi="Georgia"/>
          <w:b w:val="0"/>
          <w:i w:val="0"/>
          <w:color w:val="000000"/>
          <w:sz w:val="24"/>
        </w:rPr>
        <w:t>): «Но мы согрешили…», как сказано в Зоаре. А на словах «и прими с милосердием и благоволением» направь намерение на слова «и прими с милосердием»: Имя ЭЙЕ без [буквы] хэй составляет 130 (</w:t>
      </w:r>
      <w:r>
        <w:rPr>
          <w:rFonts w:ascii="Georgia" w:hAnsi="Georgia" w:cs="Times New Roman"/>
          <w:b/>
          <w:i w:val="0"/>
          <w:color w:val="000000"/>
          <w:sz w:val="24"/>
          <w:rtl/>
          <w:szCs w:val="32"/>
        </w:rPr>
        <w:t>ק״ל</w:t>
      </w:r>
      <w:r>
        <w:rPr>
          <w:rFonts w:ascii="Georgia" w:hAnsi="Georgia"/>
          <w:b w:val="0"/>
          <w:i w:val="0"/>
          <w:color w:val="000000"/>
          <w:sz w:val="24"/>
        </w:rPr>
        <w:t>), а с Именем в двух [числах / свойствах] они дают 132 — «прими» (</w:t>
      </w:r>
      <w:r>
        <w:rPr>
          <w:rFonts w:ascii="Georgia" w:hAnsi="Georgia"/>
          <w:b w:val="0"/>
          <w:i/>
          <w:color w:val="000000"/>
          <w:sz w:val="24"/>
        </w:rPr>
        <w:t>кабель</w:t>
      </w:r>
      <w:r>
        <w:rPr>
          <w:rFonts w:ascii="Georgia" w:hAnsi="Georgia"/>
          <w:b w:val="0"/>
          <w:i w:val="0"/>
          <w:color w:val="000000"/>
          <w:sz w:val="24"/>
        </w:rPr>
        <w:t xml:space="preserve">, </w:t>
      </w:r>
      <w:r>
        <w:rPr>
          <w:rFonts w:ascii="Georgia" w:hAnsi="Georgia" w:cs="Times New Roman"/>
          <w:b/>
          <w:i w:val="0"/>
          <w:color w:val="000000"/>
          <w:sz w:val="24"/>
          <w:rtl/>
          <w:szCs w:val="32"/>
        </w:rPr>
        <w:t>קַבֵּל</w:t>
      </w:r>
      <w:r>
        <w:rPr>
          <w:rFonts w:ascii="Georgia" w:hAnsi="Georgia"/>
          <w:b w:val="0"/>
          <w:i w:val="0"/>
          <w:color w:val="000000"/>
          <w:sz w:val="24"/>
        </w:rPr>
        <w:t>); а в словах «и прими с милосердием» [буквы куф и бэт] дают 102 (</w:t>
      </w:r>
      <w:r>
        <w:rPr>
          <w:rFonts w:ascii="Georgia" w:hAnsi="Georgia" w:cs="Times New Roman"/>
          <w:b/>
          <w:i w:val="0"/>
          <w:color w:val="000000"/>
          <w:sz w:val="24"/>
          <w:rtl/>
          <w:szCs w:val="32"/>
        </w:rPr>
        <w:t>ק״ב</w:t>
      </w:r>
      <w:r>
        <w:rPr>
          <w:rFonts w:ascii="Georgia" w:hAnsi="Georgia"/>
          <w:b w:val="0"/>
          <w:i w:val="0"/>
          <w:color w:val="000000"/>
          <w:sz w:val="24"/>
        </w:rPr>
        <w:t>) — три наполнения [Имен] АБ, САГ и МА, составляющие соответственно 46 (</w:t>
      </w:r>
      <w:r>
        <w:rPr>
          <w:rFonts w:ascii="Georgia" w:hAnsi="Georgia" w:cs="Times New Roman"/>
          <w:b/>
          <w:i w:val="0"/>
          <w:color w:val="000000"/>
          <w:sz w:val="24"/>
          <w:rtl/>
          <w:szCs w:val="32"/>
        </w:rPr>
        <w:t>מ״ו</w:t>
      </w:r>
      <w:r>
        <w:rPr>
          <w:rFonts w:ascii="Georgia" w:hAnsi="Georgia"/>
          <w:b w:val="0"/>
          <w:i w:val="0"/>
          <w:color w:val="000000"/>
          <w:sz w:val="24"/>
        </w:rPr>
        <w:t>), 37 (</w:t>
      </w:r>
      <w:r>
        <w:rPr>
          <w:rFonts w:ascii="Georgia" w:hAnsi="Georgia" w:cs="Times New Roman"/>
          <w:b/>
          <w:i w:val="0"/>
          <w:color w:val="000000"/>
          <w:sz w:val="24"/>
          <w:rtl/>
          <w:szCs w:val="32"/>
        </w:rPr>
        <w:t>ל״ז</w:t>
      </w:r>
      <w:r>
        <w:rPr>
          <w:rFonts w:ascii="Georgia" w:hAnsi="Georgia"/>
          <w:b w:val="0"/>
          <w:i w:val="0"/>
          <w:color w:val="000000"/>
          <w:sz w:val="24"/>
        </w:rPr>
        <w:t>) и 19 (</w:t>
      </w:r>
      <w:r>
        <w:rPr>
          <w:rFonts w:ascii="Georgia" w:hAnsi="Georgia" w:cs="Times New Roman"/>
          <w:b/>
          <w:i w:val="0"/>
          <w:color w:val="000000"/>
          <w:sz w:val="24"/>
          <w:rtl/>
          <w:szCs w:val="32"/>
        </w:rPr>
        <w:t>י״ט</w:t>
      </w:r>
      <w:r>
        <w:rPr>
          <w:rFonts w:ascii="Georgia" w:hAnsi="Georgia"/>
          <w:b w:val="0"/>
          <w:i w:val="0"/>
          <w:color w:val="000000"/>
          <w:sz w:val="24"/>
        </w:rPr>
        <w:t>). Слова «до нашей молитвы» в гематрии равны 506 (</w:t>
      </w:r>
      <w:r>
        <w:rPr>
          <w:rFonts w:ascii="Georgia" w:hAnsi="Georgia" w:cs="Times New Roman"/>
          <w:b/>
          <w:i w:val="0"/>
          <w:color w:val="000000"/>
          <w:sz w:val="24"/>
          <w:rtl/>
          <w:szCs w:val="32"/>
        </w:rPr>
        <w:t>תק״ו</w:t>
      </w:r>
      <w:r>
        <w:rPr>
          <w:rFonts w:ascii="Georgia" w:hAnsi="Georgia"/>
          <w:b w:val="0"/>
          <w:i w:val="0"/>
          <w:color w:val="000000"/>
          <w:sz w:val="24"/>
        </w:rPr>
        <w:t xml:space="preserve">) — это Имя </w:t>
      </w:r>
      <w:r>
        <w:rPr>
          <w:rFonts w:ascii="Georgia" w:hAnsi="Georgia" w:cs="Times New Roman"/>
          <w:b/>
          <w:i w:val="0"/>
          <w:color w:val="000000"/>
          <w:sz w:val="24"/>
          <w:rtl/>
          <w:szCs w:val="32"/>
        </w:rPr>
        <w:t>אבגית״ץ</w:t>
      </w:r>
      <w:r>
        <w:rPr>
          <w:rFonts w:ascii="Georgia" w:hAnsi="Georgia"/>
          <w:b w:val="0"/>
          <w:i w:val="0"/>
          <w:color w:val="000000"/>
          <w:sz w:val="24"/>
        </w:rPr>
        <w:t>.</w:t>
      </w:r>
    </w:p>
    <w:p>
      <w:pPr>
        <w:spacing w:before="40" w:after="120"/>
        <w:jc w:val="both"/>
      </w:pPr>
      <w:r>
        <w:rPr>
          <w:rFonts w:ascii="Georgia" w:hAnsi="Georgia"/>
          <w:b w:val="0"/>
          <w:i w:val="0"/>
          <w:color w:val="000000"/>
          <w:sz w:val="24"/>
        </w:rPr>
        <w:t>[Говорит Шмуэль: твои глаза видят во всем этом единении, как было сказано, и в том, что будет сказано, что оно почти целиком полно ошибок. Поэтому выбери то, что сможешь понять из него, а остальное оставь; я же исправляю все, до чего дотягивается моя рука.]</w:t>
      </w:r>
    </w:p>
    <w:p>
      <w:pPr>
        <w:spacing w:before="40" w:after="120"/>
        <w:jc w:val="both"/>
      </w:pPr>
      <w:r>
        <w:rPr>
          <w:rFonts w:ascii="Georgia" w:hAnsi="Georgia"/>
          <w:b w:val="0"/>
          <w:i w:val="0"/>
          <w:color w:val="000000"/>
          <w:sz w:val="24"/>
        </w:rPr>
        <w:t xml:space="preserve">В словах «молитва всяких уст» начальные буквы составляют слово </w:t>
      </w:r>
      <w:r>
        <w:rPr>
          <w:rFonts w:ascii="Georgia" w:hAnsi="Georgia"/>
          <w:b w:val="0"/>
          <w:i/>
          <w:color w:val="000000"/>
          <w:sz w:val="24"/>
        </w:rPr>
        <w:t>техеф</w:t>
      </w:r>
      <w:r>
        <w:rPr>
          <w:rFonts w:ascii="Georgia" w:hAnsi="Georgia"/>
          <w:b w:val="0"/>
          <w:i w:val="0"/>
          <w:color w:val="000000"/>
          <w:sz w:val="24"/>
        </w:rPr>
        <w:t xml:space="preserve"> (</w:t>
      </w:r>
      <w:r>
        <w:rPr>
          <w:rFonts w:ascii="Georgia" w:hAnsi="Georgia" w:cs="Times New Roman"/>
          <w:b/>
          <w:i w:val="0"/>
          <w:color w:val="000000"/>
          <w:sz w:val="24"/>
          <w:rtl/>
          <w:szCs w:val="32"/>
        </w:rPr>
        <w:t>תכף</w:t>
      </w:r>
      <w:r>
        <w:rPr>
          <w:rFonts w:ascii="Georgia" w:hAnsi="Georgia"/>
          <w:b w:val="0"/>
          <w:i w:val="0"/>
          <w:color w:val="000000"/>
          <w:sz w:val="24"/>
        </w:rPr>
        <w:t>): буква тав (</w:t>
      </w:r>
      <w:r>
        <w:rPr>
          <w:rFonts w:ascii="Georgia" w:hAnsi="Georgia" w:cs="Times New Roman"/>
          <w:b/>
          <w:i w:val="0"/>
          <w:color w:val="000000"/>
          <w:sz w:val="24"/>
          <w:rtl/>
          <w:szCs w:val="32"/>
        </w:rPr>
        <w:t>ת</w:t>
      </w:r>
      <w:r>
        <w:rPr>
          <w:rFonts w:ascii="Georgia" w:hAnsi="Georgia"/>
          <w:b w:val="0"/>
          <w:i w:val="0"/>
          <w:color w:val="000000"/>
          <w:sz w:val="24"/>
        </w:rPr>
        <w:t xml:space="preserve"> = 400), буква каф (</w:t>
      </w:r>
      <w:r>
        <w:rPr>
          <w:rFonts w:ascii="Georgia" w:hAnsi="Georgia" w:cs="Times New Roman"/>
          <w:b/>
          <w:i w:val="0"/>
          <w:color w:val="000000"/>
          <w:sz w:val="24"/>
          <w:rtl/>
          <w:szCs w:val="32"/>
        </w:rPr>
        <w:t>כ</w:t>
      </w:r>
      <w:r>
        <w:rPr>
          <w:rFonts w:ascii="Georgia" w:hAnsi="Georgia"/>
          <w:b w:val="0"/>
          <w:i w:val="0"/>
          <w:color w:val="000000"/>
          <w:sz w:val="24"/>
        </w:rPr>
        <w:t xml:space="preserve"> = 20) и буква пэй (</w:t>
      </w:r>
      <w:r>
        <w:rPr>
          <w:rFonts w:ascii="Georgia" w:hAnsi="Georgia" w:cs="Times New Roman"/>
          <w:b/>
          <w:i w:val="0"/>
          <w:color w:val="000000"/>
          <w:sz w:val="24"/>
          <w:rtl/>
          <w:szCs w:val="32"/>
        </w:rPr>
        <w:t>פ</w:t>
      </w:r>
      <w:r>
        <w:rPr>
          <w:rFonts w:ascii="Georgia" w:hAnsi="Georgia"/>
          <w:b w:val="0"/>
          <w:i w:val="0"/>
          <w:color w:val="000000"/>
          <w:sz w:val="24"/>
        </w:rPr>
        <w:t xml:space="preserve"> = 80), что в сумме дает 500 (</w:t>
      </w:r>
      <w:r>
        <w:rPr>
          <w:rFonts w:ascii="Georgia" w:hAnsi="Georgia" w:cs="Times New Roman"/>
          <w:b/>
          <w:i w:val="0"/>
          <w:color w:val="000000"/>
          <w:sz w:val="24"/>
          <w:rtl/>
          <w:szCs w:val="32"/>
        </w:rPr>
        <w:t>ת״ק</w:t>
      </w:r>
      <w:r>
        <w:rPr>
          <w:rFonts w:ascii="Georgia" w:hAnsi="Georgia"/>
          <w:b w:val="0"/>
          <w:i w:val="0"/>
          <w:color w:val="000000"/>
          <w:sz w:val="24"/>
        </w:rPr>
        <w:t>), а это [гематрия] букв наполнения Имени ШАДАЙ.</w:t>
      </w:r>
    </w:p>
    <w:p>
      <w:pPr>
        <w:spacing w:before="40" w:after="120"/>
        <w:jc w:val="both"/>
      </w:pPr>
      <w:r>
        <w:rPr>
          <w:rFonts w:ascii="Georgia" w:hAnsi="Georgia"/>
          <w:b w:val="0"/>
          <w:i w:val="0"/>
          <w:color w:val="000000"/>
          <w:sz w:val="24"/>
        </w:rPr>
        <w:t>На слове Имени АВАЯ сосредоточь намерение на сплетении [Имен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Огласовка Имени в молитве на Рош Ходеш: </w:t>
      </w:r>
      <w:r>
        <w:rPr>
          <w:rFonts w:ascii="Georgia" w:hAnsi="Georgia"/>
          <w:b w:val="0"/>
          <w:i/>
          <w:color w:val="000000"/>
          <w:sz w:val="24"/>
        </w:rPr>
        <w:t>«И сказал Б-г: „Да будет свет!“ — и стал свет»</w:t>
      </w:r>
      <w:r>
        <w:rPr>
          <w:rFonts w:ascii="Georgia" w:hAnsi="Georgia"/>
          <w:b w:val="0"/>
          <w:i w:val="0"/>
          <w:color w:val="000000"/>
          <w:sz w:val="24"/>
        </w:rPr>
        <w:t xml:space="preserve"> (Берешит 1:3).</w:t>
      </w:r>
    </w:p>
    <w:p>
      <w:pPr>
        <w:pStyle w:val="ListNumber"/>
        <w:spacing w:before="20" w:after="40"/>
      </w:pPr>
      <w:r>
        <w:rPr>
          <w:rFonts w:ascii="Georgia" w:hAnsi="Georgia"/>
          <w:b w:val="0"/>
          <w:i w:val="0"/>
          <w:color w:val="000000"/>
          <w:sz w:val="24"/>
        </w:rPr>
        <w:t xml:space="preserve">[Сочетание букв] </w:t>
      </w:r>
      <w:r>
        <w:rPr>
          <w:rFonts w:ascii="Georgia" w:hAnsi="Georgia"/>
          <w:b w:val="0"/>
          <w:i/>
          <w:color w:val="000000"/>
          <w:sz w:val="24"/>
        </w:rPr>
        <w:t>Ахахо</w:t>
      </w:r>
      <w:r>
        <w:rPr>
          <w:rFonts w:ascii="Georgia" w:hAnsi="Georgia"/>
          <w:b w:val="0"/>
          <w:i w:val="0"/>
          <w:color w:val="000000"/>
          <w:sz w:val="24"/>
        </w:rPr>
        <w:t xml:space="preserve"> (</w:t>
      </w:r>
      <w:r>
        <w:rPr>
          <w:rFonts w:ascii="Georgia" w:hAnsi="Georgia" w:cs="Times New Roman"/>
          <w:b/>
          <w:i w:val="0"/>
          <w:color w:val="000000"/>
          <w:sz w:val="24"/>
          <w:rtl/>
          <w:szCs w:val="32"/>
        </w:rPr>
        <w:t>אהה״ו</w:t>
      </w:r>
      <w:r>
        <w:rPr>
          <w:rFonts w:ascii="Georgia" w:hAnsi="Georgia"/>
          <w:b w:val="0"/>
          <w:i w:val="0"/>
          <w:color w:val="000000"/>
          <w:sz w:val="24"/>
        </w:rPr>
        <w:t>): 25 (</w:t>
      </w:r>
      <w:r>
        <w:rPr>
          <w:rFonts w:ascii="Georgia" w:hAnsi="Georgia" w:cs="Times New Roman"/>
          <w:b/>
          <w:i w:val="0"/>
          <w:color w:val="000000"/>
          <w:sz w:val="24"/>
          <w:rtl/>
          <w:szCs w:val="32"/>
        </w:rPr>
        <w:t>כ״ה</w:t>
      </w:r>
      <w:r>
        <w:rPr>
          <w:rFonts w:ascii="Georgia" w:hAnsi="Georgia"/>
          <w:b w:val="0"/>
          <w:i w:val="0"/>
          <w:color w:val="000000"/>
          <w:sz w:val="24"/>
        </w:rPr>
        <w:t xml:space="preserve">) со стихом </w:t>
      </w:r>
      <w:r>
        <w:rPr>
          <w:rFonts w:ascii="Georgia" w:hAnsi="Georgia"/>
          <w:b w:val="0"/>
          <w:i/>
          <w:color w:val="000000"/>
          <w:sz w:val="24"/>
        </w:rPr>
        <w:t>«Так благословляйте…»</w:t>
      </w:r>
      <w:r>
        <w:rPr>
          <w:rFonts w:ascii="Georgia" w:hAnsi="Georgia"/>
          <w:b w:val="0"/>
          <w:i w:val="0"/>
          <w:color w:val="000000"/>
          <w:sz w:val="24"/>
        </w:rPr>
        <w:t xml:space="preserve"> (Бемидбар 6:23) с колелем (</w:t>
      </w:r>
      <w:r>
        <w:rPr>
          <w:rFonts w:ascii="Georgia" w:hAnsi="Georgia" w:cs="Times New Roman"/>
          <w:b/>
          <w:i w:val="0"/>
          <w:color w:val="000000"/>
          <w:sz w:val="24"/>
          <w:rtl/>
          <w:szCs w:val="32"/>
        </w:rPr>
        <w:t>ע״ה</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[Сочетание букв] </w:t>
      </w:r>
      <w:r>
        <w:rPr>
          <w:rFonts w:ascii="Georgia" w:hAnsi="Georgia"/>
          <w:b w:val="0"/>
          <w:i/>
          <w:color w:val="000000"/>
          <w:sz w:val="24"/>
        </w:rPr>
        <w:t>Ахава</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xml:space="preserve">) — [начальные буквы слов] </w:t>
      </w:r>
      <w:r>
        <w:rPr>
          <w:rFonts w:ascii="Georgia" w:hAnsi="Georgia"/>
          <w:b w:val="0"/>
          <w:i/>
          <w:color w:val="000000"/>
          <w:sz w:val="24"/>
        </w:rPr>
        <w:t>«…[сотворил Б-г] небо и землю»</w:t>
      </w:r>
      <w:r>
        <w:rPr>
          <w:rFonts w:ascii="Georgia" w:hAnsi="Georgia"/>
          <w:b w:val="0"/>
          <w:i w:val="0"/>
          <w:color w:val="000000"/>
          <w:sz w:val="24"/>
        </w:rPr>
        <w:t xml:space="preserve"> (</w:t>
      </w:r>
      <w:r>
        <w:rPr>
          <w:rFonts w:ascii="Georgia" w:hAnsi="Georgia" w:cs="Times New Roman"/>
          <w:b/>
          <w:i w:val="0"/>
          <w:color w:val="000000"/>
          <w:sz w:val="24"/>
          <w:rtl/>
          <w:szCs w:val="32"/>
        </w:rPr>
        <w:t>אֵת הַשָּׁמַיִם וְאֵת הָאָרֶץ</w:t>
      </w:r>
      <w:r>
        <w:rPr>
          <w:rFonts w:ascii="Georgia" w:hAnsi="Georgia"/>
          <w:b w:val="0"/>
          <w:i w:val="0"/>
          <w:color w:val="000000"/>
          <w:sz w:val="24"/>
        </w:rPr>
        <w:t>, Берешит 1:1).</w:t>
      </w:r>
    </w:p>
    <w:p>
      <w:pPr>
        <w:pStyle w:val="ListNumber"/>
        <w:spacing w:before="20" w:after="40"/>
      </w:pPr>
      <w:r>
        <w:rPr>
          <w:rFonts w:ascii="Georgia" w:hAnsi="Georgia"/>
          <w:b w:val="0"/>
          <w:i w:val="0"/>
          <w:color w:val="000000"/>
          <w:sz w:val="24"/>
        </w:rPr>
        <w:t>Пять букв наполнения от [Имени] АВАЯ.</w:t>
      </w:r>
    </w:p>
    <w:p>
      <w:pPr>
        <w:pStyle w:val="ListNumber"/>
        <w:spacing w:before="20" w:after="40"/>
      </w:pPr>
      <w:r>
        <w:rPr>
          <w:rFonts w:ascii="Georgia" w:hAnsi="Georgia"/>
          <w:b w:val="0"/>
          <w:i w:val="0"/>
          <w:color w:val="000000"/>
          <w:sz w:val="24"/>
        </w:rPr>
        <w:t xml:space="preserve">[Слово] </w:t>
      </w:r>
      <w:r>
        <w:rPr>
          <w:rFonts w:ascii="Georgia" w:hAnsi="Georgia"/>
          <w:b w:val="0"/>
          <w:i/>
          <w:color w:val="000000"/>
          <w:sz w:val="24"/>
        </w:rPr>
        <w:t>сетер</w:t>
      </w:r>
      <w:r>
        <w:rPr>
          <w:rFonts w:ascii="Georgia" w:hAnsi="Georgia"/>
          <w:b w:val="0"/>
          <w:i w:val="0"/>
          <w:color w:val="000000"/>
          <w:sz w:val="24"/>
        </w:rPr>
        <w:t xml:space="preserve"> (</w:t>
      </w:r>
      <w:r>
        <w:rPr>
          <w:rFonts w:ascii="Georgia" w:hAnsi="Georgia" w:cs="Times New Roman"/>
          <w:b/>
          <w:i w:val="0"/>
          <w:color w:val="000000"/>
          <w:sz w:val="24"/>
          <w:rtl/>
          <w:szCs w:val="32"/>
        </w:rPr>
        <w:t>סתר</w:t>
      </w:r>
      <w:r>
        <w:rPr>
          <w:rFonts w:ascii="Georgia" w:hAnsi="Georgia"/>
          <w:b w:val="0"/>
          <w:i w:val="0"/>
          <w:color w:val="000000"/>
          <w:sz w:val="24"/>
        </w:rPr>
        <w:t xml:space="preserve"> = 660) составляет 671 (</w:t>
      </w:r>
      <w:r>
        <w:rPr>
          <w:rFonts w:ascii="Georgia" w:hAnsi="Georgia" w:cs="Times New Roman"/>
          <w:b/>
          <w:i w:val="0"/>
          <w:color w:val="000000"/>
          <w:sz w:val="24"/>
          <w:rtl/>
          <w:szCs w:val="32"/>
        </w:rPr>
        <w:t>תרע״א</w:t>
      </w:r>
      <w:r>
        <w:rPr>
          <w:rFonts w:ascii="Georgia" w:hAnsi="Georgia"/>
          <w:b w:val="0"/>
          <w:i w:val="0"/>
          <w:color w:val="000000"/>
          <w:sz w:val="24"/>
        </w:rPr>
        <w:t>) с одиннадцатью буквами наполнения Имени АДОНАЙ (</w:t>
      </w:r>
      <w:r>
        <w:rPr>
          <w:rFonts w:ascii="Georgia" w:hAnsi="Georgia" w:cs="Times New Roman"/>
          <w:b/>
          <w:i w:val="0"/>
          <w:color w:val="000000"/>
          <w:sz w:val="24"/>
          <w:rtl/>
          <w:szCs w:val="32"/>
        </w:rPr>
        <w:t>י״א</w:t>
      </w:r>
      <w:r>
        <w:rPr>
          <w:rFonts w:ascii="Georgia" w:hAnsi="Georgia"/>
          <w:b w:val="0"/>
          <w:i w:val="0"/>
          <w:color w:val="000000"/>
          <w:sz w:val="24"/>
        </w:rPr>
        <w:t xml:space="preserve">); стих: </w:t>
      </w:r>
      <w:r>
        <w:rPr>
          <w:rFonts w:ascii="Georgia" w:hAnsi="Georgia"/>
          <w:b w:val="0"/>
          <w:i/>
          <w:color w:val="000000"/>
          <w:sz w:val="24"/>
        </w:rPr>
        <w:t>«Ты покров мне…»</w:t>
      </w:r>
      <w:r>
        <w:rPr>
          <w:rFonts w:ascii="Georgia" w:hAnsi="Georgia"/>
          <w:b w:val="0"/>
          <w:i w:val="0"/>
          <w:color w:val="000000"/>
          <w:sz w:val="24"/>
        </w:rPr>
        <w:t xml:space="preserve"> (Теилим 32:7).</w:t>
      </w:r>
    </w:p>
    <w:p>
      <w:pPr>
        <w:pStyle w:val="ListNumber"/>
        <w:spacing w:before="20" w:after="40"/>
      </w:pPr>
      <w:r>
        <w:rPr>
          <w:rFonts w:ascii="Georgia" w:hAnsi="Georgia"/>
          <w:b w:val="0"/>
          <w:i w:val="0"/>
          <w:color w:val="000000"/>
          <w:sz w:val="24"/>
        </w:rPr>
        <w:t xml:space="preserve">22-буквенное Имя: </w:t>
      </w:r>
      <w:r>
        <w:rPr>
          <w:rFonts w:ascii="Georgia" w:hAnsi="Georgia" w:cs="Times New Roman"/>
          <w:b/>
          <w:i w:val="0"/>
          <w:color w:val="000000"/>
          <w:sz w:val="24"/>
          <w:rtl/>
          <w:szCs w:val="32"/>
        </w:rPr>
        <w:t>אנקתם</w:t>
      </w:r>
      <w:r>
        <w:rPr>
          <w:rFonts w:ascii="Georgia" w:hAnsi="Georgia"/>
          <w:b w:val="0"/>
          <w:i w:val="0"/>
          <w:color w:val="000000"/>
          <w:sz w:val="24"/>
        </w:rPr>
        <w:t xml:space="preserve"> и так далее.</w:t>
      </w:r>
    </w:p>
    <w:p>
      <w:pPr>
        <w:pStyle w:val="ListNumber"/>
        <w:spacing w:before="20" w:after="40"/>
      </w:pPr>
      <w:r>
        <w:rPr>
          <w:rFonts w:ascii="Georgia" w:hAnsi="Georgia"/>
          <w:b w:val="0"/>
          <w:i w:val="0"/>
          <w:color w:val="000000"/>
          <w:sz w:val="24"/>
        </w:rPr>
        <w:t>Буква вав (</w:t>
      </w:r>
      <w:r>
        <w:rPr>
          <w:rFonts w:ascii="Georgia" w:hAnsi="Georgia" w:cs="Times New Roman"/>
          <w:b/>
          <w:i w:val="0"/>
          <w:color w:val="000000"/>
          <w:sz w:val="24"/>
          <w:rtl/>
          <w:szCs w:val="32"/>
        </w:rPr>
        <w:t>ו</w:t>
      </w:r>
      <w:r>
        <w:rPr>
          <w:rFonts w:ascii="Georgia" w:hAnsi="Georgia"/>
          <w:b w:val="0"/>
          <w:i w:val="0"/>
          <w:color w:val="000000"/>
          <w:sz w:val="24"/>
        </w:rPr>
        <w:t>), [записанная как] вав-йод-вав (</w:t>
      </w:r>
      <w:r>
        <w:rPr>
          <w:rFonts w:ascii="Georgia" w:hAnsi="Georgia" w:cs="Times New Roman"/>
          <w:b/>
          <w:i w:val="0"/>
          <w:color w:val="000000"/>
          <w:sz w:val="24"/>
          <w:rtl/>
          <w:szCs w:val="32"/>
        </w:rPr>
        <w:t>ויו</w:t>
      </w:r>
      <w:r>
        <w:rPr>
          <w:rFonts w:ascii="Georgia" w:hAnsi="Georgia"/>
          <w:b w:val="0"/>
          <w:i w:val="0"/>
          <w:color w:val="000000"/>
          <w:sz w:val="24"/>
        </w:rPr>
        <w:t>), в трех буквах наполнения наполнения Имени АВАЯ со значением БОН — весь стих. 7. Утро, полдень, вечер.</w:t>
      </w:r>
    </w:p>
    <w:p>
      <w:pPr>
        <w:pStyle w:val="ListNumber"/>
        <w:spacing w:before="20" w:after="40"/>
      </w:pPr>
      <w:r>
        <w:rPr>
          <w:rFonts w:ascii="Georgia" w:hAnsi="Georgia"/>
          <w:b w:val="0"/>
          <w:i w:val="0"/>
          <w:color w:val="000000"/>
          <w:sz w:val="24"/>
        </w:rPr>
        <w:t xml:space="preserve">Наполнение Имени </w:t>
      </w:r>
      <w:r>
        <w:rPr>
          <w:rFonts w:ascii="Georgia" w:hAnsi="Georgia"/>
          <w:b w:val="0"/>
          <w:i/>
          <w:color w:val="000000"/>
          <w:sz w:val="24"/>
        </w:rPr>
        <w:t>Ахава</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составляет 153 (</w:t>
      </w:r>
      <w:r>
        <w:rPr>
          <w:rFonts w:ascii="Georgia" w:hAnsi="Georgia" w:cs="Times New Roman"/>
          <w:b/>
          <w:i w:val="0"/>
          <w:color w:val="000000"/>
          <w:sz w:val="24"/>
          <w:rtl/>
          <w:szCs w:val="32"/>
        </w:rPr>
        <w:t>קנ״ג</w:t>
      </w:r>
      <w:r>
        <w:rPr>
          <w:rFonts w:ascii="Georgia" w:hAnsi="Georgia"/>
          <w:b w:val="0"/>
          <w:i w:val="0"/>
          <w:color w:val="000000"/>
          <w:sz w:val="24"/>
        </w:rPr>
        <w:t>), и также [Имя] ЭЙЕ с наполнением алеф (де-алфин) вместе с десятью его буквами составляет 153; и это два известных мира — 57 (</w:t>
      </w:r>
      <w:r>
        <w:rPr>
          <w:rFonts w:ascii="Georgia" w:hAnsi="Georgia" w:cs="Times New Roman"/>
          <w:b/>
          <w:i w:val="0"/>
          <w:color w:val="000000"/>
          <w:sz w:val="24"/>
          <w:rtl/>
          <w:szCs w:val="32"/>
        </w:rPr>
        <w:t>נ״ז</w:t>
      </w:r>
      <w:r>
        <w:rPr>
          <w:rFonts w:ascii="Georgia" w:hAnsi="Georgia"/>
          <w:b w:val="0"/>
          <w:i w:val="0"/>
          <w:color w:val="000000"/>
          <w:sz w:val="24"/>
        </w:rPr>
        <w:t>) и 96 (</w:t>
      </w:r>
      <w:r>
        <w:rPr>
          <w:rFonts w:ascii="Georgia" w:hAnsi="Georgia" w:cs="Times New Roman"/>
          <w:b/>
          <w:i w:val="0"/>
          <w:color w:val="000000"/>
          <w:sz w:val="24"/>
          <w:rtl/>
          <w:szCs w:val="32"/>
        </w:rPr>
        <w:t>צ״ו</w:t>
      </w:r>
      <w:r>
        <w:rPr>
          <w:rFonts w:ascii="Georgia" w:hAnsi="Georgia"/>
          <w:b w:val="0"/>
          <w:i w:val="0"/>
          <w:color w:val="000000"/>
          <w:sz w:val="24"/>
        </w:rPr>
        <w:t>), а именно ЭЛЬ АВАЯ (31 + 26 = 57) и ЭЛЬ АДОНАЙ (31 + 65 = 96, а в сумме — 153).</w:t>
      </w:r>
    </w:p>
    <w:p>
      <w:pPr>
        <w:pStyle w:val="ListNumber"/>
        <w:spacing w:before="20" w:after="40"/>
      </w:pPr>
      <w:r>
        <w:rPr>
          <w:rFonts w:ascii="Georgia" w:hAnsi="Georgia"/>
          <w:b w:val="0"/>
          <w:i w:val="0"/>
          <w:color w:val="000000"/>
          <w:sz w:val="24"/>
        </w:rPr>
        <w:t>Ранний приход в синагогу.</w:t>
      </w:r>
    </w:p>
    <w:p>
      <w:pPr>
        <w:pStyle w:val="ListNumber"/>
        <w:spacing w:before="20" w:after="40"/>
      </w:pPr>
      <w:r>
        <w:rPr>
          <w:rFonts w:ascii="Georgia" w:hAnsi="Georgia"/>
          <w:b w:val="0"/>
          <w:i w:val="0"/>
          <w:color w:val="000000"/>
          <w:sz w:val="24"/>
        </w:rPr>
        <w:t xml:space="preserve">Наполнение [Имени] ЭЛОКИМ буквами йод (де-юдин) — это </w:t>
      </w:r>
      <w:r>
        <w:rPr>
          <w:rFonts w:ascii="Georgia" w:hAnsi="Georgia" w:cs="Times New Roman"/>
          <w:b/>
          <w:i w:val="0"/>
          <w:color w:val="000000"/>
          <w:sz w:val="24"/>
          <w:rtl/>
          <w:szCs w:val="32"/>
        </w:rPr>
        <w:t>מצפ״ץ</w:t>
      </w:r>
      <w:r>
        <w:rPr>
          <w:rFonts w:ascii="Georgia" w:hAnsi="Georgia"/>
          <w:b w:val="0"/>
          <w:i w:val="0"/>
          <w:color w:val="000000"/>
          <w:sz w:val="24"/>
        </w:rPr>
        <w:t>.</w:t>
      </w:r>
    </w:p>
    <w:p>
      <w:pPr>
        <w:spacing w:before="40" w:after="120"/>
        <w:jc w:val="both"/>
      </w:pPr>
      <w:r>
        <w:rPr>
          <w:rFonts w:ascii="Georgia" w:hAnsi="Georgia"/>
          <w:b w:val="0"/>
          <w:i w:val="0"/>
          <w:color w:val="000000"/>
          <w:sz w:val="24"/>
        </w:rPr>
        <w:t>Пусть сосредоточит намерение на рабби Элазаре бен Азарии.</w:t>
      </w:r>
    </w:p>
    <w:p>
      <w:pPr>
        <w:spacing w:before="40" w:after="120"/>
        <w:jc w:val="both"/>
      </w:pPr>
      <w:r>
        <w:rPr>
          <w:rFonts w:ascii="Georgia" w:hAnsi="Georgia"/>
          <w:b w:val="0"/>
          <w:i w:val="0"/>
          <w:color w:val="000000"/>
          <w:sz w:val="24"/>
        </w:rPr>
        <w:t>Соблюдение клятвы.</w:t>
      </w:r>
    </w:p>
    <w:p>
      <w:pPr>
        <w:spacing w:before="40" w:after="120"/>
        <w:jc w:val="both"/>
      </w:pPr>
      <w:r>
        <w:rPr>
          <w:rFonts w:ascii="Georgia" w:hAnsi="Georgia"/>
          <w:b w:val="0"/>
          <w:i w:val="0"/>
          <w:color w:val="000000"/>
          <w:sz w:val="24"/>
        </w:rPr>
        <w:t>Милостыня (</w:t>
      </w:r>
      <w:r>
        <w:rPr>
          <w:rFonts w:ascii="Georgia" w:hAnsi="Georgia"/>
          <w:b w:val="0"/>
          <w:i/>
          <w:color w:val="000000"/>
          <w:sz w:val="24"/>
        </w:rPr>
        <w:t>цдака</w:t>
      </w:r>
      <w:r>
        <w:rPr>
          <w:rFonts w:ascii="Georgia" w:hAnsi="Georgia"/>
          <w:b w:val="0"/>
          <w:i w:val="0"/>
          <w:color w:val="000000"/>
          <w:sz w:val="24"/>
        </w:rPr>
        <w:t xml:space="preserve">, </w:t>
      </w:r>
      <w:r>
        <w:rPr>
          <w:rFonts w:ascii="Georgia" w:hAnsi="Georgia" w:cs="Times New Roman"/>
          <w:b/>
          <w:i w:val="0"/>
          <w:color w:val="000000"/>
          <w:sz w:val="24"/>
          <w:rtl/>
          <w:szCs w:val="32"/>
        </w:rPr>
        <w:t>צְדָקָה</w:t>
      </w:r>
      <w:r>
        <w:rPr>
          <w:rFonts w:ascii="Georgia" w:hAnsi="Georgia"/>
          <w:b w:val="0"/>
          <w:i w:val="0"/>
          <w:color w:val="000000"/>
          <w:sz w:val="24"/>
        </w:rPr>
        <w:t xml:space="preserve">): [слово] </w:t>
      </w:r>
      <w:r>
        <w:rPr>
          <w:rFonts w:ascii="Georgia" w:hAnsi="Georgia"/>
          <w:b w:val="0"/>
          <w:i/>
          <w:color w:val="000000"/>
          <w:sz w:val="24"/>
        </w:rPr>
        <w:t>цэдек</w:t>
      </w:r>
      <w:r>
        <w:rPr>
          <w:rFonts w:ascii="Georgia" w:hAnsi="Georgia"/>
          <w:b w:val="0"/>
          <w:i w:val="0"/>
          <w:color w:val="000000"/>
          <w:sz w:val="24"/>
        </w:rPr>
        <w:t xml:space="preserve"> (</w:t>
      </w:r>
      <w:r>
        <w:rPr>
          <w:rFonts w:ascii="Georgia" w:hAnsi="Georgia" w:cs="Times New Roman"/>
          <w:b/>
          <w:i w:val="0"/>
          <w:color w:val="000000"/>
          <w:sz w:val="24"/>
          <w:rtl/>
          <w:szCs w:val="32"/>
        </w:rPr>
        <w:t>צֶדֶק</w:t>
      </w:r>
      <w:r>
        <w:rPr>
          <w:rFonts w:ascii="Georgia" w:hAnsi="Georgia"/>
          <w:b w:val="0"/>
          <w:i w:val="0"/>
          <w:color w:val="000000"/>
          <w:sz w:val="24"/>
        </w:rPr>
        <w:t>, «праведность») и [буква] хэй (</w:t>
      </w:r>
      <w:r>
        <w:rPr>
          <w:rFonts w:ascii="Georgia" w:hAnsi="Georgia" w:cs="Times New Roman"/>
          <w:b/>
          <w:i w:val="0"/>
          <w:color w:val="000000"/>
          <w:sz w:val="24"/>
          <w:rtl/>
          <w:szCs w:val="32"/>
        </w:rPr>
        <w:t>ה</w:t>
      </w:r>
      <w:r>
        <w:rPr>
          <w:rFonts w:ascii="Georgia" w:hAnsi="Georgia"/>
          <w:b w:val="0"/>
          <w:i w:val="0"/>
          <w:color w:val="000000"/>
          <w:sz w:val="24"/>
        </w:rPr>
        <w:t>).</w:t>
      </w:r>
    </w:p>
    <w:p>
      <w:pPr>
        <w:spacing w:before="40" w:after="120"/>
        <w:jc w:val="both"/>
      </w:pPr>
      <w:r>
        <w:rPr>
          <w:rFonts w:ascii="Georgia" w:hAnsi="Georgia"/>
          <w:b w:val="0"/>
          <w:i w:val="0"/>
          <w:color w:val="000000"/>
          <w:sz w:val="24"/>
        </w:rPr>
        <w:t>Йегуда и Шломо.</w:t>
      </w:r>
    </w:p>
    <w:p>
      <w:pPr>
        <w:spacing w:before="40" w:after="120"/>
        <w:jc w:val="both"/>
      </w:pPr>
      <w:r>
        <w:rPr>
          <w:rFonts w:ascii="Georgia" w:hAnsi="Georgia"/>
          <w:b w:val="0"/>
          <w:i w:val="0"/>
          <w:color w:val="000000"/>
          <w:sz w:val="24"/>
        </w:rPr>
        <w:t>Смирение: пятнадцать букв вав из Имени АВАЯ со значением БОН с наполнением буквами хэй (де-хэйин) — от четырех букв хэй мысленным представлением трех букв вав для каждой хэй, а также от буквы йод и буквы вав.</w:t>
      </w:r>
    </w:p>
    <w:p>
      <w:pPr>
        <w:spacing w:before="40" w:after="120"/>
        <w:jc w:val="both"/>
      </w:pPr>
      <w:r>
        <w:rPr>
          <w:rFonts w:ascii="Georgia" w:hAnsi="Georgia"/>
          <w:b w:val="0"/>
          <w:i w:val="0"/>
          <w:color w:val="000000"/>
          <w:sz w:val="24"/>
        </w:rPr>
        <w:t>Во вторник вечером, 27 тишрея, на слове «Тора»: пятнадцать букв вав с колелями равны [Именам] АДОНАЙ и АВАЯ.</w:t>
      </w:r>
    </w:p>
    <w:p>
      <w:pPr>
        <w:keepNext/>
        <w:spacing w:before="320" w:after="120"/>
      </w:pPr>
      <w:r>
        <w:rPr>
          <w:rFonts w:ascii="Georgia" w:hAnsi="Georgia"/>
          <w:b w:val="0"/>
          <w:i w:val="0"/>
          <w:color w:val="000000"/>
          <w:sz w:val="32"/>
        </w:rPr>
        <w:t>Ихуд 52</w:t>
      </w:r>
    </w:p>
    <w:p>
      <w:pPr>
        <w:spacing w:before="40" w:after="120"/>
        <w:jc w:val="both"/>
      </w:pPr>
      <w:r>
        <w:rPr>
          <w:rFonts w:ascii="Georgia" w:hAnsi="Georgia"/>
          <w:b w:val="0"/>
          <w:i w:val="0"/>
          <w:color w:val="000000"/>
          <w:sz w:val="24"/>
        </w:rPr>
        <w:t xml:space="preserve">Для рабби Й. а-Коэна: </w:t>
      </w:r>
      <w:r>
        <w:rPr>
          <w:rFonts w:ascii="Georgia" w:hAnsi="Georgia" w:cs="Times New Roman"/>
          <w:b/>
          <w:i w:val="0"/>
          <w:color w:val="000000"/>
          <w:sz w:val="24"/>
          <w:rtl/>
          <w:szCs w:val="32"/>
        </w:rPr>
        <w:t>אגלא אוּגוּלוּהוּ אִגִיִלִהִ אֳלֳגֳאֳ הֱלֱגֱאֱ הֲלֲיֲגֲאֲ סֹנְוחִ סֵנְוֹטִ סְנִוֵיְ חונס טונס יונס יְוִנִסְ סֵנְסֹנִוַיוּ סֹמנגלוּףֲ</w:t>
      </w:r>
      <w:r>
        <w:rPr>
          <w:rFonts w:ascii="Georgia" w:hAnsi="Georgia"/>
          <w:b w:val="0"/>
          <w:i w:val="0"/>
          <w:color w:val="000000"/>
          <w:sz w:val="24"/>
        </w:rPr>
        <w:t>:</w:t>
      </w:r>
    </w:p>
    <w:p>
      <w:pPr>
        <w:keepNext/>
        <w:spacing w:before="320" w:after="120"/>
      </w:pPr>
      <w:r>
        <w:rPr>
          <w:rFonts w:ascii="Georgia" w:hAnsi="Georgia"/>
          <w:b w:val="0"/>
          <w:i w:val="0"/>
          <w:color w:val="000000"/>
          <w:sz w:val="32"/>
        </w:rPr>
        <w:t>Ихуд 53</w:t>
      </w:r>
    </w:p>
    <w:p>
      <w:pPr>
        <w:spacing w:before="40" w:after="120"/>
        <w:jc w:val="both"/>
      </w:pPr>
      <w:r>
        <w:rPr>
          <w:rFonts w:ascii="Georgia" w:hAnsi="Georgia"/>
          <w:b w:val="0"/>
          <w:i w:val="0"/>
          <w:color w:val="000000"/>
          <w:sz w:val="24"/>
        </w:rPr>
        <w:t xml:space="preserve">К упомянутому выше: </w:t>
      </w:r>
      <w:r>
        <w:rPr>
          <w:rFonts w:ascii="Georgia" w:hAnsi="Georgia" w:cs="Times New Roman"/>
          <w:b/>
          <w:i w:val="0"/>
          <w:color w:val="000000"/>
          <w:sz w:val="24"/>
          <w:rtl/>
          <w:szCs w:val="32"/>
        </w:rPr>
        <w:t>וצגבצאבותת וַיֵצְוָנֹדְבִהִצְאְאִוַבְאָוַוְתַהתְה יְוַדָ וִיְוַ דָלתַ הֲיֹ יָוַדֲ וֶיִוַ יְוָדֵ וֹיְוֹ הָיֶ יֶוְדַ</w:t>
      </w:r>
      <w:r>
        <w:rPr>
          <w:rFonts w:ascii="Georgia" w:hAnsi="Georgia"/>
          <w:b w:val="0"/>
          <w:i w:val="0"/>
          <w:color w:val="000000"/>
          <w:sz w:val="24"/>
        </w:rPr>
        <w:t>.</w:t>
      </w:r>
    </w:p>
    <w:p>
      <w:pPr>
        <w:keepNext/>
        <w:spacing w:before="320" w:after="120"/>
      </w:pPr>
      <w:r>
        <w:rPr>
          <w:rFonts w:ascii="Georgia" w:hAnsi="Georgia"/>
          <w:b w:val="0"/>
          <w:i w:val="0"/>
          <w:color w:val="000000"/>
          <w:sz w:val="32"/>
        </w:rPr>
        <w:t>Ихуд 54</w:t>
      </w:r>
    </w:p>
    <w:p>
      <w:pPr>
        <w:spacing w:before="40" w:after="120"/>
        <w:jc w:val="both"/>
      </w:pPr>
      <w:r>
        <w:rPr>
          <w:rFonts w:ascii="Georgia" w:hAnsi="Georgia"/>
          <w:b w:val="0"/>
          <w:i w:val="0"/>
          <w:color w:val="000000"/>
          <w:sz w:val="24"/>
        </w:rPr>
        <w:t xml:space="preserve">К вышеупомянутому. 1. Рот (пэ): наполнение АВАЯ де-МА: </w:t>
      </w:r>
      <w:r>
        <w:rPr>
          <w:rFonts w:ascii="Georgia" w:hAnsi="Georgia" w:cs="Times New Roman"/>
          <w:b/>
          <w:i w:val="0"/>
          <w:color w:val="000000"/>
          <w:sz w:val="24"/>
          <w:rtl/>
          <w:szCs w:val="32"/>
        </w:rPr>
        <w:t>וִדָ אֶ אָוָ אָ יֹוָדָ הֵאִ וַאָוָ יֵֹהוֹ יָוֹדָ הַאִ וַאָוָ יֵֹהוָ יֵוֵדָ הֹהֵ וֵוֵ יֵוֵדָ הֹהֵ וֵוֶ</w:t>
      </w:r>
      <w:r>
        <w:rPr>
          <w:rFonts w:ascii="Georgia" w:hAnsi="Georgia"/>
          <w:b w:val="0"/>
          <w:i w:val="0"/>
          <w:color w:val="000000"/>
          <w:sz w:val="24"/>
        </w:rPr>
        <w:t xml:space="preserve">; САГ, 37, Маген: </w:t>
      </w:r>
      <w:r>
        <w:rPr>
          <w:rFonts w:ascii="Georgia" w:hAnsi="Georgia" w:cs="Times New Roman"/>
          <w:b/>
          <w:i w:val="0"/>
          <w:color w:val="000000"/>
          <w:sz w:val="24"/>
          <w:rtl/>
          <w:szCs w:val="32"/>
        </w:rPr>
        <w:t>אֹלָףֹ לַמַדַ הַיֵ יַוַדַ מַםַ אֹלַףֹ לֹמַדַ הַהַ יַוַדִ מַםַ</w:t>
      </w:r>
      <w:r>
        <w:rPr>
          <w:rFonts w:ascii="Georgia" w:hAnsi="Georgia"/>
          <w:b w:val="0"/>
          <w:i w:val="0"/>
          <w:color w:val="000000"/>
          <w:sz w:val="24"/>
        </w:rPr>
        <w:t xml:space="preserve">: </w:t>
      </w:r>
      <w:r>
        <w:rPr>
          <w:rFonts w:ascii="Georgia" w:hAnsi="Georgia" w:cs="Times New Roman"/>
          <w:b/>
          <w:i w:val="0"/>
          <w:color w:val="000000"/>
          <w:sz w:val="24"/>
          <w:rtl/>
          <w:szCs w:val="32"/>
        </w:rPr>
        <w:t>אֹלַףַ לַמֹדַ הַאַ יַוַדַ מִםַ</w:t>
      </w:r>
      <w:r>
        <w:rPr>
          <w:rFonts w:ascii="Georgia" w:hAnsi="Georgia"/>
          <w:b w:val="0"/>
          <w:i w:val="0"/>
          <w:color w:val="000000"/>
          <w:sz w:val="24"/>
        </w:rPr>
        <w:t xml:space="preserve">; пэ: </w:t>
      </w:r>
      <w:r>
        <w:rPr>
          <w:rFonts w:ascii="Georgia" w:hAnsi="Georgia" w:cs="Times New Roman"/>
          <w:b/>
          <w:i w:val="0"/>
          <w:color w:val="000000"/>
          <w:sz w:val="24"/>
          <w:rtl/>
          <w:szCs w:val="32"/>
        </w:rPr>
        <w:t>וִדָ וֶדָאָ וָדֹאִאָוּ וִדִאֹאֵוֵאֹ</w:t>
      </w:r>
      <w:r>
        <w:rPr>
          <w:rFonts w:ascii="Georgia" w:hAnsi="Georgia"/>
          <w:b w:val="0"/>
          <w:i w:val="0"/>
          <w:color w:val="000000"/>
          <w:sz w:val="24"/>
        </w:rPr>
        <w:t xml:space="preserve">. 2. Глаз (айн): </w:t>
      </w:r>
      <w:r>
        <w:rPr>
          <w:rFonts w:ascii="Georgia" w:hAnsi="Georgia" w:cs="Times New Roman"/>
          <w:b/>
          <w:i w:val="0"/>
          <w:color w:val="000000"/>
          <w:sz w:val="24"/>
          <w:rtl/>
          <w:szCs w:val="32"/>
        </w:rPr>
        <w:t>יוַֹדַ יַוֹדַ הַאַ יוַֹדַָ הַאַ וַאַוַ יוַֹדִ הַאַ וַאַוַ הָאָ</w:t>
      </w:r>
      <w:r>
        <w:rPr>
          <w:rFonts w:ascii="Georgia" w:hAnsi="Georgia"/>
          <w:b w:val="0"/>
          <w:i w:val="0"/>
          <w:color w:val="000000"/>
          <w:sz w:val="24"/>
        </w:rPr>
        <w:t xml:space="preserve">. В пятый день: </w:t>
      </w:r>
      <w:r>
        <w:rPr>
          <w:rFonts w:ascii="Georgia" w:hAnsi="Georgia" w:cs="Times New Roman"/>
          <w:b/>
          <w:i w:val="0"/>
          <w:color w:val="000000"/>
          <w:sz w:val="24"/>
          <w:rtl/>
          <w:szCs w:val="32"/>
        </w:rPr>
        <w:t>לֹף הָ וָדֶ הֶ יֲהִוִֹּה יֹהֵוָהָ יְֹהַוַֹה יהֵוָהָ יְהַוִהֹ אֶֹלףֶ הֶיְ יֶוֲדְ הֶיְ אֶלַֹף הֶאֹ יוַֹדִ הְאֶ אִלְףָ הֵהֶ יְוֶדְ הָהַ</w:t>
      </w:r>
      <w:r>
        <w:rPr>
          <w:rFonts w:ascii="Georgia" w:hAnsi="Georgia"/>
          <w:b w:val="0"/>
          <w:i w:val="0"/>
          <w:color w:val="000000"/>
          <w:sz w:val="24"/>
        </w:rPr>
        <w:t xml:space="preserve">; 42 [трижды равно] 126: </w:t>
      </w:r>
      <w:r>
        <w:rPr>
          <w:rFonts w:ascii="Georgia" w:hAnsi="Georgia" w:cs="Times New Roman"/>
          <w:b/>
          <w:i w:val="0"/>
          <w:color w:val="000000"/>
          <w:sz w:val="24"/>
          <w:rtl/>
          <w:szCs w:val="32"/>
        </w:rPr>
        <w:t>אִדָנֹיֹ אָדֶנָיָ אָדֶנְיָ יהו</w:t>
      </w:r>
      <w:r>
        <w:rPr>
          <w:rFonts w:ascii="Georgia" w:hAnsi="Georgia"/>
          <w:b w:val="0"/>
          <w:i w:val="0"/>
          <w:color w:val="000000"/>
          <w:sz w:val="24"/>
        </w:rPr>
        <w:t xml:space="preserve">. 3. Хен: </w:t>
      </w:r>
      <w:r>
        <w:rPr>
          <w:rFonts w:ascii="Georgia" w:hAnsi="Georgia" w:cs="Times New Roman"/>
          <w:b/>
          <w:i w:val="0"/>
          <w:color w:val="000000"/>
          <w:sz w:val="24"/>
          <w:rtl/>
          <w:szCs w:val="32"/>
        </w:rPr>
        <w:t>וַדְ וֹדָאָ וַדֶאֵאָוָ וְדֵאֵאִוְאַ יֵוְדָ הִיֵ וִאֹוָ הֹהַ יִוִדֵ וִֹאוְ דֵלֵתֵ הֵיַ יוַֹדַ וִאֵוִ אֹלְףֵ וֵאַוֵ</w:t>
      </w:r>
      <w:r>
        <w:rPr>
          <w:rFonts w:ascii="Georgia" w:hAnsi="Georgia"/>
          <w:b w:val="0"/>
          <w:i w:val="0"/>
          <w:color w:val="000000"/>
          <w:sz w:val="24"/>
        </w:rPr>
        <w:t xml:space="preserve">. </w:t>
      </w:r>
      <w:r>
        <w:rPr>
          <w:rFonts w:ascii="Georgia" w:hAnsi="Georgia" w:cs="Times New Roman"/>
          <w:b/>
          <w:i w:val="0"/>
          <w:color w:val="000000"/>
          <w:sz w:val="24"/>
          <w:rtl/>
          <w:szCs w:val="32"/>
        </w:rPr>
        <w:t>הַיֹ יַוַדֹ יֵוִדֹ וְאֵוֵ דַלֵתַ הֹאַ אַלִףֵ וִאֹוְ אֵלֵף וַאַוֹ הַאָ אִלֵףִ אדני אדני אֹיָדַנַ נַדַיִאִ אָלָףָ לָמָדָ הַהֵ יֹוֹדֹ מֵסֵ</w:t>
      </w:r>
      <w:r>
        <w:rPr>
          <w:rFonts w:ascii="Georgia" w:hAnsi="Georgia"/>
          <w:b w:val="0"/>
          <w:i w:val="0"/>
          <w:color w:val="000000"/>
          <w:sz w:val="24"/>
        </w:rPr>
        <w:t xml:space="preserve">. 4. Хен — когда нет у него пропитания: </w:t>
      </w:r>
      <w:r>
        <w:rPr>
          <w:rFonts w:ascii="Georgia" w:hAnsi="Georgia" w:cs="Times New Roman"/>
          <w:b/>
          <w:i w:val="0"/>
          <w:color w:val="000000"/>
          <w:sz w:val="24"/>
          <w:rtl/>
          <w:szCs w:val="32"/>
        </w:rPr>
        <w:t>אָֹל יהֵוָהְ אַלְףְ לִמֶרַ פֹהַ דְלְתְ לְמְדִ תֶוַ נוַֹןְ וְאְוְ נְוֵןִ יַוֹדַ וְאְוְ דְלְתִ נְוִןֶ יֶוֹדַ וַאְוְ דְלְתְ הִהֶ הַהֹ וַאְוְ וְאְוְ הִהֶ הַהֹ בְמֶוִכןֶ</w:t>
      </w:r>
      <w:r>
        <w:rPr>
          <w:rFonts w:ascii="Georgia" w:hAnsi="Georgia"/>
          <w:b w:val="0"/>
          <w:i w:val="0"/>
          <w:color w:val="000000"/>
          <w:sz w:val="24"/>
        </w:rPr>
        <w:t xml:space="preserve">, </w:t>
      </w:r>
      <w:r>
        <w:rPr>
          <w:rFonts w:ascii="Georgia" w:hAnsi="Georgia"/>
          <w:b w:val="0"/>
          <w:i/>
          <w:color w:val="000000"/>
          <w:sz w:val="24"/>
        </w:rPr>
        <w:t>«...И приготовят то, что принесут...»</w:t>
      </w:r>
      <w:r>
        <w:rPr>
          <w:rFonts w:ascii="Georgia" w:hAnsi="Georgia"/>
          <w:b w:val="0"/>
          <w:i w:val="0"/>
          <w:color w:val="000000"/>
          <w:sz w:val="24"/>
        </w:rPr>
        <w:t xml:space="preserve"> (Шмот 16:5), </w:t>
      </w:r>
      <w:r>
        <w:rPr>
          <w:rFonts w:ascii="Georgia" w:hAnsi="Georgia" w:cs="Times New Roman"/>
          <w:b/>
          <w:i w:val="0"/>
          <w:color w:val="000000"/>
          <w:sz w:val="24"/>
          <w:rtl/>
          <w:szCs w:val="32"/>
        </w:rPr>
        <w:t>אֹהֹיֹהֹ אַהִיֹהֹ אֹהֹיַהִ</w:t>
      </w:r>
      <w:r>
        <w:rPr>
          <w:rFonts w:ascii="Georgia" w:hAnsi="Georgia"/>
          <w:b w:val="0"/>
          <w:i w:val="0"/>
          <w:color w:val="000000"/>
          <w:sz w:val="24"/>
        </w:rPr>
        <w:t xml:space="preserve">; в благоволении: </w:t>
      </w:r>
      <w:r>
        <w:rPr>
          <w:rFonts w:ascii="Georgia" w:hAnsi="Georgia" w:cs="Times New Roman"/>
          <w:b/>
          <w:i w:val="0"/>
          <w:color w:val="000000"/>
          <w:sz w:val="24"/>
          <w:rtl/>
          <w:szCs w:val="32"/>
        </w:rPr>
        <w:t>יֹוֹדֹ הַי וֹאֹוָ הֹיֹ אָלָ אָלָ אדָ בִםֹ יֹיֹיֹיֹ יֹיֹאָיֹ יֹאָאָאָיֹ</w:t>
      </w:r>
      <w:r>
        <w:rPr>
          <w:rFonts w:ascii="Georgia" w:hAnsi="Georgia"/>
          <w:b w:val="0"/>
          <w:i w:val="0"/>
          <w:color w:val="000000"/>
          <w:sz w:val="24"/>
        </w:rPr>
        <w:t xml:space="preserve">. Это буквы йод и алеф, которые есть в четырех [наполнениях] АВАЯ: АБ, САГ, МА, БОН. 5. Глаз: </w:t>
      </w:r>
      <w:r>
        <w:rPr>
          <w:rFonts w:ascii="Georgia" w:hAnsi="Georgia" w:cs="Times New Roman"/>
          <w:b/>
          <w:i w:val="0"/>
          <w:color w:val="000000"/>
          <w:sz w:val="24"/>
          <w:rtl/>
          <w:szCs w:val="32"/>
        </w:rPr>
        <w:t>יַוִדִ יְוֹדָ הָאַ יוִֹדְ הֱאִ וִאוִ יִוְדַ הִאִ וְֹאוַ הָאַ לָףְ הְוֹדֵהָ יַהָוֵהָ יֵהוִה יֹהוה יהוה יהוה אַלִףִ הְיֹ יַוָדַ הֹיִ אְלֱףִ הִאֹ יֵוִדְ הַאִ</w:t>
      </w:r>
      <w:r>
        <w:rPr>
          <w:rFonts w:ascii="Georgia" w:hAnsi="Georgia"/>
          <w:b w:val="0"/>
          <w:i w:val="0"/>
          <w:color w:val="000000"/>
          <w:sz w:val="24"/>
        </w:rPr>
        <w:t xml:space="preserve">: </w:t>
      </w:r>
      <w:r>
        <w:rPr>
          <w:rFonts w:ascii="Georgia" w:hAnsi="Georgia" w:cs="Times New Roman"/>
          <w:b/>
          <w:i w:val="0"/>
          <w:color w:val="000000"/>
          <w:sz w:val="24"/>
          <w:rtl/>
          <w:szCs w:val="32"/>
        </w:rPr>
        <w:t>אִלְףֹ הַהָ יַוּדִ הְהֱ</w:t>
      </w:r>
      <w:r>
        <w:rPr>
          <w:rFonts w:ascii="Georgia" w:hAnsi="Georgia"/>
          <w:b w:val="0"/>
          <w:i w:val="0"/>
          <w:color w:val="000000"/>
          <w:sz w:val="24"/>
        </w:rPr>
        <w:t xml:space="preserve">; три раза по 42 [равно] 126: </w:t>
      </w:r>
      <w:r>
        <w:rPr>
          <w:rFonts w:ascii="Georgia" w:hAnsi="Georgia" w:cs="Times New Roman"/>
          <w:b/>
          <w:i w:val="0"/>
          <w:color w:val="000000"/>
          <w:sz w:val="24"/>
          <w:rtl/>
          <w:szCs w:val="32"/>
        </w:rPr>
        <w:t>אָדְנִיְ אֹדַנֶיַ אֹדֱנֱיֱ יֶהו</w:t>
      </w:r>
      <w:r>
        <w:rPr>
          <w:rFonts w:ascii="Georgia" w:hAnsi="Georgia"/>
          <w:b w:val="0"/>
          <w:i w:val="0"/>
          <w:color w:val="000000"/>
          <w:sz w:val="24"/>
        </w:rPr>
        <w:t xml:space="preserve">. 6. Рот: </w:t>
      </w:r>
      <w:r>
        <w:rPr>
          <w:rFonts w:ascii="Georgia" w:hAnsi="Georgia" w:cs="Times New Roman"/>
          <w:b/>
          <w:i w:val="0"/>
          <w:color w:val="000000"/>
          <w:sz w:val="24"/>
          <w:rtl/>
          <w:szCs w:val="32"/>
        </w:rPr>
        <w:t>וַדִ וְדֹאָ וַדְאַ אַוִ וְדֹאָאַוְאַ יְוַדִ הָֹא וָאִוָ יּהֶוִ יְוֶדֶ הְֹא וָאָוָ יּהְוַ יַוִדְ הֹהָ וְוָ יֹוֶדַ הִהְ וֹוָ אַלִףַ לִמַדִ הַיִ יַוִדַ מִםַ אְלַףִ לְמַדִ הִאַ יִוְדַ מִםְ אַלִףַ לִמַדִ הַהִ יַוִדַ מִםַ</w:t>
      </w:r>
      <w:r>
        <w:rPr>
          <w:rFonts w:ascii="Georgia" w:hAnsi="Georgia"/>
          <w:b w:val="0"/>
          <w:i w:val="0"/>
          <w:color w:val="000000"/>
          <w:sz w:val="24"/>
        </w:rPr>
        <w:t>.</w:t>
      </w:r>
    </w:p>
    <w:p>
      <w:pPr>
        <w:keepNext/>
        <w:spacing w:before="320" w:after="120"/>
      </w:pPr>
      <w:r>
        <w:rPr>
          <w:rFonts w:ascii="Georgia" w:hAnsi="Georgia"/>
          <w:b w:val="0"/>
          <w:i w:val="0"/>
          <w:color w:val="000000"/>
          <w:sz w:val="32"/>
        </w:rPr>
        <w:t>Ихуд 55</w:t>
      </w:r>
    </w:p>
    <w:p>
      <w:pPr>
        <w:spacing w:before="40" w:after="120"/>
        <w:jc w:val="both"/>
      </w:pPr>
      <w:r>
        <w:rPr>
          <w:rFonts w:ascii="Georgia" w:hAnsi="Georgia"/>
          <w:b w:val="0"/>
          <w:i w:val="0"/>
          <w:color w:val="000000"/>
          <w:sz w:val="24"/>
        </w:rPr>
        <w:t xml:space="preserve">Для рабби Авраама а-Леви. В словах </w:t>
      </w:r>
      <w:r>
        <w:rPr>
          <w:rFonts w:ascii="Georgia" w:hAnsi="Georgia"/>
          <w:b w:val="0"/>
          <w:i/>
          <w:color w:val="000000"/>
          <w:sz w:val="24"/>
        </w:rPr>
        <w:t>«Бойся Г-спода…»</w:t>
      </w:r>
      <w:r>
        <w:rPr>
          <w:rFonts w:ascii="Georgia" w:hAnsi="Georgia"/>
          <w:b w:val="0"/>
          <w:i w:val="0"/>
          <w:color w:val="000000"/>
          <w:sz w:val="24"/>
        </w:rPr>
        <w:t xml:space="preserve"> (</w:t>
      </w:r>
      <w:r>
        <w:rPr>
          <w:rFonts w:ascii="Georgia" w:hAnsi="Georgia" w:cs="Times New Roman"/>
          <w:b/>
          <w:i w:val="0"/>
          <w:color w:val="000000"/>
          <w:sz w:val="24"/>
          <w:rtl/>
          <w:szCs w:val="32"/>
        </w:rPr>
        <w:t>יְרָא אֶת יהוה</w:t>
      </w:r>
      <w:r>
        <w:rPr>
          <w:rFonts w:ascii="Georgia" w:hAnsi="Georgia"/>
          <w:b w:val="0"/>
          <w:i w:val="0"/>
          <w:color w:val="000000"/>
          <w:sz w:val="24"/>
        </w:rPr>
        <w:t>) (Мишлей 24:21) начальные буквы составляют [Имя] ЭЙЕ (</w:t>
      </w:r>
      <w:r>
        <w:rPr>
          <w:rFonts w:ascii="Georgia" w:hAnsi="Georgia" w:cs="Times New Roman"/>
          <w:b/>
          <w:i w:val="0"/>
          <w:color w:val="000000"/>
          <w:sz w:val="24"/>
          <w:rtl/>
          <w:szCs w:val="32"/>
        </w:rPr>
        <w:t>אֶהְיֶה</w:t>
      </w:r>
      <w:r>
        <w:rPr>
          <w:rFonts w:ascii="Georgia" w:hAnsi="Georgia"/>
          <w:b w:val="0"/>
          <w:i w:val="0"/>
          <w:color w:val="000000"/>
          <w:sz w:val="24"/>
        </w:rPr>
        <w:t xml:space="preserve">). В словах </w:t>
      </w:r>
      <w:r>
        <w:rPr>
          <w:rFonts w:ascii="Georgia" w:hAnsi="Georgia"/>
          <w:b w:val="0"/>
          <w:i/>
          <w:color w:val="000000"/>
          <w:sz w:val="24"/>
        </w:rPr>
        <w:t>«…сын мой, и царя; с мятежниками…»</w:t>
      </w:r>
      <w:r>
        <w:rPr>
          <w:rFonts w:ascii="Georgia" w:hAnsi="Georgia"/>
          <w:b w:val="0"/>
          <w:i w:val="0"/>
          <w:color w:val="000000"/>
          <w:sz w:val="24"/>
        </w:rPr>
        <w:t xml:space="preserve"> (</w:t>
      </w:r>
      <w:r>
        <w:rPr>
          <w:rFonts w:ascii="Georgia" w:hAnsi="Georgia" w:cs="Times New Roman"/>
          <w:b/>
          <w:i w:val="0"/>
          <w:color w:val="000000"/>
          <w:sz w:val="24"/>
          <w:rtl/>
          <w:szCs w:val="32"/>
        </w:rPr>
        <w:t>בְּנִי וָמֶלֶךְ וְעִם שׁוֹנִים</w:t>
      </w:r>
      <w:r>
        <w:rPr>
          <w:rFonts w:ascii="Georgia" w:hAnsi="Georgia"/>
          <w:b w:val="0"/>
          <w:i w:val="0"/>
          <w:color w:val="000000"/>
          <w:sz w:val="24"/>
        </w:rPr>
        <w:t>) начальные буквы — бэт (</w:t>
      </w:r>
      <w:r>
        <w:rPr>
          <w:rFonts w:ascii="Georgia" w:hAnsi="Georgia" w:cs="Times New Roman"/>
          <w:b/>
          <w:i w:val="0"/>
          <w:color w:val="000000"/>
          <w:sz w:val="24"/>
          <w:rtl/>
          <w:szCs w:val="32"/>
        </w:rPr>
        <w:t>ב</w:t>
      </w:r>
      <w:r>
        <w:rPr>
          <w:rFonts w:ascii="Georgia" w:hAnsi="Georgia"/>
          <w:b w:val="0"/>
          <w:i w:val="0"/>
          <w:color w:val="000000"/>
          <w:sz w:val="24"/>
        </w:rPr>
        <w:t xml:space="preserve"> = 2), вав (</w:t>
      </w:r>
      <w:r>
        <w:rPr>
          <w:rFonts w:ascii="Georgia" w:hAnsi="Georgia" w:cs="Times New Roman"/>
          <w:b/>
          <w:i w:val="0"/>
          <w:color w:val="000000"/>
          <w:sz w:val="24"/>
          <w:rtl/>
          <w:szCs w:val="32"/>
        </w:rPr>
        <w:t>ו</w:t>
      </w:r>
      <w:r>
        <w:rPr>
          <w:rFonts w:ascii="Georgia" w:hAnsi="Georgia"/>
          <w:b w:val="0"/>
          <w:i w:val="0"/>
          <w:color w:val="000000"/>
          <w:sz w:val="24"/>
        </w:rPr>
        <w:t xml:space="preserve"> = 6), вав (</w:t>
      </w:r>
      <w:r>
        <w:rPr>
          <w:rFonts w:ascii="Georgia" w:hAnsi="Georgia" w:cs="Times New Roman"/>
          <w:b/>
          <w:i w:val="0"/>
          <w:color w:val="000000"/>
          <w:sz w:val="24"/>
          <w:rtl/>
          <w:szCs w:val="32"/>
        </w:rPr>
        <w:t>ו</w:t>
      </w:r>
      <w:r>
        <w:rPr>
          <w:rFonts w:ascii="Georgia" w:hAnsi="Georgia"/>
          <w:b w:val="0"/>
          <w:i w:val="0"/>
          <w:color w:val="000000"/>
          <w:sz w:val="24"/>
        </w:rPr>
        <w:t xml:space="preserve"> = 6) и шин (</w:t>
      </w:r>
      <w:r>
        <w:rPr>
          <w:rFonts w:ascii="Georgia" w:hAnsi="Georgia" w:cs="Times New Roman"/>
          <w:b/>
          <w:i w:val="0"/>
          <w:color w:val="000000"/>
          <w:sz w:val="24"/>
          <w:rtl/>
          <w:szCs w:val="32"/>
        </w:rPr>
        <w:t>ש</w:t>
      </w:r>
      <w:r>
        <w:rPr>
          <w:rFonts w:ascii="Georgia" w:hAnsi="Georgia"/>
          <w:b w:val="0"/>
          <w:i w:val="0"/>
          <w:color w:val="000000"/>
          <w:sz w:val="24"/>
        </w:rPr>
        <w:t xml:space="preserve"> = 300) — по своей гематрии равны [Имени] ШАДАЙ (</w:t>
      </w:r>
      <w:r>
        <w:rPr>
          <w:rFonts w:ascii="Georgia" w:hAnsi="Georgia" w:cs="Times New Roman"/>
          <w:b/>
          <w:i w:val="0"/>
          <w:color w:val="000000"/>
          <w:sz w:val="24"/>
          <w:rtl/>
          <w:szCs w:val="32"/>
        </w:rPr>
        <w:t>שַׁדַּי</w:t>
      </w:r>
      <w:r>
        <w:rPr>
          <w:rFonts w:ascii="Georgia" w:hAnsi="Georgia"/>
          <w:b w:val="0"/>
          <w:i w:val="0"/>
          <w:color w:val="000000"/>
          <w:sz w:val="24"/>
        </w:rPr>
        <w:t xml:space="preserve"> = 314). А в словах </w:t>
      </w:r>
      <w:r>
        <w:rPr>
          <w:rFonts w:ascii="Georgia" w:hAnsi="Georgia"/>
          <w:b w:val="0"/>
          <w:i/>
          <w:color w:val="000000"/>
          <w:sz w:val="24"/>
        </w:rPr>
        <w:t>«…с мятежниками не сообщайся»</w:t>
      </w:r>
      <w:r>
        <w:rPr>
          <w:rFonts w:ascii="Georgia" w:hAnsi="Georgia"/>
          <w:b w:val="0"/>
          <w:i w:val="0"/>
          <w:color w:val="000000"/>
          <w:sz w:val="24"/>
        </w:rPr>
        <w:t xml:space="preserve"> (</w:t>
      </w:r>
      <w:r>
        <w:rPr>
          <w:rFonts w:ascii="Georgia" w:hAnsi="Georgia" w:cs="Times New Roman"/>
          <w:b/>
          <w:i w:val="0"/>
          <w:color w:val="000000"/>
          <w:sz w:val="24"/>
          <w:rtl/>
          <w:szCs w:val="32"/>
        </w:rPr>
        <w:t>וְעִם שׁוֹנִים אַל תִּתְעָרָב</w:t>
      </w:r>
      <w:r>
        <w:rPr>
          <w:rFonts w:ascii="Georgia" w:hAnsi="Georgia"/>
          <w:b w:val="0"/>
          <w:i w:val="0"/>
          <w:color w:val="000000"/>
          <w:sz w:val="24"/>
        </w:rPr>
        <w:t>) начальные буквы — вав (</w:t>
      </w:r>
      <w:r>
        <w:rPr>
          <w:rFonts w:ascii="Georgia" w:hAnsi="Georgia" w:cs="Times New Roman"/>
          <w:b/>
          <w:i w:val="0"/>
          <w:color w:val="000000"/>
          <w:sz w:val="24"/>
          <w:rtl/>
          <w:szCs w:val="32"/>
        </w:rPr>
        <w:t>ו</w:t>
      </w:r>
      <w:r>
        <w:rPr>
          <w:rFonts w:ascii="Georgia" w:hAnsi="Georgia"/>
          <w:b w:val="0"/>
          <w:i w:val="0"/>
          <w:color w:val="000000"/>
          <w:sz w:val="24"/>
        </w:rPr>
        <w:t xml:space="preserve"> = 6), шин (</w:t>
      </w:r>
      <w:r>
        <w:rPr>
          <w:rFonts w:ascii="Georgia" w:hAnsi="Georgia" w:cs="Times New Roman"/>
          <w:b/>
          <w:i w:val="0"/>
          <w:color w:val="000000"/>
          <w:sz w:val="24"/>
          <w:rtl/>
          <w:szCs w:val="32"/>
        </w:rPr>
        <w:t>ש</w:t>
      </w:r>
      <w:r>
        <w:rPr>
          <w:rFonts w:ascii="Georgia" w:hAnsi="Georgia"/>
          <w:b w:val="0"/>
          <w:i w:val="0"/>
          <w:color w:val="000000"/>
          <w:sz w:val="24"/>
        </w:rPr>
        <w:t xml:space="preserve"> = 300), алеф (</w:t>
      </w:r>
      <w:r>
        <w:rPr>
          <w:rFonts w:ascii="Georgia" w:hAnsi="Georgia" w:cs="Times New Roman"/>
          <w:b/>
          <w:i w:val="0"/>
          <w:color w:val="000000"/>
          <w:sz w:val="24"/>
          <w:rtl/>
          <w:szCs w:val="32"/>
        </w:rPr>
        <w:t>א</w:t>
      </w:r>
      <w:r>
        <w:rPr>
          <w:rFonts w:ascii="Georgia" w:hAnsi="Georgia"/>
          <w:b w:val="0"/>
          <w:i w:val="0"/>
          <w:color w:val="000000"/>
          <w:sz w:val="24"/>
        </w:rPr>
        <w:t xml:space="preserve"> = 1) и тав (</w:t>
      </w:r>
      <w:r>
        <w:rPr>
          <w:rFonts w:ascii="Georgia" w:hAnsi="Georgia" w:cs="Times New Roman"/>
          <w:b/>
          <w:i w:val="0"/>
          <w:color w:val="000000"/>
          <w:sz w:val="24"/>
          <w:rtl/>
          <w:szCs w:val="32"/>
        </w:rPr>
        <w:t>ת</w:t>
      </w:r>
      <w:r>
        <w:rPr>
          <w:rFonts w:ascii="Georgia" w:hAnsi="Georgia"/>
          <w:b w:val="0"/>
          <w:i w:val="0"/>
          <w:color w:val="000000"/>
          <w:sz w:val="24"/>
        </w:rPr>
        <w:t xml:space="preserve"> = 400) — по гематрии дают 707 (</w:t>
      </w:r>
      <w:r>
        <w:rPr>
          <w:rFonts w:ascii="Georgia" w:hAnsi="Georgia" w:cs="Times New Roman"/>
          <w:b/>
          <w:i w:val="0"/>
          <w:color w:val="000000"/>
          <w:sz w:val="24"/>
          <w:rtl/>
          <w:szCs w:val="32"/>
        </w:rPr>
        <w:t>תש״ז</w:t>
      </w:r>
      <w:r>
        <w:rPr>
          <w:rFonts w:ascii="Georgia" w:hAnsi="Georgia"/>
          <w:b w:val="0"/>
          <w:i w:val="0"/>
          <w:color w:val="000000"/>
          <w:sz w:val="24"/>
        </w:rPr>
        <w:t>); вместе же с [числом] букв это составляет 720 (</w:t>
      </w:r>
      <w:r>
        <w:rPr>
          <w:rFonts w:ascii="Georgia" w:hAnsi="Georgia" w:cs="Times New Roman"/>
          <w:b/>
          <w:i w:val="0"/>
          <w:color w:val="000000"/>
          <w:sz w:val="24"/>
          <w:rtl/>
          <w:szCs w:val="32"/>
        </w:rPr>
        <w:t>תש״ך</w:t>
      </w:r>
      <w:r>
        <w:rPr>
          <w:rFonts w:ascii="Georgia" w:hAnsi="Georgia"/>
          <w:b w:val="0"/>
          <w:i w:val="0"/>
          <w:color w:val="000000"/>
          <w:sz w:val="24"/>
        </w:rPr>
        <w:t>), что соответствует десяти [Именам] АВАЯ де-АБ (72) с наполнением через йод. [Говорит Шмуэль: здесь два лишних колеля.] И сосредоточься на том, чтобы привлечь от девяти [Имен] АВАЯ, находящихся в девяти высших сфирот (и все они — с наполнением через йод), в нижнюю сфиру Малхут, чье [собственное Имя] АВАЯ [также] составляет АБ (72), — и тогда [вместе] их станет 720. Эти девять [Имен] АВАЯ де-АБ по своей гематрии равны троекратному 216 (</w:t>
      </w:r>
      <w:r>
        <w:rPr>
          <w:rFonts w:ascii="Georgia" w:hAnsi="Georgia" w:cs="Times New Roman"/>
          <w:b/>
          <w:i w:val="0"/>
          <w:color w:val="000000"/>
          <w:sz w:val="24"/>
          <w:rtl/>
          <w:szCs w:val="32"/>
        </w:rPr>
        <w:t>רי״ו</w:t>
      </w:r>
      <w:r>
        <w:rPr>
          <w:rFonts w:ascii="Georgia" w:hAnsi="Georgia"/>
          <w:b w:val="0"/>
          <w:i w:val="0"/>
          <w:color w:val="000000"/>
          <w:sz w:val="24"/>
        </w:rPr>
        <w:t xml:space="preserve">), что соответствует гематрии слова </w:t>
      </w:r>
      <w:r>
        <w:rPr>
          <w:rFonts w:ascii="Georgia" w:hAnsi="Georgia"/>
          <w:b w:val="0"/>
          <w:i/>
          <w:color w:val="000000"/>
          <w:sz w:val="24"/>
        </w:rPr>
        <w:t>йира</w:t>
      </w:r>
      <w:r>
        <w:rPr>
          <w:rFonts w:ascii="Georgia" w:hAnsi="Georgia"/>
          <w:b w:val="0"/>
          <w:i w:val="0"/>
          <w:color w:val="000000"/>
          <w:sz w:val="24"/>
        </w:rPr>
        <w:t xml:space="preserve"> — «трепет» (</w:t>
      </w:r>
      <w:r>
        <w:rPr>
          <w:rFonts w:ascii="Georgia" w:hAnsi="Georgia" w:cs="Times New Roman"/>
          <w:b/>
          <w:i w:val="0"/>
          <w:color w:val="000000"/>
          <w:sz w:val="24"/>
          <w:rtl/>
          <w:szCs w:val="32"/>
        </w:rPr>
        <w:t>יִרְאָה</w:t>
      </w:r>
      <w:r>
        <w:rPr>
          <w:rFonts w:ascii="Georgia" w:hAnsi="Georgia"/>
          <w:b w:val="0"/>
          <w:i w:val="0"/>
          <w:color w:val="000000"/>
          <w:sz w:val="24"/>
        </w:rPr>
        <w:t xml:space="preserve"> = 216): 216 справа, 216 слева и 216 посередине. Также пусть привлечет Имя ЭЙЕ и Имя ШАДАЙ, на которые было указано выше, и привлечет их в Малхут. Благодаря этому человек сможет привлечь на себя трепет перед Г-сподом, если будет постоянно удерживать это намерение.</w:t>
      </w:r>
    </w:p>
    <w:p>
      <w:pPr>
        <w:keepNext/>
        <w:spacing w:before="320" w:after="120"/>
      </w:pPr>
      <w:r>
        <w:rPr>
          <w:rFonts w:ascii="Georgia" w:hAnsi="Georgia"/>
          <w:b w:val="0"/>
          <w:i w:val="0"/>
          <w:color w:val="000000"/>
          <w:sz w:val="32"/>
        </w:rPr>
        <w:t>Ихуд 56</w:t>
      </w:r>
    </w:p>
    <w:p>
      <w:pPr>
        <w:spacing w:before="40" w:after="120"/>
        <w:jc w:val="both"/>
      </w:pPr>
      <w:r>
        <w:rPr>
          <w:rFonts w:ascii="Georgia" w:hAnsi="Georgia"/>
          <w:b w:val="0"/>
          <w:i w:val="0"/>
          <w:color w:val="000000"/>
          <w:sz w:val="24"/>
        </w:rPr>
        <w:t xml:space="preserve">К упомянутому выше: начальные буквы слов </w:t>
      </w:r>
      <w:r>
        <w:rPr>
          <w:rFonts w:ascii="Georgia" w:hAnsi="Georgia"/>
          <w:b w:val="0"/>
          <w:i/>
          <w:color w:val="000000"/>
          <w:sz w:val="24"/>
        </w:rPr>
        <w:t>«И поставь нож к горлу твоему…»</w:t>
      </w:r>
      <w:r>
        <w:rPr>
          <w:rFonts w:ascii="Georgia" w:hAnsi="Georgia"/>
          <w:b w:val="0"/>
          <w:i w:val="0"/>
          <w:color w:val="000000"/>
          <w:sz w:val="24"/>
        </w:rPr>
        <w:t xml:space="preserve"> (</w:t>
      </w:r>
      <w:r>
        <w:rPr>
          <w:rFonts w:ascii="Georgia" w:hAnsi="Georgia" w:cs="Times New Roman"/>
          <w:b/>
          <w:i w:val="0"/>
          <w:color w:val="000000"/>
          <w:sz w:val="24"/>
          <w:rtl/>
          <w:szCs w:val="32"/>
        </w:rPr>
        <w:t>ושמת סכין בלועך</w:t>
      </w:r>
      <w:r>
        <w:rPr>
          <w:rFonts w:ascii="Georgia" w:hAnsi="Georgia"/>
          <w:b w:val="0"/>
          <w:i w:val="0"/>
          <w:color w:val="000000"/>
          <w:sz w:val="24"/>
        </w:rPr>
        <w:t xml:space="preserve">, Мишлей 23:2) [составляют по гематрии] </w:t>
      </w:r>
      <w:r>
        <w:rPr>
          <w:rFonts w:ascii="Georgia" w:hAnsi="Georgia"/>
          <w:b w:val="0"/>
          <w:i/>
          <w:color w:val="000000"/>
          <w:sz w:val="24"/>
        </w:rPr>
        <w:t>хаим</w:t>
      </w:r>
      <w:r>
        <w:rPr>
          <w:rFonts w:ascii="Georgia" w:hAnsi="Georgia"/>
          <w:b w:val="0"/>
          <w:i w:val="0"/>
          <w:color w:val="000000"/>
          <w:sz w:val="24"/>
        </w:rPr>
        <w:t xml:space="preserve"> — «жизнь» (</w:t>
      </w:r>
      <w:r>
        <w:rPr>
          <w:rFonts w:ascii="Georgia" w:hAnsi="Georgia" w:cs="Times New Roman"/>
          <w:b/>
          <w:i w:val="0"/>
          <w:color w:val="000000"/>
          <w:sz w:val="24"/>
          <w:rtl/>
          <w:szCs w:val="32"/>
        </w:rPr>
        <w:t>חַיִּים</w:t>
      </w:r>
      <w:r>
        <w:rPr>
          <w:rFonts w:ascii="Georgia" w:hAnsi="Georgia"/>
          <w:b w:val="0"/>
          <w:i w:val="0"/>
          <w:color w:val="000000"/>
          <w:sz w:val="24"/>
        </w:rPr>
        <w:t xml:space="preserve">), что [равно сумме трех Имен:] ЭЙЕ, АВАЯ, ЭЙЕ; а начальные буквы слов </w:t>
      </w:r>
      <w:r>
        <w:rPr>
          <w:rFonts w:ascii="Georgia" w:hAnsi="Georgia"/>
          <w:b w:val="0"/>
          <w:i/>
          <w:color w:val="000000"/>
          <w:sz w:val="24"/>
        </w:rPr>
        <w:t>«…[если ты] ненасытен»</w:t>
      </w:r>
      <w:r>
        <w:rPr>
          <w:rFonts w:ascii="Georgia" w:hAnsi="Georgia"/>
          <w:b w:val="0"/>
          <w:i w:val="0"/>
          <w:color w:val="000000"/>
          <w:sz w:val="24"/>
        </w:rPr>
        <w:t xml:space="preserve"> (</w:t>
      </w:r>
      <w:r>
        <w:rPr>
          <w:rFonts w:ascii="Georgia" w:hAnsi="Georgia" w:cs="Times New Roman"/>
          <w:b/>
          <w:i w:val="0"/>
          <w:color w:val="000000"/>
          <w:sz w:val="24"/>
          <w:rtl/>
          <w:szCs w:val="32"/>
        </w:rPr>
        <w:t>בעל נפש</w:t>
      </w:r>
      <w:r>
        <w:rPr>
          <w:rFonts w:ascii="Georgia" w:hAnsi="Georgia"/>
          <w:b w:val="0"/>
          <w:i w:val="0"/>
          <w:color w:val="000000"/>
          <w:sz w:val="24"/>
        </w:rPr>
        <w:t xml:space="preserve">) [составляют в гематрии 52 — числовое значение] АВАЯ де-БОН. [Слово] </w:t>
      </w:r>
      <w:r>
        <w:rPr>
          <w:rFonts w:ascii="Georgia" w:hAnsi="Georgia"/>
          <w:b w:val="0"/>
          <w:i/>
          <w:color w:val="000000"/>
          <w:sz w:val="24"/>
        </w:rPr>
        <w:t>сакин</w:t>
      </w:r>
      <w:r>
        <w:rPr>
          <w:rFonts w:ascii="Georgia" w:hAnsi="Georgia"/>
          <w:b w:val="0"/>
          <w:i w:val="0"/>
          <w:color w:val="000000"/>
          <w:sz w:val="24"/>
        </w:rPr>
        <w:t xml:space="preserve"> — «нож» (</w:t>
      </w:r>
      <w:r>
        <w:rPr>
          <w:rFonts w:ascii="Georgia" w:hAnsi="Georgia" w:cs="Times New Roman"/>
          <w:b/>
          <w:i w:val="0"/>
          <w:color w:val="000000"/>
          <w:sz w:val="24"/>
          <w:rtl/>
          <w:szCs w:val="32"/>
        </w:rPr>
        <w:t>סַכִּין</w:t>
      </w:r>
      <w:r>
        <w:rPr>
          <w:rFonts w:ascii="Georgia" w:hAnsi="Georgia"/>
          <w:b w:val="0"/>
          <w:i w:val="0"/>
          <w:color w:val="000000"/>
          <w:sz w:val="24"/>
        </w:rPr>
        <w:t>) в гематрии [равно] 140 (</w:t>
      </w:r>
      <w:r>
        <w:rPr>
          <w:rFonts w:ascii="Georgia" w:hAnsi="Georgia" w:cs="Times New Roman"/>
          <w:b/>
          <w:i w:val="0"/>
          <w:color w:val="000000"/>
          <w:sz w:val="24"/>
          <w:rtl/>
          <w:szCs w:val="32"/>
        </w:rPr>
        <w:t>ק״מ</w:t>
      </w:r>
      <w:r>
        <w:rPr>
          <w:rFonts w:ascii="Georgia" w:hAnsi="Georgia"/>
          <w:b w:val="0"/>
          <w:i w:val="0"/>
          <w:color w:val="000000"/>
          <w:sz w:val="24"/>
        </w:rPr>
        <w:t xml:space="preserve">), и это [буквы] наполнения ЭЙЕ де-йодин. [Слово] </w:t>
      </w:r>
      <w:r>
        <w:rPr>
          <w:rFonts w:ascii="Georgia" w:hAnsi="Georgia"/>
          <w:b w:val="0"/>
          <w:i/>
          <w:color w:val="000000"/>
          <w:sz w:val="24"/>
        </w:rPr>
        <w:t>бе-лоэха</w:t>
      </w:r>
      <w:r>
        <w:rPr>
          <w:rFonts w:ascii="Georgia" w:hAnsi="Georgia"/>
          <w:b w:val="0"/>
          <w:i w:val="0"/>
          <w:color w:val="000000"/>
          <w:sz w:val="24"/>
        </w:rPr>
        <w:t xml:space="preserve"> — «к горлу твоему» (</w:t>
      </w:r>
      <w:r>
        <w:rPr>
          <w:rFonts w:ascii="Georgia" w:hAnsi="Georgia" w:cs="Times New Roman"/>
          <w:b/>
          <w:i w:val="0"/>
          <w:color w:val="000000"/>
          <w:sz w:val="24"/>
          <w:rtl/>
          <w:szCs w:val="32"/>
        </w:rPr>
        <w:t>בְּלוֹעֶךָ</w:t>
      </w:r>
      <w:r>
        <w:rPr>
          <w:rFonts w:ascii="Georgia" w:hAnsi="Georgia"/>
          <w:b w:val="0"/>
          <w:i w:val="0"/>
          <w:color w:val="000000"/>
          <w:sz w:val="24"/>
        </w:rPr>
        <w:t>) в гематрии [равно] 128 (</w:t>
      </w:r>
      <w:r>
        <w:rPr>
          <w:rFonts w:ascii="Georgia" w:hAnsi="Georgia" w:cs="Times New Roman"/>
          <w:b/>
          <w:i w:val="0"/>
          <w:color w:val="000000"/>
          <w:sz w:val="24"/>
          <w:rtl/>
          <w:szCs w:val="32"/>
        </w:rPr>
        <w:t>קכ״ח</w:t>
      </w:r>
      <w:r>
        <w:rPr>
          <w:rFonts w:ascii="Georgia" w:hAnsi="Georgia"/>
          <w:b w:val="0"/>
          <w:i w:val="0"/>
          <w:color w:val="000000"/>
          <w:sz w:val="24"/>
        </w:rPr>
        <w:t>), и это [буквы] наполнения ЭЙЕ де-хэйин. [Говорит Шмуэль, мир ему:] И оба упомянутых наполнения — а именно 140 и 130 (</w:t>
      </w:r>
      <w:r>
        <w:rPr>
          <w:rFonts w:ascii="Georgia" w:hAnsi="Georgia" w:cs="Times New Roman"/>
          <w:b/>
          <w:i w:val="0"/>
          <w:color w:val="000000"/>
          <w:sz w:val="24"/>
          <w:rtl/>
          <w:szCs w:val="32"/>
        </w:rPr>
        <w:t>ק״ל</w:t>
      </w:r>
      <w:r>
        <w:rPr>
          <w:rFonts w:ascii="Georgia" w:hAnsi="Georgia"/>
          <w:b w:val="0"/>
          <w:i w:val="0"/>
          <w:color w:val="000000"/>
          <w:sz w:val="24"/>
        </w:rPr>
        <w:t>) — в гематрии равны 270 (</w:t>
      </w:r>
      <w:r>
        <w:rPr>
          <w:rFonts w:ascii="Georgia" w:hAnsi="Georgia" w:cs="Times New Roman"/>
          <w:b/>
          <w:i w:val="0"/>
          <w:color w:val="000000"/>
          <w:sz w:val="24"/>
          <w:rtl/>
          <w:szCs w:val="32"/>
        </w:rPr>
        <w:t>ע״ר</w:t>
      </w:r>
      <w:r>
        <w:rPr>
          <w:rFonts w:ascii="Georgia" w:hAnsi="Georgia"/>
          <w:b w:val="0"/>
          <w:i w:val="0"/>
          <w:color w:val="000000"/>
          <w:sz w:val="24"/>
        </w:rPr>
        <w:t xml:space="preserve">). [Число] 140 вместе с самим словом в гематрии равно </w:t>
      </w:r>
      <w:r>
        <w:rPr>
          <w:rFonts w:ascii="Georgia" w:hAnsi="Georgia"/>
          <w:b w:val="0"/>
          <w:i/>
          <w:color w:val="000000"/>
          <w:sz w:val="24"/>
        </w:rPr>
        <w:t>цон</w:t>
      </w:r>
      <w:r>
        <w:rPr>
          <w:rFonts w:ascii="Georgia" w:hAnsi="Georgia"/>
          <w:b w:val="0"/>
          <w:i w:val="0"/>
          <w:color w:val="000000"/>
          <w:sz w:val="24"/>
        </w:rPr>
        <w:t xml:space="preserve"> — «мелкий скот» (</w:t>
      </w:r>
      <w:r>
        <w:rPr>
          <w:rFonts w:ascii="Georgia" w:hAnsi="Georgia" w:cs="Times New Roman"/>
          <w:b/>
          <w:i w:val="0"/>
          <w:color w:val="000000"/>
          <w:sz w:val="24"/>
          <w:rtl/>
          <w:szCs w:val="32"/>
        </w:rPr>
        <w:t>צֹאן</w:t>
      </w:r>
      <w:r>
        <w:rPr>
          <w:rFonts w:ascii="Georgia" w:hAnsi="Georgia"/>
          <w:b w:val="0"/>
          <w:i w:val="0"/>
          <w:color w:val="000000"/>
          <w:sz w:val="24"/>
        </w:rPr>
        <w:t>), а заклание мелкого скота [производится рассечением] двух признаков: дыхательного горла (</w:t>
      </w:r>
      <w:r>
        <w:rPr>
          <w:rFonts w:ascii="Georgia" w:hAnsi="Georgia"/>
          <w:b w:val="0"/>
          <w:i/>
          <w:color w:val="000000"/>
          <w:sz w:val="24"/>
        </w:rPr>
        <w:t>кане</w:t>
      </w:r>
      <w:r>
        <w:rPr>
          <w:rFonts w:ascii="Georgia" w:hAnsi="Georgia"/>
          <w:b w:val="0"/>
          <w:i w:val="0"/>
          <w:color w:val="000000"/>
          <w:sz w:val="24"/>
        </w:rPr>
        <w:t xml:space="preserve">, </w:t>
      </w:r>
      <w:r>
        <w:rPr>
          <w:rFonts w:ascii="Georgia" w:hAnsi="Georgia" w:cs="Times New Roman"/>
          <w:b/>
          <w:i w:val="0"/>
          <w:color w:val="000000"/>
          <w:sz w:val="24"/>
          <w:rtl/>
          <w:szCs w:val="32"/>
        </w:rPr>
        <w:t>קָנֶה</w:t>
      </w:r>
      <w:r>
        <w:rPr>
          <w:rFonts w:ascii="Georgia" w:hAnsi="Georgia"/>
          <w:b w:val="0"/>
          <w:i w:val="0"/>
          <w:color w:val="000000"/>
          <w:sz w:val="24"/>
        </w:rPr>
        <w:t>) и пищевода (</w:t>
      </w:r>
      <w:r>
        <w:rPr>
          <w:rFonts w:ascii="Georgia" w:hAnsi="Georgia"/>
          <w:b w:val="0"/>
          <w:i/>
          <w:color w:val="000000"/>
          <w:sz w:val="24"/>
        </w:rPr>
        <w:t>вешет</w:t>
      </w:r>
      <w:r>
        <w:rPr>
          <w:rFonts w:ascii="Georgia" w:hAnsi="Georgia"/>
          <w:b w:val="0"/>
          <w:i w:val="0"/>
          <w:color w:val="000000"/>
          <w:sz w:val="24"/>
        </w:rPr>
        <w:t xml:space="preserve">, </w:t>
      </w:r>
      <w:r>
        <w:rPr>
          <w:rFonts w:ascii="Georgia" w:hAnsi="Georgia" w:cs="Times New Roman"/>
          <w:b/>
          <w:i w:val="0"/>
          <w:color w:val="000000"/>
          <w:sz w:val="24"/>
          <w:rtl/>
          <w:szCs w:val="32"/>
        </w:rPr>
        <w:t>וֶשֶׁט</w:t>
      </w:r>
      <w:r>
        <w:rPr>
          <w:rFonts w:ascii="Georgia" w:hAnsi="Georgia"/>
          <w:b w:val="0"/>
          <w:i w:val="0"/>
          <w:color w:val="000000"/>
          <w:sz w:val="24"/>
        </w:rPr>
        <w:t xml:space="preserve">). А [слово] </w:t>
      </w:r>
      <w:r>
        <w:rPr>
          <w:rFonts w:ascii="Georgia" w:hAnsi="Georgia"/>
          <w:b w:val="0"/>
          <w:i/>
          <w:color w:val="000000"/>
          <w:sz w:val="24"/>
        </w:rPr>
        <w:t>вешет</w:t>
      </w:r>
      <w:r>
        <w:rPr>
          <w:rFonts w:ascii="Georgia" w:hAnsi="Georgia"/>
          <w:b w:val="0"/>
          <w:i w:val="0"/>
          <w:color w:val="000000"/>
          <w:sz w:val="24"/>
        </w:rPr>
        <w:t xml:space="preserve"> с буквой вав (</w:t>
      </w:r>
      <w:r>
        <w:rPr>
          <w:rFonts w:ascii="Georgia" w:hAnsi="Georgia"/>
          <w:b w:val="0"/>
          <w:i/>
          <w:color w:val="000000"/>
          <w:sz w:val="24"/>
        </w:rPr>
        <w:t>у-вешет</w:t>
      </w:r>
      <w:r>
        <w:rPr>
          <w:rFonts w:ascii="Georgia" w:hAnsi="Georgia"/>
          <w:b w:val="0"/>
          <w:i w:val="0"/>
          <w:color w:val="000000"/>
          <w:sz w:val="24"/>
        </w:rPr>
        <w:t xml:space="preserve">, </w:t>
      </w:r>
      <w:r>
        <w:rPr>
          <w:rFonts w:ascii="Georgia" w:hAnsi="Georgia" w:cs="Times New Roman"/>
          <w:b/>
          <w:i w:val="0"/>
          <w:color w:val="000000"/>
          <w:sz w:val="24"/>
          <w:rtl/>
          <w:szCs w:val="32"/>
        </w:rPr>
        <w:t>וּוֶשֶׁט</w:t>
      </w:r>
      <w:r>
        <w:rPr>
          <w:rFonts w:ascii="Georgia" w:hAnsi="Georgia"/>
          <w:b w:val="0"/>
          <w:i w:val="0"/>
          <w:color w:val="000000"/>
          <w:sz w:val="24"/>
        </w:rPr>
        <w:t>) вместе с самим словом в гематрии равно 322 (</w:t>
      </w:r>
      <w:r>
        <w:rPr>
          <w:rFonts w:ascii="Georgia" w:hAnsi="Georgia" w:cs="Times New Roman"/>
          <w:b/>
          <w:i w:val="0"/>
          <w:color w:val="000000"/>
          <w:sz w:val="24"/>
          <w:rtl/>
          <w:szCs w:val="32"/>
        </w:rPr>
        <w:t>שכ״ב</w:t>
      </w:r>
      <w:r>
        <w:rPr>
          <w:rFonts w:ascii="Georgia" w:hAnsi="Georgia"/>
          <w:b w:val="0"/>
          <w:i w:val="0"/>
          <w:color w:val="000000"/>
          <w:sz w:val="24"/>
        </w:rPr>
        <w:t>):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соответствует </w:t>
      </w:r>
      <w:r>
        <w:rPr>
          <w:rFonts w:ascii="Georgia" w:hAnsi="Georgia" w:cs="Times New Roman"/>
          <w:b/>
          <w:i w:val="0"/>
          <w:color w:val="000000"/>
          <w:sz w:val="24"/>
          <w:rtl/>
          <w:szCs w:val="32"/>
        </w:rPr>
        <w:t>מצפ״ץ</w:t>
      </w:r>
      <w:r>
        <w:rPr>
          <w:rFonts w:ascii="Georgia" w:hAnsi="Georgia"/>
          <w:b w:val="0"/>
          <w:i w:val="0"/>
          <w:color w:val="000000"/>
          <w:sz w:val="24"/>
        </w:rPr>
        <w:t>, а 22 (</w:t>
      </w:r>
      <w:r>
        <w:rPr>
          <w:rFonts w:ascii="Georgia" w:hAnsi="Georgia" w:cs="Times New Roman"/>
          <w:b/>
          <w:i w:val="0"/>
          <w:color w:val="000000"/>
          <w:sz w:val="24"/>
          <w:rtl/>
          <w:szCs w:val="32"/>
        </w:rPr>
        <w:t>כ״ב</w:t>
      </w:r>
      <w:r>
        <w:rPr>
          <w:rFonts w:ascii="Georgia" w:hAnsi="Georgia"/>
          <w:b w:val="0"/>
          <w:i w:val="0"/>
          <w:color w:val="000000"/>
          <w:sz w:val="24"/>
        </w:rPr>
        <w:t>) соответствуют двадцати двум буквам (</w:t>
      </w:r>
      <w:r>
        <w:rPr>
          <w:rFonts w:ascii="Georgia" w:hAnsi="Georgia"/>
          <w:b w:val="0"/>
          <w:i/>
          <w:color w:val="000000"/>
          <w:sz w:val="24"/>
        </w:rPr>
        <w:t>отиет</w:t>
      </w:r>
      <w:r>
        <w:rPr>
          <w:rFonts w:ascii="Georgia" w:hAnsi="Georgia"/>
          <w:b w:val="0"/>
          <w:i w:val="0"/>
          <w:color w:val="000000"/>
          <w:sz w:val="24"/>
        </w:rPr>
        <w:t>), нисходящим от Бины.</w:t>
      </w:r>
    </w:p>
    <w:p>
      <w:pPr>
        <w:keepNext/>
        <w:spacing w:before="320" w:after="120"/>
      </w:pPr>
      <w:r>
        <w:rPr>
          <w:rFonts w:ascii="Georgia" w:hAnsi="Georgia"/>
          <w:b w:val="0"/>
          <w:i w:val="0"/>
          <w:color w:val="000000"/>
          <w:sz w:val="32"/>
        </w:rPr>
        <w:t>Ихуд 57</w:t>
      </w:r>
    </w:p>
    <w:p>
      <w:pPr>
        <w:spacing w:before="40" w:after="120"/>
        <w:jc w:val="both"/>
      </w:pPr>
      <w:r>
        <w:rPr>
          <w:rFonts w:ascii="Georgia" w:hAnsi="Georgia"/>
          <w:b w:val="0"/>
          <w:i w:val="0"/>
          <w:color w:val="000000"/>
          <w:sz w:val="24"/>
        </w:rPr>
        <w:t xml:space="preserve">К упомянутому выше. Начальные буквы слов </w:t>
      </w:r>
      <w:r>
        <w:rPr>
          <w:rFonts w:ascii="Georgia" w:hAnsi="Georgia"/>
          <w:b w:val="0"/>
          <w:i/>
          <w:color w:val="000000"/>
          <w:sz w:val="24"/>
        </w:rPr>
        <w:t>«На Тебя надеюсь всякий день»</w:t>
      </w:r>
      <w:r>
        <w:rPr>
          <w:rFonts w:ascii="Georgia" w:hAnsi="Georgia"/>
          <w:b w:val="0"/>
          <w:i w:val="0"/>
          <w:color w:val="000000"/>
          <w:sz w:val="24"/>
        </w:rPr>
        <w:t xml:space="preserve"> (</w:t>
      </w:r>
      <w:r>
        <w:rPr>
          <w:rFonts w:ascii="Georgia" w:hAnsi="Georgia" w:cs="Times New Roman"/>
          <w:b/>
          <w:i w:val="0"/>
          <w:color w:val="000000"/>
          <w:sz w:val="24"/>
          <w:rtl/>
          <w:szCs w:val="32"/>
        </w:rPr>
        <w:t>אותך קויתי כל היום</w:t>
      </w:r>
      <w:r>
        <w:rPr>
          <w:rFonts w:ascii="Georgia" w:hAnsi="Georgia"/>
          <w:b w:val="0"/>
          <w:i w:val="0"/>
          <w:color w:val="000000"/>
          <w:sz w:val="24"/>
        </w:rPr>
        <w:t>, Теилим 25:5) составляют 126 (</w:t>
      </w:r>
      <w:r>
        <w:rPr>
          <w:rFonts w:ascii="Georgia" w:hAnsi="Georgia" w:cs="Times New Roman"/>
          <w:b/>
          <w:i w:val="0"/>
          <w:color w:val="000000"/>
          <w:sz w:val="24"/>
          <w:rtl/>
          <w:szCs w:val="32"/>
        </w:rPr>
        <w:t>קכ״ו</w:t>
      </w:r>
      <w:r>
        <w:rPr>
          <w:rFonts w:ascii="Georgia" w:hAnsi="Georgia"/>
          <w:b w:val="0"/>
          <w:i w:val="0"/>
          <w:color w:val="000000"/>
          <w:sz w:val="24"/>
        </w:rPr>
        <w:t>), что [равно сумме] простых букв (</w:t>
      </w:r>
      <w:r>
        <w:rPr>
          <w:rFonts w:ascii="Georgia" w:hAnsi="Georgia"/>
          <w:b w:val="0"/>
          <w:i/>
          <w:color w:val="000000"/>
          <w:sz w:val="24"/>
        </w:rPr>
        <w:t>отиет</w:t>
      </w:r>
      <w:r>
        <w:rPr>
          <w:rFonts w:ascii="Georgia" w:hAnsi="Georgia"/>
          <w:b w:val="0"/>
          <w:i w:val="0"/>
          <w:color w:val="000000"/>
          <w:sz w:val="24"/>
        </w:rPr>
        <w:t>) АДОНАЙ [в квадратном раскрытии]. И пусть сосредоточит намерение на трех [группах] по 42 буквы, содержащихся в трех [наполнениях] АВАЯ — АБ, САГ и МА, что также составляет в гематрии 126. И пусть направит намерение привлечь их к упомянутым [выше] ахораим, которые в Малхут, чтобы усластить их.</w:t>
      </w:r>
    </w:p>
    <w:p>
      <w:pPr>
        <w:keepNext/>
        <w:spacing w:before="320" w:after="120"/>
      </w:pPr>
      <w:r>
        <w:rPr>
          <w:rFonts w:ascii="Georgia" w:hAnsi="Georgia"/>
          <w:b w:val="0"/>
          <w:i w:val="0"/>
          <w:color w:val="000000"/>
          <w:sz w:val="32"/>
        </w:rPr>
        <w:t>Ихуд 58</w:t>
      </w:r>
    </w:p>
    <w:p>
      <w:pPr>
        <w:spacing w:before="40" w:after="120"/>
        <w:jc w:val="both"/>
      </w:pPr>
      <w:r>
        <w:rPr>
          <w:rFonts w:ascii="Georgia" w:hAnsi="Georgia"/>
          <w:b w:val="0"/>
          <w:i w:val="0"/>
          <w:color w:val="000000"/>
          <w:sz w:val="24"/>
        </w:rPr>
        <w:t xml:space="preserve">К упомянутому выше: в стихе </w:t>
      </w:r>
      <w:r>
        <w:rPr>
          <w:rFonts w:ascii="Georgia" w:hAnsi="Georgia"/>
          <w:b w:val="0"/>
          <w:i/>
          <w:color w:val="000000"/>
          <w:sz w:val="24"/>
        </w:rPr>
        <w:t>«Да не возвратится угнетенный посрамленным…»</w:t>
      </w:r>
      <w:r>
        <w:rPr>
          <w:rFonts w:ascii="Georgia" w:hAnsi="Georgia"/>
          <w:b w:val="0"/>
          <w:i w:val="0"/>
          <w:color w:val="000000"/>
          <w:sz w:val="24"/>
        </w:rPr>
        <w:t xml:space="preserve"> (</w:t>
      </w:r>
      <w:r>
        <w:rPr>
          <w:rFonts w:ascii="Georgia" w:hAnsi="Georgia" w:cs="Times New Roman"/>
          <w:b/>
          <w:i w:val="0"/>
          <w:color w:val="000000"/>
          <w:sz w:val="24"/>
          <w:rtl/>
          <w:szCs w:val="32"/>
        </w:rPr>
        <w:t>אַל יָשׁוּב דַּךְ נִכְלָם</w:t>
      </w:r>
      <w:r>
        <w:rPr>
          <w:rFonts w:ascii="Georgia" w:hAnsi="Georgia"/>
          <w:b w:val="0"/>
          <w:i w:val="0"/>
          <w:color w:val="000000"/>
          <w:sz w:val="24"/>
        </w:rPr>
        <w:t>, Теилим 74:21) начальные буквы (</w:t>
      </w:r>
      <w:r>
        <w:rPr>
          <w:rFonts w:ascii="Georgia" w:hAnsi="Georgia"/>
          <w:b w:val="0"/>
          <w:i/>
          <w:color w:val="000000"/>
          <w:sz w:val="24"/>
        </w:rPr>
        <w:t>рашей тевот</w:t>
      </w:r>
      <w:r>
        <w:rPr>
          <w:rFonts w:ascii="Georgia" w:hAnsi="Georgia"/>
          <w:b w:val="0"/>
          <w:i w:val="0"/>
          <w:color w:val="000000"/>
          <w:sz w:val="24"/>
        </w:rPr>
        <w:t>) образуют [Имя] АДОНАЙ (</w:t>
      </w:r>
      <w:r>
        <w:rPr>
          <w:rFonts w:ascii="Georgia" w:hAnsi="Georgia" w:cs="Times New Roman"/>
          <w:b/>
          <w:i w:val="0"/>
          <w:color w:val="000000"/>
          <w:sz w:val="24"/>
          <w:rtl/>
          <w:szCs w:val="32"/>
        </w:rPr>
        <w:t>אדנ״י</w:t>
      </w:r>
      <w:r>
        <w:rPr>
          <w:rFonts w:ascii="Georgia" w:hAnsi="Georgia"/>
          <w:b w:val="0"/>
          <w:i w:val="0"/>
          <w:color w:val="000000"/>
          <w:sz w:val="24"/>
        </w:rPr>
        <w:t>), а конечные буквы (</w:t>
      </w:r>
      <w:r>
        <w:rPr>
          <w:rFonts w:ascii="Georgia" w:hAnsi="Georgia"/>
          <w:b w:val="0"/>
          <w:i/>
          <w:color w:val="000000"/>
          <w:sz w:val="24"/>
        </w:rPr>
        <w:t>софей тевот</w:t>
      </w:r>
      <w:r>
        <w:rPr>
          <w:rFonts w:ascii="Georgia" w:hAnsi="Georgia"/>
          <w:b w:val="0"/>
          <w:i w:val="0"/>
          <w:color w:val="000000"/>
          <w:sz w:val="24"/>
        </w:rPr>
        <w:t>) [по гематрии равны] сплетению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xml:space="preserve">) с колелем. Слово </w:t>
      </w:r>
      <w:r>
        <w:rPr>
          <w:rFonts w:ascii="Georgia" w:hAnsi="Georgia"/>
          <w:b w:val="0"/>
          <w:i/>
          <w:color w:val="000000"/>
          <w:sz w:val="24"/>
        </w:rPr>
        <w:t>яшув</w:t>
      </w:r>
      <w:r>
        <w:rPr>
          <w:rFonts w:ascii="Georgia" w:hAnsi="Georgia"/>
          <w:b w:val="0"/>
          <w:i w:val="0"/>
          <w:color w:val="000000"/>
          <w:sz w:val="24"/>
        </w:rPr>
        <w:t xml:space="preserve"> (</w:t>
      </w:r>
      <w:r>
        <w:rPr>
          <w:rFonts w:ascii="Georgia" w:hAnsi="Georgia" w:cs="Times New Roman"/>
          <w:b/>
          <w:i w:val="0"/>
          <w:color w:val="000000"/>
          <w:sz w:val="24"/>
          <w:rtl/>
          <w:szCs w:val="32"/>
        </w:rPr>
        <w:t>יָשׁוּב</w:t>
      </w:r>
      <w:r>
        <w:rPr>
          <w:rFonts w:ascii="Georgia" w:hAnsi="Georgia"/>
          <w:b w:val="0"/>
          <w:i w:val="0"/>
          <w:color w:val="000000"/>
          <w:sz w:val="24"/>
        </w:rPr>
        <w:t>) по гематрии равно 318 (</w:t>
      </w:r>
      <w:r>
        <w:rPr>
          <w:rFonts w:ascii="Georgia" w:hAnsi="Georgia" w:cs="Times New Roman"/>
          <w:b/>
          <w:i w:val="0"/>
          <w:color w:val="000000"/>
          <w:sz w:val="24"/>
          <w:rtl/>
          <w:szCs w:val="32"/>
        </w:rPr>
        <w:t>שי״ח</w:t>
      </w:r>
      <w:r>
        <w:rPr>
          <w:rFonts w:ascii="Georgia" w:hAnsi="Georgia"/>
          <w:b w:val="0"/>
          <w:i w:val="0"/>
          <w:color w:val="000000"/>
          <w:sz w:val="24"/>
        </w:rPr>
        <w:t>), что составляет начальные буквы [имен] Шем, Хам и Йефет (</w:t>
      </w:r>
      <w:r>
        <w:rPr>
          <w:rFonts w:ascii="Georgia" w:hAnsi="Georgia" w:cs="Times New Roman"/>
          <w:b/>
          <w:i w:val="0"/>
          <w:color w:val="000000"/>
          <w:sz w:val="24"/>
          <w:rtl/>
          <w:szCs w:val="32"/>
        </w:rPr>
        <w:t>שֵׁם חָם יֶפֶת</w:t>
      </w:r>
      <w:r>
        <w:rPr>
          <w:rFonts w:ascii="Georgia" w:hAnsi="Georgia"/>
          <w:b w:val="0"/>
          <w:i w:val="0"/>
          <w:color w:val="000000"/>
          <w:sz w:val="24"/>
        </w:rPr>
        <w:t>), то есть НЕХИ. Также [Имя] ЭЛОКИМ с наполнением буквой йод по гематрии равно 300 (</w:t>
      </w:r>
      <w:r>
        <w:rPr>
          <w:rFonts w:ascii="Georgia" w:hAnsi="Georgia" w:cs="Times New Roman"/>
          <w:b/>
          <w:i w:val="0"/>
          <w:color w:val="000000"/>
          <w:sz w:val="24"/>
          <w:rtl/>
          <w:szCs w:val="32"/>
        </w:rPr>
        <w:t>ש</w:t>
      </w:r>
      <w:r>
        <w:rPr>
          <w:rFonts w:ascii="Georgia" w:hAnsi="Georgia"/>
          <w:b w:val="0"/>
          <w:i w:val="0"/>
          <w:color w:val="000000"/>
          <w:sz w:val="24"/>
        </w:rPr>
        <w:t>). А тринадцать букв его наполнения и пять простых букв [самого Имени] составляют 18 (</w:t>
      </w:r>
      <w:r>
        <w:rPr>
          <w:rFonts w:ascii="Georgia" w:hAnsi="Georgia" w:cs="Times New Roman"/>
          <w:b/>
          <w:i w:val="0"/>
          <w:color w:val="000000"/>
          <w:sz w:val="24"/>
          <w:rtl/>
          <w:szCs w:val="32"/>
        </w:rPr>
        <w:t>ח״י</w:t>
      </w:r>
      <w:r>
        <w:rPr>
          <w:rFonts w:ascii="Georgia" w:hAnsi="Georgia"/>
          <w:b w:val="0"/>
          <w:i w:val="0"/>
          <w:color w:val="000000"/>
          <w:sz w:val="24"/>
        </w:rPr>
        <w:t>). И сосредоточься на том, чтобы взять от него эти его 18 букв и низвести от него через Есод в Малхут.</w:t>
      </w:r>
    </w:p>
    <w:p>
      <w:pPr>
        <w:keepNext/>
        <w:spacing w:before="320" w:after="120"/>
      </w:pPr>
      <w:r>
        <w:rPr>
          <w:rFonts w:ascii="Georgia" w:hAnsi="Georgia"/>
          <w:b w:val="0"/>
          <w:i w:val="0"/>
          <w:color w:val="000000"/>
          <w:sz w:val="32"/>
        </w:rPr>
        <w:t>Ихуд 59</w:t>
      </w:r>
    </w:p>
    <w:p>
      <w:pPr>
        <w:spacing w:before="40" w:after="120"/>
        <w:jc w:val="both"/>
      </w:pPr>
      <w:r>
        <w:rPr>
          <w:rFonts w:ascii="Georgia" w:hAnsi="Georgia"/>
          <w:b w:val="0"/>
          <w:i w:val="0"/>
          <w:color w:val="000000"/>
          <w:sz w:val="24"/>
        </w:rPr>
        <w:t xml:space="preserve">К вышеупомянутому [исправлению]. [Намерение на стих] </w:t>
      </w:r>
      <w:r>
        <w:rPr>
          <w:rFonts w:ascii="Georgia" w:hAnsi="Georgia"/>
          <w:b w:val="0"/>
          <w:i/>
          <w:color w:val="000000"/>
          <w:sz w:val="24"/>
        </w:rPr>
        <w:t>«Творящий великое, неисследимое…»</w:t>
      </w:r>
      <w:r>
        <w:rPr>
          <w:rFonts w:ascii="Georgia" w:hAnsi="Georgia"/>
          <w:b w:val="0"/>
          <w:i w:val="0"/>
          <w:color w:val="000000"/>
          <w:sz w:val="24"/>
        </w:rPr>
        <w:t xml:space="preserve"> (Иов 9:10): [слово] </w:t>
      </w:r>
      <w:r>
        <w:rPr>
          <w:rFonts w:ascii="Georgia" w:hAnsi="Georgia"/>
          <w:b w:val="0"/>
          <w:i/>
          <w:color w:val="000000"/>
          <w:sz w:val="24"/>
        </w:rPr>
        <w:t>осе</w:t>
      </w:r>
      <w:r>
        <w:rPr>
          <w:rFonts w:ascii="Georgia" w:hAnsi="Georgia"/>
          <w:b w:val="0"/>
          <w:i w:val="0"/>
          <w:color w:val="000000"/>
          <w:sz w:val="24"/>
        </w:rPr>
        <w:t xml:space="preserve"> — «творящий» (</w:t>
      </w:r>
      <w:r>
        <w:rPr>
          <w:rFonts w:ascii="Georgia" w:hAnsi="Georgia" w:cs="Times New Roman"/>
          <w:b/>
          <w:i w:val="0"/>
          <w:color w:val="000000"/>
          <w:sz w:val="24"/>
          <w:rtl/>
          <w:szCs w:val="32"/>
        </w:rPr>
        <w:t>עוֹשֶׂה</w:t>
      </w:r>
      <w:r>
        <w:rPr>
          <w:rFonts w:ascii="Georgia" w:hAnsi="Georgia"/>
          <w:b w:val="0"/>
          <w:i w:val="0"/>
          <w:color w:val="000000"/>
          <w:sz w:val="24"/>
        </w:rPr>
        <w:t>) состоит из букв шин-айн (</w:t>
      </w:r>
      <w:r>
        <w:rPr>
          <w:rFonts w:ascii="Georgia" w:hAnsi="Georgia" w:cs="Times New Roman"/>
          <w:b/>
          <w:i w:val="0"/>
          <w:color w:val="000000"/>
          <w:sz w:val="24"/>
          <w:rtl/>
          <w:szCs w:val="32"/>
        </w:rPr>
        <w:t>ש״ע</w:t>
      </w:r>
      <w:r>
        <w:rPr>
          <w:rFonts w:ascii="Georgia" w:hAnsi="Georgia"/>
          <w:b w:val="0"/>
          <w:i w:val="0"/>
          <w:color w:val="000000"/>
          <w:sz w:val="24"/>
        </w:rPr>
        <w:t xml:space="preserve"> = 370), а также вав (</w:t>
      </w:r>
      <w:r>
        <w:rPr>
          <w:rFonts w:ascii="Georgia" w:hAnsi="Georgia" w:cs="Times New Roman"/>
          <w:b/>
          <w:i w:val="0"/>
          <w:color w:val="000000"/>
          <w:sz w:val="24"/>
          <w:rtl/>
          <w:szCs w:val="32"/>
        </w:rPr>
        <w:t>ו</w:t>
      </w:r>
      <w:r>
        <w:rPr>
          <w:rFonts w:ascii="Georgia" w:hAnsi="Georgia"/>
          <w:b w:val="0"/>
          <w:i w:val="0"/>
          <w:color w:val="000000"/>
          <w:sz w:val="24"/>
        </w:rPr>
        <w:t>) и хэй (</w:t>
      </w:r>
      <w:r>
        <w:rPr>
          <w:rFonts w:ascii="Georgia" w:hAnsi="Georgia" w:cs="Times New Roman"/>
          <w:b/>
          <w:i w:val="0"/>
          <w:color w:val="000000"/>
          <w:sz w:val="24"/>
          <w:rtl/>
          <w:szCs w:val="32"/>
        </w:rPr>
        <w:t>ה</w:t>
      </w:r>
      <w:r>
        <w:rPr>
          <w:rFonts w:ascii="Georgia" w:hAnsi="Georgia"/>
          <w:b w:val="0"/>
          <w:i w:val="0"/>
          <w:color w:val="000000"/>
          <w:sz w:val="24"/>
        </w:rPr>
        <w:t>). Дело в том, что 370 светов [распределяются так]: 220 пребывают в АА, а 150 (</w:t>
      </w:r>
      <w:r>
        <w:rPr>
          <w:rFonts w:ascii="Georgia" w:hAnsi="Georgia" w:cs="Times New Roman"/>
          <w:b/>
          <w:i w:val="0"/>
          <w:color w:val="000000"/>
          <w:sz w:val="24"/>
          <w:rtl/>
          <w:szCs w:val="32"/>
        </w:rPr>
        <w:t>ק״ן</w:t>
      </w:r>
      <w:r>
        <w:rPr>
          <w:rFonts w:ascii="Georgia" w:hAnsi="Georgia"/>
          <w:b w:val="0"/>
          <w:i w:val="0"/>
          <w:color w:val="000000"/>
          <w:sz w:val="24"/>
        </w:rPr>
        <w:t xml:space="preserve">) — в ЗА; и это 370 светов двух [святых] яблок с обеих сторон. Направь намерение привлечь их к ЗОН — буквам вав и хэй в слове </w:t>
      </w:r>
      <w:r>
        <w:rPr>
          <w:rFonts w:ascii="Georgia" w:hAnsi="Georgia"/>
          <w:b w:val="0"/>
          <w:i/>
          <w:color w:val="000000"/>
          <w:sz w:val="24"/>
        </w:rPr>
        <w:t>осе</w:t>
      </w:r>
      <w:r>
        <w:rPr>
          <w:rFonts w:ascii="Georgia" w:hAnsi="Georgia"/>
          <w:b w:val="0"/>
          <w:i w:val="0"/>
          <w:color w:val="000000"/>
          <w:sz w:val="24"/>
        </w:rPr>
        <w:t xml:space="preserve">, и благодаря этому от них отделятся и уйдут клипот, именуемые </w:t>
      </w:r>
      <w:r>
        <w:rPr>
          <w:rFonts w:ascii="Georgia" w:hAnsi="Georgia"/>
          <w:b w:val="0"/>
          <w:i/>
          <w:color w:val="000000"/>
          <w:sz w:val="24"/>
        </w:rPr>
        <w:t>аш</w:t>
      </w:r>
      <w:r>
        <w:rPr>
          <w:rFonts w:ascii="Georgia" w:hAnsi="Georgia"/>
          <w:b w:val="0"/>
          <w:i w:val="0"/>
          <w:color w:val="000000"/>
          <w:sz w:val="24"/>
        </w:rPr>
        <w:t xml:space="preserve"> (</w:t>
      </w:r>
      <w:r>
        <w:rPr>
          <w:rFonts w:ascii="Georgia" w:hAnsi="Georgia" w:cs="Times New Roman"/>
          <w:b/>
          <w:i w:val="0"/>
          <w:color w:val="000000"/>
          <w:sz w:val="24"/>
          <w:rtl/>
          <w:szCs w:val="32"/>
        </w:rPr>
        <w:t>ע״ש</w:t>
      </w:r>
      <w:r>
        <w:rPr>
          <w:rFonts w:ascii="Georgia" w:hAnsi="Georgia"/>
          <w:b w:val="0"/>
          <w:i w:val="0"/>
          <w:color w:val="000000"/>
          <w:sz w:val="24"/>
        </w:rPr>
        <w:t xml:space="preserve">) в слове </w:t>
      </w:r>
      <w:r>
        <w:rPr>
          <w:rFonts w:ascii="Georgia" w:hAnsi="Georgia"/>
          <w:b w:val="0"/>
          <w:i/>
          <w:color w:val="000000"/>
          <w:sz w:val="24"/>
        </w:rPr>
        <w:t>осе</w:t>
      </w:r>
      <w:r>
        <w:rPr>
          <w:rFonts w:ascii="Georgia" w:hAnsi="Georgia"/>
          <w:b w:val="0"/>
          <w:i w:val="0"/>
          <w:color w:val="000000"/>
          <w:sz w:val="24"/>
        </w:rPr>
        <w:t xml:space="preserve">. Направь намерение устранить их с помощью огня следующим образом: Имя ЭЛОКИМ с наполнением [буквой] йод вместе с колелем (+1) имеет гематрию слова </w:t>
      </w:r>
      <w:r>
        <w:rPr>
          <w:rFonts w:ascii="Georgia" w:hAnsi="Georgia"/>
          <w:b w:val="0"/>
          <w:i/>
          <w:color w:val="000000"/>
          <w:sz w:val="24"/>
        </w:rPr>
        <w:t>эш</w:t>
      </w:r>
      <w:r>
        <w:rPr>
          <w:rFonts w:ascii="Georgia" w:hAnsi="Georgia"/>
          <w:b w:val="0"/>
          <w:i w:val="0"/>
          <w:color w:val="000000"/>
          <w:sz w:val="24"/>
        </w:rPr>
        <w:t xml:space="preserve"> — «огонь» (</w:t>
      </w:r>
      <w:r>
        <w:rPr>
          <w:rFonts w:ascii="Georgia" w:hAnsi="Georgia" w:cs="Times New Roman"/>
          <w:b/>
          <w:i w:val="0"/>
          <w:color w:val="000000"/>
          <w:sz w:val="24"/>
          <w:rtl/>
          <w:szCs w:val="32"/>
        </w:rPr>
        <w:t>אֵשׁ</w:t>
      </w:r>
      <w:r>
        <w:rPr>
          <w:rFonts w:ascii="Georgia" w:hAnsi="Georgia"/>
          <w:b w:val="0"/>
          <w:i w:val="0"/>
          <w:color w:val="000000"/>
          <w:sz w:val="24"/>
        </w:rPr>
        <w:t xml:space="preserve"> = 301). Направь намерение привлечь огонь от [Имени] ЭЛОКИМ, то есть от Бины, к клипот, именуемым </w:t>
      </w:r>
      <w:r>
        <w:rPr>
          <w:rFonts w:ascii="Georgia" w:hAnsi="Georgia"/>
          <w:b w:val="0"/>
          <w:i/>
          <w:color w:val="000000"/>
          <w:sz w:val="24"/>
        </w:rPr>
        <w:t>аш</w:t>
      </w:r>
      <w:r>
        <w:rPr>
          <w:rFonts w:ascii="Georgia" w:hAnsi="Georgia"/>
          <w:b w:val="0"/>
          <w:i w:val="0"/>
          <w:color w:val="000000"/>
          <w:sz w:val="24"/>
        </w:rPr>
        <w:t xml:space="preserve">, которые цеплялись за буквы вав и хэй, представляющие собой ЗОН, и составляли вначале [слово] </w:t>
      </w:r>
      <w:r>
        <w:rPr>
          <w:rFonts w:ascii="Georgia" w:hAnsi="Georgia"/>
          <w:b w:val="0"/>
          <w:i/>
          <w:color w:val="000000"/>
          <w:sz w:val="24"/>
        </w:rPr>
        <w:t>осе</w:t>
      </w:r>
      <w:r>
        <w:rPr>
          <w:rFonts w:ascii="Georgia" w:hAnsi="Georgia"/>
          <w:b w:val="0"/>
          <w:i w:val="0"/>
          <w:color w:val="000000"/>
          <w:sz w:val="24"/>
        </w:rPr>
        <w:t xml:space="preserve">. Теперь же они обратятся в [слово] </w:t>
      </w:r>
      <w:r>
        <w:rPr>
          <w:rFonts w:ascii="Georgia" w:hAnsi="Georgia"/>
          <w:b w:val="0"/>
          <w:i/>
          <w:color w:val="000000"/>
          <w:sz w:val="24"/>
        </w:rPr>
        <w:t>шаава</w:t>
      </w:r>
      <w:r>
        <w:rPr>
          <w:rFonts w:ascii="Georgia" w:hAnsi="Georgia"/>
          <w:b w:val="0"/>
          <w:i w:val="0"/>
          <w:color w:val="000000"/>
          <w:sz w:val="24"/>
        </w:rPr>
        <w:t xml:space="preserve"> — «воск» (</w:t>
      </w:r>
      <w:r>
        <w:rPr>
          <w:rFonts w:ascii="Georgia" w:hAnsi="Georgia" w:cs="Times New Roman"/>
          <w:b/>
          <w:i w:val="0"/>
          <w:color w:val="000000"/>
          <w:sz w:val="24"/>
          <w:rtl/>
          <w:szCs w:val="32"/>
        </w:rPr>
        <w:t>שַׁעֲוָה</w:t>
      </w:r>
      <w:r>
        <w:rPr>
          <w:rFonts w:ascii="Georgia" w:hAnsi="Georgia"/>
          <w:b w:val="0"/>
          <w:i w:val="0"/>
          <w:color w:val="000000"/>
          <w:sz w:val="24"/>
        </w:rPr>
        <w:t xml:space="preserve">), расплавятся и растают пред огнем. И в этом смысл стиха: </w:t>
      </w:r>
      <w:r>
        <w:rPr>
          <w:rFonts w:ascii="Georgia" w:hAnsi="Georgia"/>
          <w:b w:val="0"/>
          <w:i/>
          <w:color w:val="000000"/>
          <w:sz w:val="24"/>
        </w:rPr>
        <w:t>«Горы растаяли, как воск…»</w:t>
      </w:r>
      <w:r>
        <w:rPr>
          <w:rFonts w:ascii="Georgia" w:hAnsi="Georgia"/>
          <w:b w:val="0"/>
          <w:i w:val="0"/>
          <w:color w:val="000000"/>
          <w:sz w:val="24"/>
        </w:rPr>
        <w:t xml:space="preserve"> (Теилим 97:5).</w:t>
      </w:r>
    </w:p>
    <w:p>
      <w:pPr>
        <w:keepNext/>
        <w:spacing w:before="320" w:after="120"/>
      </w:pPr>
      <w:r>
        <w:rPr>
          <w:rFonts w:ascii="Georgia" w:hAnsi="Georgia"/>
          <w:b w:val="0"/>
          <w:i w:val="0"/>
          <w:color w:val="000000"/>
          <w:sz w:val="32"/>
        </w:rPr>
        <w:t>Ихуд 60</w:t>
      </w:r>
    </w:p>
    <w:p>
      <w:pPr>
        <w:spacing w:before="40" w:after="120"/>
        <w:jc w:val="both"/>
      </w:pPr>
      <w:r>
        <w:rPr>
          <w:rFonts w:ascii="Georgia" w:hAnsi="Georgia"/>
          <w:b w:val="0"/>
          <w:i w:val="0"/>
          <w:color w:val="000000"/>
          <w:sz w:val="24"/>
        </w:rPr>
        <w:t>Для рабби Элияу де Видаса, благословенной памяти. «Йод» (</w:t>
      </w:r>
      <w:r>
        <w:rPr>
          <w:rFonts w:ascii="Georgia" w:hAnsi="Georgia" w:cs="Times New Roman"/>
          <w:b/>
          <w:i w:val="0"/>
          <w:color w:val="000000"/>
          <w:sz w:val="24"/>
          <w:rtl/>
          <w:szCs w:val="32"/>
        </w:rPr>
        <w:t>יו״ד</w:t>
      </w:r>
      <w:r>
        <w:rPr>
          <w:rFonts w:ascii="Georgia" w:hAnsi="Georgia"/>
          <w:b w:val="0"/>
          <w:i w:val="0"/>
          <w:color w:val="000000"/>
          <w:sz w:val="24"/>
        </w:rPr>
        <w:t xml:space="preserve"> = 20) раз по «хэй-йод» (</w:t>
      </w:r>
      <w:r>
        <w:rPr>
          <w:rFonts w:ascii="Georgia" w:hAnsi="Georgia" w:cs="Times New Roman"/>
          <w:b/>
          <w:i w:val="0"/>
          <w:color w:val="000000"/>
          <w:sz w:val="24"/>
          <w:rtl/>
          <w:szCs w:val="32"/>
        </w:rPr>
        <w:t>ה״י</w:t>
      </w:r>
      <w:r>
        <w:rPr>
          <w:rFonts w:ascii="Georgia" w:hAnsi="Georgia"/>
          <w:b w:val="0"/>
          <w:i w:val="0"/>
          <w:color w:val="000000"/>
          <w:sz w:val="24"/>
        </w:rPr>
        <w:t xml:space="preserve"> = 15) по гематрии составляет 300. «Йод» (двадцать) раз по «хэй-хэй» (</w:t>
      </w:r>
      <w:r>
        <w:rPr>
          <w:rFonts w:ascii="Georgia" w:hAnsi="Georgia" w:cs="Times New Roman"/>
          <w:b/>
          <w:i w:val="0"/>
          <w:color w:val="000000"/>
          <w:sz w:val="24"/>
          <w:rtl/>
          <w:szCs w:val="32"/>
        </w:rPr>
        <w:t>ה״ה</w:t>
      </w:r>
      <w:r>
        <w:rPr>
          <w:rFonts w:ascii="Georgia" w:hAnsi="Georgia"/>
          <w:b w:val="0"/>
          <w:i w:val="0"/>
          <w:color w:val="000000"/>
          <w:sz w:val="24"/>
        </w:rPr>
        <w:t xml:space="preserve"> = 10) — это 200. Соединение обоих в упомянутом прямом порядке (</w:t>
      </w:r>
      <w:r>
        <w:rPr>
          <w:rFonts w:ascii="Georgia" w:hAnsi="Georgia"/>
          <w:b w:val="0"/>
          <w:i/>
          <w:color w:val="000000"/>
          <w:sz w:val="24"/>
        </w:rPr>
        <w:t>ешер</w:t>
      </w:r>
      <w:r>
        <w:rPr>
          <w:rFonts w:ascii="Georgia" w:hAnsi="Georgia"/>
          <w:b w:val="0"/>
          <w:i w:val="0"/>
          <w:color w:val="000000"/>
          <w:sz w:val="24"/>
        </w:rPr>
        <w:t xml:space="preserve">) таково: </w:t>
      </w:r>
      <w:r>
        <w:rPr>
          <w:rFonts w:ascii="Georgia" w:hAnsi="Georgia" w:cs="Times New Roman"/>
          <w:b/>
          <w:i w:val="0"/>
          <w:color w:val="000000"/>
          <w:sz w:val="24"/>
          <w:rtl/>
          <w:szCs w:val="32"/>
        </w:rPr>
        <w:t>יָיַוַוַדַדַ הַהַיַהַ יָיָוָוָדָדָ הַהַהַיַ</w:t>
      </w:r>
      <w:r>
        <w:rPr>
          <w:rFonts w:ascii="Georgia" w:hAnsi="Georgia"/>
          <w:b w:val="0"/>
          <w:i w:val="0"/>
          <w:color w:val="000000"/>
          <w:sz w:val="24"/>
        </w:rPr>
        <w:t xml:space="preserve">. А в обратном порядке — тысяча: </w:t>
      </w:r>
      <w:r>
        <w:rPr>
          <w:rFonts w:ascii="Georgia" w:hAnsi="Georgia" w:cs="Times New Roman"/>
          <w:b/>
          <w:i w:val="0"/>
          <w:color w:val="000000"/>
          <w:sz w:val="24"/>
          <w:rtl/>
          <w:szCs w:val="32"/>
        </w:rPr>
        <w:t>צבאות צבאות</w:t>
      </w:r>
      <w:r>
        <w:rPr>
          <w:rFonts w:ascii="Georgia" w:hAnsi="Georgia"/>
          <w:b w:val="0"/>
          <w:i w:val="0"/>
          <w:color w:val="000000"/>
          <w:sz w:val="24"/>
        </w:rPr>
        <w:t xml:space="preserve"> [каждое по 499, вместе с колелем дают 1000]; [развертывание Имени]: </w:t>
      </w:r>
      <w:r>
        <w:rPr>
          <w:rFonts w:ascii="Georgia" w:hAnsi="Georgia" w:cs="Times New Roman"/>
          <w:b/>
          <w:i w:val="0"/>
          <w:color w:val="000000"/>
          <w:sz w:val="24"/>
          <w:rtl/>
          <w:szCs w:val="32"/>
        </w:rPr>
        <w:t>א אל אלה אלהי אלהים</w:t>
      </w:r>
      <w:r>
        <w:rPr>
          <w:rFonts w:ascii="Georgia" w:hAnsi="Georgia"/>
          <w:b w:val="0"/>
          <w:i w:val="0"/>
          <w:color w:val="000000"/>
          <w:sz w:val="24"/>
        </w:rPr>
        <w:t xml:space="preserve">, [и то же с наполнением букв]: </w:t>
      </w:r>
      <w:r>
        <w:rPr>
          <w:rFonts w:ascii="Georgia" w:hAnsi="Georgia" w:cs="Times New Roman"/>
          <w:b/>
          <w:i w:val="0"/>
          <w:color w:val="000000"/>
          <w:sz w:val="24"/>
          <w:rtl/>
          <w:szCs w:val="32"/>
        </w:rPr>
        <w:t>אלף אלף למד אלף למד הה אלף למד הה יוד אלף למד הה יוד מם</w:t>
      </w:r>
      <w:r>
        <w:rPr>
          <w:rFonts w:ascii="Georgia" w:hAnsi="Georgia"/>
          <w:b w:val="0"/>
          <w:i w:val="0"/>
          <w:color w:val="000000"/>
          <w:sz w:val="24"/>
        </w:rPr>
        <w:t>. [Огласовка] шва (</w:t>
      </w:r>
      <w:r>
        <w:rPr>
          <w:rFonts w:ascii="Georgia" w:hAnsi="Georgia" w:cs="Times New Roman"/>
          <w:b/>
          <w:i w:val="0"/>
          <w:color w:val="000000"/>
          <w:sz w:val="24"/>
          <w:rtl/>
          <w:szCs w:val="32"/>
        </w:rPr>
        <w:t>שְבְאְ</w:t>
      </w:r>
      <w:r>
        <w:rPr>
          <w:rFonts w:ascii="Georgia" w:hAnsi="Georgia"/>
          <w:b w:val="0"/>
          <w:i w:val="0"/>
          <w:color w:val="000000"/>
          <w:sz w:val="24"/>
        </w:rPr>
        <w:t>), [буквы которой в наполнении] — шин (</w:t>
      </w:r>
      <w:r>
        <w:rPr>
          <w:rFonts w:ascii="Georgia" w:hAnsi="Georgia" w:cs="Times New Roman"/>
          <w:b/>
          <w:i w:val="0"/>
          <w:color w:val="000000"/>
          <w:sz w:val="24"/>
          <w:rtl/>
          <w:szCs w:val="32"/>
        </w:rPr>
        <w:t>שְיְןְ</w:t>
      </w:r>
      <w:r>
        <w:rPr>
          <w:rFonts w:ascii="Georgia" w:hAnsi="Georgia"/>
          <w:b w:val="0"/>
          <w:i w:val="0"/>
          <w:color w:val="000000"/>
          <w:sz w:val="24"/>
        </w:rPr>
        <w:t xml:space="preserve"> = 360), бэт (</w:t>
      </w:r>
      <w:r>
        <w:rPr>
          <w:rFonts w:ascii="Georgia" w:hAnsi="Georgia" w:cs="Times New Roman"/>
          <w:b/>
          <w:i w:val="0"/>
          <w:color w:val="000000"/>
          <w:sz w:val="24"/>
          <w:rtl/>
          <w:szCs w:val="32"/>
        </w:rPr>
        <w:t>בְיְתְ</w:t>
      </w:r>
      <w:r>
        <w:rPr>
          <w:rFonts w:ascii="Georgia" w:hAnsi="Georgia"/>
          <w:b w:val="0"/>
          <w:i w:val="0"/>
          <w:color w:val="000000"/>
          <w:sz w:val="24"/>
        </w:rPr>
        <w:t xml:space="preserve"> = 412) и алеф (</w:t>
      </w:r>
      <w:r>
        <w:rPr>
          <w:rFonts w:ascii="Georgia" w:hAnsi="Georgia" w:cs="Times New Roman"/>
          <w:b/>
          <w:i w:val="0"/>
          <w:color w:val="000000"/>
          <w:sz w:val="24"/>
          <w:rtl/>
          <w:szCs w:val="32"/>
        </w:rPr>
        <w:t>אְלְףְ</w:t>
      </w:r>
      <w:r>
        <w:rPr>
          <w:rFonts w:ascii="Georgia" w:hAnsi="Georgia"/>
          <w:b w:val="0"/>
          <w:i w:val="0"/>
          <w:color w:val="000000"/>
          <w:sz w:val="24"/>
        </w:rPr>
        <w:t xml:space="preserve"> = 111) — составляют 883 (</w:t>
      </w:r>
      <w:r>
        <w:rPr>
          <w:rFonts w:ascii="Georgia" w:hAnsi="Georgia" w:cs="Times New Roman"/>
          <w:b/>
          <w:i w:val="0"/>
          <w:color w:val="000000"/>
          <w:sz w:val="24"/>
          <w:rtl/>
          <w:szCs w:val="32"/>
        </w:rPr>
        <w:t>תתפ״ג</w:t>
      </w:r>
      <w:r>
        <w:rPr>
          <w:rFonts w:ascii="Georgia" w:hAnsi="Georgia"/>
          <w:b w:val="0"/>
          <w:i w:val="0"/>
          <w:color w:val="000000"/>
          <w:sz w:val="24"/>
        </w:rPr>
        <w:t xml:space="preserve"> = 883). [Имена АВАЯ с наполнением САГ (63) и БОН (52) со шва]: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[и] </w:t>
      </w:r>
      <w:r>
        <w:rPr>
          <w:rFonts w:ascii="Georgia" w:hAnsi="Georgia" w:cs="Times New Roman"/>
          <w:b/>
          <w:i w:val="0"/>
          <w:color w:val="000000"/>
          <w:sz w:val="24"/>
          <w:rtl/>
          <w:szCs w:val="32"/>
        </w:rPr>
        <w:t>יְוְדְ הְהְ וְוְ הְהְ</w:t>
      </w:r>
      <w:r>
        <w:rPr>
          <w:rFonts w:ascii="Georgia" w:hAnsi="Georgia"/>
          <w:b w:val="0"/>
          <w:i w:val="0"/>
          <w:color w:val="000000"/>
          <w:sz w:val="24"/>
        </w:rPr>
        <w:t xml:space="preserve"> — [дают] 117 (</w:t>
      </w:r>
      <w:r>
        <w:rPr>
          <w:rFonts w:ascii="Georgia" w:hAnsi="Georgia" w:cs="Times New Roman"/>
          <w:b/>
          <w:i w:val="0"/>
          <w:color w:val="000000"/>
          <w:sz w:val="24"/>
          <w:rtl/>
          <w:szCs w:val="32"/>
        </w:rPr>
        <w:t>קי״ז</w:t>
      </w:r>
      <w:r>
        <w:rPr>
          <w:rFonts w:ascii="Georgia" w:hAnsi="Georgia"/>
          <w:b w:val="0"/>
          <w:i w:val="0"/>
          <w:color w:val="000000"/>
          <w:sz w:val="24"/>
        </w:rPr>
        <w:t xml:space="preserve"> = 117) с [двумя] колелями. [В итоге получаются] тысяча [и] тысяча, как [показано] выше.</w:t>
      </w:r>
    </w:p>
    <w:p>
      <w:pPr>
        <w:keepNext/>
        <w:spacing w:before="320" w:after="120"/>
      </w:pPr>
      <w:r>
        <w:rPr>
          <w:rFonts w:ascii="Georgia" w:hAnsi="Georgia"/>
          <w:b w:val="0"/>
          <w:i w:val="0"/>
          <w:color w:val="000000"/>
          <w:sz w:val="32"/>
        </w:rPr>
        <w:t>Ихуд 61</w:t>
      </w:r>
    </w:p>
    <w:p>
      <w:pPr>
        <w:spacing w:before="40" w:after="120"/>
        <w:jc w:val="both"/>
      </w:pPr>
      <w:r>
        <w:rPr>
          <w:rFonts w:ascii="Georgia" w:hAnsi="Georgia"/>
          <w:b w:val="0"/>
          <w:i w:val="0"/>
          <w:color w:val="000000"/>
          <w:sz w:val="24"/>
        </w:rPr>
        <w:t xml:space="preserve">К вышеупомянутому: </w:t>
      </w:r>
      <w:r>
        <w:rPr>
          <w:rFonts w:ascii="Georgia" w:hAnsi="Georgia"/>
          <w:b w:val="0"/>
          <w:i/>
          <w:color w:val="000000"/>
          <w:sz w:val="24"/>
        </w:rPr>
        <w:t>«Как отдам тебя, Эфраим, [как] предам тебя, Исраэль…»</w:t>
      </w:r>
      <w:r>
        <w:rPr>
          <w:rFonts w:ascii="Georgia" w:hAnsi="Georgia"/>
          <w:b w:val="0"/>
          <w:i w:val="0"/>
          <w:color w:val="000000"/>
          <w:sz w:val="24"/>
        </w:rPr>
        <w:t xml:space="preserve"> (Ошеа 11:8).</w:t>
      </w:r>
    </w:p>
    <w:p>
      <w:pPr>
        <w:spacing w:before="40" w:after="120"/>
        <w:jc w:val="both"/>
      </w:pPr>
      <w:r>
        <w:rPr>
          <w:rFonts w:ascii="Georgia" w:hAnsi="Georgia"/>
          <w:b w:val="0"/>
          <w:i w:val="0"/>
          <w:color w:val="000000"/>
          <w:sz w:val="24"/>
        </w:rPr>
        <w:t>«Темеле» (</w:t>
      </w:r>
      <w:r>
        <w:rPr>
          <w:rFonts w:ascii="Georgia" w:hAnsi="Georgia" w:cs="Times New Roman"/>
          <w:b/>
          <w:i w:val="0"/>
          <w:color w:val="000000"/>
          <w:sz w:val="24"/>
          <w:rtl/>
          <w:szCs w:val="32"/>
        </w:rPr>
        <w:t>תֵמֶלֶ</w:t>
      </w:r>
      <w:r>
        <w:rPr>
          <w:rFonts w:ascii="Georgia" w:hAnsi="Georgia"/>
          <w:b w:val="0"/>
          <w:i w:val="0"/>
          <w:color w:val="000000"/>
          <w:sz w:val="24"/>
        </w:rPr>
        <w:t>): начальные буквы [первых четырех слов] — четыре [буквы] алеф, что в гематрии составляет 444 (</w:t>
      </w:r>
      <w:r>
        <w:rPr>
          <w:rFonts w:ascii="Georgia" w:hAnsi="Georgia" w:cs="Times New Roman"/>
          <w:b/>
          <w:i w:val="0"/>
          <w:color w:val="000000"/>
          <w:sz w:val="24"/>
          <w:rtl/>
          <w:szCs w:val="32"/>
        </w:rPr>
        <w:t>תמ״ד</w:t>
      </w:r>
      <w:r>
        <w:rPr>
          <w:rFonts w:ascii="Georgia" w:hAnsi="Georgia"/>
          <w:b w:val="0"/>
          <w:i w:val="0"/>
          <w:color w:val="000000"/>
          <w:sz w:val="24"/>
        </w:rPr>
        <w:t>); [далее написано:] АБ (</w:t>
      </w:r>
      <w:r>
        <w:rPr>
          <w:rFonts w:ascii="Georgia" w:hAnsi="Georgia" w:cs="Times New Roman"/>
          <w:b/>
          <w:i w:val="0"/>
          <w:color w:val="000000"/>
          <w:sz w:val="24"/>
          <w:rtl/>
          <w:szCs w:val="32"/>
        </w:rPr>
        <w:t>ע״ב</w:t>
      </w:r>
      <w:r>
        <w:rPr>
          <w:rFonts w:ascii="Georgia" w:hAnsi="Georgia"/>
          <w:b w:val="0"/>
          <w:i w:val="0"/>
          <w:color w:val="000000"/>
          <w:sz w:val="24"/>
        </w:rPr>
        <w:t>), МАД (</w:t>
      </w:r>
      <w:r>
        <w:rPr>
          <w:rFonts w:ascii="Georgia" w:hAnsi="Georgia" w:cs="Times New Roman"/>
          <w:b/>
          <w:i w:val="0"/>
          <w:color w:val="000000"/>
          <w:sz w:val="24"/>
          <w:rtl/>
          <w:szCs w:val="32"/>
        </w:rPr>
        <w:t>מ״ד</w:t>
      </w:r>
      <w:r>
        <w:rPr>
          <w:rFonts w:ascii="Georgia" w:hAnsi="Georgia"/>
          <w:b w:val="0"/>
          <w:i w:val="0"/>
          <w:color w:val="000000"/>
          <w:sz w:val="24"/>
        </w:rPr>
        <w:t>), 114 (</w:t>
      </w:r>
      <w:r>
        <w:rPr>
          <w:rFonts w:ascii="Georgia" w:hAnsi="Georgia" w:cs="Times New Roman"/>
          <w:b/>
          <w:i w:val="0"/>
          <w:color w:val="000000"/>
          <w:sz w:val="24"/>
          <w:rtl/>
          <w:szCs w:val="32"/>
        </w:rPr>
        <w:t>קי״ד</w:t>
      </w:r>
      <w:r>
        <w:rPr>
          <w:rFonts w:ascii="Georgia" w:hAnsi="Georgia"/>
          <w:b w:val="0"/>
          <w:i w:val="0"/>
          <w:color w:val="000000"/>
          <w:sz w:val="24"/>
        </w:rPr>
        <w:t>); а вместе с буквой йод (</w:t>
      </w:r>
      <w:r>
        <w:rPr>
          <w:rFonts w:ascii="Georgia" w:hAnsi="Georgia" w:cs="Times New Roman"/>
          <w:b/>
          <w:i w:val="0"/>
          <w:color w:val="000000"/>
          <w:sz w:val="24"/>
          <w:rtl/>
          <w:szCs w:val="32"/>
        </w:rPr>
        <w:t>י</w:t>
      </w:r>
      <w:r>
        <w:rPr>
          <w:rFonts w:ascii="Georgia" w:hAnsi="Georgia"/>
          <w:b w:val="0"/>
          <w:i w:val="0"/>
          <w:color w:val="000000"/>
          <w:sz w:val="24"/>
        </w:rPr>
        <w:t>) слова «Исраэль» получается 455 (</w:t>
      </w:r>
      <w:r>
        <w:rPr>
          <w:rFonts w:ascii="Georgia" w:hAnsi="Georgia" w:cs="Times New Roman"/>
          <w:b/>
          <w:i w:val="0"/>
          <w:color w:val="000000"/>
          <w:sz w:val="24"/>
          <w:rtl/>
          <w:szCs w:val="32"/>
        </w:rPr>
        <w:t>תנ״ה</w:t>
      </w:r>
      <w:r>
        <w:rPr>
          <w:rFonts w:ascii="Georgia" w:hAnsi="Georgia"/>
          <w:b w:val="0"/>
          <w:i w:val="0"/>
          <w:color w:val="000000"/>
          <w:sz w:val="24"/>
        </w:rPr>
        <w:t>), что равно [сумме трех наполнений Имени] ЭЙЕ: с йодин, с альфин и с хэйин. [Говорит Шмуэль: я не понял, что это за имя, и, возможно, вместо «тамал» (</w:t>
      </w:r>
      <w:r>
        <w:rPr>
          <w:rFonts w:ascii="Georgia" w:hAnsi="Georgia" w:cs="Times New Roman"/>
          <w:b/>
          <w:i w:val="0"/>
          <w:color w:val="000000"/>
          <w:sz w:val="24"/>
          <w:rtl/>
          <w:szCs w:val="32"/>
        </w:rPr>
        <w:t>תמל</w:t>
      </w:r>
      <w:r>
        <w:rPr>
          <w:rFonts w:ascii="Georgia" w:hAnsi="Georgia"/>
          <w:b w:val="0"/>
          <w:i w:val="0"/>
          <w:color w:val="000000"/>
          <w:sz w:val="24"/>
        </w:rPr>
        <w:t>) должно быть «тамад» (</w:t>
      </w:r>
      <w:r>
        <w:rPr>
          <w:rFonts w:ascii="Georgia" w:hAnsi="Georgia" w:cs="Times New Roman"/>
          <w:b/>
          <w:i w:val="0"/>
          <w:color w:val="000000"/>
          <w:sz w:val="24"/>
          <w:rtl/>
          <w:szCs w:val="32"/>
        </w:rPr>
        <w:t>תמד</w:t>
      </w:r>
      <w:r>
        <w:rPr>
          <w:rFonts w:ascii="Georgia" w:hAnsi="Georgia"/>
          <w:b w:val="0"/>
          <w:i w:val="0"/>
          <w:color w:val="000000"/>
          <w:sz w:val="24"/>
        </w:rPr>
        <w:t>). Кроме того, то, что написано: «АБ (</w:t>
      </w:r>
      <w:r>
        <w:rPr>
          <w:rFonts w:ascii="Georgia" w:hAnsi="Georgia" w:cs="Times New Roman"/>
          <w:b/>
          <w:i w:val="0"/>
          <w:color w:val="000000"/>
          <w:sz w:val="24"/>
          <w:rtl/>
          <w:szCs w:val="32"/>
        </w:rPr>
        <w:t>ע״ב</w:t>
      </w:r>
      <w:r>
        <w:rPr>
          <w:rFonts w:ascii="Georgia" w:hAnsi="Georgia"/>
          <w:b w:val="0"/>
          <w:i w:val="0"/>
          <w:color w:val="000000"/>
          <w:sz w:val="24"/>
        </w:rPr>
        <w:t>), МАД (</w:t>
      </w:r>
      <w:r>
        <w:rPr>
          <w:rFonts w:ascii="Georgia" w:hAnsi="Georgia" w:cs="Times New Roman"/>
          <w:b/>
          <w:i w:val="0"/>
          <w:color w:val="000000"/>
          <w:sz w:val="24"/>
          <w:rtl/>
          <w:szCs w:val="32"/>
        </w:rPr>
        <w:t>מ״ד</w:t>
      </w:r>
      <w:r>
        <w:rPr>
          <w:rFonts w:ascii="Georgia" w:hAnsi="Georgia"/>
          <w:b w:val="0"/>
          <w:i w:val="0"/>
          <w:color w:val="000000"/>
          <w:sz w:val="24"/>
        </w:rPr>
        <w:t>), 114 (</w:t>
      </w:r>
      <w:r>
        <w:rPr>
          <w:rFonts w:ascii="Georgia" w:hAnsi="Georgia" w:cs="Times New Roman"/>
          <w:b/>
          <w:i w:val="0"/>
          <w:color w:val="000000"/>
          <w:sz w:val="24"/>
          <w:rtl/>
          <w:szCs w:val="32"/>
        </w:rPr>
        <w:t>קי״ד</w:t>
      </w:r>
      <w:r>
        <w:rPr>
          <w:rFonts w:ascii="Georgia" w:hAnsi="Georgia"/>
          <w:b w:val="0"/>
          <w:i w:val="0"/>
          <w:color w:val="000000"/>
          <w:sz w:val="24"/>
        </w:rPr>
        <w:t>)», я не понял; однако если бы было сказано «АБ (</w:t>
      </w:r>
      <w:r>
        <w:rPr>
          <w:rFonts w:ascii="Georgia" w:hAnsi="Georgia" w:cs="Times New Roman"/>
          <w:b/>
          <w:i w:val="0"/>
          <w:color w:val="000000"/>
          <w:sz w:val="24"/>
          <w:rtl/>
          <w:szCs w:val="32"/>
        </w:rPr>
        <w:t>ע״ב</w:t>
      </w:r>
      <w:r>
        <w:rPr>
          <w:rFonts w:ascii="Georgia" w:hAnsi="Georgia"/>
          <w:b w:val="0"/>
          <w:i w:val="0"/>
          <w:color w:val="000000"/>
          <w:sz w:val="24"/>
        </w:rPr>
        <w:t>), 42 (</w:t>
      </w:r>
      <w:r>
        <w:rPr>
          <w:rFonts w:ascii="Georgia" w:hAnsi="Georgia" w:cs="Times New Roman"/>
          <w:b/>
          <w:i w:val="0"/>
          <w:color w:val="000000"/>
          <w:sz w:val="24"/>
          <w:rtl/>
          <w:szCs w:val="32"/>
        </w:rPr>
        <w:t>מ״ב</w:t>
      </w:r>
      <w:r>
        <w:rPr>
          <w:rFonts w:ascii="Georgia" w:hAnsi="Georgia"/>
          <w:b w:val="0"/>
          <w:i w:val="0"/>
          <w:color w:val="000000"/>
          <w:sz w:val="24"/>
        </w:rPr>
        <w:t>), 114 (</w:t>
      </w:r>
      <w:r>
        <w:rPr>
          <w:rFonts w:ascii="Georgia" w:hAnsi="Georgia" w:cs="Times New Roman"/>
          <w:b/>
          <w:i w:val="0"/>
          <w:color w:val="000000"/>
          <w:sz w:val="24"/>
          <w:rtl/>
          <w:szCs w:val="32"/>
        </w:rPr>
        <w:t>קי״ד</w:t>
      </w:r>
      <w:r>
        <w:rPr>
          <w:rFonts w:ascii="Georgia" w:hAnsi="Georgia"/>
          <w:b w:val="0"/>
          <w:i w:val="0"/>
          <w:color w:val="000000"/>
          <w:sz w:val="24"/>
        </w:rPr>
        <w:t>)», все сошлось бы хорошо.]</w:t>
      </w:r>
    </w:p>
    <w:p>
      <w:pPr>
        <w:spacing w:before="40" w:after="120"/>
        <w:jc w:val="both"/>
      </w:pPr>
      <w:r>
        <w:rPr>
          <w:rFonts w:ascii="Georgia" w:hAnsi="Georgia"/>
          <w:b w:val="0"/>
          <w:i w:val="0"/>
          <w:color w:val="000000"/>
          <w:sz w:val="24"/>
        </w:rPr>
        <w:t xml:space="preserve">Конечные буквы [слов] </w:t>
      </w:r>
      <w:r>
        <w:rPr>
          <w:rFonts w:ascii="Georgia" w:hAnsi="Georgia"/>
          <w:b w:val="0"/>
          <w:i/>
          <w:color w:val="000000"/>
          <w:sz w:val="24"/>
        </w:rPr>
        <w:t>«Как отдам тебя, Эфраим, [как] предам тебя, Исраэль»</w:t>
      </w:r>
      <w:r>
        <w:rPr>
          <w:rFonts w:ascii="Georgia" w:hAnsi="Georgia"/>
          <w:b w:val="0"/>
          <w:i w:val="0"/>
          <w:color w:val="000000"/>
          <w:sz w:val="24"/>
        </w:rPr>
        <w:t xml:space="preserve"> составляют 130 (</w:t>
      </w:r>
      <w:r>
        <w:rPr>
          <w:rFonts w:ascii="Georgia" w:hAnsi="Georgia" w:cs="Times New Roman"/>
          <w:b/>
          <w:i w:val="0"/>
          <w:color w:val="000000"/>
          <w:sz w:val="24"/>
          <w:rtl/>
          <w:szCs w:val="32"/>
        </w:rPr>
        <w:t>ק״ל</w:t>
      </w:r>
      <w:r>
        <w:rPr>
          <w:rFonts w:ascii="Georgia" w:hAnsi="Georgia"/>
          <w:b w:val="0"/>
          <w:i w:val="0"/>
          <w:color w:val="000000"/>
          <w:sz w:val="24"/>
        </w:rPr>
        <w:t>), что равно пяти [Именам] АВАЯ, [предназначенным] для низведения их в Нукву де-Зеир. Они также равны двум [Именам] АДОНАЙ: одно — для Леи, а другое — для Рахели.</w:t>
      </w:r>
    </w:p>
    <w:p>
      <w:pPr>
        <w:spacing w:before="40" w:after="120"/>
        <w:jc w:val="both"/>
      </w:pPr>
      <w:r>
        <w:rPr>
          <w:rFonts w:ascii="Georgia" w:hAnsi="Georgia"/>
          <w:b w:val="0"/>
          <w:i w:val="0"/>
          <w:color w:val="000000"/>
          <w:sz w:val="24"/>
        </w:rPr>
        <w:t>[Слово] «эйх» в гематрии равно [Имени] ЭЛЬ (</w:t>
      </w:r>
      <w:r>
        <w:rPr>
          <w:rFonts w:ascii="Georgia" w:hAnsi="Georgia" w:cs="Times New Roman"/>
          <w:b/>
          <w:i w:val="0"/>
          <w:color w:val="000000"/>
          <w:sz w:val="24"/>
          <w:rtl/>
          <w:szCs w:val="32"/>
        </w:rPr>
        <w:t>א״ל</w:t>
      </w:r>
      <w:r>
        <w:rPr>
          <w:rFonts w:ascii="Georgia" w:hAnsi="Georgia"/>
          <w:b w:val="0"/>
          <w:i w:val="0"/>
          <w:color w:val="000000"/>
          <w:sz w:val="24"/>
        </w:rPr>
        <w:t xml:space="preserve"> = 31).</w:t>
      </w:r>
    </w:p>
    <w:p>
      <w:pPr>
        <w:spacing w:before="40" w:after="120"/>
        <w:jc w:val="both"/>
      </w:pPr>
      <w:r>
        <w:rPr>
          <w:rFonts w:ascii="Georgia" w:hAnsi="Georgia"/>
          <w:b w:val="0"/>
          <w:i w:val="0"/>
          <w:color w:val="000000"/>
          <w:sz w:val="24"/>
        </w:rPr>
        <w:t>[Слово] «этэнха» в гематрии составляет 470 (</w:t>
      </w:r>
      <w:r>
        <w:rPr>
          <w:rFonts w:ascii="Georgia" w:hAnsi="Georgia" w:cs="Times New Roman"/>
          <w:b/>
          <w:i w:val="0"/>
          <w:color w:val="000000"/>
          <w:sz w:val="24"/>
          <w:rtl/>
          <w:szCs w:val="32"/>
        </w:rPr>
        <w:t>ע״ת</w:t>
      </w:r>
      <w:r>
        <w:rPr>
          <w:rFonts w:ascii="Georgia" w:hAnsi="Georgia"/>
          <w:b w:val="0"/>
          <w:i w:val="0"/>
          <w:color w:val="000000"/>
          <w:sz w:val="24"/>
        </w:rPr>
        <w:t>) вместе с колелем [471], и это — десять раз [Имя] АВАЯ и десять раз [Имя] ЭЙЕ: [Имена] АВАЯ — для Зеира, а [Имена] ЭЙЕ — для Леи.</w:t>
      </w:r>
    </w:p>
    <w:p>
      <w:pPr>
        <w:spacing w:before="40" w:after="120"/>
        <w:jc w:val="both"/>
      </w:pPr>
      <w:r>
        <w:rPr>
          <w:rFonts w:ascii="Georgia" w:hAnsi="Georgia"/>
          <w:b w:val="0"/>
          <w:i w:val="0"/>
          <w:color w:val="000000"/>
          <w:sz w:val="24"/>
        </w:rPr>
        <w:t>[Слово] «Эфраим» в гематрии составляет 331 (</w:t>
      </w:r>
      <w:r>
        <w:rPr>
          <w:rFonts w:ascii="Georgia" w:hAnsi="Georgia" w:cs="Times New Roman"/>
          <w:b/>
          <w:i w:val="0"/>
          <w:color w:val="000000"/>
          <w:sz w:val="24"/>
          <w:rtl/>
          <w:szCs w:val="32"/>
        </w:rPr>
        <w:t>של״א</w:t>
      </w:r>
      <w:r>
        <w:rPr>
          <w:rFonts w:ascii="Georgia" w:hAnsi="Georgia"/>
          <w:b w:val="0"/>
          <w:i w:val="0"/>
          <w:color w:val="000000"/>
          <w:sz w:val="24"/>
        </w:rPr>
        <w:t>): 300 (</w:t>
      </w:r>
      <w:r>
        <w:rPr>
          <w:rFonts w:ascii="Georgia" w:hAnsi="Georgia" w:cs="Times New Roman"/>
          <w:b/>
          <w:i w:val="0"/>
          <w:color w:val="000000"/>
          <w:sz w:val="24"/>
          <w:rtl/>
          <w:szCs w:val="32"/>
        </w:rPr>
        <w:t>ש</w:t>
      </w:r>
      <w:r>
        <w:rPr>
          <w:rFonts w:ascii="Georgia" w:hAnsi="Georgia"/>
          <w:b w:val="0"/>
          <w:i w:val="0"/>
          <w:color w:val="000000"/>
          <w:sz w:val="24"/>
        </w:rPr>
        <w:t xml:space="preserve">) — это </w:t>
      </w:r>
      <w:r>
        <w:rPr>
          <w:rFonts w:ascii="Georgia" w:hAnsi="Georgia" w:cs="Times New Roman"/>
          <w:b/>
          <w:i w:val="0"/>
          <w:color w:val="000000"/>
          <w:sz w:val="24"/>
          <w:rtl/>
          <w:szCs w:val="32"/>
        </w:rPr>
        <w:t>מצפ״ץ</w:t>
      </w:r>
      <w:r>
        <w:rPr>
          <w:rFonts w:ascii="Georgia" w:hAnsi="Georgia"/>
          <w:b w:val="0"/>
          <w:i w:val="0"/>
          <w:color w:val="000000"/>
          <w:sz w:val="24"/>
        </w:rPr>
        <w:t>, а 31 (</w:t>
      </w:r>
      <w:r>
        <w:rPr>
          <w:rFonts w:ascii="Georgia" w:hAnsi="Georgia" w:cs="Times New Roman"/>
          <w:b/>
          <w:i w:val="0"/>
          <w:color w:val="000000"/>
          <w:sz w:val="24"/>
          <w:rtl/>
          <w:szCs w:val="32"/>
        </w:rPr>
        <w:t>ל״א</w:t>
      </w:r>
      <w:r>
        <w:rPr>
          <w:rFonts w:ascii="Georgia" w:hAnsi="Georgia"/>
          <w:b w:val="0"/>
          <w:i w:val="0"/>
          <w:color w:val="000000"/>
          <w:sz w:val="24"/>
        </w:rPr>
        <w:t xml:space="preserve">) — это [Имя] ЭЛЬ. </w:t>
      </w:r>
      <w:r>
        <w:rPr>
          <w:rFonts w:ascii="Georgia" w:hAnsi="Georgia" w:cs="Times New Roman"/>
          <w:b/>
          <w:i w:val="0"/>
          <w:color w:val="000000"/>
          <w:sz w:val="24"/>
          <w:rtl/>
          <w:szCs w:val="32"/>
        </w:rPr>
        <w:t>מצפ״ץ</w:t>
      </w:r>
      <w:r>
        <w:rPr>
          <w:rFonts w:ascii="Georgia" w:hAnsi="Georgia"/>
          <w:b w:val="0"/>
          <w:i w:val="0"/>
          <w:color w:val="000000"/>
          <w:sz w:val="24"/>
        </w:rPr>
        <w:t xml:space="preserve"> — для Леи, а ЭЛЬ АВАЯ — для ЗА.</w:t>
      </w:r>
    </w:p>
    <w:p>
      <w:pPr>
        <w:spacing w:before="40" w:after="120"/>
        <w:jc w:val="both"/>
      </w:pPr>
      <w:r>
        <w:rPr>
          <w:rFonts w:ascii="Georgia" w:hAnsi="Georgia"/>
          <w:b w:val="0"/>
          <w:i w:val="0"/>
          <w:color w:val="000000"/>
          <w:sz w:val="24"/>
        </w:rPr>
        <w:t>[Слово] «амагенха» в гематрии составляет 114 (</w:t>
      </w:r>
      <w:r>
        <w:rPr>
          <w:rFonts w:ascii="Georgia" w:hAnsi="Georgia" w:cs="Times New Roman"/>
          <w:b/>
          <w:i w:val="0"/>
          <w:color w:val="000000"/>
          <w:sz w:val="24"/>
          <w:rtl/>
          <w:szCs w:val="32"/>
        </w:rPr>
        <w:t>קי״ד</w:t>
      </w:r>
      <w:r>
        <w:rPr>
          <w:rFonts w:ascii="Georgia" w:hAnsi="Georgia"/>
          <w:b w:val="0"/>
          <w:i w:val="0"/>
          <w:color w:val="000000"/>
          <w:sz w:val="24"/>
        </w:rPr>
        <w:t>), и это — АВАЯ де-АБ с наполнением йодин и сорок две ее буквы. [Говорит Шмуэль: теперь разъяснилось то, что написано выше: «АБ (</w:t>
      </w:r>
      <w:r>
        <w:rPr>
          <w:rFonts w:ascii="Georgia" w:hAnsi="Georgia" w:cs="Times New Roman"/>
          <w:b/>
          <w:i w:val="0"/>
          <w:color w:val="000000"/>
          <w:sz w:val="24"/>
          <w:rtl/>
          <w:szCs w:val="32"/>
        </w:rPr>
        <w:t>ע״ב</w:t>
      </w:r>
      <w:r>
        <w:rPr>
          <w:rFonts w:ascii="Georgia" w:hAnsi="Georgia"/>
          <w:b w:val="0"/>
          <w:i w:val="0"/>
          <w:color w:val="000000"/>
          <w:sz w:val="24"/>
        </w:rPr>
        <w:t>), 42 (</w:t>
      </w:r>
      <w:r>
        <w:rPr>
          <w:rFonts w:ascii="Georgia" w:hAnsi="Georgia" w:cs="Times New Roman"/>
          <w:b/>
          <w:i w:val="0"/>
          <w:color w:val="000000"/>
          <w:sz w:val="24"/>
          <w:rtl/>
          <w:szCs w:val="32"/>
        </w:rPr>
        <w:t>מ״ב</w:t>
      </w:r>
      <w:r>
        <w:rPr>
          <w:rFonts w:ascii="Georgia" w:hAnsi="Georgia"/>
          <w:b w:val="0"/>
          <w:i w:val="0"/>
          <w:color w:val="000000"/>
          <w:sz w:val="24"/>
        </w:rPr>
        <w:t>), 114 (</w:t>
      </w:r>
      <w:r>
        <w:rPr>
          <w:rFonts w:ascii="Georgia" w:hAnsi="Georgia" w:cs="Times New Roman"/>
          <w:b/>
          <w:i w:val="0"/>
          <w:color w:val="000000"/>
          <w:sz w:val="24"/>
          <w:rtl/>
          <w:szCs w:val="32"/>
        </w:rPr>
        <w:t>קי״ד</w:t>
      </w:r>
      <w:r>
        <w:rPr>
          <w:rFonts w:ascii="Georgia" w:hAnsi="Georgia"/>
          <w:b w:val="0"/>
          <w:i w:val="0"/>
          <w:color w:val="000000"/>
          <w:sz w:val="24"/>
        </w:rPr>
        <w:t>)», как я и исправил; и это число [слова] «амагенха», а также это трижды [Имя] ЭЛЬ и [одно] Имя ЭЙЕ.]</w:t>
      </w:r>
    </w:p>
    <w:p>
      <w:pPr>
        <w:spacing w:before="40" w:after="120"/>
        <w:jc w:val="both"/>
      </w:pPr>
      <w:r>
        <w:rPr>
          <w:rFonts w:ascii="Georgia" w:hAnsi="Georgia"/>
          <w:b w:val="0"/>
          <w:i w:val="0"/>
          <w:color w:val="000000"/>
          <w:sz w:val="24"/>
        </w:rPr>
        <w:t>[Слово] «Исраэль»: десять раз по хэй-йод (</w:t>
      </w:r>
      <w:r>
        <w:rPr>
          <w:rFonts w:ascii="Georgia" w:hAnsi="Georgia" w:cs="Times New Roman"/>
          <w:b/>
          <w:i w:val="0"/>
          <w:color w:val="000000"/>
          <w:sz w:val="24"/>
          <w:rtl/>
          <w:szCs w:val="32"/>
        </w:rPr>
        <w:t>ה״י</w:t>
      </w:r>
      <w:r>
        <w:rPr>
          <w:rFonts w:ascii="Georgia" w:hAnsi="Georgia"/>
          <w:b w:val="0"/>
          <w:i w:val="0"/>
          <w:color w:val="000000"/>
          <w:sz w:val="24"/>
        </w:rPr>
        <w:t xml:space="preserve">) — это 300 (буква шин, </w:t>
      </w:r>
      <w:r>
        <w:rPr>
          <w:rFonts w:ascii="Georgia" w:hAnsi="Georgia" w:cs="Times New Roman"/>
          <w:b/>
          <w:i w:val="0"/>
          <w:color w:val="000000"/>
          <w:sz w:val="24"/>
          <w:rtl/>
          <w:szCs w:val="32"/>
        </w:rPr>
        <w:t>ש</w:t>
      </w:r>
      <w:r>
        <w:rPr>
          <w:rFonts w:ascii="Georgia" w:hAnsi="Georgia"/>
          <w:b w:val="0"/>
          <w:i w:val="0"/>
          <w:color w:val="000000"/>
          <w:sz w:val="24"/>
        </w:rPr>
        <w:t>); десять раз по хэй-хэй (</w:t>
      </w:r>
      <w:r>
        <w:rPr>
          <w:rFonts w:ascii="Georgia" w:hAnsi="Georgia" w:cs="Times New Roman"/>
          <w:b/>
          <w:i w:val="0"/>
          <w:color w:val="000000"/>
          <w:sz w:val="24"/>
          <w:rtl/>
          <w:szCs w:val="32"/>
        </w:rPr>
        <w:t>ה״ה</w:t>
      </w:r>
      <w:r>
        <w:rPr>
          <w:rFonts w:ascii="Georgia" w:hAnsi="Georgia"/>
          <w:b w:val="0"/>
          <w:i w:val="0"/>
          <w:color w:val="000000"/>
          <w:sz w:val="24"/>
        </w:rPr>
        <w:t xml:space="preserve">) — это 200 (буква рэйш, </w:t>
      </w:r>
      <w:r>
        <w:rPr>
          <w:rFonts w:ascii="Georgia" w:hAnsi="Georgia" w:cs="Times New Roman"/>
          <w:b/>
          <w:i w:val="0"/>
          <w:color w:val="000000"/>
          <w:sz w:val="24"/>
          <w:rtl/>
          <w:szCs w:val="32"/>
        </w:rPr>
        <w:t>ר</w:t>
      </w:r>
      <w:r>
        <w:rPr>
          <w:rFonts w:ascii="Georgia" w:hAnsi="Georgia"/>
          <w:b w:val="0"/>
          <w:i w:val="0"/>
          <w:color w:val="000000"/>
          <w:sz w:val="24"/>
        </w:rPr>
        <w:t>); йод-хэй с наполнением алеф (</w:t>
      </w:r>
      <w:r>
        <w:rPr>
          <w:rFonts w:ascii="Georgia" w:hAnsi="Georgia" w:cs="Times New Roman"/>
          <w:b/>
          <w:i w:val="0"/>
          <w:color w:val="000000"/>
          <w:sz w:val="24"/>
          <w:rtl/>
          <w:szCs w:val="32"/>
        </w:rPr>
        <w:t>יו״ד ה״א</w:t>
      </w:r>
      <w:r>
        <w:rPr>
          <w:rFonts w:ascii="Georgia" w:hAnsi="Georgia"/>
          <w:b w:val="0"/>
          <w:i w:val="0"/>
          <w:color w:val="000000"/>
          <w:sz w:val="24"/>
        </w:rPr>
        <w:t>) — это 26 (</w:t>
      </w:r>
      <w:r>
        <w:rPr>
          <w:rFonts w:ascii="Georgia" w:hAnsi="Georgia" w:cs="Times New Roman"/>
          <w:b/>
          <w:i w:val="0"/>
          <w:color w:val="000000"/>
          <w:sz w:val="24"/>
          <w:rtl/>
          <w:szCs w:val="32"/>
        </w:rPr>
        <w:t>כ״ו</w:t>
      </w:r>
      <w:r>
        <w:rPr>
          <w:rFonts w:ascii="Georgia" w:hAnsi="Georgia"/>
          <w:b w:val="0"/>
          <w:i w:val="0"/>
          <w:color w:val="000000"/>
          <w:sz w:val="24"/>
        </w:rPr>
        <w:t>); [Имя] ЙА (</w:t>
      </w:r>
      <w:r>
        <w:rPr>
          <w:rFonts w:ascii="Georgia" w:hAnsi="Georgia" w:cs="Times New Roman"/>
          <w:b/>
          <w:i w:val="0"/>
          <w:color w:val="000000"/>
          <w:sz w:val="24"/>
          <w:rtl/>
          <w:szCs w:val="32"/>
        </w:rPr>
        <w:t>י״ה</w:t>
      </w:r>
      <w:r>
        <w:rPr>
          <w:rFonts w:ascii="Georgia" w:hAnsi="Georgia"/>
          <w:b w:val="0"/>
          <w:i w:val="0"/>
          <w:color w:val="000000"/>
          <w:sz w:val="24"/>
        </w:rPr>
        <w:t>) — это 15 (</w:t>
      </w:r>
      <w:r>
        <w:rPr>
          <w:rFonts w:ascii="Georgia" w:hAnsi="Georgia" w:cs="Times New Roman"/>
          <w:b/>
          <w:i w:val="0"/>
          <w:color w:val="000000"/>
          <w:sz w:val="24"/>
          <w:rtl/>
          <w:szCs w:val="32"/>
        </w:rPr>
        <w:t>ט״ו</w:t>
      </w:r>
      <w:r>
        <w:rPr>
          <w:rFonts w:ascii="Georgia" w:hAnsi="Georgia"/>
          <w:b w:val="0"/>
          <w:i w:val="0"/>
          <w:color w:val="000000"/>
          <w:sz w:val="24"/>
        </w:rPr>
        <w:t>). Вот и получается [число имени] «Исраэль», как разъяснено у нас в «Шаар а-Тфила» в толковании на «Шма, Исраэль».</w:t>
      </w:r>
    </w:p>
    <w:p>
      <w:pPr>
        <w:spacing w:before="40" w:after="120"/>
        <w:jc w:val="both"/>
      </w:pPr>
      <w:r>
        <w:rPr>
          <w:rFonts w:ascii="Georgia" w:hAnsi="Georgia"/>
          <w:b w:val="0"/>
          <w:i w:val="0"/>
          <w:color w:val="000000"/>
          <w:sz w:val="24"/>
        </w:rPr>
        <w:t>Суть же простого [Имени] ЙА (</w:t>
      </w:r>
      <w:r>
        <w:rPr>
          <w:rFonts w:ascii="Georgia" w:hAnsi="Georgia" w:cs="Times New Roman"/>
          <w:b/>
          <w:i w:val="0"/>
          <w:color w:val="000000"/>
          <w:sz w:val="24"/>
          <w:rtl/>
          <w:szCs w:val="32"/>
        </w:rPr>
        <w:t>י״ה</w:t>
      </w:r>
      <w:r>
        <w:rPr>
          <w:rFonts w:ascii="Georgia" w:hAnsi="Georgia"/>
          <w:b w:val="0"/>
          <w:i w:val="0"/>
          <w:color w:val="000000"/>
          <w:sz w:val="24"/>
        </w:rPr>
        <w:t>) — это тайна Леи, называемой [буквой] далет (</w:t>
      </w:r>
      <w:r>
        <w:rPr>
          <w:rFonts w:ascii="Georgia" w:hAnsi="Georgia" w:cs="Times New Roman"/>
          <w:b/>
          <w:i w:val="0"/>
          <w:color w:val="000000"/>
          <w:sz w:val="24"/>
          <w:rtl/>
          <w:szCs w:val="32"/>
        </w:rPr>
        <w:t>ד</w:t>
      </w:r>
      <w:r>
        <w:rPr>
          <w:rFonts w:ascii="Georgia" w:hAnsi="Georgia"/>
          <w:b w:val="0"/>
          <w:i w:val="0"/>
          <w:color w:val="000000"/>
          <w:sz w:val="24"/>
        </w:rPr>
        <w:t>), которая [находится] позади узла тфилин де-рош.</w:t>
      </w:r>
    </w:p>
    <w:p>
      <w:pPr>
        <w:keepNext/>
        <w:spacing w:before="320" w:after="120"/>
      </w:pPr>
      <w:r>
        <w:rPr>
          <w:rFonts w:ascii="Georgia" w:hAnsi="Georgia"/>
          <w:b w:val="0"/>
          <w:i w:val="0"/>
          <w:color w:val="000000"/>
          <w:sz w:val="32"/>
        </w:rPr>
        <w:t>Ихуд 62</w:t>
      </w:r>
    </w:p>
    <w:p>
      <w:pPr>
        <w:spacing w:before="40" w:after="120"/>
        <w:jc w:val="both"/>
      </w:pPr>
      <w:r>
        <w:rPr>
          <w:rFonts w:ascii="Georgia" w:hAnsi="Georgia"/>
          <w:b w:val="0"/>
          <w:i w:val="0"/>
          <w:color w:val="000000"/>
          <w:sz w:val="24"/>
        </w:rPr>
        <w:t xml:space="preserve">Относительно упомянутого выше [Имени] ЭЛЬ. </w:t>
      </w:r>
      <w:r>
        <w:rPr>
          <w:rFonts w:ascii="Georgia" w:hAnsi="Georgia" w:cs="Times New Roman"/>
          <w:b/>
          <w:i w:val="0"/>
          <w:color w:val="000000"/>
          <w:sz w:val="24"/>
          <w:rtl/>
          <w:szCs w:val="32"/>
        </w:rPr>
        <w:t>צָבָאָוָתָ</w:t>
      </w:r>
      <w:r>
        <w:rPr>
          <w:rFonts w:ascii="Georgia" w:hAnsi="Georgia"/>
          <w:b w:val="0"/>
          <w:i w:val="0"/>
          <w:color w:val="000000"/>
          <w:sz w:val="24"/>
        </w:rPr>
        <w:t xml:space="preserve">: [слово] </w:t>
      </w:r>
      <w:r>
        <w:rPr>
          <w:rFonts w:ascii="Georgia" w:hAnsi="Georgia"/>
          <w:b w:val="0"/>
          <w:i/>
          <w:color w:val="000000"/>
          <w:sz w:val="24"/>
        </w:rPr>
        <w:t>цава</w:t>
      </w:r>
      <w:r>
        <w:rPr>
          <w:rFonts w:ascii="Georgia" w:hAnsi="Georgia"/>
          <w:b w:val="0"/>
          <w:i w:val="0"/>
          <w:color w:val="000000"/>
          <w:sz w:val="24"/>
        </w:rPr>
        <w:t xml:space="preserve"> (</w:t>
      </w:r>
      <w:r>
        <w:rPr>
          <w:rFonts w:ascii="Georgia" w:hAnsi="Georgia" w:cs="Times New Roman"/>
          <w:b/>
          <w:i w:val="0"/>
          <w:color w:val="000000"/>
          <w:sz w:val="24"/>
          <w:rtl/>
          <w:szCs w:val="32"/>
        </w:rPr>
        <w:t>צָבָא</w:t>
      </w:r>
      <w:r>
        <w:rPr>
          <w:rFonts w:ascii="Georgia" w:hAnsi="Georgia"/>
          <w:b w:val="0"/>
          <w:i w:val="0"/>
          <w:color w:val="000000"/>
          <w:sz w:val="24"/>
        </w:rPr>
        <w:t>) и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w:t>
      </w:r>
      <w:r>
        <w:rPr>
          <w:rFonts w:ascii="Georgia" w:hAnsi="Georgia"/>
          <w:b w:val="0"/>
          <w:i/>
          <w:color w:val="000000"/>
          <w:sz w:val="24"/>
        </w:rPr>
        <w:t>Цава</w:t>
      </w:r>
      <w:r>
        <w:rPr>
          <w:rFonts w:ascii="Georgia" w:hAnsi="Georgia"/>
          <w:b w:val="0"/>
          <w:i w:val="0"/>
          <w:color w:val="000000"/>
          <w:sz w:val="24"/>
        </w:rPr>
        <w:t xml:space="preserve"> — это трижды [Имя] ЭЛЬ (</w:t>
      </w:r>
      <w:r>
        <w:rPr>
          <w:rFonts w:ascii="Georgia" w:hAnsi="Georgia" w:cs="Times New Roman"/>
          <w:b/>
          <w:i w:val="0"/>
          <w:color w:val="000000"/>
          <w:sz w:val="24"/>
          <w:rtl/>
          <w:szCs w:val="32"/>
        </w:rPr>
        <w:t>אֵל</w:t>
      </w:r>
      <w:r>
        <w:rPr>
          <w:rFonts w:ascii="Georgia" w:hAnsi="Georgia"/>
          <w:b w:val="0"/>
          <w:i w:val="0"/>
          <w:color w:val="000000"/>
          <w:sz w:val="24"/>
        </w:rPr>
        <w:t xml:space="preserve"> = 31, 3 × 31 = 93), что равно [числу слова] </w:t>
      </w:r>
      <w:r>
        <w:rPr>
          <w:rFonts w:ascii="Georgia" w:hAnsi="Georgia"/>
          <w:b w:val="0"/>
          <w:i/>
          <w:color w:val="000000"/>
          <w:sz w:val="24"/>
        </w:rPr>
        <w:t>маген</w:t>
      </w:r>
      <w:r>
        <w:rPr>
          <w:rFonts w:ascii="Georgia" w:hAnsi="Georgia"/>
          <w:b w:val="0"/>
          <w:i w:val="0"/>
          <w:color w:val="000000"/>
          <w:sz w:val="24"/>
        </w:rPr>
        <w:t xml:space="preserve"> («щит», </w:t>
      </w:r>
      <w:r>
        <w:rPr>
          <w:rFonts w:ascii="Georgia" w:hAnsi="Georgia" w:cs="Times New Roman"/>
          <w:b/>
          <w:i w:val="0"/>
          <w:color w:val="000000"/>
          <w:sz w:val="24"/>
          <w:rtl/>
          <w:szCs w:val="32"/>
        </w:rPr>
        <w:t>מָגֵן</w:t>
      </w:r>
      <w:r>
        <w:rPr>
          <w:rFonts w:ascii="Georgia" w:hAnsi="Georgia"/>
          <w:b w:val="0"/>
          <w:i w:val="0"/>
          <w:color w:val="000000"/>
          <w:sz w:val="24"/>
        </w:rPr>
        <w:t xml:space="preserve"> = 93). [Буква] йод вместе со словом </w:t>
      </w:r>
      <w:r>
        <w:rPr>
          <w:rFonts w:ascii="Georgia" w:hAnsi="Georgia"/>
          <w:b w:val="0"/>
          <w:i/>
          <w:color w:val="000000"/>
          <w:sz w:val="24"/>
        </w:rPr>
        <w:t>цава</w:t>
      </w:r>
      <w:r>
        <w:rPr>
          <w:rFonts w:ascii="Georgia" w:hAnsi="Georgia"/>
          <w:b w:val="0"/>
          <w:i w:val="0"/>
          <w:color w:val="000000"/>
          <w:sz w:val="24"/>
        </w:rPr>
        <w:t xml:space="preserve"> составляет 103 (</w:t>
      </w:r>
      <w:r>
        <w:rPr>
          <w:rFonts w:ascii="Georgia" w:hAnsi="Georgia" w:cs="Times New Roman"/>
          <w:b/>
          <w:i w:val="0"/>
          <w:color w:val="000000"/>
          <w:sz w:val="24"/>
          <w:rtl/>
          <w:szCs w:val="32"/>
        </w:rPr>
        <w:t>ק״ג</w:t>
      </w:r>
      <w:r>
        <w:rPr>
          <w:rFonts w:ascii="Georgia" w:hAnsi="Georgia"/>
          <w:b w:val="0"/>
          <w:i w:val="0"/>
          <w:color w:val="000000"/>
          <w:sz w:val="24"/>
        </w:rPr>
        <w:t>). [Число 103 складывается из] 73 (</w:t>
      </w:r>
      <w:r>
        <w:rPr>
          <w:rFonts w:ascii="Georgia" w:hAnsi="Georgia" w:cs="Times New Roman"/>
          <w:b/>
          <w:i w:val="0"/>
          <w:color w:val="000000"/>
          <w:sz w:val="24"/>
          <w:rtl/>
          <w:szCs w:val="32"/>
        </w:rPr>
        <w:t>ע״ג</w:t>
      </w:r>
      <w:r>
        <w:rPr>
          <w:rFonts w:ascii="Georgia" w:hAnsi="Georgia"/>
          <w:b w:val="0"/>
          <w:i w:val="0"/>
          <w:color w:val="000000"/>
          <w:sz w:val="24"/>
        </w:rPr>
        <w:t>),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и четырех его букв (4). Это четырехбуквенное Имя относится к Гвуре. ЦВАОТ — это Есод; он притягивает шесть букв йод из САГ и АВАЯ, и они представляют собой шесть концов (ВАК). Кроме того, Есод поднимается по средней линии (</w:t>
      </w:r>
      <w:r>
        <w:rPr>
          <w:rFonts w:ascii="Georgia" w:hAnsi="Georgia"/>
          <w:b w:val="0"/>
          <w:i/>
          <w:color w:val="000000"/>
          <w:sz w:val="24"/>
        </w:rPr>
        <w:t>кав</w:t>
      </w:r>
      <w:r>
        <w:rPr>
          <w:rFonts w:ascii="Georgia" w:hAnsi="Georgia"/>
          <w:b w:val="0"/>
          <w:i w:val="0"/>
          <w:color w:val="000000"/>
          <w:sz w:val="24"/>
        </w:rPr>
        <w:t>) и притягивает справа один мозг — буквенное наполнение через йод, равное 46 (</w:t>
      </w:r>
      <w:r>
        <w:rPr>
          <w:rFonts w:ascii="Georgia" w:hAnsi="Georgia" w:cs="Times New Roman"/>
          <w:b/>
          <w:i w:val="0"/>
          <w:color w:val="000000"/>
          <w:sz w:val="24"/>
          <w:rtl/>
          <w:szCs w:val="32"/>
        </w:rPr>
        <w:t>מ״ו</w:t>
      </w:r>
      <w:r>
        <w:rPr>
          <w:rFonts w:ascii="Georgia" w:hAnsi="Georgia"/>
          <w:b w:val="0"/>
          <w:i w:val="0"/>
          <w:color w:val="000000"/>
          <w:sz w:val="24"/>
        </w:rPr>
        <w:t xml:space="preserve">), а слева — второй мозг: [Имя] </w:t>
      </w:r>
      <w:r>
        <w:rPr>
          <w:rFonts w:ascii="Georgia" w:hAnsi="Georgia"/>
          <w:b w:val="0"/>
          <w:i/>
          <w:color w:val="000000"/>
          <w:sz w:val="24"/>
        </w:rPr>
        <w:t>Элоки</w:t>
      </w:r>
      <w:r>
        <w:rPr>
          <w:rFonts w:ascii="Georgia" w:hAnsi="Georgia"/>
          <w:b w:val="0"/>
          <w:i w:val="0"/>
          <w:color w:val="000000"/>
          <w:sz w:val="24"/>
        </w:rPr>
        <w:t xml:space="preserve"> (</w:t>
      </w:r>
      <w:r>
        <w:rPr>
          <w:rFonts w:ascii="Georgia" w:hAnsi="Georgia" w:cs="Times New Roman"/>
          <w:b/>
          <w:i w:val="0"/>
          <w:color w:val="000000"/>
          <w:sz w:val="24"/>
          <w:rtl/>
          <w:szCs w:val="32"/>
        </w:rPr>
        <w:t>אֱלֹהֵי</w:t>
      </w:r>
      <w:r>
        <w:rPr>
          <w:rFonts w:ascii="Georgia" w:hAnsi="Georgia"/>
          <w:b w:val="0"/>
          <w:i w:val="0"/>
          <w:color w:val="000000"/>
          <w:sz w:val="24"/>
        </w:rPr>
        <w:t xml:space="preserve"> = 46). 46 и </w:t>
      </w:r>
      <w:r>
        <w:rPr>
          <w:rFonts w:ascii="Georgia" w:hAnsi="Georgia"/>
          <w:b w:val="0"/>
          <w:i/>
          <w:color w:val="000000"/>
          <w:sz w:val="24"/>
        </w:rPr>
        <w:t>Элоки</w:t>
      </w:r>
      <w:r>
        <w:rPr>
          <w:rFonts w:ascii="Georgia" w:hAnsi="Georgia"/>
          <w:b w:val="0"/>
          <w:i w:val="0"/>
          <w:color w:val="000000"/>
          <w:sz w:val="24"/>
        </w:rPr>
        <w:t xml:space="preserve"> составляют 92 (</w:t>
      </w:r>
      <w:r>
        <w:rPr>
          <w:rFonts w:ascii="Georgia" w:hAnsi="Georgia" w:cs="Times New Roman"/>
          <w:b/>
          <w:i w:val="0"/>
          <w:color w:val="000000"/>
          <w:sz w:val="24"/>
          <w:rtl/>
          <w:szCs w:val="32"/>
        </w:rPr>
        <w:t>צ״ב</w:t>
      </w:r>
      <w:r>
        <w:rPr>
          <w:rFonts w:ascii="Georgia" w:hAnsi="Georgia"/>
          <w:b w:val="0"/>
          <w:i w:val="0"/>
          <w:color w:val="000000"/>
          <w:sz w:val="24"/>
        </w:rPr>
        <w:t>). В лике Ариха 73 и 19 (</w:t>
      </w:r>
      <w:r>
        <w:rPr>
          <w:rFonts w:ascii="Georgia" w:hAnsi="Georgia" w:cs="Times New Roman"/>
          <w:b/>
          <w:i w:val="0"/>
          <w:color w:val="000000"/>
          <w:sz w:val="24"/>
          <w:rtl/>
          <w:szCs w:val="32"/>
        </w:rPr>
        <w:t>י״ט</w:t>
      </w:r>
      <w:r>
        <w:rPr>
          <w:rFonts w:ascii="Georgia" w:hAnsi="Georgia"/>
          <w:b w:val="0"/>
          <w:i w:val="0"/>
          <w:color w:val="000000"/>
          <w:sz w:val="24"/>
        </w:rPr>
        <w:t>), представляющее собой наполнение АВАЯ де-МА, также дают 92, так что оба они равны 92: справа 92 и слева 92.</w:t>
      </w:r>
    </w:p>
    <w:p>
      <w:pPr>
        <w:spacing w:before="40" w:after="120"/>
        <w:jc w:val="both"/>
      </w:pPr>
      <w:r>
        <w:rPr>
          <w:rFonts w:ascii="Georgia" w:hAnsi="Georgia"/>
          <w:b w:val="0"/>
          <w:i w:val="0"/>
          <w:color w:val="000000"/>
          <w:sz w:val="24"/>
        </w:rPr>
        <w:t>Также пусть направит намерение (</w:t>
      </w:r>
      <w:r>
        <w:rPr>
          <w:rFonts w:ascii="Georgia" w:hAnsi="Georgia"/>
          <w:b w:val="0"/>
          <w:i/>
          <w:color w:val="000000"/>
          <w:sz w:val="24"/>
        </w:rPr>
        <w:t>кавана</w:t>
      </w:r>
      <w:r>
        <w:rPr>
          <w:rFonts w:ascii="Georgia" w:hAnsi="Georgia"/>
          <w:b w:val="0"/>
          <w:i w:val="0"/>
          <w:color w:val="000000"/>
          <w:sz w:val="24"/>
        </w:rPr>
        <w:t>) на то, что Есод принимает от Бины двадцать две буквы по принципу прямого света, а затем Есод передает [их] Малхут [начиная с буквы] тав (</w:t>
      </w:r>
      <w:r>
        <w:rPr>
          <w:rFonts w:ascii="Georgia" w:hAnsi="Georgia" w:cs="Times New Roman"/>
          <w:b/>
          <w:i w:val="0"/>
          <w:color w:val="000000"/>
          <w:sz w:val="24"/>
          <w:rtl/>
          <w:szCs w:val="32"/>
        </w:rPr>
        <w:t>ת</w:t>
      </w:r>
      <w:r>
        <w:rPr>
          <w:rFonts w:ascii="Georgia" w:hAnsi="Georgia"/>
          <w:b w:val="0"/>
          <w:i w:val="0"/>
          <w:color w:val="000000"/>
          <w:sz w:val="24"/>
        </w:rPr>
        <w:t xml:space="preserve">), так что та принимает их в обратном порядке — по принципу </w:t>
      </w:r>
      <w:r>
        <w:rPr>
          <w:rFonts w:ascii="Georgia" w:hAnsi="Georgia"/>
          <w:b w:val="0"/>
          <w:i/>
          <w:color w:val="000000"/>
          <w:sz w:val="24"/>
        </w:rPr>
        <w:t>ташрак</w:t>
      </w:r>
      <w:r>
        <w:rPr>
          <w:rFonts w:ascii="Georgia" w:hAnsi="Georgia"/>
          <w:b w:val="0"/>
          <w:i w:val="0"/>
          <w:color w:val="000000"/>
          <w:sz w:val="24"/>
        </w:rPr>
        <w:t xml:space="preserve"> (</w:t>
      </w:r>
      <w:r>
        <w:rPr>
          <w:rFonts w:ascii="Georgia" w:hAnsi="Georgia" w:cs="Times New Roman"/>
          <w:b/>
          <w:i w:val="0"/>
          <w:color w:val="000000"/>
          <w:sz w:val="24"/>
          <w:rtl/>
          <w:szCs w:val="32"/>
        </w:rPr>
        <w:t>תשר״ק</w:t>
      </w:r>
      <w:r>
        <w:rPr>
          <w:rFonts w:ascii="Georgia" w:hAnsi="Georgia"/>
          <w:b w:val="0"/>
          <w:i w:val="0"/>
          <w:color w:val="000000"/>
          <w:sz w:val="24"/>
        </w:rPr>
        <w:t>); и на это указывают [буквы] алеф (</w:t>
      </w:r>
      <w:r>
        <w:rPr>
          <w:rFonts w:ascii="Georgia" w:hAnsi="Georgia" w:cs="Times New Roman"/>
          <w:b/>
          <w:i w:val="0"/>
          <w:color w:val="000000"/>
          <w:sz w:val="24"/>
          <w:rtl/>
          <w:szCs w:val="32"/>
        </w:rPr>
        <w:t>א</w:t>
      </w:r>
      <w:r>
        <w:rPr>
          <w:rFonts w:ascii="Georgia" w:hAnsi="Georgia"/>
          <w:b w:val="0"/>
          <w:i w:val="0"/>
          <w:color w:val="000000"/>
          <w:sz w:val="24"/>
        </w:rPr>
        <w:t>) и тав (</w:t>
      </w:r>
      <w:r>
        <w:rPr>
          <w:rFonts w:ascii="Georgia" w:hAnsi="Georgia" w:cs="Times New Roman"/>
          <w:b/>
          <w:i w:val="0"/>
          <w:color w:val="000000"/>
          <w:sz w:val="24"/>
          <w:rtl/>
          <w:szCs w:val="32"/>
        </w:rPr>
        <w:t>ת</w:t>
      </w:r>
      <w:r>
        <w:rPr>
          <w:rFonts w:ascii="Georgia" w:hAnsi="Georgia"/>
          <w:b w:val="0"/>
          <w:i w:val="0"/>
          <w:color w:val="000000"/>
          <w:sz w:val="24"/>
        </w:rPr>
        <w:t>), имеющиеся в имени ЦВАОТ. Кроме того, в имени ЦВАОТ запечатлены буквы тав и вав (</w:t>
      </w:r>
      <w:r>
        <w:rPr>
          <w:rFonts w:ascii="Georgia" w:hAnsi="Georgia" w:cs="Times New Roman"/>
          <w:b/>
          <w:i w:val="0"/>
          <w:color w:val="000000"/>
          <w:sz w:val="24"/>
          <w:rtl/>
          <w:szCs w:val="32"/>
        </w:rPr>
        <w:t>ת״ו</w:t>
      </w:r>
      <w:r>
        <w:rPr>
          <w:rFonts w:ascii="Georgia" w:hAnsi="Georgia"/>
          <w:b w:val="0"/>
          <w:i w:val="0"/>
          <w:color w:val="000000"/>
          <w:sz w:val="24"/>
        </w:rPr>
        <w:t>), что указывает на «совершенного в познании» (</w:t>
      </w:r>
      <w:r>
        <w:rPr>
          <w:rFonts w:ascii="Georgia" w:hAnsi="Georgia"/>
          <w:b w:val="0"/>
          <w:i/>
          <w:color w:val="000000"/>
          <w:sz w:val="24"/>
        </w:rPr>
        <w:t>тамим деот</w:t>
      </w:r>
      <w:r>
        <w:rPr>
          <w:rFonts w:ascii="Georgia" w:hAnsi="Georgia"/>
          <w:b w:val="0"/>
          <w:i w:val="0"/>
          <w:color w:val="000000"/>
          <w:sz w:val="24"/>
        </w:rPr>
        <w:t>), как сказано в «Идра раба» (раздел Насо) о мозге Атика, смотри там. Буквы тав и вав (</w:t>
      </w:r>
      <w:r>
        <w:rPr>
          <w:rFonts w:ascii="Georgia" w:hAnsi="Georgia" w:cs="Times New Roman"/>
          <w:b/>
          <w:i w:val="0"/>
          <w:color w:val="000000"/>
          <w:sz w:val="24"/>
          <w:rtl/>
          <w:szCs w:val="32"/>
        </w:rPr>
        <w:t>ת״ו</w:t>
      </w:r>
      <w:r>
        <w:rPr>
          <w:rFonts w:ascii="Georgia" w:hAnsi="Georgia"/>
          <w:b w:val="0"/>
          <w:i w:val="0"/>
          <w:color w:val="000000"/>
          <w:sz w:val="24"/>
        </w:rPr>
        <w:t xml:space="preserve"> = 406) в гематрии равны 392 (</w:t>
      </w:r>
      <w:r>
        <w:rPr>
          <w:rFonts w:ascii="Georgia" w:hAnsi="Georgia" w:cs="Times New Roman"/>
          <w:b/>
          <w:i w:val="0"/>
          <w:color w:val="000000"/>
          <w:sz w:val="24"/>
          <w:rtl/>
          <w:szCs w:val="32"/>
        </w:rPr>
        <w:t>שצ״ב</w:t>
      </w:r>
      <w:r>
        <w:rPr>
          <w:rFonts w:ascii="Georgia" w:hAnsi="Georgia"/>
          <w:b w:val="0"/>
          <w:i w:val="0"/>
          <w:color w:val="000000"/>
          <w:sz w:val="24"/>
        </w:rPr>
        <w:t xml:space="preserve">), плюс восемь букв имени </w:t>
      </w:r>
      <w:r>
        <w:rPr>
          <w:rFonts w:ascii="Georgia" w:hAnsi="Georgia" w:cs="Times New Roman"/>
          <w:b/>
          <w:i w:val="0"/>
          <w:color w:val="000000"/>
          <w:sz w:val="24"/>
          <w:rtl/>
          <w:szCs w:val="32"/>
        </w:rPr>
        <w:t>יאהדונהי</w:t>
      </w:r>
      <w:r>
        <w:rPr>
          <w:rFonts w:ascii="Georgia" w:hAnsi="Georgia"/>
          <w:b w:val="0"/>
          <w:i w:val="0"/>
          <w:color w:val="000000"/>
          <w:sz w:val="24"/>
        </w:rPr>
        <w:t xml:space="preserve"> и буква вав (6), соответствующая шести буквам </w:t>
      </w:r>
      <w:r>
        <w:rPr>
          <w:rFonts w:ascii="Georgia" w:hAnsi="Georgia" w:cs="Times New Roman"/>
          <w:b/>
          <w:i w:val="0"/>
          <w:color w:val="000000"/>
          <w:sz w:val="24"/>
          <w:rtl/>
          <w:szCs w:val="32"/>
        </w:rPr>
        <w:t>אהדונהי</w:t>
      </w:r>
      <w:r>
        <w:rPr>
          <w:rFonts w:ascii="Georgia" w:hAnsi="Georgia"/>
          <w:b w:val="0"/>
          <w:i w:val="0"/>
          <w:color w:val="000000"/>
          <w:sz w:val="24"/>
        </w:rPr>
        <w:t xml:space="preserve"> — то есть Есоду, стоящему между двумя буквами йод. Есод — это ЦВАОТ, и он объединяется с Нецахом, являющимся одним ЦВАОТ, и с Ходом, являющимся другим ЦВАОТ, так что вместе они составляют 500 (</w:t>
      </w:r>
      <w:r>
        <w:rPr>
          <w:rFonts w:ascii="Georgia" w:hAnsi="Georgia" w:cs="Times New Roman"/>
          <w:b/>
          <w:i w:val="0"/>
          <w:color w:val="000000"/>
          <w:sz w:val="24"/>
          <w:rtl/>
          <w:szCs w:val="32"/>
        </w:rPr>
        <w:t>ת״ק</w:t>
      </w:r>
      <w:r>
        <w:rPr>
          <w:rFonts w:ascii="Georgia" w:hAnsi="Georgia"/>
          <w:b w:val="0"/>
          <w:i w:val="0"/>
          <w:color w:val="000000"/>
          <w:sz w:val="24"/>
        </w:rPr>
        <w:t xml:space="preserve">) и 500. И к ним [относится стих]: </w:t>
      </w:r>
      <w:r>
        <w:rPr>
          <w:rFonts w:ascii="Georgia" w:hAnsi="Georgia"/>
          <w:b w:val="0"/>
          <w:i/>
          <w:color w:val="000000"/>
          <w:sz w:val="24"/>
        </w:rPr>
        <w:t>«[И изрек он] три тысячи притч, и было песней его тысяча и пять»</w:t>
      </w:r>
      <w:r>
        <w:rPr>
          <w:rFonts w:ascii="Georgia" w:hAnsi="Georgia"/>
          <w:b w:val="0"/>
          <w:i w:val="0"/>
          <w:color w:val="000000"/>
          <w:sz w:val="24"/>
        </w:rPr>
        <w:t xml:space="preserve"> (Мелахим I 5:12), где «пять» — это пять букв [имени] ЦВАОТ, а «тысяча» в расчете составляет 500 и 500, как упомянуто выше. И пусть направит намерение притянуть от ЦВАОТ, числовое значение которого [с добавлениями] составляет 505 (</w:t>
      </w:r>
      <w:r>
        <w:rPr>
          <w:rFonts w:ascii="Georgia" w:hAnsi="Georgia" w:cs="Times New Roman"/>
          <w:b/>
          <w:i w:val="0"/>
          <w:color w:val="000000"/>
          <w:sz w:val="24"/>
          <w:rtl/>
          <w:szCs w:val="32"/>
        </w:rPr>
        <w:t>תק״ה</w:t>
      </w:r>
      <w:r>
        <w:rPr>
          <w:rFonts w:ascii="Georgia" w:hAnsi="Georgia"/>
          <w:b w:val="0"/>
          <w:i w:val="0"/>
          <w:color w:val="000000"/>
          <w:sz w:val="24"/>
        </w:rPr>
        <w:t xml:space="preserve">), и сосредоточится на том, что все это [Имя] огласовано камацем, вместе с недостающей единицей, как упомянуто выше, и совокупностью пяти букв — к имени </w:t>
      </w:r>
      <w:r>
        <w:rPr>
          <w:rFonts w:ascii="Georgia" w:hAnsi="Georgia" w:cs="Times New Roman"/>
          <w:b/>
          <w:i w:val="0"/>
          <w:color w:val="000000"/>
          <w:sz w:val="24"/>
          <w:rtl/>
          <w:szCs w:val="32"/>
        </w:rPr>
        <w:t>אבג״יתץ</w:t>
      </w:r>
      <w:r>
        <w:rPr>
          <w:rFonts w:ascii="Georgia" w:hAnsi="Georgia"/>
          <w:b w:val="0"/>
          <w:i w:val="0"/>
          <w:color w:val="000000"/>
          <w:sz w:val="24"/>
        </w:rPr>
        <w:t>, сумма которого составляет 506 (</w:t>
      </w:r>
      <w:r>
        <w:rPr>
          <w:rFonts w:ascii="Georgia" w:hAnsi="Georgia" w:cs="Times New Roman"/>
          <w:b/>
          <w:i w:val="0"/>
          <w:color w:val="000000"/>
          <w:sz w:val="24"/>
          <w:rtl/>
          <w:szCs w:val="32"/>
        </w:rPr>
        <w:t>תק״ו</w:t>
      </w:r>
      <w:r>
        <w:rPr>
          <w:rFonts w:ascii="Georgia" w:hAnsi="Georgia"/>
          <w:b w:val="0"/>
          <w:i w:val="0"/>
          <w:color w:val="000000"/>
          <w:sz w:val="24"/>
        </w:rPr>
        <w:t>). И пусть сосредоточит намерение на том, что огласовка составляет 112 (</w:t>
      </w:r>
      <w:r>
        <w:rPr>
          <w:rFonts w:ascii="Georgia" w:hAnsi="Georgia" w:cs="Times New Roman"/>
          <w:b/>
          <w:i w:val="0"/>
          <w:color w:val="000000"/>
          <w:sz w:val="24"/>
          <w:rtl/>
          <w:szCs w:val="32"/>
        </w:rPr>
        <w:t>יב״ק</w:t>
      </w:r>
      <w:r>
        <w:rPr>
          <w:rFonts w:ascii="Georgia" w:hAnsi="Georgia"/>
          <w:b w:val="0"/>
          <w:i w:val="0"/>
          <w:color w:val="000000"/>
          <w:sz w:val="24"/>
        </w:rPr>
        <w:t xml:space="preserve">), по числу слова </w:t>
      </w:r>
      <w:r>
        <w:rPr>
          <w:rFonts w:ascii="Georgia" w:hAnsi="Georgia"/>
          <w:b w:val="0"/>
          <w:i/>
          <w:color w:val="000000"/>
          <w:sz w:val="24"/>
        </w:rPr>
        <w:t>элеф</w:t>
      </w:r>
      <w:r>
        <w:rPr>
          <w:rFonts w:ascii="Georgia" w:hAnsi="Georgia"/>
          <w:b w:val="0"/>
          <w:i w:val="0"/>
          <w:color w:val="000000"/>
          <w:sz w:val="24"/>
        </w:rPr>
        <w:t xml:space="preserve"> (</w:t>
      </w:r>
      <w:r>
        <w:rPr>
          <w:rFonts w:ascii="Georgia" w:hAnsi="Georgia" w:cs="Times New Roman"/>
          <w:b/>
          <w:i w:val="0"/>
          <w:color w:val="000000"/>
          <w:sz w:val="24"/>
          <w:rtl/>
          <w:szCs w:val="32"/>
        </w:rPr>
        <w:t>אָלֶף</w:t>
      </w:r>
      <w:r>
        <w:rPr>
          <w:rFonts w:ascii="Georgia" w:hAnsi="Georgia"/>
          <w:b w:val="0"/>
          <w:i w:val="0"/>
          <w:color w:val="000000"/>
          <w:sz w:val="24"/>
        </w:rPr>
        <w:t xml:space="preserve"> = 111) с коллелем (111 + 1 = 112), вот так: </w:t>
      </w:r>
      <w:r>
        <w:rPr>
          <w:rFonts w:ascii="Georgia" w:hAnsi="Georgia" w:cs="Times New Roman"/>
          <w:b/>
          <w:i w:val="0"/>
          <w:color w:val="000000"/>
          <w:sz w:val="24"/>
          <w:rtl/>
          <w:szCs w:val="32"/>
        </w:rPr>
        <w:t>אֶבֶגֶיֹתַץַ</w:t>
      </w:r>
      <w:r>
        <w:rPr>
          <w:rFonts w:ascii="Georgia" w:hAnsi="Georgia"/>
          <w:b w:val="0"/>
          <w:i w:val="0"/>
          <w:color w:val="000000"/>
          <w:sz w:val="24"/>
        </w:rPr>
        <w:t>. Говорит Шмуэль: намерение состоит в том, что в нем есть девять точек от трех знаков сеголь и один холам, что составляет 100, и два знака патах — вот и получается 112 (</w:t>
      </w:r>
      <w:r>
        <w:rPr>
          <w:rFonts w:ascii="Georgia" w:hAnsi="Georgia" w:cs="Times New Roman"/>
          <w:b/>
          <w:i w:val="0"/>
          <w:color w:val="000000"/>
          <w:sz w:val="24"/>
          <w:rtl/>
          <w:szCs w:val="32"/>
        </w:rPr>
        <w:t>יב״ק</w:t>
      </w:r>
      <w:r>
        <w:rPr>
          <w:rFonts w:ascii="Georgia" w:hAnsi="Georgia"/>
          <w:b w:val="0"/>
          <w:i w:val="0"/>
          <w:color w:val="000000"/>
          <w:sz w:val="24"/>
        </w:rPr>
        <w:t>). Огласовка составляет 112 (</w:t>
      </w:r>
      <w:r>
        <w:rPr>
          <w:rFonts w:ascii="Georgia" w:hAnsi="Georgia" w:cs="Times New Roman"/>
          <w:b/>
          <w:i w:val="0"/>
          <w:color w:val="000000"/>
          <w:sz w:val="24"/>
          <w:rtl/>
          <w:szCs w:val="32"/>
        </w:rPr>
        <w:t>קי״ב</w:t>
      </w:r>
      <w:r>
        <w:rPr>
          <w:rFonts w:ascii="Georgia" w:hAnsi="Georgia"/>
          <w:b w:val="0"/>
          <w:i w:val="0"/>
          <w:color w:val="000000"/>
          <w:sz w:val="24"/>
        </w:rPr>
        <w:t>), что равно [сумме Имен]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и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 86). [Буквы] </w:t>
      </w:r>
      <w:r>
        <w:rPr>
          <w:rFonts w:ascii="Georgia" w:hAnsi="Georgia" w:cs="Times New Roman"/>
          <w:b/>
          <w:i w:val="0"/>
          <w:color w:val="000000"/>
          <w:sz w:val="24"/>
          <w:rtl/>
          <w:szCs w:val="32"/>
        </w:rPr>
        <w:t>ית״ץ</w:t>
      </w:r>
      <w:r>
        <w:rPr>
          <w:rFonts w:ascii="Georgia" w:hAnsi="Georgia"/>
          <w:b w:val="0"/>
          <w:i w:val="0"/>
          <w:color w:val="000000"/>
          <w:sz w:val="24"/>
        </w:rPr>
        <w:t xml:space="preserve"> равны 500 (</w:t>
      </w:r>
      <w:r>
        <w:rPr>
          <w:rFonts w:ascii="Georgia" w:hAnsi="Georgia" w:cs="Times New Roman"/>
          <w:b/>
          <w:i w:val="0"/>
          <w:color w:val="000000"/>
          <w:sz w:val="24"/>
          <w:rtl/>
          <w:szCs w:val="32"/>
        </w:rPr>
        <w:t>ת״ק</w:t>
      </w:r>
      <w:r>
        <w:rPr>
          <w:rFonts w:ascii="Georgia" w:hAnsi="Georgia"/>
          <w:b w:val="0"/>
          <w:i w:val="0"/>
          <w:color w:val="000000"/>
          <w:sz w:val="24"/>
        </w:rPr>
        <w:t xml:space="preserve">), по числу [имени] ЦВАОТ, а пять [соответствует] пяти буквам имени ЦВАОТ. [Остальное же] от </w:t>
      </w:r>
      <w:r>
        <w:rPr>
          <w:rFonts w:ascii="Georgia" w:hAnsi="Georgia" w:cs="Times New Roman"/>
          <w:b/>
          <w:i w:val="0"/>
          <w:color w:val="000000"/>
          <w:sz w:val="24"/>
          <w:rtl/>
          <w:szCs w:val="32"/>
        </w:rPr>
        <w:t>אב״ג</w:t>
      </w:r>
      <w:r>
        <w:rPr>
          <w:rFonts w:ascii="Georgia" w:hAnsi="Georgia"/>
          <w:b w:val="0"/>
          <w:i w:val="0"/>
          <w:color w:val="000000"/>
          <w:sz w:val="24"/>
        </w:rPr>
        <w:t xml:space="preserve"> — это пять и тысяча. И пусть произнесет стих: </w:t>
      </w:r>
      <w:r>
        <w:rPr>
          <w:rFonts w:ascii="Georgia" w:hAnsi="Georgia"/>
          <w:b w:val="0"/>
          <w:i/>
          <w:color w:val="000000"/>
          <w:sz w:val="24"/>
        </w:rPr>
        <w:t>«Г-сподь пожелал ради праведности Своей возвеличить Тору и прославить»</w:t>
      </w:r>
      <w:r>
        <w:rPr>
          <w:rFonts w:ascii="Georgia" w:hAnsi="Georgia"/>
          <w:b w:val="0"/>
          <w:i w:val="0"/>
          <w:color w:val="000000"/>
          <w:sz w:val="24"/>
        </w:rPr>
        <w:t xml:space="preserve"> (Йешаяу 42:21), где начальные буквы слов </w:t>
      </w:r>
      <w:r>
        <w:rPr>
          <w:rFonts w:ascii="Georgia" w:hAnsi="Georgia"/>
          <w:b w:val="0"/>
          <w:i/>
          <w:color w:val="000000"/>
          <w:sz w:val="24"/>
        </w:rPr>
        <w:t>цидко ягдиль Тора</w:t>
      </w:r>
      <w:r>
        <w:rPr>
          <w:rFonts w:ascii="Georgia" w:hAnsi="Georgia"/>
          <w:b w:val="0"/>
          <w:i w:val="0"/>
          <w:color w:val="000000"/>
          <w:sz w:val="24"/>
        </w:rPr>
        <w:t xml:space="preserve"> — «праведности Своей возвеличить Тору» (</w:t>
      </w:r>
      <w:r>
        <w:rPr>
          <w:rFonts w:ascii="Georgia" w:hAnsi="Georgia" w:cs="Times New Roman"/>
          <w:b/>
          <w:i w:val="0"/>
          <w:color w:val="000000"/>
          <w:sz w:val="24"/>
          <w:rtl/>
          <w:szCs w:val="32"/>
        </w:rPr>
        <w:t>צִדְקוֹ יַגְדִּיל תּוֹרָה</w:t>
      </w:r>
      <w:r>
        <w:rPr>
          <w:rFonts w:ascii="Georgia" w:hAnsi="Georgia"/>
          <w:b w:val="0"/>
          <w:i w:val="0"/>
          <w:color w:val="000000"/>
          <w:sz w:val="24"/>
        </w:rPr>
        <w:t xml:space="preserve">) составляют </w:t>
      </w:r>
      <w:r>
        <w:rPr>
          <w:rFonts w:ascii="Georgia" w:hAnsi="Georgia" w:cs="Times New Roman"/>
          <w:b/>
          <w:i w:val="0"/>
          <w:color w:val="000000"/>
          <w:sz w:val="24"/>
          <w:rtl/>
          <w:szCs w:val="32"/>
        </w:rPr>
        <w:t>ית״ץ</w:t>
      </w:r>
      <w:r>
        <w:rPr>
          <w:rFonts w:ascii="Georgia" w:hAnsi="Georgia"/>
          <w:b w:val="0"/>
          <w:i w:val="0"/>
          <w:color w:val="000000"/>
          <w:sz w:val="24"/>
        </w:rPr>
        <w:t xml:space="preserve">. [Затем пусть сосредоточит намерение на Именах:] Имя САГ: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сплетение </w:t>
      </w:r>
      <w:r>
        <w:rPr>
          <w:rFonts w:ascii="Georgia" w:hAnsi="Georgia" w:cs="Times New Roman"/>
          <w:b/>
          <w:i w:val="0"/>
          <w:color w:val="000000"/>
          <w:sz w:val="24"/>
          <w:rtl/>
          <w:szCs w:val="32"/>
        </w:rPr>
        <w:t>יאהדונהי</w:t>
      </w:r>
      <w:r>
        <w:rPr>
          <w:rFonts w:ascii="Georgia" w:hAnsi="Georgia"/>
          <w:b w:val="0"/>
          <w:i w:val="0"/>
          <w:color w:val="000000"/>
          <w:sz w:val="24"/>
        </w:rPr>
        <w:t xml:space="preserve">; Имя АБ: </w:t>
      </w:r>
      <w:r>
        <w:rPr>
          <w:rFonts w:ascii="Georgia" w:hAnsi="Georgia" w:cs="Times New Roman"/>
          <w:b/>
          <w:i w:val="0"/>
          <w:color w:val="000000"/>
          <w:sz w:val="24"/>
          <w:rtl/>
          <w:szCs w:val="32"/>
        </w:rPr>
        <w:t>יוד הי ויו הי</w:t>
      </w:r>
      <w:r>
        <w:rPr>
          <w:rFonts w:ascii="Georgia" w:hAnsi="Georgia"/>
          <w:b w:val="0"/>
          <w:i w:val="0"/>
          <w:color w:val="000000"/>
          <w:sz w:val="24"/>
        </w:rPr>
        <w:t xml:space="preserve">, наполнение которого равно 46; и [Имя] </w:t>
      </w:r>
      <w:r>
        <w:rPr>
          <w:rFonts w:ascii="Georgia" w:hAnsi="Georgia"/>
          <w:b w:val="0"/>
          <w:i/>
          <w:color w:val="000000"/>
          <w:sz w:val="24"/>
        </w:rPr>
        <w:t>Элоки</w:t>
      </w:r>
      <w:r>
        <w:rPr>
          <w:rFonts w:ascii="Georgia" w:hAnsi="Georgia"/>
          <w:b w:val="0"/>
          <w:i w:val="0"/>
          <w:color w:val="000000"/>
          <w:sz w:val="24"/>
        </w:rPr>
        <w:t xml:space="preserve"> (</w:t>
      </w:r>
      <w:r>
        <w:rPr>
          <w:rFonts w:ascii="Georgia" w:hAnsi="Georgia" w:cs="Times New Roman"/>
          <w:b/>
          <w:i w:val="0"/>
          <w:color w:val="000000"/>
          <w:sz w:val="24"/>
          <w:rtl/>
          <w:szCs w:val="32"/>
        </w:rPr>
        <w:t>אֱלֹהֵי</w:t>
      </w:r>
      <w:r>
        <w:rPr>
          <w:rFonts w:ascii="Georgia" w:hAnsi="Georgia"/>
          <w:b w:val="0"/>
          <w:i w:val="0"/>
          <w:color w:val="000000"/>
          <w:sz w:val="24"/>
        </w:rPr>
        <w:t xml:space="preserve">) — 46. Имя МА: </w:t>
      </w:r>
      <w:r>
        <w:rPr>
          <w:rFonts w:ascii="Georgia" w:hAnsi="Georgia" w:cs="Times New Roman"/>
          <w:b/>
          <w:i w:val="0"/>
          <w:color w:val="000000"/>
          <w:sz w:val="24"/>
          <w:rtl/>
          <w:szCs w:val="32"/>
        </w:rPr>
        <w:t>יוד הא ואו הא</w:t>
      </w:r>
      <w:r>
        <w:rPr>
          <w:rFonts w:ascii="Georgia" w:hAnsi="Georgia"/>
          <w:b w:val="0"/>
          <w:i w:val="0"/>
          <w:color w:val="000000"/>
          <w:sz w:val="24"/>
        </w:rPr>
        <w:t>, наполнение которого равно 19 (</w:t>
      </w:r>
      <w:r>
        <w:rPr>
          <w:rFonts w:ascii="Georgia" w:hAnsi="Georgia" w:cs="Times New Roman"/>
          <w:b/>
          <w:i w:val="0"/>
          <w:color w:val="000000"/>
          <w:sz w:val="24"/>
          <w:rtl/>
          <w:szCs w:val="32"/>
        </w:rPr>
        <w:t>י״ט</w:t>
      </w:r>
      <w:r>
        <w:rPr>
          <w:rFonts w:ascii="Georgia" w:hAnsi="Georgia"/>
          <w:b w:val="0"/>
          <w:i w:val="0"/>
          <w:color w:val="000000"/>
          <w:sz w:val="24"/>
        </w:rPr>
        <w:t>), что вместе с 73 составляет 92. Три [наполнения Имени] ЭЙЕ: одно через буквы йод, одно через буквы алеф и одно через буквы хэй.</w:t>
      </w:r>
    </w:p>
    <w:p>
      <w:pPr>
        <w:spacing w:before="40" w:after="120"/>
        <w:jc w:val="both"/>
      </w:pPr>
      <w:r>
        <w:rPr>
          <w:rFonts w:ascii="Georgia" w:hAnsi="Georgia"/>
          <w:b w:val="0"/>
          <w:i w:val="0"/>
          <w:color w:val="000000"/>
          <w:sz w:val="24"/>
        </w:rPr>
        <w:t>Каждый день уединяться на полчаса, чтобы размышлять о любви ко Всевышнему, и в особенности в первый день недели. Во второй день — о трепете. В третий день — о Торе в любви и трепете. И так же: в первый день — намерение сердца, во второй день — речь, в третий день — действие. Отдаляться от гнева, и в особенности по отношению к домашним. Предельно отдаляться от клятв. Тщательно соблюдать [заповедь о] тфилин надлежащим образом. Навещать больных. [Проверять] мезузу. Предостерегать своих домашних о подобающем соблюдении Шаббата в канун Шаббата; и всякий, кто может воспротивиться [нарушению], но не противится, привлекается к ответу [за этот грех] и так далее.</w:t>
      </w:r>
    </w:p>
    <w:p>
      <w:pPr>
        <w:spacing w:before="40" w:after="120"/>
        <w:jc w:val="both"/>
      </w:pPr>
      <w:r>
        <w:rPr>
          <w:rFonts w:ascii="Georgia" w:hAnsi="Georgia"/>
          <w:b w:val="0"/>
          <w:i w:val="0"/>
          <w:color w:val="000000"/>
          <w:sz w:val="24"/>
        </w:rPr>
        <w:t xml:space="preserve">Что касается поминания того самого Имени, о котором мы написали выше, — пусть направляет на него намерение каждое утро и в Шаббат в молитве Мусаф, когда произносит: </w:t>
      </w:r>
      <w:r>
        <w:rPr>
          <w:rFonts w:ascii="Georgia" w:hAnsi="Georgia"/>
          <w:b w:val="0"/>
          <w:i/>
          <w:color w:val="000000"/>
          <w:sz w:val="24"/>
        </w:rPr>
        <w:t>«Где место славы Его, чтобы благоговеть пред Ним?»</w:t>
      </w:r>
    </w:p>
    <w:p>
      <w:pPr>
        <w:spacing w:before="40" w:after="120"/>
        <w:jc w:val="both"/>
      </w:pPr>
      <w:r>
        <w:rPr>
          <w:rFonts w:ascii="Georgia" w:hAnsi="Georgia"/>
          <w:b w:val="0"/>
          <w:i w:val="0"/>
          <w:color w:val="000000"/>
          <w:sz w:val="24"/>
        </w:rPr>
        <w:t xml:space="preserve">Начальные буквы слов </w:t>
      </w:r>
      <w:r>
        <w:rPr>
          <w:rFonts w:ascii="Georgia" w:hAnsi="Georgia"/>
          <w:b w:val="0"/>
          <w:i/>
          <w:color w:val="000000"/>
          <w:sz w:val="24"/>
        </w:rPr>
        <w:t>реэ на ве-оньену</w:t>
      </w:r>
      <w:r>
        <w:rPr>
          <w:rFonts w:ascii="Georgia" w:hAnsi="Georgia"/>
          <w:b w:val="0"/>
          <w:i w:val="0"/>
          <w:color w:val="000000"/>
          <w:sz w:val="24"/>
        </w:rPr>
        <w:t xml:space="preserve"> — </w:t>
      </w:r>
      <w:r>
        <w:rPr>
          <w:rFonts w:ascii="Georgia" w:hAnsi="Georgia"/>
          <w:b w:val="0"/>
          <w:i/>
          <w:color w:val="000000"/>
          <w:sz w:val="24"/>
        </w:rPr>
        <w:t>«Воззри же на бедствие наше…»</w:t>
      </w:r>
      <w:r>
        <w:rPr>
          <w:rFonts w:ascii="Georgia" w:hAnsi="Georgia"/>
          <w:b w:val="0"/>
          <w:i w:val="0"/>
          <w:color w:val="000000"/>
          <w:sz w:val="24"/>
        </w:rPr>
        <w:t xml:space="preserve"> (</w:t>
      </w:r>
      <w:r>
        <w:rPr>
          <w:rFonts w:ascii="Georgia" w:hAnsi="Georgia" w:cs="Times New Roman"/>
          <w:b/>
          <w:i w:val="0"/>
          <w:color w:val="000000"/>
          <w:sz w:val="24"/>
          <w:rtl/>
          <w:szCs w:val="32"/>
        </w:rPr>
        <w:t>רְאֵה נָא בְעָנְיֵינוּ</w:t>
      </w:r>
      <w:r>
        <w:rPr>
          <w:rFonts w:ascii="Georgia" w:hAnsi="Georgia"/>
          <w:b w:val="0"/>
          <w:i w:val="0"/>
          <w:color w:val="000000"/>
          <w:sz w:val="24"/>
        </w:rPr>
        <w:t>) составляют [в гематрии] 252 (</w:t>
      </w:r>
      <w:r>
        <w:rPr>
          <w:rFonts w:ascii="Georgia" w:hAnsi="Georgia" w:cs="Times New Roman"/>
          <w:b/>
          <w:i w:val="0"/>
          <w:color w:val="000000"/>
          <w:sz w:val="24"/>
          <w:rtl/>
          <w:szCs w:val="32"/>
        </w:rPr>
        <w:t>רנ״ב</w:t>
      </w:r>
      <w:r>
        <w:rPr>
          <w:rFonts w:ascii="Georgia" w:hAnsi="Georgia"/>
          <w:b w:val="0"/>
          <w:i w:val="0"/>
          <w:color w:val="000000"/>
          <w:sz w:val="24"/>
        </w:rPr>
        <w:t>).</w:t>
      </w:r>
    </w:p>
    <w:p>
      <w:pPr>
        <w:spacing w:before="40" w:after="120"/>
        <w:jc w:val="both"/>
      </w:pPr>
      <w:r>
        <w:rPr>
          <w:rFonts w:ascii="Georgia" w:hAnsi="Georgia"/>
          <w:b w:val="0"/>
          <w:i w:val="0"/>
          <w:color w:val="000000"/>
          <w:sz w:val="24"/>
        </w:rPr>
        <w:t>И в связи с упомянутым выше я нашел записанным следующее:</w:t>
      </w:r>
    </w:p>
    <w:p>
      <w:pPr>
        <w:spacing w:before="40" w:after="120"/>
        <w:jc w:val="both"/>
      </w:pPr>
      <w:r>
        <w:rPr>
          <w:rFonts w:ascii="Georgia" w:hAnsi="Georgia"/>
          <w:b w:val="0"/>
          <w:i/>
          <w:color w:val="000000"/>
          <w:sz w:val="24"/>
        </w:rPr>
        <w:t>«Три тысячи притч, [и было песней его] тысяча и пять»</w:t>
      </w:r>
      <w:r>
        <w:rPr>
          <w:rFonts w:ascii="Georgia" w:hAnsi="Georgia"/>
          <w:b w:val="0"/>
          <w:i w:val="0"/>
          <w:color w:val="000000"/>
          <w:sz w:val="24"/>
        </w:rPr>
        <w:t xml:space="preserve"> (</w:t>
      </w:r>
      <w:r>
        <w:rPr>
          <w:rFonts w:ascii="Georgia" w:hAnsi="Georgia"/>
          <w:b w:val="0"/>
          <w:i/>
          <w:color w:val="000000"/>
          <w:sz w:val="24"/>
        </w:rPr>
        <w:t>шафа</w:t>
      </w:r>
      <w:r>
        <w:rPr>
          <w:rFonts w:ascii="Georgia" w:hAnsi="Georgia"/>
          <w:b w:val="0"/>
          <w:i w:val="0"/>
          <w:color w:val="000000"/>
          <w:sz w:val="24"/>
        </w:rPr>
        <w:t xml:space="preserve">, </w:t>
      </w:r>
      <w:r>
        <w:rPr>
          <w:rFonts w:ascii="Georgia" w:hAnsi="Georgia" w:cs="Times New Roman"/>
          <w:b/>
          <w:i w:val="0"/>
          <w:color w:val="000000"/>
          <w:sz w:val="24"/>
          <w:rtl/>
          <w:szCs w:val="32"/>
        </w:rPr>
        <w:t>שָפָ</w:t>
      </w:r>
      <w:r>
        <w:rPr>
          <w:rFonts w:ascii="Georgia" w:hAnsi="Georgia"/>
          <w:b w:val="0"/>
          <w:i w:val="0"/>
          <w:color w:val="000000"/>
          <w:sz w:val="24"/>
        </w:rPr>
        <w:t xml:space="preserve">). ЦВАОТ — все огласовано камацем; </w:t>
      </w:r>
      <w:r>
        <w:rPr>
          <w:rFonts w:ascii="Georgia" w:hAnsi="Georgia"/>
          <w:b w:val="0"/>
          <w:i/>
          <w:color w:val="000000"/>
          <w:sz w:val="24"/>
        </w:rPr>
        <w:t>цава</w:t>
      </w:r>
      <w:r>
        <w:rPr>
          <w:rFonts w:ascii="Georgia" w:hAnsi="Georgia"/>
          <w:b w:val="0"/>
          <w:i w:val="0"/>
          <w:color w:val="000000"/>
          <w:sz w:val="24"/>
        </w:rPr>
        <w:t xml:space="preserve"> — </w:t>
      </w:r>
      <w:r>
        <w:rPr>
          <w:rFonts w:ascii="Georgia" w:hAnsi="Georgia"/>
          <w:b w:val="0"/>
          <w:i/>
          <w:color w:val="000000"/>
          <w:sz w:val="24"/>
        </w:rPr>
        <w:t>маген</w:t>
      </w:r>
      <w:r>
        <w:rPr>
          <w:rFonts w:ascii="Georgia" w:hAnsi="Georgia"/>
          <w:b w:val="0"/>
          <w:i w:val="0"/>
          <w:color w:val="000000"/>
          <w:sz w:val="24"/>
        </w:rPr>
        <w:t xml:space="preserve"> (93); буква йод: сто, тысяча, 12; АВАЯ и ЭЛОКИМ (112); </w:t>
      </w:r>
      <w:r>
        <w:rPr>
          <w:rFonts w:ascii="Georgia" w:hAnsi="Georgia" w:cs="Times New Roman"/>
          <w:b/>
          <w:i w:val="0"/>
          <w:color w:val="000000"/>
          <w:sz w:val="24"/>
          <w:rtl/>
          <w:szCs w:val="32"/>
        </w:rPr>
        <w:t>אֶבֹגֶיֶתַץַ</w:t>
      </w:r>
      <w:r>
        <w:rPr>
          <w:rFonts w:ascii="Georgia" w:hAnsi="Georgia"/>
          <w:b w:val="0"/>
          <w:i w:val="0"/>
          <w:color w:val="000000"/>
          <w:sz w:val="24"/>
        </w:rPr>
        <w:t xml:space="preserve"> — из имени ЦВАОТ. 140 (</w:t>
      </w:r>
      <w:r>
        <w:rPr>
          <w:rFonts w:ascii="Georgia" w:hAnsi="Georgia" w:cs="Times New Roman"/>
          <w:b/>
          <w:i w:val="0"/>
          <w:color w:val="000000"/>
          <w:sz w:val="24"/>
          <w:rtl/>
          <w:szCs w:val="32"/>
        </w:rPr>
        <w:t>ק״מ</w:t>
      </w:r>
      <w:r>
        <w:rPr>
          <w:rFonts w:ascii="Georgia" w:hAnsi="Georgia"/>
          <w:b w:val="0"/>
          <w:i w:val="0"/>
          <w:color w:val="000000"/>
          <w:sz w:val="24"/>
        </w:rPr>
        <w:t>), 130 (</w:t>
      </w:r>
      <w:r>
        <w:rPr>
          <w:rFonts w:ascii="Georgia" w:hAnsi="Georgia" w:cs="Times New Roman"/>
          <w:b/>
          <w:i w:val="0"/>
          <w:color w:val="000000"/>
          <w:sz w:val="24"/>
          <w:rtl/>
          <w:szCs w:val="32"/>
        </w:rPr>
        <w:t>ק״ל</w:t>
      </w:r>
      <w:r>
        <w:rPr>
          <w:rFonts w:ascii="Georgia" w:hAnsi="Georgia"/>
          <w:b w:val="0"/>
          <w:i w:val="0"/>
          <w:color w:val="000000"/>
          <w:sz w:val="24"/>
        </w:rPr>
        <w:t>) и 122 (</w:t>
      </w:r>
      <w:r>
        <w:rPr>
          <w:rFonts w:ascii="Georgia" w:hAnsi="Georgia" w:cs="Times New Roman"/>
          <w:b/>
          <w:i w:val="0"/>
          <w:color w:val="000000"/>
          <w:sz w:val="24"/>
          <w:rtl/>
          <w:szCs w:val="32"/>
        </w:rPr>
        <w:t>קכ״ב</w:t>
      </w:r>
      <w:r>
        <w:rPr>
          <w:rFonts w:ascii="Georgia" w:hAnsi="Georgia"/>
          <w:b w:val="0"/>
          <w:i w:val="0"/>
          <w:color w:val="000000"/>
          <w:sz w:val="24"/>
        </w:rPr>
        <w:t>) — это три наполнения [Имени] ЭЙЕ: через буквы йод, алеф и хэй. Имя АВАЯ де-САГ и десять его букв составляют 73 (</w:t>
      </w:r>
      <w:r>
        <w:rPr>
          <w:rFonts w:ascii="Georgia" w:hAnsi="Georgia" w:cs="Times New Roman"/>
          <w:b/>
          <w:i w:val="0"/>
          <w:color w:val="000000"/>
          <w:sz w:val="24"/>
          <w:rtl/>
          <w:szCs w:val="32"/>
        </w:rPr>
        <w:t>ע״ג</w:t>
      </w:r>
      <w:r>
        <w:rPr>
          <w:rFonts w:ascii="Georgia" w:hAnsi="Georgia"/>
          <w:b w:val="0"/>
          <w:i w:val="0"/>
          <w:color w:val="000000"/>
          <w:sz w:val="24"/>
        </w:rPr>
        <w:t>), а наполнение [Имени] МА — 19 (</w:t>
      </w:r>
      <w:r>
        <w:rPr>
          <w:rFonts w:ascii="Georgia" w:hAnsi="Georgia" w:cs="Times New Roman"/>
          <w:b/>
          <w:i w:val="0"/>
          <w:color w:val="000000"/>
          <w:sz w:val="24"/>
          <w:rtl/>
          <w:szCs w:val="32"/>
        </w:rPr>
        <w:t>י״ט</w:t>
      </w:r>
      <w:r>
        <w:rPr>
          <w:rFonts w:ascii="Georgia" w:hAnsi="Georgia"/>
          <w:b w:val="0"/>
          <w:i w:val="0"/>
          <w:color w:val="000000"/>
          <w:sz w:val="24"/>
        </w:rPr>
        <w:t>), и оба они составляют 92 (</w:t>
      </w:r>
      <w:r>
        <w:rPr>
          <w:rFonts w:ascii="Georgia" w:hAnsi="Georgia" w:cs="Times New Roman"/>
          <w:b/>
          <w:i w:val="0"/>
          <w:color w:val="000000"/>
          <w:sz w:val="24"/>
          <w:rtl/>
          <w:szCs w:val="32"/>
        </w:rPr>
        <w:t>צ״ב</w:t>
      </w:r>
      <w:r>
        <w:rPr>
          <w:rFonts w:ascii="Georgia" w:hAnsi="Georgia"/>
          <w:b w:val="0"/>
          <w:i w:val="0"/>
          <w:color w:val="000000"/>
          <w:sz w:val="24"/>
        </w:rPr>
        <w:t xml:space="preserve">). В двух яблоках лика Ариха: 73 и 19 равны 92, и сказано: </w:t>
      </w:r>
      <w:r>
        <w:rPr>
          <w:rFonts w:ascii="Georgia" w:hAnsi="Georgia"/>
          <w:b w:val="0"/>
          <w:i/>
          <w:color w:val="000000"/>
          <w:sz w:val="24"/>
        </w:rPr>
        <w:t>«[Где] боги их…»</w:t>
      </w:r>
      <w:r>
        <w:rPr>
          <w:rFonts w:ascii="Georgia" w:hAnsi="Georgia"/>
          <w:b w:val="0"/>
          <w:i w:val="0"/>
          <w:color w:val="000000"/>
          <w:sz w:val="24"/>
        </w:rPr>
        <w:t xml:space="preserve"> (</w:t>
      </w:r>
      <w:r>
        <w:rPr>
          <w:rFonts w:ascii="Georgia" w:hAnsi="Georgia"/>
          <w:b w:val="0"/>
          <w:i/>
          <w:color w:val="000000"/>
          <w:sz w:val="24"/>
        </w:rPr>
        <w:t>эй ЭЛОКЕЙМО</w:t>
      </w:r>
      <w:r>
        <w:rPr>
          <w:rFonts w:ascii="Georgia" w:hAnsi="Georgia"/>
          <w:b w:val="0"/>
          <w:i w:val="0"/>
          <w:color w:val="000000"/>
          <w:sz w:val="24"/>
        </w:rPr>
        <w:t xml:space="preserve">, </w:t>
      </w:r>
      <w:r>
        <w:rPr>
          <w:rFonts w:ascii="Georgia" w:hAnsi="Georgia" w:cs="Times New Roman"/>
          <w:b/>
          <w:i w:val="0"/>
          <w:color w:val="000000"/>
          <w:sz w:val="24"/>
          <w:rtl/>
          <w:szCs w:val="32"/>
        </w:rPr>
        <w:t>אֵי אֱלֹהֵימוֹ</w:t>
      </w:r>
      <w:r>
        <w:rPr>
          <w:rFonts w:ascii="Georgia" w:hAnsi="Georgia"/>
          <w:b w:val="0"/>
          <w:i w:val="0"/>
          <w:color w:val="000000"/>
          <w:sz w:val="24"/>
        </w:rPr>
        <w:t xml:space="preserve"> = 11 + 81) — в гематрии 92 (</w:t>
      </w:r>
      <w:r>
        <w:rPr>
          <w:rFonts w:ascii="Georgia" w:hAnsi="Georgia" w:cs="Times New Roman"/>
          <w:b/>
          <w:i w:val="0"/>
          <w:color w:val="000000"/>
          <w:sz w:val="24"/>
          <w:rtl/>
          <w:szCs w:val="32"/>
        </w:rPr>
        <w:t>צ״ב</w:t>
      </w:r>
      <w:r>
        <w:rPr>
          <w:rFonts w:ascii="Georgia" w:hAnsi="Georgia"/>
          <w:b w:val="0"/>
          <w:i w:val="0"/>
          <w:color w:val="000000"/>
          <w:sz w:val="24"/>
        </w:rPr>
        <w:t xml:space="preserve">). </w:t>
      </w:r>
      <w:r>
        <w:rPr>
          <w:rFonts w:ascii="Georgia" w:hAnsi="Georgia" w:cs="Times New Roman"/>
          <w:b/>
          <w:i w:val="0"/>
          <w:color w:val="000000"/>
          <w:sz w:val="24"/>
          <w:rtl/>
          <w:szCs w:val="32"/>
        </w:rPr>
        <w:t>אב״ג</w:t>
      </w:r>
      <w:r>
        <w:rPr>
          <w:rFonts w:ascii="Georgia" w:hAnsi="Georgia"/>
          <w:b w:val="0"/>
          <w:i w:val="0"/>
          <w:color w:val="000000"/>
          <w:sz w:val="24"/>
        </w:rPr>
        <w:t xml:space="preserve"> — «тысяча и пять». 161 (</w:t>
      </w:r>
      <w:r>
        <w:rPr>
          <w:rFonts w:ascii="Georgia" w:hAnsi="Georgia" w:cs="Times New Roman"/>
          <w:b/>
          <w:i w:val="0"/>
          <w:color w:val="000000"/>
          <w:sz w:val="24"/>
          <w:rtl/>
          <w:szCs w:val="32"/>
        </w:rPr>
        <w:t>קס״א</w:t>
      </w:r>
      <w:r>
        <w:rPr>
          <w:rFonts w:ascii="Georgia" w:hAnsi="Georgia"/>
          <w:b w:val="0"/>
          <w:i w:val="0"/>
          <w:color w:val="000000"/>
          <w:sz w:val="24"/>
        </w:rPr>
        <w:t>), 153 (</w:t>
      </w:r>
      <w:r>
        <w:rPr>
          <w:rFonts w:ascii="Georgia" w:hAnsi="Georgia" w:cs="Times New Roman"/>
          <w:b/>
          <w:i w:val="0"/>
          <w:color w:val="000000"/>
          <w:sz w:val="24"/>
          <w:rtl/>
          <w:szCs w:val="32"/>
        </w:rPr>
        <w:t>קנ״ג</w:t>
      </w:r>
      <w:r>
        <w:rPr>
          <w:rFonts w:ascii="Georgia" w:hAnsi="Georgia"/>
          <w:b w:val="0"/>
          <w:i w:val="0"/>
          <w:color w:val="000000"/>
          <w:sz w:val="24"/>
        </w:rPr>
        <w:t>), 143 (</w:t>
      </w:r>
      <w:r>
        <w:rPr>
          <w:rFonts w:ascii="Georgia" w:hAnsi="Georgia" w:cs="Times New Roman"/>
          <w:b/>
          <w:i w:val="0"/>
          <w:color w:val="000000"/>
          <w:sz w:val="24"/>
          <w:rtl/>
          <w:szCs w:val="32"/>
        </w:rPr>
        <w:t>קמ״ג</w:t>
      </w:r>
      <w:r>
        <w:rPr>
          <w:rFonts w:ascii="Georgia" w:hAnsi="Georgia"/>
          <w:b w:val="0"/>
          <w:i w:val="0"/>
          <w:color w:val="000000"/>
          <w:sz w:val="24"/>
        </w:rPr>
        <w:t xml:space="preserve">) — [полные] наполнения трех [Имен] ЭЙЕ и восемь букв [сплетения </w:t>
      </w:r>
      <w:r>
        <w:rPr>
          <w:rFonts w:ascii="Georgia" w:hAnsi="Georgia" w:cs="Times New Roman"/>
          <w:b/>
          <w:i w:val="0"/>
          <w:color w:val="000000"/>
          <w:sz w:val="24"/>
          <w:rtl/>
          <w:szCs w:val="32"/>
        </w:rPr>
        <w:t>יאהדונהי</w:t>
      </w:r>
      <w:r>
        <w:rPr>
          <w:rFonts w:ascii="Georgia" w:hAnsi="Georgia"/>
          <w:b w:val="0"/>
          <w:i w:val="0"/>
          <w:color w:val="000000"/>
          <w:sz w:val="24"/>
        </w:rPr>
        <w:t>].</w:t>
      </w:r>
    </w:p>
    <w:p>
      <w:pPr>
        <w:keepNext/>
        <w:spacing w:before="320" w:after="120"/>
      </w:pPr>
      <w:r>
        <w:rPr>
          <w:rFonts w:ascii="Georgia" w:hAnsi="Georgia"/>
          <w:b w:val="0"/>
          <w:i w:val="0"/>
          <w:color w:val="000000"/>
          <w:sz w:val="32"/>
        </w:rPr>
        <w:t>Ихуд 63</w:t>
      </w:r>
    </w:p>
    <w:p>
      <w:pPr>
        <w:spacing w:before="40" w:after="120"/>
        <w:jc w:val="both"/>
      </w:pPr>
      <w:r>
        <w:rPr>
          <w:rFonts w:ascii="Georgia" w:hAnsi="Georgia"/>
          <w:b w:val="0"/>
          <w:i w:val="0"/>
          <w:color w:val="000000"/>
          <w:sz w:val="24"/>
        </w:rPr>
        <w:t xml:space="preserve">Упомянутое выше [Имя] ЭЛЬ: [слово] </w:t>
      </w:r>
      <w:r>
        <w:rPr>
          <w:rFonts w:ascii="Georgia" w:hAnsi="Georgia"/>
          <w:b w:val="0"/>
          <w:i/>
          <w:color w:val="000000"/>
          <w:sz w:val="24"/>
        </w:rPr>
        <w:t>маген</w:t>
      </w:r>
      <w:r>
        <w:rPr>
          <w:rFonts w:ascii="Georgia" w:hAnsi="Georgia"/>
          <w:b w:val="0"/>
          <w:i w:val="0"/>
          <w:color w:val="000000"/>
          <w:sz w:val="24"/>
        </w:rPr>
        <w:t xml:space="preserve"> — «щит» (</w:t>
      </w:r>
      <w:r>
        <w:rPr>
          <w:rFonts w:ascii="Georgia" w:hAnsi="Georgia" w:cs="Times New Roman"/>
          <w:b/>
          <w:i w:val="0"/>
          <w:color w:val="000000"/>
          <w:sz w:val="24"/>
          <w:rtl/>
          <w:szCs w:val="32"/>
        </w:rPr>
        <w:t>מָגֵן</w:t>
      </w:r>
      <w:r>
        <w:rPr>
          <w:rFonts w:ascii="Georgia" w:hAnsi="Georgia"/>
          <w:b w:val="0"/>
          <w:i w:val="0"/>
          <w:color w:val="000000"/>
          <w:sz w:val="24"/>
        </w:rPr>
        <w:t xml:space="preserve">) по гематрии равно трем [Именам] ЭЛЬ [31 × 3 = 93]. Это [намерение] помогает выправить помыслы, и в этом смысл [слов] </w:t>
      </w:r>
      <w:r>
        <w:rPr>
          <w:rFonts w:ascii="Georgia" w:hAnsi="Georgia"/>
          <w:b w:val="0"/>
          <w:i/>
          <w:color w:val="000000"/>
          <w:sz w:val="24"/>
        </w:rPr>
        <w:t>«Я щит тебе»</w:t>
      </w:r>
      <w:r>
        <w:rPr>
          <w:rFonts w:ascii="Georgia" w:hAnsi="Georgia"/>
          <w:b w:val="0"/>
          <w:i w:val="0"/>
          <w:color w:val="000000"/>
          <w:sz w:val="24"/>
        </w:rPr>
        <w:t xml:space="preserve"> (Берешит 15:1), сказанных Аврааму.</w:t>
      </w:r>
    </w:p>
    <w:p>
      <w:pPr>
        <w:keepNext/>
        <w:spacing w:before="320" w:after="120"/>
      </w:pPr>
      <w:r>
        <w:rPr>
          <w:rFonts w:ascii="Georgia" w:hAnsi="Georgia"/>
          <w:b w:val="0"/>
          <w:i w:val="0"/>
          <w:color w:val="000000"/>
          <w:sz w:val="32"/>
        </w:rPr>
        <w:t>Ихуд 64</w:t>
      </w:r>
    </w:p>
    <w:p>
      <w:pPr>
        <w:spacing w:before="40" w:after="120"/>
        <w:jc w:val="both"/>
      </w:pPr>
      <w:r>
        <w:rPr>
          <w:rFonts w:ascii="Georgia" w:hAnsi="Georgia"/>
          <w:b w:val="0"/>
          <w:i w:val="0"/>
          <w:color w:val="000000"/>
          <w:sz w:val="24"/>
        </w:rPr>
        <w:t xml:space="preserve">[Учение] рабби Менахема Йоны, благословенной памяти. </w:t>
      </w:r>
      <w:r>
        <w:rPr>
          <w:rFonts w:ascii="Georgia" w:hAnsi="Georgia"/>
          <w:b w:val="0"/>
          <w:i/>
          <w:color w:val="000000"/>
          <w:sz w:val="24"/>
        </w:rPr>
        <w:t>«Истину купи и не продавай…»</w:t>
      </w:r>
      <w:r>
        <w:rPr>
          <w:rFonts w:ascii="Georgia" w:hAnsi="Georgia"/>
          <w:b w:val="0"/>
          <w:i w:val="0"/>
          <w:color w:val="000000"/>
          <w:sz w:val="24"/>
        </w:rPr>
        <w:t xml:space="preserve"> (Мишлей 23:23). [Слово] </w:t>
      </w:r>
      <w:r>
        <w:rPr>
          <w:rFonts w:ascii="Georgia" w:hAnsi="Georgia"/>
          <w:b w:val="0"/>
          <w:i/>
          <w:color w:val="000000"/>
          <w:sz w:val="24"/>
        </w:rPr>
        <w:t>эмет</w:t>
      </w:r>
      <w:r>
        <w:rPr>
          <w:rFonts w:ascii="Georgia" w:hAnsi="Georgia"/>
          <w:b w:val="0"/>
          <w:i w:val="0"/>
          <w:color w:val="000000"/>
          <w:sz w:val="24"/>
        </w:rPr>
        <w:t xml:space="preserve"> — «истина» (</w:t>
      </w:r>
      <w:r>
        <w:rPr>
          <w:rFonts w:ascii="Georgia" w:hAnsi="Georgia" w:cs="Times New Roman"/>
          <w:b/>
          <w:i w:val="0"/>
          <w:color w:val="000000"/>
          <w:sz w:val="24"/>
          <w:rtl/>
          <w:szCs w:val="32"/>
        </w:rPr>
        <w:t>אֱמֶת</w:t>
      </w:r>
      <w:r>
        <w:rPr>
          <w:rFonts w:ascii="Georgia" w:hAnsi="Georgia"/>
          <w:b w:val="0"/>
          <w:i w:val="0"/>
          <w:color w:val="000000"/>
          <w:sz w:val="24"/>
        </w:rPr>
        <w:t>) составляет 21 (</w:t>
      </w:r>
      <w:r>
        <w:rPr>
          <w:rFonts w:ascii="Georgia" w:hAnsi="Georgia" w:cs="Times New Roman"/>
          <w:b/>
          <w:i w:val="0"/>
          <w:color w:val="000000"/>
          <w:sz w:val="24"/>
          <w:rtl/>
          <w:szCs w:val="32"/>
        </w:rPr>
        <w:t>כ״א</w:t>
      </w:r>
      <w:r>
        <w:rPr>
          <w:rFonts w:ascii="Georgia" w:hAnsi="Georgia"/>
          <w:b w:val="0"/>
          <w:i w:val="0"/>
          <w:color w:val="000000"/>
          <w:sz w:val="24"/>
        </w:rPr>
        <w:t xml:space="preserve">) раз по ЭЙЕ [ведь 21 × 21 = 441]. [Слово] </w:t>
      </w:r>
      <w:r>
        <w:rPr>
          <w:rFonts w:ascii="Georgia" w:hAnsi="Georgia"/>
          <w:b w:val="0"/>
          <w:i/>
          <w:color w:val="000000"/>
          <w:sz w:val="24"/>
        </w:rPr>
        <w:t>кнэ</w:t>
      </w:r>
      <w:r>
        <w:rPr>
          <w:rFonts w:ascii="Georgia" w:hAnsi="Georgia"/>
          <w:b w:val="0"/>
          <w:i w:val="0"/>
          <w:color w:val="000000"/>
          <w:sz w:val="24"/>
        </w:rPr>
        <w:t xml:space="preserve"> — «купи» (</w:t>
      </w:r>
      <w:r>
        <w:rPr>
          <w:rFonts w:ascii="Georgia" w:hAnsi="Georgia" w:cs="Times New Roman"/>
          <w:b/>
          <w:i w:val="0"/>
          <w:color w:val="000000"/>
          <w:sz w:val="24"/>
          <w:rtl/>
          <w:szCs w:val="32"/>
        </w:rPr>
        <w:t>קְנֵה</w:t>
      </w:r>
      <w:r>
        <w:rPr>
          <w:rFonts w:ascii="Georgia" w:hAnsi="Georgia"/>
          <w:b w:val="0"/>
          <w:i w:val="0"/>
          <w:color w:val="000000"/>
          <w:sz w:val="24"/>
        </w:rPr>
        <w:t xml:space="preserve"> = 155) с колелем (</w:t>
      </w:r>
      <w:r>
        <w:rPr>
          <w:rFonts w:ascii="Georgia" w:hAnsi="Georgia" w:cs="Times New Roman"/>
          <w:b/>
          <w:i w:val="0"/>
          <w:color w:val="000000"/>
          <w:sz w:val="24"/>
          <w:rtl/>
          <w:szCs w:val="32"/>
        </w:rPr>
        <w:t>ע״ה</w:t>
      </w:r>
      <w:r>
        <w:rPr>
          <w:rFonts w:ascii="Georgia" w:hAnsi="Georgia"/>
          <w:b w:val="0"/>
          <w:i w:val="0"/>
          <w:color w:val="000000"/>
          <w:sz w:val="24"/>
        </w:rPr>
        <w:t>) [дает 156 — гематрию имени] Йосеф (</w:t>
      </w:r>
      <w:r>
        <w:rPr>
          <w:rFonts w:ascii="Georgia" w:hAnsi="Georgia" w:cs="Times New Roman"/>
          <w:b/>
          <w:i w:val="0"/>
          <w:color w:val="000000"/>
          <w:sz w:val="24"/>
          <w:rtl/>
          <w:szCs w:val="32"/>
        </w:rPr>
        <w:t>יוֹסֵף</w:t>
      </w:r>
      <w:r>
        <w:rPr>
          <w:rFonts w:ascii="Georgia" w:hAnsi="Georgia"/>
          <w:b w:val="0"/>
          <w:i w:val="0"/>
          <w:color w:val="000000"/>
          <w:sz w:val="24"/>
        </w:rPr>
        <w:t xml:space="preserve">), а [имя] Йосеф по гематрии равно трем [именам] АВАЯ де-БОН [3 × 52 = 156]. [Слово] </w:t>
      </w:r>
      <w:r>
        <w:rPr>
          <w:rFonts w:ascii="Georgia" w:hAnsi="Georgia"/>
          <w:b w:val="0"/>
          <w:i/>
          <w:color w:val="000000"/>
          <w:sz w:val="24"/>
        </w:rPr>
        <w:t>ве-аль</w:t>
      </w:r>
      <w:r>
        <w:rPr>
          <w:rFonts w:ascii="Georgia" w:hAnsi="Georgia"/>
          <w:b w:val="0"/>
          <w:i w:val="0"/>
          <w:color w:val="000000"/>
          <w:sz w:val="24"/>
        </w:rPr>
        <w:t xml:space="preserve"> — «и не» (</w:t>
      </w:r>
      <w:r>
        <w:rPr>
          <w:rFonts w:ascii="Georgia" w:hAnsi="Georgia" w:cs="Times New Roman"/>
          <w:b/>
          <w:i w:val="0"/>
          <w:color w:val="000000"/>
          <w:sz w:val="24"/>
          <w:rtl/>
          <w:szCs w:val="32"/>
        </w:rPr>
        <w:t>וְאַל</w:t>
      </w:r>
      <w:r>
        <w:rPr>
          <w:rFonts w:ascii="Georgia" w:hAnsi="Georgia"/>
          <w:b w:val="0"/>
          <w:i w:val="0"/>
          <w:color w:val="000000"/>
          <w:sz w:val="24"/>
        </w:rPr>
        <w:t>) по гематрии равно 37 (</w:t>
      </w:r>
      <w:r>
        <w:rPr>
          <w:rFonts w:ascii="Georgia" w:hAnsi="Georgia" w:cs="Times New Roman"/>
          <w:b/>
          <w:i w:val="0"/>
          <w:color w:val="000000"/>
          <w:sz w:val="24"/>
          <w:rtl/>
          <w:szCs w:val="32"/>
        </w:rPr>
        <w:t>ל״ז</w:t>
      </w:r>
      <w:r>
        <w:rPr>
          <w:rFonts w:ascii="Georgia" w:hAnsi="Georgia"/>
          <w:b w:val="0"/>
          <w:i w:val="0"/>
          <w:color w:val="000000"/>
          <w:sz w:val="24"/>
        </w:rPr>
        <w:t xml:space="preserve">), и это — наполнение АВАЯ де-САГ [ведь 63 − 26 = 37]. [Слово] </w:t>
      </w:r>
      <w:r>
        <w:rPr>
          <w:rFonts w:ascii="Georgia" w:hAnsi="Georgia"/>
          <w:b w:val="0"/>
          <w:i/>
          <w:color w:val="000000"/>
          <w:sz w:val="24"/>
        </w:rPr>
        <w:t>тимкор</w:t>
      </w:r>
      <w:r>
        <w:rPr>
          <w:rFonts w:ascii="Georgia" w:hAnsi="Georgia"/>
          <w:b w:val="0"/>
          <w:i w:val="0"/>
          <w:color w:val="000000"/>
          <w:sz w:val="24"/>
        </w:rPr>
        <w:t xml:space="preserve"> — «[не] продавай» (</w:t>
      </w:r>
      <w:r>
        <w:rPr>
          <w:rFonts w:ascii="Georgia" w:hAnsi="Georgia" w:cs="Times New Roman"/>
          <w:b/>
          <w:i w:val="0"/>
          <w:color w:val="000000"/>
          <w:sz w:val="24"/>
          <w:rtl/>
          <w:szCs w:val="32"/>
        </w:rPr>
        <w:t>תִּמְכּוֹר</w:t>
      </w:r>
      <w:r>
        <w:rPr>
          <w:rFonts w:ascii="Georgia" w:hAnsi="Georgia"/>
          <w:b w:val="0"/>
          <w:i w:val="0"/>
          <w:color w:val="000000"/>
          <w:sz w:val="24"/>
        </w:rPr>
        <w:t xml:space="preserve"> = 666) вместе с пятью своими буквами составляет 671 (</w:t>
      </w:r>
      <w:r>
        <w:rPr>
          <w:rFonts w:ascii="Georgia" w:hAnsi="Georgia" w:cs="Times New Roman"/>
          <w:b/>
          <w:i w:val="0"/>
          <w:color w:val="000000"/>
          <w:sz w:val="24"/>
          <w:rtl/>
          <w:szCs w:val="32"/>
        </w:rPr>
        <w:t>תרע״א</w:t>
      </w:r>
      <w:r>
        <w:rPr>
          <w:rFonts w:ascii="Georgia" w:hAnsi="Georgia"/>
          <w:b w:val="0"/>
          <w:i w:val="0"/>
          <w:color w:val="000000"/>
          <w:sz w:val="24"/>
        </w:rPr>
        <w:t>), что по гематрии равно [Имени] АДОНАЙ в полном наполнении [671]. И следует направить намерение вознести всё вышеупомянутое к [слову] «истина» (</w:t>
      </w:r>
      <w:r>
        <w:rPr>
          <w:rFonts w:ascii="Georgia" w:hAnsi="Georgia"/>
          <w:b w:val="0"/>
          <w:i/>
          <w:color w:val="000000"/>
          <w:sz w:val="24"/>
        </w:rPr>
        <w:t>эмет</w:t>
      </w:r>
      <w:r>
        <w:rPr>
          <w:rFonts w:ascii="Georgia" w:hAnsi="Georgia"/>
          <w:b w:val="0"/>
          <w:i w:val="0"/>
          <w:color w:val="000000"/>
          <w:sz w:val="24"/>
        </w:rPr>
        <w:t xml:space="preserve">, </w:t>
      </w:r>
      <w:r>
        <w:rPr>
          <w:rFonts w:ascii="Georgia" w:hAnsi="Georgia" w:cs="Times New Roman"/>
          <w:b/>
          <w:i w:val="0"/>
          <w:color w:val="000000"/>
          <w:sz w:val="24"/>
          <w:rtl/>
          <w:szCs w:val="32"/>
        </w:rPr>
        <w:t>אֱמֶת</w:t>
      </w:r>
      <w:r>
        <w:rPr>
          <w:rFonts w:ascii="Georgia" w:hAnsi="Georgia"/>
          <w:b w:val="0"/>
          <w:i w:val="0"/>
          <w:color w:val="000000"/>
          <w:sz w:val="24"/>
        </w:rPr>
        <w:t>), которое есть ЭЙЕ, помноженное на ЭЙЕ [21 × 21 = 441].</w:t>
      </w:r>
    </w:p>
    <w:p>
      <w:pPr>
        <w:keepNext/>
        <w:spacing w:before="320" w:after="120"/>
      </w:pPr>
      <w:r>
        <w:rPr>
          <w:rFonts w:ascii="Georgia" w:hAnsi="Georgia"/>
          <w:b w:val="0"/>
          <w:i w:val="0"/>
          <w:color w:val="000000"/>
          <w:sz w:val="32"/>
        </w:rPr>
        <w:t>Ихуд 65</w:t>
      </w:r>
    </w:p>
    <w:p>
      <w:pPr>
        <w:spacing w:before="40" w:after="120"/>
        <w:jc w:val="both"/>
      </w:pPr>
      <w:r>
        <w:rPr>
          <w:rFonts w:ascii="Georgia" w:hAnsi="Georgia"/>
          <w:b w:val="0"/>
          <w:i w:val="0"/>
          <w:color w:val="000000"/>
          <w:sz w:val="24"/>
        </w:rPr>
        <w:t xml:space="preserve">К упомянутому выше: в стихе </w:t>
      </w:r>
      <w:r>
        <w:rPr>
          <w:rFonts w:ascii="Georgia" w:hAnsi="Georgia"/>
          <w:b w:val="0"/>
          <w:i/>
          <w:color w:val="000000"/>
          <w:sz w:val="24"/>
        </w:rPr>
        <w:t>«Истина из земли произрастет…»</w:t>
      </w:r>
      <w:r>
        <w:rPr>
          <w:rFonts w:ascii="Georgia" w:hAnsi="Georgia"/>
          <w:b w:val="0"/>
          <w:i w:val="0"/>
          <w:color w:val="000000"/>
          <w:sz w:val="24"/>
        </w:rPr>
        <w:t xml:space="preserve"> (Теилим 85:12) начальные буквы слов </w:t>
      </w:r>
      <w:r>
        <w:rPr>
          <w:rFonts w:ascii="Georgia" w:hAnsi="Georgia"/>
          <w:b w:val="0"/>
          <w:i/>
          <w:color w:val="000000"/>
          <w:sz w:val="24"/>
        </w:rPr>
        <w:t>эмет ме-эрец тицмах</w:t>
      </w:r>
      <w:r>
        <w:rPr>
          <w:rFonts w:ascii="Georgia" w:hAnsi="Georgia"/>
          <w:b w:val="0"/>
          <w:i w:val="0"/>
          <w:color w:val="000000"/>
          <w:sz w:val="24"/>
        </w:rPr>
        <w:t xml:space="preserve"> (</w:t>
      </w:r>
      <w:r>
        <w:rPr>
          <w:rFonts w:ascii="Georgia" w:hAnsi="Georgia" w:cs="Times New Roman"/>
          <w:b/>
          <w:i w:val="0"/>
          <w:color w:val="000000"/>
          <w:sz w:val="24"/>
          <w:rtl/>
          <w:szCs w:val="32"/>
        </w:rPr>
        <w:t>אמת מארץ תצמח</w:t>
      </w:r>
      <w:r>
        <w:rPr>
          <w:rFonts w:ascii="Georgia" w:hAnsi="Georgia"/>
          <w:b w:val="0"/>
          <w:i w:val="0"/>
          <w:color w:val="000000"/>
          <w:sz w:val="24"/>
        </w:rPr>
        <w:t xml:space="preserve">) составляют [слово] </w:t>
      </w:r>
      <w:r>
        <w:rPr>
          <w:rFonts w:ascii="Georgia" w:hAnsi="Georgia"/>
          <w:b w:val="0"/>
          <w:i/>
          <w:color w:val="000000"/>
          <w:sz w:val="24"/>
        </w:rPr>
        <w:t>эмет</w:t>
      </w:r>
      <w:r>
        <w:rPr>
          <w:rFonts w:ascii="Georgia" w:hAnsi="Georgia"/>
          <w:b w:val="0"/>
          <w:i w:val="0"/>
          <w:color w:val="000000"/>
          <w:sz w:val="24"/>
        </w:rPr>
        <w:t xml:space="preserve"> (</w:t>
      </w:r>
      <w:r>
        <w:rPr>
          <w:rFonts w:ascii="Georgia" w:hAnsi="Georgia" w:cs="Times New Roman"/>
          <w:b/>
          <w:i w:val="0"/>
          <w:color w:val="000000"/>
          <w:sz w:val="24"/>
          <w:rtl/>
          <w:szCs w:val="32"/>
        </w:rPr>
        <w:t>אֱמֶת</w:t>
      </w:r>
      <w:r>
        <w:rPr>
          <w:rFonts w:ascii="Georgia" w:hAnsi="Georgia"/>
          <w:b w:val="0"/>
          <w:i w:val="0"/>
          <w:color w:val="000000"/>
          <w:sz w:val="24"/>
        </w:rPr>
        <w:t xml:space="preserve">). А вместе со [словом] </w:t>
      </w:r>
      <w:r>
        <w:rPr>
          <w:rFonts w:ascii="Georgia" w:hAnsi="Georgia"/>
          <w:b w:val="0"/>
          <w:i/>
          <w:color w:val="000000"/>
          <w:sz w:val="24"/>
        </w:rPr>
        <w:t>эмет</w:t>
      </w:r>
      <w:r>
        <w:rPr>
          <w:rFonts w:ascii="Georgia" w:hAnsi="Georgia"/>
          <w:b w:val="0"/>
          <w:i w:val="0"/>
          <w:color w:val="000000"/>
          <w:sz w:val="24"/>
        </w:rPr>
        <w:t xml:space="preserve">, упомянутым в [предыдущем] стихе, получаются два раза </w:t>
      </w:r>
      <w:r>
        <w:rPr>
          <w:rFonts w:ascii="Georgia" w:hAnsi="Georgia"/>
          <w:b w:val="0"/>
          <w:i/>
          <w:color w:val="000000"/>
          <w:sz w:val="24"/>
        </w:rPr>
        <w:t>эмет</w:t>
      </w:r>
      <w:r>
        <w:rPr>
          <w:rFonts w:ascii="Georgia" w:hAnsi="Georgia"/>
          <w:b w:val="0"/>
          <w:i w:val="0"/>
          <w:color w:val="000000"/>
          <w:sz w:val="24"/>
        </w:rPr>
        <w:t>, и их гематрия — 882 (</w:t>
      </w:r>
      <w:r>
        <w:rPr>
          <w:rFonts w:ascii="Georgia" w:hAnsi="Georgia" w:cs="Times New Roman"/>
          <w:b/>
          <w:i w:val="0"/>
          <w:color w:val="000000"/>
          <w:sz w:val="24"/>
          <w:rtl/>
          <w:szCs w:val="32"/>
        </w:rPr>
        <w:t>תתפ״ב</w:t>
      </w:r>
      <w:r>
        <w:rPr>
          <w:rFonts w:ascii="Georgia" w:hAnsi="Georgia"/>
          <w:b w:val="0"/>
          <w:i w:val="0"/>
          <w:color w:val="000000"/>
          <w:sz w:val="24"/>
        </w:rPr>
        <w:t xml:space="preserve"> = 882). Если прибавить к ним [наполнения] АВАЯ — АБ (72) и МА (45), числовое значение составит тысячу (1000). Это тайна мира Брия, который называют «тысячей миров», по тайному смыслу стиха: </w:t>
      </w:r>
      <w:r>
        <w:rPr>
          <w:rFonts w:ascii="Georgia" w:hAnsi="Georgia"/>
          <w:b w:val="0"/>
          <w:i/>
          <w:color w:val="000000"/>
          <w:sz w:val="24"/>
        </w:rPr>
        <w:t>«Тысяча тебе, Шломо…»</w:t>
      </w:r>
      <w:r>
        <w:rPr>
          <w:rFonts w:ascii="Georgia" w:hAnsi="Georgia"/>
          <w:b w:val="0"/>
          <w:i w:val="0"/>
          <w:color w:val="000000"/>
          <w:sz w:val="24"/>
        </w:rPr>
        <w:t xml:space="preserve"> (Шир а-Ширим 8:12). А в словах </w:t>
      </w:r>
      <w:r>
        <w:rPr>
          <w:rFonts w:ascii="Georgia" w:hAnsi="Georgia"/>
          <w:b w:val="0"/>
          <w:i/>
          <w:color w:val="000000"/>
          <w:sz w:val="24"/>
        </w:rPr>
        <w:t>ве-цедек ми-шамаим нишкаф</w:t>
      </w:r>
      <w:r>
        <w:rPr>
          <w:rFonts w:ascii="Georgia" w:hAnsi="Georgia"/>
          <w:b w:val="0"/>
          <w:i w:val="0"/>
          <w:color w:val="000000"/>
          <w:sz w:val="24"/>
        </w:rPr>
        <w:t xml:space="preserve"> (</w:t>
      </w:r>
      <w:r>
        <w:rPr>
          <w:rFonts w:ascii="Georgia" w:hAnsi="Georgia" w:cs="Times New Roman"/>
          <w:b/>
          <w:i w:val="0"/>
          <w:color w:val="000000"/>
          <w:sz w:val="24"/>
          <w:rtl/>
          <w:szCs w:val="32"/>
        </w:rPr>
        <w:t>וצדק משמים נשקף</w:t>
      </w:r>
      <w:r>
        <w:rPr>
          <w:rFonts w:ascii="Georgia" w:hAnsi="Georgia"/>
          <w:b w:val="0"/>
          <w:i w:val="0"/>
          <w:color w:val="000000"/>
          <w:sz w:val="24"/>
        </w:rPr>
        <w:t xml:space="preserve">) — </w:t>
      </w:r>
      <w:r>
        <w:rPr>
          <w:rFonts w:ascii="Georgia" w:hAnsi="Georgia"/>
          <w:b w:val="0"/>
          <w:i/>
          <w:color w:val="000000"/>
          <w:sz w:val="24"/>
        </w:rPr>
        <w:t>«…и справедливость с небес приникнет»</w:t>
      </w:r>
      <w:r>
        <w:rPr>
          <w:rFonts w:ascii="Georgia" w:hAnsi="Georgia"/>
          <w:b w:val="0"/>
          <w:i w:val="0"/>
          <w:color w:val="000000"/>
          <w:sz w:val="24"/>
        </w:rPr>
        <w:t xml:space="preserve"> — начальные буквы дают 96 (</w:t>
      </w:r>
      <w:r>
        <w:rPr>
          <w:rFonts w:ascii="Georgia" w:hAnsi="Georgia" w:cs="Times New Roman"/>
          <w:b/>
          <w:i w:val="0"/>
          <w:color w:val="000000"/>
          <w:sz w:val="24"/>
          <w:rtl/>
          <w:szCs w:val="32"/>
        </w:rPr>
        <w:t>צ״ו</w:t>
      </w:r>
      <w:r>
        <w:rPr>
          <w:rFonts w:ascii="Georgia" w:hAnsi="Georgia"/>
          <w:b w:val="0"/>
          <w:i w:val="0"/>
          <w:color w:val="000000"/>
          <w:sz w:val="24"/>
        </w:rPr>
        <w:t xml:space="preserve"> = 96), что соответствует [гематрии Имен] ЭЛЬ АДОНАЙ, пребывающих, как известно, в мире Асия. Конечные же буквы [этих слов составляют] в гематрии 202 (</w:t>
      </w:r>
      <w:r>
        <w:rPr>
          <w:rFonts w:ascii="Georgia" w:hAnsi="Georgia" w:cs="Times New Roman"/>
          <w:b/>
          <w:i w:val="0"/>
          <w:color w:val="000000"/>
          <w:sz w:val="24"/>
          <w:rtl/>
          <w:szCs w:val="32"/>
        </w:rPr>
        <w:t>ר״ב</w:t>
      </w:r>
      <w:r>
        <w:rPr>
          <w:rFonts w:ascii="Georgia" w:hAnsi="Georgia"/>
          <w:b w:val="0"/>
          <w:i w:val="0"/>
          <w:color w:val="000000"/>
          <w:sz w:val="24"/>
        </w:rPr>
        <w:t xml:space="preserve"> = 202). Конечные буквы [слов] </w:t>
      </w:r>
      <w:r>
        <w:rPr>
          <w:rFonts w:ascii="Georgia" w:hAnsi="Georgia"/>
          <w:b w:val="0"/>
          <w:i/>
          <w:color w:val="000000"/>
          <w:sz w:val="24"/>
        </w:rPr>
        <w:t>«истина из земли произрастет»</w:t>
      </w:r>
      <w:r>
        <w:rPr>
          <w:rFonts w:ascii="Georgia" w:hAnsi="Georgia"/>
          <w:b w:val="0"/>
          <w:i w:val="0"/>
          <w:color w:val="000000"/>
          <w:sz w:val="24"/>
        </w:rPr>
        <w:t xml:space="preserve"> составляют [Имя] ЦВАОТ, что равно 500 (</w:t>
      </w:r>
      <w:r>
        <w:rPr>
          <w:rFonts w:ascii="Georgia" w:hAnsi="Georgia" w:cs="Times New Roman"/>
          <w:b/>
          <w:i w:val="0"/>
          <w:color w:val="000000"/>
          <w:sz w:val="24"/>
          <w:rtl/>
          <w:szCs w:val="32"/>
        </w:rPr>
        <w:t>ת״ק</w:t>
      </w:r>
      <w:r>
        <w:rPr>
          <w:rFonts w:ascii="Georgia" w:hAnsi="Georgia"/>
          <w:b w:val="0"/>
          <w:i w:val="0"/>
          <w:color w:val="000000"/>
          <w:sz w:val="24"/>
        </w:rPr>
        <w:t xml:space="preserve"> = 500), по смыслу [слов мудрецов о] «пути Древа Жизни в пятьсот лет» (Талмуд, Хагига 12а). [Говорит Шмуэль: с [учетом числа] букв — для одного [расчета], и с колелем — для другого.] Намерение же (</w:t>
      </w:r>
      <w:r>
        <w:rPr>
          <w:rFonts w:ascii="Georgia" w:hAnsi="Georgia"/>
          <w:b w:val="0"/>
          <w:i/>
          <w:color w:val="000000"/>
          <w:sz w:val="24"/>
        </w:rPr>
        <w:t>кавана</w:t>
      </w:r>
      <w:r>
        <w:rPr>
          <w:rFonts w:ascii="Georgia" w:hAnsi="Georgia"/>
          <w:b w:val="0"/>
          <w:i w:val="0"/>
          <w:color w:val="000000"/>
          <w:sz w:val="24"/>
        </w:rPr>
        <w:t>) заключается в том, что в АА (Арих Анпине) есть 375 светов: это дважды [Имя] ЭЛЬ в их наполнениях в двух святых яблоках — вот 370, а с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 5) в ноздре посередине — вот 375. И из них опускаются 57 светов в виде [Имен] ЭЛЬ АВАЯ (</w:t>
      </w:r>
      <w:r>
        <w:rPr>
          <w:rFonts w:ascii="Georgia" w:hAnsi="Georgia" w:cs="Times New Roman"/>
          <w:b/>
          <w:i w:val="0"/>
          <w:color w:val="000000"/>
          <w:sz w:val="24"/>
          <w:rtl/>
          <w:szCs w:val="32"/>
        </w:rPr>
        <w:t>אל יהוה</w:t>
      </w:r>
      <w:r>
        <w:rPr>
          <w:rFonts w:ascii="Georgia" w:hAnsi="Georgia"/>
          <w:b w:val="0"/>
          <w:i w:val="0"/>
          <w:color w:val="000000"/>
          <w:sz w:val="24"/>
        </w:rPr>
        <w:t xml:space="preserve"> = 57) к ЗА (Зеир Анпину), представляющему собой мир Ецира, а наверху остаются 318 светов. Притяни же из них дальше, из мира Тысячи, 220 светов к Тиферет, называемой Древом Жизни, чей путь составляет 500 [лет], — к [сфире] Цедек («справедливость»), являющейся [Именем] АДОНАЙ в мире Асия, где [находятся] 96 миров, по числу [Имен] ЭЛЬ АДОНАЙ.</w:t>
      </w:r>
    </w:p>
    <w:p>
      <w:pPr>
        <w:keepNext/>
        <w:spacing w:before="320" w:after="120"/>
      </w:pPr>
      <w:r>
        <w:rPr>
          <w:rFonts w:ascii="Georgia" w:hAnsi="Georgia"/>
          <w:b w:val="0"/>
          <w:i w:val="0"/>
          <w:color w:val="000000"/>
          <w:sz w:val="32"/>
        </w:rPr>
        <w:t>Ихуд 66</w:t>
      </w:r>
    </w:p>
    <w:p>
      <w:pPr>
        <w:spacing w:before="40" w:after="120"/>
        <w:jc w:val="both"/>
      </w:pPr>
      <w:r>
        <w:rPr>
          <w:rFonts w:ascii="Georgia" w:hAnsi="Georgia"/>
          <w:b w:val="0"/>
          <w:i w:val="0"/>
          <w:color w:val="000000"/>
          <w:sz w:val="24"/>
        </w:rPr>
        <w:t xml:space="preserve">К вышеупомянутому. В словах </w:t>
      </w:r>
      <w:r>
        <w:rPr>
          <w:rFonts w:ascii="Georgia" w:hAnsi="Georgia"/>
          <w:b w:val="0"/>
          <w:i/>
          <w:color w:val="000000"/>
          <w:sz w:val="24"/>
        </w:rPr>
        <w:t>«Открываешь руку Твою...»</w:t>
      </w:r>
      <w:r>
        <w:rPr>
          <w:rFonts w:ascii="Georgia" w:hAnsi="Georgia"/>
          <w:b w:val="0"/>
          <w:i w:val="0"/>
          <w:color w:val="000000"/>
          <w:sz w:val="24"/>
        </w:rPr>
        <w:t xml:space="preserve"> (Теилим 145:16, </w:t>
      </w:r>
      <w:r>
        <w:rPr>
          <w:rFonts w:ascii="Georgia" w:hAnsi="Georgia" w:cs="Times New Roman"/>
          <w:b/>
          <w:i w:val="0"/>
          <w:color w:val="000000"/>
          <w:sz w:val="24"/>
          <w:rtl/>
          <w:szCs w:val="32"/>
        </w:rPr>
        <w:t>פותח את ידיך</w:t>
      </w:r>
      <w:r>
        <w:rPr>
          <w:rFonts w:ascii="Georgia" w:hAnsi="Georgia"/>
          <w:b w:val="0"/>
          <w:i w:val="0"/>
          <w:color w:val="000000"/>
          <w:sz w:val="24"/>
        </w:rPr>
        <w:t xml:space="preserve">) начальные буквы [по числовому значению равны сумме Имен] АВАЯ и АДОНАЙ, а конечные буквы составляют имя </w:t>
      </w:r>
      <w:r>
        <w:rPr>
          <w:rFonts w:ascii="Georgia" w:hAnsi="Georgia"/>
          <w:b w:val="0"/>
          <w:i/>
          <w:color w:val="000000"/>
          <w:sz w:val="24"/>
        </w:rPr>
        <w:t>Хатах</w:t>
      </w:r>
      <w:r>
        <w:rPr>
          <w:rFonts w:ascii="Georgia" w:hAnsi="Georgia"/>
          <w:b w:val="0"/>
          <w:i w:val="0"/>
          <w:color w:val="000000"/>
          <w:sz w:val="24"/>
        </w:rPr>
        <w:t xml:space="preserve"> (</w:t>
      </w:r>
      <w:r>
        <w:rPr>
          <w:rFonts w:ascii="Georgia" w:hAnsi="Georgia" w:cs="Times New Roman"/>
          <w:b/>
          <w:i w:val="0"/>
          <w:color w:val="000000"/>
          <w:sz w:val="24"/>
          <w:rtl/>
          <w:szCs w:val="32"/>
        </w:rPr>
        <w:t>חת״ך</w:t>
      </w:r>
      <w:r>
        <w:rPr>
          <w:rFonts w:ascii="Georgia" w:hAnsi="Georgia"/>
          <w:b w:val="0"/>
          <w:i w:val="0"/>
          <w:color w:val="000000"/>
          <w:sz w:val="24"/>
        </w:rPr>
        <w:t xml:space="preserve">), которое при замене по [системе] </w:t>
      </w:r>
      <w:r>
        <w:rPr>
          <w:rFonts w:ascii="Georgia" w:hAnsi="Georgia"/>
          <w:b w:val="0"/>
          <w:i/>
          <w:color w:val="000000"/>
          <w:sz w:val="24"/>
        </w:rPr>
        <w:t>атбаш</w:t>
      </w:r>
      <w:r>
        <w:rPr>
          <w:rFonts w:ascii="Georgia" w:hAnsi="Georgia"/>
          <w:b w:val="0"/>
          <w:i w:val="0"/>
          <w:color w:val="000000"/>
          <w:sz w:val="24"/>
        </w:rPr>
        <w:t xml:space="preserve"> (</w:t>
      </w:r>
      <w:r>
        <w:rPr>
          <w:rFonts w:ascii="Georgia" w:hAnsi="Georgia" w:cs="Times New Roman"/>
          <w:b/>
          <w:i w:val="0"/>
          <w:color w:val="000000"/>
          <w:sz w:val="24"/>
          <w:rtl/>
          <w:szCs w:val="32"/>
        </w:rPr>
        <w:t>א״ת ב״ש</w:t>
      </w:r>
      <w:r>
        <w:rPr>
          <w:rFonts w:ascii="Georgia" w:hAnsi="Georgia"/>
          <w:b w:val="0"/>
          <w:i w:val="0"/>
          <w:color w:val="000000"/>
          <w:sz w:val="24"/>
        </w:rPr>
        <w:t xml:space="preserve">) дает </w:t>
      </w:r>
      <w:r>
        <w:rPr>
          <w:rFonts w:ascii="Georgia" w:hAnsi="Georgia"/>
          <w:b w:val="0"/>
          <w:i/>
          <w:color w:val="000000"/>
          <w:sz w:val="24"/>
        </w:rPr>
        <w:t>Саэль</w:t>
      </w:r>
      <w:r>
        <w:rPr>
          <w:rFonts w:ascii="Georgia" w:hAnsi="Georgia"/>
          <w:b w:val="0"/>
          <w:i w:val="0"/>
          <w:color w:val="000000"/>
          <w:sz w:val="24"/>
        </w:rPr>
        <w:t xml:space="preserve"> (</w:t>
      </w:r>
      <w:r>
        <w:rPr>
          <w:rFonts w:ascii="Georgia" w:hAnsi="Georgia" w:cs="Times New Roman"/>
          <w:b/>
          <w:i w:val="0"/>
          <w:color w:val="000000"/>
          <w:sz w:val="24"/>
          <w:rtl/>
          <w:szCs w:val="32"/>
        </w:rPr>
        <w:t>סא״ל</w:t>
      </w:r>
      <w:r>
        <w:rPr>
          <w:rFonts w:ascii="Georgia" w:hAnsi="Georgia"/>
          <w:b w:val="0"/>
          <w:i w:val="0"/>
          <w:color w:val="000000"/>
          <w:sz w:val="24"/>
        </w:rPr>
        <w:t xml:space="preserve">), и оно также по числовому значению равно АВАЯ и АДОНАЙ. В словах </w:t>
      </w:r>
      <w:r>
        <w:rPr>
          <w:rFonts w:ascii="Georgia" w:hAnsi="Georgia"/>
          <w:b w:val="0"/>
          <w:i/>
          <w:color w:val="000000"/>
          <w:sz w:val="24"/>
        </w:rPr>
        <w:t>«...все живущее по благоволению»</w:t>
      </w:r>
      <w:r>
        <w:rPr>
          <w:rFonts w:ascii="Georgia" w:hAnsi="Georgia"/>
          <w:b w:val="0"/>
          <w:i w:val="0"/>
          <w:color w:val="000000"/>
          <w:sz w:val="24"/>
        </w:rPr>
        <w:t xml:space="preserve"> (</w:t>
      </w:r>
      <w:r>
        <w:rPr>
          <w:rFonts w:ascii="Georgia" w:hAnsi="Georgia" w:cs="Times New Roman"/>
          <w:b/>
          <w:i w:val="0"/>
          <w:color w:val="000000"/>
          <w:sz w:val="24"/>
          <w:rtl/>
          <w:szCs w:val="32"/>
        </w:rPr>
        <w:t>לכל חי רצון</w:t>
      </w:r>
      <w:r>
        <w:rPr>
          <w:rFonts w:ascii="Georgia" w:hAnsi="Georgia"/>
          <w:b w:val="0"/>
          <w:i w:val="0"/>
          <w:color w:val="000000"/>
          <w:sz w:val="24"/>
        </w:rPr>
        <w:t>) начальные буквы [в обратном порядке] образуют имя Рахель (</w:t>
      </w:r>
      <w:r>
        <w:rPr>
          <w:rFonts w:ascii="Georgia" w:hAnsi="Georgia" w:cs="Times New Roman"/>
          <w:b/>
          <w:i w:val="0"/>
          <w:color w:val="000000"/>
          <w:sz w:val="24"/>
          <w:rtl/>
          <w:szCs w:val="32"/>
        </w:rPr>
        <w:t>רָחֵל</w:t>
      </w:r>
      <w:r>
        <w:rPr>
          <w:rFonts w:ascii="Georgia" w:hAnsi="Georgia"/>
          <w:b w:val="0"/>
          <w:i w:val="0"/>
          <w:color w:val="000000"/>
          <w:sz w:val="24"/>
        </w:rPr>
        <w:t xml:space="preserve">), числовое значение которого равно двукратному значению слова </w:t>
      </w:r>
      <w:r>
        <w:rPr>
          <w:rFonts w:ascii="Georgia" w:hAnsi="Georgia"/>
          <w:b w:val="0"/>
          <w:i/>
          <w:color w:val="000000"/>
          <w:sz w:val="24"/>
        </w:rPr>
        <w:t>дима</w:t>
      </w:r>
      <w:r>
        <w:rPr>
          <w:rFonts w:ascii="Georgia" w:hAnsi="Georgia"/>
          <w:b w:val="0"/>
          <w:i w:val="0"/>
          <w:color w:val="000000"/>
          <w:sz w:val="24"/>
        </w:rPr>
        <w:t xml:space="preserve"> — «слеза» (</w:t>
      </w:r>
      <w:r>
        <w:rPr>
          <w:rFonts w:ascii="Georgia" w:hAnsi="Georgia" w:cs="Times New Roman"/>
          <w:b/>
          <w:i w:val="0"/>
          <w:color w:val="000000"/>
          <w:sz w:val="24"/>
          <w:rtl/>
          <w:szCs w:val="32"/>
        </w:rPr>
        <w:t>דִּמְעָה</w:t>
      </w:r>
      <w:r>
        <w:rPr>
          <w:rFonts w:ascii="Georgia" w:hAnsi="Georgia"/>
          <w:b w:val="0"/>
          <w:i w:val="0"/>
          <w:color w:val="000000"/>
          <w:sz w:val="24"/>
        </w:rPr>
        <w:t xml:space="preserve"> = 119; дважды — 238); на них намекает Зоар, говоря: </w:t>
      </w:r>
      <w:r>
        <w:rPr>
          <w:rFonts w:ascii="Georgia" w:hAnsi="Georgia"/>
          <w:b w:val="0"/>
          <w:i/>
          <w:color w:val="000000"/>
          <w:sz w:val="24"/>
        </w:rPr>
        <w:t>«уронил две слезы в великое море»</w:t>
      </w:r>
      <w:r>
        <w:rPr>
          <w:rFonts w:ascii="Georgia" w:hAnsi="Georgia"/>
          <w:b w:val="0"/>
          <w:i w:val="0"/>
          <w:color w:val="000000"/>
          <w:sz w:val="24"/>
        </w:rPr>
        <w:t>. Это две силы суда, и нужно сосредоточить намерение (</w:t>
      </w:r>
      <w:r>
        <w:rPr>
          <w:rFonts w:ascii="Georgia" w:hAnsi="Georgia"/>
          <w:b w:val="0"/>
          <w:i/>
          <w:color w:val="000000"/>
          <w:sz w:val="24"/>
        </w:rPr>
        <w:t>кавана</w:t>
      </w:r>
      <w:r>
        <w:rPr>
          <w:rFonts w:ascii="Georgia" w:hAnsi="Georgia"/>
          <w:b w:val="0"/>
          <w:i w:val="0"/>
          <w:color w:val="000000"/>
          <w:sz w:val="24"/>
        </w:rPr>
        <w:t xml:space="preserve">), чтобы смягчить их в слове </w:t>
      </w:r>
      <w:r>
        <w:rPr>
          <w:rFonts w:ascii="Georgia" w:hAnsi="Georgia"/>
          <w:b w:val="0"/>
          <w:i/>
          <w:color w:val="000000"/>
          <w:sz w:val="24"/>
        </w:rPr>
        <w:t>рацон</w:t>
      </w:r>
      <w:r>
        <w:rPr>
          <w:rFonts w:ascii="Georgia" w:hAnsi="Georgia"/>
          <w:b w:val="0"/>
          <w:i w:val="0"/>
          <w:color w:val="000000"/>
          <w:sz w:val="24"/>
        </w:rPr>
        <w:t xml:space="preserve"> — «благоволение» (</w:t>
      </w:r>
      <w:r>
        <w:rPr>
          <w:rFonts w:ascii="Georgia" w:hAnsi="Georgia" w:cs="Times New Roman"/>
          <w:b/>
          <w:i w:val="0"/>
          <w:color w:val="000000"/>
          <w:sz w:val="24"/>
          <w:rtl/>
          <w:szCs w:val="32"/>
        </w:rPr>
        <w:t>רָצוֹן</w:t>
      </w:r>
      <w:r>
        <w:rPr>
          <w:rFonts w:ascii="Georgia" w:hAnsi="Georgia"/>
          <w:b w:val="0"/>
          <w:i w:val="0"/>
          <w:color w:val="000000"/>
          <w:sz w:val="24"/>
        </w:rPr>
        <w:t>). Ведь в этом тайна [Имени] ЭЙЕ с наполнением буквами йод — 161 (</w:t>
      </w:r>
      <w:r>
        <w:rPr>
          <w:rFonts w:ascii="Georgia" w:hAnsi="Georgia" w:cs="Times New Roman"/>
          <w:b/>
          <w:i w:val="0"/>
          <w:color w:val="000000"/>
          <w:sz w:val="24"/>
          <w:rtl/>
          <w:szCs w:val="32"/>
        </w:rPr>
        <w:t>קס״א</w:t>
      </w:r>
      <w:r>
        <w:rPr>
          <w:rFonts w:ascii="Georgia" w:hAnsi="Georgia"/>
          <w:b w:val="0"/>
          <w:i w:val="0"/>
          <w:color w:val="000000"/>
          <w:sz w:val="24"/>
        </w:rPr>
        <w:t xml:space="preserve">), и [Имени] АВАЯ, числовое значение которого равно слову </w:t>
      </w:r>
      <w:r>
        <w:rPr>
          <w:rFonts w:ascii="Georgia" w:hAnsi="Georgia"/>
          <w:b w:val="0"/>
          <w:i/>
          <w:color w:val="000000"/>
          <w:sz w:val="24"/>
        </w:rPr>
        <w:t>маком</w:t>
      </w:r>
      <w:r>
        <w:rPr>
          <w:rFonts w:ascii="Georgia" w:hAnsi="Georgia"/>
          <w:b w:val="0"/>
          <w:i w:val="0"/>
          <w:color w:val="000000"/>
          <w:sz w:val="24"/>
        </w:rPr>
        <w:t xml:space="preserve"> — «место» (</w:t>
      </w:r>
      <w:r>
        <w:rPr>
          <w:rFonts w:ascii="Georgia" w:hAnsi="Georgia" w:cs="Times New Roman"/>
          <w:b/>
          <w:i w:val="0"/>
          <w:color w:val="000000"/>
          <w:sz w:val="24"/>
          <w:rtl/>
          <w:szCs w:val="32"/>
        </w:rPr>
        <w:t>מָקוֹם</w:t>
      </w:r>
      <w:r>
        <w:rPr>
          <w:rFonts w:ascii="Georgia" w:hAnsi="Georgia"/>
          <w:b w:val="0"/>
          <w:i w:val="0"/>
          <w:color w:val="000000"/>
          <w:sz w:val="24"/>
        </w:rPr>
        <w:t xml:space="preserve"> = 186), как известно; сумма обоих — 347 (</w:t>
      </w:r>
      <w:r>
        <w:rPr>
          <w:rFonts w:ascii="Georgia" w:hAnsi="Georgia" w:cs="Times New Roman"/>
          <w:b/>
          <w:i w:val="0"/>
          <w:color w:val="000000"/>
          <w:sz w:val="24"/>
          <w:rtl/>
          <w:szCs w:val="32"/>
        </w:rPr>
        <w:t>שמ״ז</w:t>
      </w:r>
      <w:r>
        <w:rPr>
          <w:rFonts w:ascii="Georgia" w:hAnsi="Georgia"/>
          <w:b w:val="0"/>
          <w:i w:val="0"/>
          <w:color w:val="000000"/>
          <w:sz w:val="24"/>
        </w:rPr>
        <w:t xml:space="preserve">). Говорит пишущий, Хаим: см. в «Шаар а-Тфилот» к этому стиху; там я получил [традицию] иначе, а именно: </w:t>
      </w:r>
      <w:r>
        <w:rPr>
          <w:rFonts w:ascii="Georgia" w:hAnsi="Georgia"/>
          <w:b w:val="0"/>
          <w:i/>
          <w:color w:val="000000"/>
          <w:sz w:val="24"/>
        </w:rPr>
        <w:t>рацон</w:t>
      </w:r>
      <w:r>
        <w:rPr>
          <w:rFonts w:ascii="Georgia" w:hAnsi="Georgia"/>
          <w:b w:val="0"/>
          <w:i w:val="0"/>
          <w:color w:val="000000"/>
          <w:sz w:val="24"/>
        </w:rPr>
        <w:t xml:space="preserve"> — это лицевая сторона (паним) [Имени] ЭЙЕ с наполнением буквами йод — 161, и обратная сторона (ахораим) [Имени] АВАЯ с наполнением буквами йод — 184 (</w:t>
      </w:r>
      <w:r>
        <w:rPr>
          <w:rFonts w:ascii="Georgia" w:hAnsi="Georgia" w:cs="Times New Roman"/>
          <w:b/>
          <w:i w:val="0"/>
          <w:color w:val="000000"/>
          <w:sz w:val="24"/>
          <w:rtl/>
          <w:szCs w:val="32"/>
        </w:rPr>
        <w:t>קפ״ד</w:t>
      </w:r>
      <w:r>
        <w:rPr>
          <w:rFonts w:ascii="Georgia" w:hAnsi="Georgia"/>
          <w:b w:val="0"/>
          <w:i w:val="0"/>
          <w:color w:val="000000"/>
          <w:sz w:val="24"/>
        </w:rPr>
        <w:t>).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десять раз по десять [— 100],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пять раз по пять [— 25],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шесть раз по шесть [— 36]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пять раз по пять [— 25] — по числовому значению равны слову </w:t>
      </w:r>
      <w:r>
        <w:rPr>
          <w:rFonts w:ascii="Georgia" w:hAnsi="Georgia"/>
          <w:b w:val="0"/>
          <w:i/>
          <w:color w:val="000000"/>
          <w:sz w:val="24"/>
        </w:rPr>
        <w:t>маком</w:t>
      </w:r>
      <w:r>
        <w:rPr>
          <w:rFonts w:ascii="Georgia" w:hAnsi="Georgia"/>
          <w:b w:val="0"/>
          <w:i w:val="0"/>
          <w:color w:val="000000"/>
          <w:sz w:val="24"/>
        </w:rPr>
        <w:t xml:space="preserve"> — «место» [186]. [Говорит Шмуэль: см. в шестых вратах намерение этого стиха подробно.]</w:t>
      </w:r>
    </w:p>
    <w:p>
      <w:pPr>
        <w:keepNext/>
        <w:spacing w:before="320" w:after="120"/>
      </w:pPr>
      <w:r>
        <w:rPr>
          <w:rFonts w:ascii="Georgia" w:hAnsi="Georgia"/>
          <w:b w:val="0"/>
          <w:i w:val="0"/>
          <w:color w:val="000000"/>
          <w:sz w:val="32"/>
        </w:rPr>
        <w:t>Ихуд 67</w:t>
      </w:r>
    </w:p>
    <w:p>
      <w:pPr>
        <w:spacing w:before="40" w:after="120"/>
        <w:jc w:val="both"/>
      </w:pPr>
      <w:r>
        <w:rPr>
          <w:rFonts w:ascii="Georgia" w:hAnsi="Georgia"/>
          <w:b w:val="0"/>
          <w:i w:val="0"/>
          <w:color w:val="000000"/>
          <w:sz w:val="24"/>
        </w:rPr>
        <w:t xml:space="preserve">К вышеупомянутому. </w:t>
      </w:r>
      <w:r>
        <w:rPr>
          <w:rFonts w:ascii="Georgia" w:hAnsi="Georgia"/>
          <w:b w:val="0"/>
          <w:i/>
          <w:color w:val="000000"/>
          <w:sz w:val="24"/>
        </w:rPr>
        <w:t>«Постоянное всесожжение, совершенное…»</w:t>
      </w:r>
      <w:r>
        <w:rPr>
          <w:rFonts w:ascii="Georgia" w:hAnsi="Georgia"/>
          <w:b w:val="0"/>
          <w:i w:val="0"/>
          <w:color w:val="000000"/>
          <w:sz w:val="24"/>
        </w:rPr>
        <w:t xml:space="preserve"> (Бемидбар 28:6). Слово </w:t>
      </w:r>
      <w:r>
        <w:rPr>
          <w:rFonts w:ascii="Georgia" w:hAnsi="Georgia"/>
          <w:b w:val="0"/>
          <w:i/>
          <w:color w:val="000000"/>
          <w:sz w:val="24"/>
        </w:rPr>
        <w:t>олат</w:t>
      </w:r>
      <w:r>
        <w:rPr>
          <w:rFonts w:ascii="Georgia" w:hAnsi="Georgia"/>
          <w:b w:val="0"/>
          <w:i w:val="0"/>
          <w:color w:val="000000"/>
          <w:sz w:val="24"/>
        </w:rPr>
        <w:t xml:space="preserve"> — «всесожжение» (</w:t>
      </w:r>
      <w:r>
        <w:rPr>
          <w:rFonts w:ascii="Georgia" w:hAnsi="Georgia" w:cs="Times New Roman"/>
          <w:b/>
          <w:i w:val="0"/>
          <w:color w:val="000000"/>
          <w:sz w:val="24"/>
          <w:rtl/>
          <w:szCs w:val="32"/>
        </w:rPr>
        <w:t>עוֹלַת</w:t>
      </w:r>
      <w:r>
        <w:rPr>
          <w:rFonts w:ascii="Georgia" w:hAnsi="Georgia"/>
          <w:b w:val="0"/>
          <w:i w:val="0"/>
          <w:color w:val="000000"/>
          <w:sz w:val="24"/>
        </w:rPr>
        <w:t xml:space="preserve">) по гематрии равно </w:t>
      </w:r>
      <w:r>
        <w:rPr>
          <w:rFonts w:ascii="Georgia" w:hAnsi="Georgia" w:cs="Times New Roman"/>
          <w:b/>
          <w:i w:val="0"/>
          <w:color w:val="000000"/>
          <w:sz w:val="24"/>
          <w:rtl/>
          <w:szCs w:val="32"/>
        </w:rPr>
        <w:t>אבג״יתץ</w:t>
      </w:r>
      <w:r>
        <w:rPr>
          <w:rFonts w:ascii="Georgia" w:hAnsi="Georgia"/>
          <w:b w:val="0"/>
          <w:i w:val="0"/>
          <w:color w:val="000000"/>
          <w:sz w:val="24"/>
        </w:rPr>
        <w:t xml:space="preserve"> (506). Слово </w:t>
      </w:r>
      <w:r>
        <w:rPr>
          <w:rFonts w:ascii="Georgia" w:hAnsi="Georgia"/>
          <w:b w:val="0"/>
          <w:i/>
          <w:color w:val="000000"/>
          <w:sz w:val="24"/>
        </w:rPr>
        <w:t>тамид</w:t>
      </w:r>
      <w:r>
        <w:rPr>
          <w:rFonts w:ascii="Georgia" w:hAnsi="Georgia"/>
          <w:b w:val="0"/>
          <w:i w:val="0"/>
          <w:color w:val="000000"/>
          <w:sz w:val="24"/>
        </w:rPr>
        <w:t xml:space="preserve"> — «постоянное» (</w:t>
      </w:r>
      <w:r>
        <w:rPr>
          <w:rFonts w:ascii="Georgia" w:hAnsi="Georgia" w:cs="Times New Roman"/>
          <w:b/>
          <w:i w:val="0"/>
          <w:color w:val="000000"/>
          <w:sz w:val="24"/>
          <w:rtl/>
          <w:szCs w:val="32"/>
        </w:rPr>
        <w:t>תָּמִיד</w:t>
      </w:r>
      <w:r>
        <w:rPr>
          <w:rFonts w:ascii="Georgia" w:hAnsi="Georgia"/>
          <w:b w:val="0"/>
          <w:i w:val="0"/>
          <w:color w:val="000000"/>
          <w:sz w:val="24"/>
        </w:rPr>
        <w:t xml:space="preserve">) по гематрии равно [трем наполнениям Имени] ЭЙЕ — с [буквами] йод, алеф и хэй. [Говорит Шмуэль, мир ему:] [Слово] </w:t>
      </w:r>
      <w:r>
        <w:rPr>
          <w:rFonts w:ascii="Georgia" w:hAnsi="Georgia"/>
          <w:b w:val="0"/>
          <w:i/>
          <w:color w:val="000000"/>
          <w:sz w:val="24"/>
        </w:rPr>
        <w:t>а-асуя</w:t>
      </w:r>
      <w:r>
        <w:rPr>
          <w:rFonts w:ascii="Georgia" w:hAnsi="Georgia"/>
          <w:b w:val="0"/>
          <w:i w:val="0"/>
          <w:color w:val="000000"/>
          <w:sz w:val="24"/>
        </w:rPr>
        <w:t xml:space="preserve"> — «совершенное» (</w:t>
      </w:r>
      <w:r>
        <w:rPr>
          <w:rFonts w:ascii="Georgia" w:hAnsi="Georgia" w:cs="Times New Roman"/>
          <w:b/>
          <w:i w:val="0"/>
          <w:color w:val="000000"/>
          <w:sz w:val="24"/>
          <w:rtl/>
          <w:szCs w:val="32"/>
        </w:rPr>
        <w:t>הָעֲשׂוּיָה</w:t>
      </w:r>
      <w:r>
        <w:rPr>
          <w:rFonts w:ascii="Georgia" w:hAnsi="Georgia"/>
          <w:b w:val="0"/>
          <w:i w:val="0"/>
          <w:color w:val="000000"/>
          <w:sz w:val="24"/>
        </w:rPr>
        <w:t>) — это 390 (</w:t>
      </w:r>
      <w:r>
        <w:rPr>
          <w:rFonts w:ascii="Georgia" w:hAnsi="Georgia" w:cs="Times New Roman"/>
          <w:b/>
          <w:i w:val="0"/>
          <w:color w:val="000000"/>
          <w:sz w:val="24"/>
          <w:rtl/>
          <w:szCs w:val="32"/>
        </w:rPr>
        <w:t>ש״ץ</w:t>
      </w:r>
      <w:r>
        <w:rPr>
          <w:rFonts w:ascii="Georgia" w:hAnsi="Georgia"/>
          <w:b w:val="0"/>
          <w:i w:val="0"/>
          <w:color w:val="000000"/>
          <w:sz w:val="24"/>
        </w:rPr>
        <w:t>) волос, имеющихся в первом тиккуне святой бороды (</w:t>
      </w:r>
      <w:r>
        <w:rPr>
          <w:rFonts w:ascii="Georgia" w:hAnsi="Georgia"/>
          <w:b w:val="0"/>
          <w:i/>
          <w:color w:val="000000"/>
          <w:sz w:val="24"/>
        </w:rPr>
        <w:t>дикна кадиша</w:t>
      </w:r>
      <w:r>
        <w:rPr>
          <w:rFonts w:ascii="Georgia" w:hAnsi="Georgia"/>
          <w:b w:val="0"/>
          <w:i w:val="0"/>
          <w:color w:val="000000"/>
          <w:sz w:val="24"/>
        </w:rPr>
        <w:t xml:space="preserve">), который называется ЭЛЬ. Слово </w:t>
      </w:r>
      <w:r>
        <w:rPr>
          <w:rFonts w:ascii="Georgia" w:hAnsi="Georgia"/>
          <w:b w:val="0"/>
          <w:i/>
          <w:color w:val="000000"/>
          <w:sz w:val="24"/>
        </w:rPr>
        <w:t>бе-хар</w:t>
      </w:r>
      <w:r>
        <w:rPr>
          <w:rFonts w:ascii="Georgia" w:hAnsi="Georgia"/>
          <w:b w:val="0"/>
          <w:i w:val="0"/>
          <w:color w:val="000000"/>
          <w:sz w:val="24"/>
        </w:rPr>
        <w:t xml:space="preserve"> — «у горы» (</w:t>
      </w:r>
      <w:r>
        <w:rPr>
          <w:rFonts w:ascii="Georgia" w:hAnsi="Georgia" w:cs="Times New Roman"/>
          <w:b/>
          <w:i w:val="0"/>
          <w:color w:val="000000"/>
          <w:sz w:val="24"/>
          <w:rtl/>
          <w:szCs w:val="32"/>
        </w:rPr>
        <w:t>בְּהַר</w:t>
      </w:r>
      <w:r>
        <w:rPr>
          <w:rFonts w:ascii="Georgia" w:hAnsi="Georgia"/>
          <w:b w:val="0"/>
          <w:i w:val="0"/>
          <w:color w:val="000000"/>
          <w:sz w:val="24"/>
        </w:rPr>
        <w:t xml:space="preserve">) по гематрии равно слову </w:t>
      </w:r>
      <w:r>
        <w:rPr>
          <w:rFonts w:ascii="Georgia" w:hAnsi="Georgia"/>
          <w:b w:val="0"/>
          <w:i/>
          <w:color w:val="000000"/>
          <w:sz w:val="24"/>
        </w:rPr>
        <w:t>ор</w:t>
      </w:r>
      <w:r>
        <w:rPr>
          <w:rFonts w:ascii="Georgia" w:hAnsi="Georgia"/>
          <w:b w:val="0"/>
          <w:i w:val="0"/>
          <w:color w:val="000000"/>
          <w:sz w:val="24"/>
        </w:rPr>
        <w:t xml:space="preserve"> — «свет» (</w:t>
      </w:r>
      <w:r>
        <w:rPr>
          <w:rFonts w:ascii="Georgia" w:hAnsi="Georgia" w:cs="Times New Roman"/>
          <w:b/>
          <w:i w:val="0"/>
          <w:color w:val="000000"/>
          <w:sz w:val="24"/>
          <w:rtl/>
          <w:szCs w:val="32"/>
        </w:rPr>
        <w:t>אוֹר</w:t>
      </w:r>
      <w:r>
        <w:rPr>
          <w:rFonts w:ascii="Georgia" w:hAnsi="Georgia"/>
          <w:b w:val="0"/>
          <w:i w:val="0"/>
          <w:color w:val="000000"/>
          <w:sz w:val="24"/>
        </w:rPr>
        <w:t xml:space="preserve"> = 207), и это две части Тиферет. Слово </w:t>
      </w:r>
      <w:r>
        <w:rPr>
          <w:rFonts w:ascii="Georgia" w:hAnsi="Georgia"/>
          <w:b w:val="0"/>
          <w:i/>
          <w:color w:val="000000"/>
          <w:sz w:val="24"/>
        </w:rPr>
        <w:t>Синай</w:t>
      </w:r>
      <w:r>
        <w:rPr>
          <w:rFonts w:ascii="Georgia" w:hAnsi="Georgia"/>
          <w:b w:val="0"/>
          <w:i w:val="0"/>
          <w:color w:val="000000"/>
          <w:sz w:val="24"/>
        </w:rPr>
        <w:t xml:space="preserve"> (</w:t>
      </w:r>
      <w:r>
        <w:rPr>
          <w:rFonts w:ascii="Georgia" w:hAnsi="Georgia" w:cs="Times New Roman"/>
          <w:b/>
          <w:i w:val="0"/>
          <w:color w:val="000000"/>
          <w:sz w:val="24"/>
          <w:rtl/>
          <w:szCs w:val="32"/>
        </w:rPr>
        <w:t>סִינַי</w:t>
      </w:r>
      <w:r>
        <w:rPr>
          <w:rFonts w:ascii="Georgia" w:hAnsi="Georgia"/>
          <w:b w:val="0"/>
          <w:i w:val="0"/>
          <w:color w:val="000000"/>
          <w:sz w:val="24"/>
        </w:rPr>
        <w:t>) по гематрии равно 130 (</w:t>
      </w:r>
      <w:r>
        <w:rPr>
          <w:rFonts w:ascii="Georgia" w:hAnsi="Georgia" w:cs="Times New Roman"/>
          <w:b/>
          <w:i w:val="0"/>
          <w:color w:val="000000"/>
          <w:sz w:val="24"/>
          <w:rtl/>
          <w:szCs w:val="32"/>
        </w:rPr>
        <w:t>ק״ל</w:t>
      </w:r>
      <w:r>
        <w:rPr>
          <w:rFonts w:ascii="Georgia" w:hAnsi="Georgia"/>
          <w:b w:val="0"/>
          <w:i w:val="0"/>
          <w:color w:val="000000"/>
          <w:sz w:val="24"/>
        </w:rPr>
        <w:t xml:space="preserve">), и это ахораим (обратная сторона) де-АВАЯ де-МА. Слово </w:t>
      </w:r>
      <w:r>
        <w:rPr>
          <w:rFonts w:ascii="Georgia" w:hAnsi="Georgia"/>
          <w:b w:val="0"/>
          <w:i/>
          <w:color w:val="000000"/>
          <w:sz w:val="24"/>
        </w:rPr>
        <w:t>ле-рейах</w:t>
      </w:r>
      <w:r>
        <w:rPr>
          <w:rFonts w:ascii="Georgia" w:hAnsi="Georgia"/>
          <w:b w:val="0"/>
          <w:i w:val="0"/>
          <w:color w:val="000000"/>
          <w:sz w:val="24"/>
        </w:rPr>
        <w:t xml:space="preserve"> — «в благоухание» (</w:t>
      </w:r>
      <w:r>
        <w:rPr>
          <w:rFonts w:ascii="Georgia" w:hAnsi="Georgia" w:cs="Times New Roman"/>
          <w:b/>
          <w:i w:val="0"/>
          <w:color w:val="000000"/>
          <w:sz w:val="24"/>
          <w:rtl/>
          <w:szCs w:val="32"/>
        </w:rPr>
        <w:t>לְרֵיחַ</w:t>
      </w:r>
      <w:r>
        <w:rPr>
          <w:rFonts w:ascii="Georgia" w:hAnsi="Georgia"/>
          <w:b w:val="0"/>
          <w:i w:val="0"/>
          <w:color w:val="000000"/>
          <w:sz w:val="24"/>
        </w:rPr>
        <w:t>) по гематрии равно 248 (</w:t>
      </w:r>
      <w:r>
        <w:rPr>
          <w:rFonts w:ascii="Georgia" w:hAnsi="Georgia" w:cs="Times New Roman"/>
          <w:b/>
          <w:i w:val="0"/>
          <w:color w:val="000000"/>
          <w:sz w:val="24"/>
          <w:rtl/>
          <w:szCs w:val="32"/>
        </w:rPr>
        <w:t>רמ״ח</w:t>
      </w:r>
      <w:r>
        <w:rPr>
          <w:rFonts w:ascii="Georgia" w:hAnsi="Georgia"/>
          <w:b w:val="0"/>
          <w:i w:val="0"/>
          <w:color w:val="000000"/>
          <w:sz w:val="24"/>
        </w:rPr>
        <w:t xml:space="preserve">). Слово </w:t>
      </w:r>
      <w:r>
        <w:rPr>
          <w:rFonts w:ascii="Georgia" w:hAnsi="Georgia"/>
          <w:b w:val="0"/>
          <w:i/>
          <w:color w:val="000000"/>
          <w:sz w:val="24"/>
        </w:rPr>
        <w:t>нихоах</w:t>
      </w:r>
      <w:r>
        <w:rPr>
          <w:rFonts w:ascii="Georgia" w:hAnsi="Georgia"/>
          <w:b w:val="0"/>
          <w:i w:val="0"/>
          <w:color w:val="000000"/>
          <w:sz w:val="24"/>
        </w:rPr>
        <w:t xml:space="preserve"> — «приятное» (</w:t>
      </w:r>
      <w:r>
        <w:rPr>
          <w:rFonts w:ascii="Georgia" w:hAnsi="Georgia" w:cs="Times New Roman"/>
          <w:b/>
          <w:i w:val="0"/>
          <w:color w:val="000000"/>
          <w:sz w:val="24"/>
          <w:rtl/>
          <w:szCs w:val="32"/>
        </w:rPr>
        <w:t>נִיחֹחַ</w:t>
      </w:r>
      <w:r>
        <w:rPr>
          <w:rFonts w:ascii="Georgia" w:hAnsi="Georgia"/>
          <w:b w:val="0"/>
          <w:i w:val="0"/>
          <w:color w:val="000000"/>
          <w:sz w:val="24"/>
        </w:rPr>
        <w:t xml:space="preserve">) по гематрии равно АВАЯ де-АБ с ее четырьмя буквами (72 + 4 = 76). Слово </w:t>
      </w:r>
      <w:r>
        <w:rPr>
          <w:rFonts w:ascii="Georgia" w:hAnsi="Georgia"/>
          <w:b w:val="0"/>
          <w:i/>
          <w:color w:val="000000"/>
          <w:sz w:val="24"/>
        </w:rPr>
        <w:t>ла-АВАЯ</w:t>
      </w:r>
      <w:r>
        <w:rPr>
          <w:rFonts w:ascii="Georgia" w:hAnsi="Georgia"/>
          <w:b w:val="0"/>
          <w:i w:val="0"/>
          <w:color w:val="000000"/>
          <w:sz w:val="24"/>
        </w:rPr>
        <w:t xml:space="preserve"> — «Г-споду» (</w:t>
      </w:r>
      <w:r>
        <w:rPr>
          <w:rFonts w:ascii="Georgia" w:hAnsi="Georgia" w:cs="Times New Roman"/>
          <w:b/>
          <w:i w:val="0"/>
          <w:color w:val="000000"/>
          <w:sz w:val="24"/>
          <w:rtl/>
          <w:szCs w:val="32"/>
        </w:rPr>
        <w:t>ליהוה</w:t>
      </w:r>
      <w:r>
        <w:rPr>
          <w:rFonts w:ascii="Georgia" w:hAnsi="Georgia"/>
          <w:b w:val="0"/>
          <w:i w:val="0"/>
          <w:color w:val="000000"/>
          <w:sz w:val="24"/>
        </w:rPr>
        <w:t xml:space="preserve">) по гематрии равно [Именам] ЭЛЬ АВАЯ. [Говорит Шмуэль, мир ему:] Еще говорит Шмуэль: [слово] </w:t>
      </w:r>
      <w:r>
        <w:rPr>
          <w:rFonts w:ascii="Georgia" w:hAnsi="Georgia"/>
          <w:b w:val="0"/>
          <w:i/>
          <w:color w:val="000000"/>
          <w:sz w:val="24"/>
        </w:rPr>
        <w:t>ише</w:t>
      </w:r>
      <w:r>
        <w:rPr>
          <w:rFonts w:ascii="Georgia" w:hAnsi="Georgia"/>
          <w:b w:val="0"/>
          <w:i w:val="0"/>
          <w:color w:val="000000"/>
          <w:sz w:val="24"/>
        </w:rPr>
        <w:t xml:space="preserve"> — «огнепалимая жертва» (</w:t>
      </w:r>
      <w:r>
        <w:rPr>
          <w:rFonts w:ascii="Georgia" w:hAnsi="Georgia" w:cs="Times New Roman"/>
          <w:b/>
          <w:i w:val="0"/>
          <w:color w:val="000000"/>
          <w:sz w:val="24"/>
          <w:rtl/>
          <w:szCs w:val="32"/>
        </w:rPr>
        <w:t>אִשֶּׁה</w:t>
      </w:r>
      <w:r>
        <w:rPr>
          <w:rFonts w:ascii="Georgia" w:hAnsi="Georgia"/>
          <w:b w:val="0"/>
          <w:i w:val="0"/>
          <w:color w:val="000000"/>
          <w:sz w:val="24"/>
        </w:rPr>
        <w:t>) не упомянуто, и мне представляется, что это [наполнение Имени] ЭЛОКИМ с его пятью буквами и с колелем.</w:t>
      </w:r>
    </w:p>
    <w:p>
      <w:pPr>
        <w:keepNext/>
        <w:spacing w:before="320" w:after="120"/>
      </w:pPr>
      <w:r>
        <w:rPr>
          <w:rFonts w:ascii="Georgia" w:hAnsi="Georgia"/>
          <w:b w:val="0"/>
          <w:i w:val="0"/>
          <w:color w:val="000000"/>
          <w:sz w:val="32"/>
        </w:rPr>
        <w:t>Ихуд 68</w:t>
      </w:r>
    </w:p>
    <w:p>
      <w:pPr>
        <w:spacing w:before="40" w:after="120"/>
        <w:jc w:val="both"/>
      </w:pPr>
      <w:r>
        <w:rPr>
          <w:rFonts w:ascii="Georgia" w:hAnsi="Georgia"/>
          <w:b w:val="0"/>
          <w:i w:val="0"/>
          <w:color w:val="000000"/>
          <w:sz w:val="24"/>
        </w:rPr>
        <w:t xml:space="preserve">К упомянутому выше. </w:t>
      </w:r>
      <w:r>
        <w:rPr>
          <w:rFonts w:ascii="Georgia" w:hAnsi="Georgia"/>
          <w:b w:val="0"/>
          <w:i/>
          <w:color w:val="000000"/>
          <w:sz w:val="24"/>
        </w:rPr>
        <w:t>«Прильнула душа моя к Тебе…»</w:t>
      </w:r>
      <w:r>
        <w:rPr>
          <w:rFonts w:ascii="Georgia" w:hAnsi="Georgia"/>
          <w:b w:val="0"/>
          <w:i w:val="0"/>
          <w:color w:val="000000"/>
          <w:sz w:val="24"/>
        </w:rPr>
        <w:t xml:space="preserve"> (Теилим 63:9). Слово </w:t>
      </w:r>
      <w:r>
        <w:rPr>
          <w:rFonts w:ascii="Georgia" w:hAnsi="Georgia"/>
          <w:b w:val="0"/>
          <w:i/>
          <w:color w:val="000000"/>
          <w:sz w:val="24"/>
        </w:rPr>
        <w:t>давка</w:t>
      </w:r>
      <w:r>
        <w:rPr>
          <w:rFonts w:ascii="Georgia" w:hAnsi="Georgia"/>
          <w:b w:val="0"/>
          <w:i w:val="0"/>
          <w:color w:val="000000"/>
          <w:sz w:val="24"/>
        </w:rPr>
        <w:t xml:space="preserve"> — «прильнула» (</w:t>
      </w:r>
      <w:r>
        <w:rPr>
          <w:rFonts w:ascii="Georgia" w:hAnsi="Georgia" w:cs="Times New Roman"/>
          <w:b/>
          <w:i w:val="0"/>
          <w:color w:val="000000"/>
          <w:sz w:val="24"/>
          <w:rtl/>
          <w:szCs w:val="32"/>
        </w:rPr>
        <w:t>דָּבְקָה</w:t>
      </w:r>
      <w:r>
        <w:rPr>
          <w:rFonts w:ascii="Georgia" w:hAnsi="Georgia"/>
          <w:b w:val="0"/>
          <w:i w:val="0"/>
          <w:color w:val="000000"/>
          <w:sz w:val="24"/>
        </w:rPr>
        <w:t>) при замене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дает </w:t>
      </w:r>
      <w:r>
        <w:rPr>
          <w:rFonts w:ascii="Georgia" w:hAnsi="Georgia" w:cs="Times New Roman"/>
          <w:b/>
          <w:i w:val="0"/>
          <w:color w:val="000000"/>
          <w:sz w:val="24"/>
          <w:rtl/>
          <w:szCs w:val="32"/>
        </w:rPr>
        <w:t>קשדץ</w:t>
      </w:r>
      <w:r>
        <w:rPr>
          <w:rFonts w:ascii="Georgia" w:hAnsi="Georgia"/>
          <w:b w:val="0"/>
          <w:i w:val="0"/>
          <w:color w:val="000000"/>
          <w:sz w:val="24"/>
        </w:rPr>
        <w:t>. По гематрии это равно 493 (</w:t>
      </w:r>
      <w:r>
        <w:rPr>
          <w:rFonts w:ascii="Georgia" w:hAnsi="Georgia" w:cs="Times New Roman"/>
          <w:b/>
          <w:i w:val="0"/>
          <w:color w:val="000000"/>
          <w:sz w:val="24"/>
          <w:rtl/>
          <w:szCs w:val="32"/>
        </w:rPr>
        <w:t>צתג</w:t>
      </w:r>
      <w:r>
        <w:rPr>
          <w:rFonts w:ascii="Georgia" w:hAnsi="Georgia"/>
          <w:b w:val="0"/>
          <w:i w:val="0"/>
          <w:color w:val="000000"/>
          <w:sz w:val="24"/>
        </w:rPr>
        <w:t xml:space="preserve">) [Говорит Шмуэль: с колелем], что также равно гематрии </w:t>
      </w:r>
      <w:r>
        <w:rPr>
          <w:rFonts w:ascii="Georgia" w:hAnsi="Georgia" w:cs="Times New Roman"/>
          <w:b/>
          <w:i w:val="0"/>
          <w:color w:val="000000"/>
          <w:sz w:val="24"/>
          <w:rtl/>
          <w:szCs w:val="32"/>
        </w:rPr>
        <w:t>אגת״ץ</w:t>
      </w:r>
      <w:r>
        <w:rPr>
          <w:rFonts w:ascii="Georgia" w:hAnsi="Georgia"/>
          <w:b w:val="0"/>
          <w:i w:val="0"/>
          <w:color w:val="000000"/>
          <w:sz w:val="24"/>
        </w:rPr>
        <w:t xml:space="preserve">. А вместе со словом </w:t>
      </w:r>
      <w:r>
        <w:rPr>
          <w:rFonts w:ascii="Georgia" w:hAnsi="Georgia"/>
          <w:b w:val="0"/>
          <w:i/>
          <w:color w:val="000000"/>
          <w:sz w:val="24"/>
        </w:rPr>
        <w:t>би</w:t>
      </w:r>
      <w:r>
        <w:rPr>
          <w:rFonts w:ascii="Georgia" w:hAnsi="Georgia"/>
          <w:b w:val="0"/>
          <w:i w:val="0"/>
          <w:color w:val="000000"/>
          <w:sz w:val="24"/>
        </w:rPr>
        <w:t xml:space="preserve"> — «меня» (</w:t>
      </w:r>
      <w:r>
        <w:rPr>
          <w:rFonts w:ascii="Georgia" w:hAnsi="Georgia" w:cs="Times New Roman"/>
          <w:b/>
          <w:i w:val="0"/>
          <w:color w:val="000000"/>
          <w:sz w:val="24"/>
          <w:rtl/>
          <w:szCs w:val="32"/>
        </w:rPr>
        <w:t>בִּי</w:t>
      </w:r>
      <w:r>
        <w:rPr>
          <w:rFonts w:ascii="Georgia" w:hAnsi="Georgia"/>
          <w:b w:val="0"/>
          <w:i w:val="0"/>
          <w:color w:val="000000"/>
          <w:sz w:val="24"/>
        </w:rPr>
        <w:t xml:space="preserve">), с которого начинается вторая половина стиха, образуется </w:t>
      </w:r>
      <w:r>
        <w:rPr>
          <w:rFonts w:ascii="Georgia" w:hAnsi="Georgia" w:cs="Times New Roman"/>
          <w:b/>
          <w:i w:val="0"/>
          <w:color w:val="000000"/>
          <w:sz w:val="24"/>
          <w:rtl/>
          <w:szCs w:val="32"/>
        </w:rPr>
        <w:t>אבגית״ץ</w:t>
      </w:r>
      <w:r>
        <w:rPr>
          <w:rFonts w:ascii="Georgia" w:hAnsi="Georgia"/>
          <w:b w:val="0"/>
          <w:i w:val="0"/>
          <w:color w:val="000000"/>
          <w:sz w:val="24"/>
        </w:rPr>
        <w:t xml:space="preserve"> — начало гвурот в Нукве де-ЗА. Начальные буквы слов </w:t>
      </w:r>
      <w:r>
        <w:rPr>
          <w:rFonts w:ascii="Georgia" w:hAnsi="Georgia"/>
          <w:b w:val="0"/>
          <w:i/>
          <w:color w:val="000000"/>
          <w:sz w:val="24"/>
        </w:rPr>
        <w:t>давка нафши ахареха</w:t>
      </w:r>
      <w:r>
        <w:rPr>
          <w:rFonts w:ascii="Georgia" w:hAnsi="Georgia"/>
          <w:b w:val="0"/>
          <w:i w:val="0"/>
          <w:color w:val="000000"/>
          <w:sz w:val="24"/>
        </w:rPr>
        <w:t xml:space="preserve"> — «прильнула душа моя к Тебе» (</w:t>
      </w:r>
      <w:r>
        <w:rPr>
          <w:rFonts w:ascii="Georgia" w:hAnsi="Georgia" w:cs="Times New Roman"/>
          <w:b/>
          <w:i w:val="0"/>
          <w:color w:val="000000"/>
          <w:sz w:val="24"/>
          <w:rtl/>
          <w:szCs w:val="32"/>
        </w:rPr>
        <w:t>דָּבְקָה נַפְשִׁי אַחֲרֶיךָ</w:t>
      </w:r>
      <w:r>
        <w:rPr>
          <w:rFonts w:ascii="Georgia" w:hAnsi="Georgia"/>
          <w:b w:val="0"/>
          <w:i w:val="0"/>
          <w:color w:val="000000"/>
          <w:sz w:val="24"/>
        </w:rPr>
        <w:t xml:space="preserve">) образуют </w:t>
      </w:r>
      <w:r>
        <w:rPr>
          <w:rFonts w:ascii="Georgia" w:hAnsi="Georgia" w:cs="Times New Roman"/>
          <w:b/>
          <w:i w:val="0"/>
          <w:color w:val="000000"/>
          <w:sz w:val="24"/>
          <w:rtl/>
          <w:szCs w:val="32"/>
        </w:rPr>
        <w:t>דנ״א</w:t>
      </w:r>
      <w:r>
        <w:rPr>
          <w:rFonts w:ascii="Georgia" w:hAnsi="Georgia"/>
          <w:b w:val="0"/>
          <w:i w:val="0"/>
          <w:color w:val="000000"/>
          <w:sz w:val="24"/>
        </w:rPr>
        <w:t>, а вместе с буквой йод (</w:t>
      </w:r>
      <w:r>
        <w:rPr>
          <w:rFonts w:ascii="Georgia" w:hAnsi="Georgia" w:cs="Times New Roman"/>
          <w:b/>
          <w:i w:val="0"/>
          <w:color w:val="000000"/>
          <w:sz w:val="24"/>
          <w:rtl/>
          <w:szCs w:val="32"/>
        </w:rPr>
        <w:t>י</w:t>
      </w:r>
      <w:r>
        <w:rPr>
          <w:rFonts w:ascii="Georgia" w:hAnsi="Georgia"/>
          <w:b w:val="0"/>
          <w:i w:val="0"/>
          <w:color w:val="000000"/>
          <w:sz w:val="24"/>
        </w:rPr>
        <w:t xml:space="preserve">) слова </w:t>
      </w:r>
      <w:r>
        <w:rPr>
          <w:rFonts w:ascii="Georgia" w:hAnsi="Georgia"/>
          <w:b w:val="0"/>
          <w:i/>
          <w:color w:val="000000"/>
          <w:sz w:val="24"/>
        </w:rPr>
        <w:t>ки</w:t>
      </w:r>
      <w:r>
        <w:rPr>
          <w:rFonts w:ascii="Georgia" w:hAnsi="Georgia"/>
          <w:b w:val="0"/>
          <w:i w:val="0"/>
          <w:color w:val="000000"/>
          <w:sz w:val="24"/>
        </w:rPr>
        <w:t xml:space="preserve"> получается АДОНАЙ (</w:t>
      </w:r>
      <w:r>
        <w:rPr>
          <w:rFonts w:ascii="Georgia" w:hAnsi="Georgia" w:cs="Times New Roman"/>
          <w:b/>
          <w:i w:val="0"/>
          <w:color w:val="000000"/>
          <w:sz w:val="24"/>
          <w:rtl/>
          <w:szCs w:val="32"/>
        </w:rPr>
        <w:t>אדנ״י</w:t>
      </w:r>
      <w:r>
        <w:rPr>
          <w:rFonts w:ascii="Georgia" w:hAnsi="Georgia"/>
          <w:b w:val="0"/>
          <w:i w:val="0"/>
          <w:color w:val="000000"/>
          <w:sz w:val="24"/>
        </w:rPr>
        <w:t xml:space="preserve">). Начальные буквы слов </w:t>
      </w:r>
      <w:r>
        <w:rPr>
          <w:rFonts w:ascii="Georgia" w:hAnsi="Georgia"/>
          <w:b w:val="0"/>
          <w:i/>
          <w:color w:val="000000"/>
          <w:sz w:val="24"/>
        </w:rPr>
        <w:t>би тамха йеминеха</w:t>
      </w:r>
      <w:r>
        <w:rPr>
          <w:rFonts w:ascii="Georgia" w:hAnsi="Georgia"/>
          <w:b w:val="0"/>
          <w:i w:val="0"/>
          <w:color w:val="000000"/>
          <w:sz w:val="24"/>
        </w:rPr>
        <w:t xml:space="preserve"> — «поддерживает меня десница Твоя» (</w:t>
      </w:r>
      <w:r>
        <w:rPr>
          <w:rFonts w:ascii="Georgia" w:hAnsi="Georgia" w:cs="Times New Roman"/>
          <w:b/>
          <w:i w:val="0"/>
          <w:color w:val="000000"/>
          <w:sz w:val="24"/>
          <w:rtl/>
          <w:szCs w:val="32"/>
        </w:rPr>
        <w:t>בִּי תָּמְכָה יְמִינֶךָ</w:t>
      </w:r>
      <w:r>
        <w:rPr>
          <w:rFonts w:ascii="Georgia" w:hAnsi="Georgia"/>
          <w:b w:val="0"/>
          <w:i w:val="0"/>
          <w:color w:val="000000"/>
          <w:sz w:val="24"/>
        </w:rPr>
        <w:t xml:space="preserve">) образуют </w:t>
      </w:r>
      <w:r>
        <w:rPr>
          <w:rFonts w:ascii="Georgia" w:hAnsi="Georgia" w:cs="Times New Roman"/>
          <w:b/>
          <w:i w:val="0"/>
          <w:color w:val="000000"/>
          <w:sz w:val="24"/>
          <w:rtl/>
          <w:szCs w:val="32"/>
        </w:rPr>
        <w:t>בתי</w:t>
      </w:r>
      <w:r>
        <w:rPr>
          <w:rFonts w:ascii="Georgia" w:hAnsi="Georgia"/>
          <w:b w:val="0"/>
          <w:i w:val="0"/>
          <w:color w:val="000000"/>
          <w:sz w:val="24"/>
        </w:rPr>
        <w:t>.</w:t>
      </w:r>
    </w:p>
    <w:p>
      <w:pPr>
        <w:keepNext/>
        <w:spacing w:before="320" w:after="120"/>
      </w:pPr>
      <w:r>
        <w:rPr>
          <w:rFonts w:ascii="Georgia" w:hAnsi="Georgia"/>
          <w:b w:val="0"/>
          <w:i w:val="0"/>
          <w:color w:val="000000"/>
          <w:sz w:val="32"/>
        </w:rPr>
        <w:t>Ихуд 69</w:t>
      </w:r>
    </w:p>
    <w:p>
      <w:pPr>
        <w:spacing w:before="40" w:after="120"/>
        <w:jc w:val="both"/>
      </w:pPr>
      <w:r>
        <w:rPr>
          <w:rFonts w:ascii="Georgia" w:hAnsi="Georgia"/>
          <w:b w:val="0"/>
          <w:i w:val="0"/>
          <w:color w:val="000000"/>
          <w:sz w:val="24"/>
        </w:rPr>
        <w:t xml:space="preserve">К вышеупомянутому [стиху]: </w:t>
      </w:r>
      <w:r>
        <w:rPr>
          <w:rFonts w:ascii="Georgia" w:hAnsi="Georgia"/>
          <w:b w:val="0"/>
          <w:i/>
          <w:color w:val="000000"/>
          <w:sz w:val="24"/>
        </w:rPr>
        <w:t>«Одного просил я у Г-спода…»</w:t>
      </w:r>
      <w:r>
        <w:rPr>
          <w:rFonts w:ascii="Georgia" w:hAnsi="Georgia"/>
          <w:b w:val="0"/>
          <w:i w:val="0"/>
          <w:color w:val="000000"/>
          <w:sz w:val="24"/>
        </w:rPr>
        <w:t xml:space="preserve"> (Теилим 27:4): «одна» — это внутренняя ступень в Малхут, которая называется буквой йод (</w:t>
      </w:r>
      <w:r>
        <w:rPr>
          <w:rFonts w:ascii="Georgia" w:hAnsi="Georgia" w:cs="Times New Roman"/>
          <w:b/>
          <w:i w:val="0"/>
          <w:color w:val="000000"/>
          <w:sz w:val="24"/>
          <w:rtl/>
          <w:szCs w:val="32"/>
        </w:rPr>
        <w:t>י</w:t>
      </w:r>
      <w:r>
        <w:rPr>
          <w:rFonts w:ascii="Georgia" w:hAnsi="Georgia"/>
          <w:b w:val="0"/>
          <w:i w:val="0"/>
          <w:color w:val="000000"/>
          <w:sz w:val="24"/>
        </w:rPr>
        <w:t>), и о ней я прошу и молюсь, чтобы она отстроилась и стала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И в этом смысл сказанного: </w:t>
      </w:r>
      <w:r>
        <w:rPr>
          <w:rFonts w:ascii="Georgia" w:hAnsi="Georgia"/>
          <w:b w:val="0"/>
          <w:i/>
          <w:color w:val="000000"/>
          <w:sz w:val="24"/>
        </w:rPr>
        <w:t>«того</w:t>
      </w:r>
      <w:r>
        <w:rPr>
          <w:rFonts w:ascii="Georgia" w:hAnsi="Georgia"/>
          <w:b w:val="0"/>
          <w:i w:val="0"/>
          <w:color w:val="000000"/>
          <w:sz w:val="24"/>
        </w:rPr>
        <w:t xml:space="preserve"> (</w:t>
      </w:r>
      <w:r>
        <w:rPr>
          <w:rFonts w:ascii="Georgia" w:hAnsi="Georgia"/>
          <w:b w:val="0"/>
          <w:i/>
          <w:color w:val="000000"/>
          <w:sz w:val="24"/>
        </w:rPr>
        <w:t>ота</w:t>
      </w:r>
      <w:r>
        <w:rPr>
          <w:rFonts w:ascii="Georgia" w:hAnsi="Georgia"/>
          <w:b w:val="0"/>
          <w:i w:val="0"/>
          <w:color w:val="000000"/>
          <w:sz w:val="24"/>
        </w:rPr>
        <w:t xml:space="preserve">, </w:t>
      </w:r>
      <w:r>
        <w:rPr>
          <w:rFonts w:ascii="Georgia" w:hAnsi="Georgia" w:cs="Times New Roman"/>
          <w:b/>
          <w:i w:val="0"/>
          <w:color w:val="000000"/>
          <w:sz w:val="24"/>
          <w:rtl/>
          <w:szCs w:val="32"/>
        </w:rPr>
        <w:t>אוֹתָהּ</w:t>
      </w:r>
      <w:r>
        <w:rPr>
          <w:rFonts w:ascii="Georgia" w:hAnsi="Georgia"/>
          <w:b w:val="0"/>
          <w:i w:val="0"/>
          <w:color w:val="000000"/>
          <w:sz w:val="24"/>
        </w:rPr>
        <w:t xml:space="preserve">) </w:t>
      </w:r>
      <w:r>
        <w:rPr>
          <w:rFonts w:ascii="Georgia" w:hAnsi="Georgia"/>
          <w:b w:val="0"/>
          <w:i/>
          <w:color w:val="000000"/>
          <w:sz w:val="24"/>
        </w:rPr>
        <w:t>ищу»</w:t>
      </w:r>
      <w:r>
        <w:rPr>
          <w:rFonts w:ascii="Georgia" w:hAnsi="Georgia"/>
          <w:b w:val="0"/>
          <w:i w:val="0"/>
          <w:color w:val="000000"/>
          <w:sz w:val="24"/>
        </w:rPr>
        <w:t xml:space="preserve"> — то есть букву хэй (</w:t>
      </w:r>
      <w:r>
        <w:rPr>
          <w:rFonts w:ascii="Georgia" w:hAnsi="Georgia" w:cs="Times New Roman"/>
          <w:b/>
          <w:i w:val="0"/>
          <w:color w:val="000000"/>
          <w:sz w:val="24"/>
          <w:rtl/>
          <w:szCs w:val="32"/>
        </w:rPr>
        <w:t>ה</w:t>
      </w:r>
      <w:r>
        <w:rPr>
          <w:rFonts w:ascii="Georgia" w:hAnsi="Georgia"/>
          <w:b w:val="0"/>
          <w:i w:val="0"/>
          <w:color w:val="000000"/>
          <w:sz w:val="24"/>
        </w:rPr>
        <w:t>) ищу. А после того как она стала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я прошу дальше, чтобы она отстроилась еще больше и стала одним Именем АВАЯ с наполнением хэйин де-БОН (52). И тогда она будет называться «домом АВАЯ», потому что это Имя АВАЯ представляет собой два удвоенных Имени АВАЯ — одно простое, а другое в наполнении; и получается, что второе Имя АВАЯ становится домом для первого Имени АВАЯ. И в этом смысл сказанного: </w:t>
      </w:r>
      <w:r>
        <w:rPr>
          <w:rFonts w:ascii="Georgia" w:hAnsi="Georgia"/>
          <w:b w:val="0"/>
          <w:i/>
          <w:color w:val="000000"/>
          <w:sz w:val="24"/>
        </w:rPr>
        <w:t>«чтобы пребывать мне в доме Г-спода»</w:t>
      </w:r>
      <w:r>
        <w:rPr>
          <w:rFonts w:ascii="Georgia" w:hAnsi="Georgia"/>
          <w:b w:val="0"/>
          <w:i w:val="0"/>
          <w:color w:val="000000"/>
          <w:sz w:val="24"/>
        </w:rPr>
        <w:t xml:space="preserve">. </w:t>
      </w:r>
      <w:r>
        <w:rPr>
          <w:rFonts w:ascii="Georgia" w:hAnsi="Georgia"/>
          <w:b w:val="0"/>
          <w:i/>
          <w:color w:val="000000"/>
          <w:sz w:val="24"/>
        </w:rPr>
        <w:t>«Созерцать благость Г-спода»</w:t>
      </w:r>
      <w:r>
        <w:rPr>
          <w:rFonts w:ascii="Georgia" w:hAnsi="Georgia"/>
          <w:b w:val="0"/>
          <w:i w:val="0"/>
          <w:color w:val="000000"/>
          <w:sz w:val="24"/>
        </w:rPr>
        <w:t xml:space="preserve">: слово </w:t>
      </w:r>
      <w:r>
        <w:rPr>
          <w:rFonts w:ascii="Georgia" w:hAnsi="Georgia"/>
          <w:b w:val="0"/>
          <w:i/>
          <w:color w:val="000000"/>
          <w:sz w:val="24"/>
        </w:rPr>
        <w:t>ноам</w:t>
      </w:r>
      <w:r>
        <w:rPr>
          <w:rFonts w:ascii="Georgia" w:hAnsi="Georgia"/>
          <w:b w:val="0"/>
          <w:i w:val="0"/>
          <w:color w:val="000000"/>
          <w:sz w:val="24"/>
        </w:rPr>
        <w:t xml:space="preserve"> («благость», </w:t>
      </w:r>
      <w:r>
        <w:rPr>
          <w:rFonts w:ascii="Georgia" w:hAnsi="Georgia" w:cs="Times New Roman"/>
          <w:b/>
          <w:i w:val="0"/>
          <w:color w:val="000000"/>
          <w:sz w:val="24"/>
          <w:rtl/>
          <w:szCs w:val="32"/>
        </w:rPr>
        <w:t>נֹעַם</w:t>
      </w:r>
      <w:r>
        <w:rPr>
          <w:rFonts w:ascii="Georgia" w:hAnsi="Georgia"/>
          <w:b w:val="0"/>
          <w:i w:val="0"/>
          <w:color w:val="000000"/>
          <w:sz w:val="24"/>
        </w:rPr>
        <w:t xml:space="preserve">) по гематрии равно [Имени] ЭЙЕ с наполнением йодин, которое есть Бина [Говорит Шмуэль: с колелем]. </w:t>
      </w:r>
      <w:r>
        <w:rPr>
          <w:rFonts w:ascii="Georgia" w:hAnsi="Georgia"/>
          <w:b w:val="0"/>
          <w:i/>
          <w:color w:val="000000"/>
          <w:sz w:val="24"/>
        </w:rPr>
        <w:t>«И посещать чертог Его»</w:t>
      </w:r>
      <w:r>
        <w:rPr>
          <w:rFonts w:ascii="Georgia" w:hAnsi="Georgia"/>
          <w:b w:val="0"/>
          <w:i w:val="0"/>
          <w:color w:val="000000"/>
          <w:sz w:val="24"/>
        </w:rPr>
        <w:t>: вот, Имя АВАЯ де-САГ (63) и десять его букв составляют 73 (</w:t>
      </w:r>
      <w:r>
        <w:rPr>
          <w:rFonts w:ascii="Georgia" w:hAnsi="Georgia" w:cs="Times New Roman"/>
          <w:b/>
          <w:i w:val="0"/>
          <w:color w:val="000000"/>
          <w:sz w:val="24"/>
          <w:rtl/>
          <w:szCs w:val="32"/>
        </w:rPr>
        <w:t>ע״ג</w:t>
      </w:r>
      <w:r>
        <w:rPr>
          <w:rFonts w:ascii="Georgia" w:hAnsi="Georgia"/>
          <w:b w:val="0"/>
          <w:i w:val="0"/>
          <w:color w:val="000000"/>
          <w:sz w:val="24"/>
        </w:rPr>
        <w:t xml:space="preserve">), что равно числу [слова] </w:t>
      </w:r>
      <w:r>
        <w:rPr>
          <w:rFonts w:ascii="Georgia" w:hAnsi="Georgia"/>
          <w:b w:val="0"/>
          <w:i/>
          <w:color w:val="000000"/>
          <w:sz w:val="24"/>
        </w:rPr>
        <w:t>бе-хейхало</w:t>
      </w:r>
      <w:r>
        <w:rPr>
          <w:rFonts w:ascii="Georgia" w:hAnsi="Georgia"/>
          <w:b w:val="0"/>
          <w:i w:val="0"/>
          <w:color w:val="000000"/>
          <w:sz w:val="24"/>
        </w:rPr>
        <w:t xml:space="preserve"> («в чертоге Его», </w:t>
      </w:r>
      <w:r>
        <w:rPr>
          <w:rFonts w:ascii="Georgia" w:hAnsi="Georgia" w:cs="Times New Roman"/>
          <w:b/>
          <w:i w:val="0"/>
          <w:color w:val="000000"/>
          <w:sz w:val="24"/>
          <w:rtl/>
          <w:szCs w:val="32"/>
        </w:rPr>
        <w:t>בְּהֵיכָלוֹ</w:t>
      </w:r>
      <w:r>
        <w:rPr>
          <w:rFonts w:ascii="Georgia" w:hAnsi="Georgia"/>
          <w:b w:val="0"/>
          <w:i w:val="0"/>
          <w:color w:val="000000"/>
          <w:sz w:val="24"/>
        </w:rPr>
        <w:t xml:space="preserve"> = 73), и это тоже Бина, как известно.</w:t>
      </w:r>
    </w:p>
    <w:p>
      <w:pPr>
        <w:keepNext/>
        <w:spacing w:before="320" w:after="120"/>
      </w:pPr>
      <w:r>
        <w:rPr>
          <w:rFonts w:ascii="Georgia" w:hAnsi="Georgia"/>
          <w:b w:val="0"/>
          <w:i w:val="0"/>
          <w:color w:val="000000"/>
          <w:sz w:val="32"/>
        </w:rPr>
        <w:t>Ихуд 70</w:t>
      </w:r>
    </w:p>
    <w:p>
      <w:pPr>
        <w:spacing w:before="40" w:after="120"/>
        <w:jc w:val="both"/>
      </w:pPr>
      <w:r>
        <w:rPr>
          <w:rFonts w:ascii="Georgia" w:hAnsi="Georgia"/>
          <w:b w:val="0"/>
          <w:i w:val="0"/>
          <w:color w:val="000000"/>
          <w:sz w:val="24"/>
        </w:rPr>
        <w:t xml:space="preserve">К упомянутому выше. В стихе </w:t>
      </w:r>
      <w:r>
        <w:rPr>
          <w:rFonts w:ascii="Georgia" w:hAnsi="Georgia"/>
          <w:b w:val="0"/>
          <w:i/>
          <w:color w:val="000000"/>
          <w:sz w:val="24"/>
        </w:rPr>
        <w:t>«Тебе сказало сердце мое: „Ищите лица Моего“…»</w:t>
      </w:r>
      <w:r>
        <w:rPr>
          <w:rFonts w:ascii="Georgia" w:hAnsi="Georgia"/>
          <w:b w:val="0"/>
          <w:i w:val="0"/>
          <w:color w:val="000000"/>
          <w:sz w:val="24"/>
        </w:rPr>
        <w:t xml:space="preserve"> (Теилим 27:8) начальные буквы [первых четырех слов] — ламэд (</w:t>
      </w:r>
      <w:r>
        <w:rPr>
          <w:rFonts w:ascii="Georgia" w:hAnsi="Georgia" w:cs="Times New Roman"/>
          <w:b/>
          <w:i w:val="0"/>
          <w:color w:val="000000"/>
          <w:sz w:val="24"/>
          <w:rtl/>
          <w:szCs w:val="32"/>
        </w:rPr>
        <w:t>ל</w:t>
      </w:r>
      <w:r>
        <w:rPr>
          <w:rFonts w:ascii="Georgia" w:hAnsi="Georgia"/>
          <w:b w:val="0"/>
          <w:i w:val="0"/>
          <w:color w:val="000000"/>
          <w:sz w:val="24"/>
        </w:rPr>
        <w:t xml:space="preserve"> = 30), алеф (</w:t>
      </w:r>
      <w:r>
        <w:rPr>
          <w:rFonts w:ascii="Georgia" w:hAnsi="Georgia" w:cs="Times New Roman"/>
          <w:b/>
          <w:i w:val="0"/>
          <w:color w:val="000000"/>
          <w:sz w:val="24"/>
          <w:rtl/>
          <w:szCs w:val="32"/>
        </w:rPr>
        <w:t>א</w:t>
      </w:r>
      <w:r>
        <w:rPr>
          <w:rFonts w:ascii="Georgia" w:hAnsi="Georgia"/>
          <w:b w:val="0"/>
          <w:i w:val="0"/>
          <w:color w:val="000000"/>
          <w:sz w:val="24"/>
        </w:rPr>
        <w:t xml:space="preserve"> = 1), ламэд (</w:t>
      </w:r>
      <w:r>
        <w:rPr>
          <w:rFonts w:ascii="Georgia" w:hAnsi="Georgia" w:cs="Times New Roman"/>
          <w:b/>
          <w:i w:val="0"/>
          <w:color w:val="000000"/>
          <w:sz w:val="24"/>
          <w:rtl/>
          <w:szCs w:val="32"/>
        </w:rPr>
        <w:t>ל</w:t>
      </w:r>
      <w:r>
        <w:rPr>
          <w:rFonts w:ascii="Georgia" w:hAnsi="Georgia"/>
          <w:b w:val="0"/>
          <w:i w:val="0"/>
          <w:color w:val="000000"/>
          <w:sz w:val="24"/>
        </w:rPr>
        <w:t xml:space="preserve"> = 30) и бэт (</w:t>
      </w:r>
      <w:r>
        <w:rPr>
          <w:rFonts w:ascii="Georgia" w:hAnsi="Georgia" w:cs="Times New Roman"/>
          <w:b/>
          <w:i w:val="0"/>
          <w:color w:val="000000"/>
          <w:sz w:val="24"/>
          <w:rtl/>
          <w:szCs w:val="32"/>
        </w:rPr>
        <w:t>ב</w:t>
      </w:r>
      <w:r>
        <w:rPr>
          <w:rFonts w:ascii="Georgia" w:hAnsi="Georgia"/>
          <w:b w:val="0"/>
          <w:i w:val="0"/>
          <w:color w:val="000000"/>
          <w:sz w:val="24"/>
        </w:rPr>
        <w:t xml:space="preserve"> = 2) — в гематрии составляют 63, то есть АВАЯ де-САГ (</w:t>
      </w:r>
      <w:r>
        <w:rPr>
          <w:rFonts w:ascii="Georgia" w:hAnsi="Georgia" w:cs="Times New Roman"/>
          <w:b/>
          <w:i w:val="0"/>
          <w:color w:val="000000"/>
          <w:sz w:val="24"/>
          <w:rtl/>
          <w:szCs w:val="32"/>
        </w:rPr>
        <w:t>ס״ג</w:t>
      </w:r>
      <w:r>
        <w:rPr>
          <w:rFonts w:ascii="Georgia" w:hAnsi="Georgia"/>
          <w:b w:val="0"/>
          <w:i w:val="0"/>
          <w:color w:val="000000"/>
          <w:sz w:val="24"/>
        </w:rPr>
        <w:t xml:space="preserve">). Начальные буквы следующих слов, </w:t>
      </w:r>
      <w:r>
        <w:rPr>
          <w:rFonts w:ascii="Georgia" w:hAnsi="Georgia"/>
          <w:b w:val="0"/>
          <w:i/>
          <w:color w:val="000000"/>
          <w:sz w:val="24"/>
        </w:rPr>
        <w:t>панай эт</w:t>
      </w:r>
      <w:r>
        <w:rPr>
          <w:rFonts w:ascii="Georgia" w:hAnsi="Georgia"/>
          <w:b w:val="0"/>
          <w:i w:val="0"/>
          <w:color w:val="000000"/>
          <w:sz w:val="24"/>
        </w:rPr>
        <w:t xml:space="preserve"> (</w:t>
      </w:r>
      <w:r>
        <w:rPr>
          <w:rFonts w:ascii="Georgia" w:hAnsi="Georgia" w:cs="Times New Roman"/>
          <w:b/>
          <w:i w:val="0"/>
          <w:color w:val="000000"/>
          <w:sz w:val="24"/>
          <w:rtl/>
          <w:szCs w:val="32"/>
        </w:rPr>
        <w:t>פנ״י א״ת</w:t>
      </w:r>
      <w:r>
        <w:rPr>
          <w:rFonts w:ascii="Georgia" w:hAnsi="Georgia"/>
          <w:b w:val="0"/>
          <w:i w:val="0"/>
          <w:color w:val="000000"/>
          <w:sz w:val="24"/>
        </w:rPr>
        <w:t>), — буква пэй (</w:t>
      </w:r>
      <w:r>
        <w:rPr>
          <w:rFonts w:ascii="Georgia" w:hAnsi="Georgia" w:cs="Times New Roman"/>
          <w:b/>
          <w:i w:val="0"/>
          <w:color w:val="000000"/>
          <w:sz w:val="24"/>
          <w:rtl/>
          <w:szCs w:val="32"/>
        </w:rPr>
        <w:t>פ</w:t>
      </w:r>
      <w:r>
        <w:rPr>
          <w:rFonts w:ascii="Georgia" w:hAnsi="Georgia"/>
          <w:b w:val="0"/>
          <w:i w:val="0"/>
          <w:color w:val="000000"/>
          <w:sz w:val="24"/>
        </w:rPr>
        <w:t xml:space="preserve"> = 80) и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 в сумме дают 81, число слова </w:t>
      </w:r>
      <w:r>
        <w:rPr>
          <w:rFonts w:ascii="Georgia" w:hAnsi="Georgia"/>
          <w:b w:val="0"/>
          <w:i/>
          <w:color w:val="000000"/>
          <w:sz w:val="24"/>
        </w:rPr>
        <w:t>кисэ</w:t>
      </w:r>
      <w:r>
        <w:rPr>
          <w:rFonts w:ascii="Georgia" w:hAnsi="Georgia"/>
          <w:b w:val="0"/>
          <w:i w:val="0"/>
          <w:color w:val="000000"/>
          <w:sz w:val="24"/>
        </w:rPr>
        <w:t xml:space="preserve"> — «престол» (</w:t>
      </w:r>
      <w:r>
        <w:rPr>
          <w:rFonts w:ascii="Georgia" w:hAnsi="Georgia" w:cs="Times New Roman"/>
          <w:b/>
          <w:i w:val="0"/>
          <w:color w:val="000000"/>
          <w:sz w:val="24"/>
          <w:rtl/>
          <w:szCs w:val="32"/>
        </w:rPr>
        <w:t>כס״א</w:t>
      </w:r>
      <w:r>
        <w:rPr>
          <w:rFonts w:ascii="Georgia" w:hAnsi="Georgia"/>
          <w:b w:val="0"/>
          <w:i w:val="0"/>
          <w:color w:val="000000"/>
          <w:sz w:val="24"/>
        </w:rPr>
        <w:t xml:space="preserve">). Начальные буквы слов </w:t>
      </w:r>
      <w:r>
        <w:rPr>
          <w:rFonts w:ascii="Georgia" w:hAnsi="Georgia"/>
          <w:b w:val="0"/>
          <w:i/>
          <w:color w:val="000000"/>
          <w:sz w:val="24"/>
        </w:rPr>
        <w:t>«…лица Твоего, Г-споди, буду искать»</w:t>
      </w:r>
      <w:r>
        <w:rPr>
          <w:rFonts w:ascii="Georgia" w:hAnsi="Georgia"/>
          <w:b w:val="0"/>
          <w:i w:val="0"/>
          <w:color w:val="000000"/>
          <w:sz w:val="24"/>
        </w:rPr>
        <w:t xml:space="preserve"> — буква пэй (</w:t>
      </w:r>
      <w:r>
        <w:rPr>
          <w:rFonts w:ascii="Georgia" w:hAnsi="Georgia" w:cs="Times New Roman"/>
          <w:b/>
          <w:i w:val="0"/>
          <w:color w:val="000000"/>
          <w:sz w:val="24"/>
          <w:rtl/>
          <w:szCs w:val="32"/>
        </w:rPr>
        <w:t>פ</w:t>
      </w:r>
      <w:r>
        <w:rPr>
          <w:rFonts w:ascii="Georgia" w:hAnsi="Georgia"/>
          <w:b w:val="0"/>
          <w:i w:val="0"/>
          <w:color w:val="000000"/>
          <w:sz w:val="24"/>
        </w:rPr>
        <w:t xml:space="preserve"> = 80),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 составляют в сумме 91 (</w:t>
      </w:r>
      <w:r>
        <w:rPr>
          <w:rFonts w:ascii="Georgia" w:hAnsi="Georgia" w:cs="Times New Roman"/>
          <w:b/>
          <w:i w:val="0"/>
          <w:color w:val="000000"/>
          <w:sz w:val="24"/>
          <w:rtl/>
          <w:szCs w:val="32"/>
        </w:rPr>
        <w:t>צ״א</w:t>
      </w:r>
      <w:r>
        <w:rPr>
          <w:rFonts w:ascii="Georgia" w:hAnsi="Georgia"/>
          <w:b w:val="0"/>
          <w:i w:val="0"/>
          <w:color w:val="000000"/>
          <w:sz w:val="24"/>
        </w:rPr>
        <w:t xml:space="preserve">), что равно сумме [гематрий Имен] АВАЯ и АДОНАЙ. Кроме того, здесь дважды [образуется число слова] </w:t>
      </w:r>
      <w:r>
        <w:rPr>
          <w:rFonts w:ascii="Georgia" w:hAnsi="Georgia"/>
          <w:b w:val="0"/>
          <w:i/>
          <w:color w:val="000000"/>
          <w:sz w:val="24"/>
        </w:rPr>
        <w:t>кисэ</w:t>
      </w:r>
      <w:r>
        <w:rPr>
          <w:rFonts w:ascii="Georgia" w:hAnsi="Georgia"/>
          <w:b w:val="0"/>
          <w:i w:val="0"/>
          <w:color w:val="000000"/>
          <w:sz w:val="24"/>
        </w:rPr>
        <w:t xml:space="preserve"> (</w:t>
      </w:r>
      <w:r>
        <w:rPr>
          <w:rFonts w:ascii="Georgia" w:hAnsi="Georgia" w:cs="Times New Roman"/>
          <w:b/>
          <w:i w:val="0"/>
          <w:color w:val="000000"/>
          <w:sz w:val="24"/>
          <w:rtl/>
          <w:szCs w:val="32"/>
        </w:rPr>
        <w:t>כס״א</w:t>
      </w:r>
      <w:r>
        <w:rPr>
          <w:rFonts w:ascii="Georgia" w:hAnsi="Georgia"/>
          <w:b w:val="0"/>
          <w:i w:val="0"/>
          <w:color w:val="000000"/>
          <w:sz w:val="24"/>
        </w:rPr>
        <w:t xml:space="preserve"> = 81), поскольку это два престола и две хайот, имя которых — Исраэль: Исраэль Саба (</w:t>
      </w:r>
      <w:r>
        <w:rPr>
          <w:rFonts w:ascii="Georgia" w:hAnsi="Georgia" w:cs="Times New Roman"/>
          <w:b/>
          <w:i w:val="0"/>
          <w:color w:val="000000"/>
          <w:sz w:val="24"/>
          <w:rtl/>
          <w:szCs w:val="32"/>
        </w:rPr>
        <w:t>יש״ס</w:t>
      </w:r>
      <w:r>
        <w:rPr>
          <w:rFonts w:ascii="Georgia" w:hAnsi="Georgia"/>
          <w:b w:val="0"/>
          <w:i w:val="0"/>
          <w:color w:val="000000"/>
          <w:sz w:val="24"/>
        </w:rPr>
        <w:t>) и Исраэль Зута.</w:t>
      </w:r>
    </w:p>
    <w:p>
      <w:pPr>
        <w:keepNext/>
        <w:spacing w:before="320" w:after="120"/>
      </w:pPr>
      <w:r>
        <w:rPr>
          <w:rFonts w:ascii="Georgia" w:hAnsi="Georgia"/>
          <w:b w:val="0"/>
          <w:i w:val="0"/>
          <w:color w:val="000000"/>
          <w:sz w:val="32"/>
        </w:rPr>
        <w:t>Ихуд 71</w:t>
      </w:r>
    </w:p>
    <w:p>
      <w:pPr>
        <w:spacing w:before="40" w:after="120"/>
        <w:jc w:val="both"/>
      </w:pPr>
      <w:r>
        <w:rPr>
          <w:rFonts w:ascii="Georgia" w:hAnsi="Georgia"/>
          <w:b w:val="0"/>
          <w:i w:val="0"/>
          <w:color w:val="000000"/>
          <w:sz w:val="24"/>
        </w:rPr>
        <w:t xml:space="preserve">[Имя] ЭЛЬ, упомянутое выше. В [стихе] </w:t>
      </w:r>
      <w:r>
        <w:rPr>
          <w:rFonts w:ascii="Georgia" w:hAnsi="Georgia"/>
          <w:b w:val="0"/>
          <w:i/>
          <w:color w:val="000000"/>
          <w:sz w:val="24"/>
        </w:rPr>
        <w:t>«Как многочисленны дела Твои…»</w:t>
      </w:r>
      <w:r>
        <w:rPr>
          <w:rFonts w:ascii="Georgia" w:hAnsi="Georgia"/>
          <w:b w:val="0"/>
          <w:i w:val="0"/>
          <w:color w:val="000000"/>
          <w:sz w:val="24"/>
        </w:rPr>
        <w:t xml:space="preserve"> (Теилим 104:24): начальные буквы слов </w:t>
      </w:r>
      <w:r>
        <w:rPr>
          <w:rFonts w:ascii="Georgia" w:hAnsi="Georgia"/>
          <w:b w:val="0"/>
          <w:i/>
          <w:color w:val="000000"/>
          <w:sz w:val="24"/>
        </w:rPr>
        <w:t>ма рабу маасеха</w:t>
      </w:r>
      <w:r>
        <w:rPr>
          <w:rFonts w:ascii="Georgia" w:hAnsi="Georgia"/>
          <w:b w:val="0"/>
          <w:i w:val="0"/>
          <w:color w:val="000000"/>
          <w:sz w:val="24"/>
        </w:rPr>
        <w:t xml:space="preserve"> (</w:t>
      </w:r>
      <w:r>
        <w:rPr>
          <w:rFonts w:ascii="Georgia" w:hAnsi="Georgia" w:cs="Times New Roman"/>
          <w:b/>
          <w:i w:val="0"/>
          <w:color w:val="000000"/>
          <w:sz w:val="24"/>
          <w:rtl/>
          <w:szCs w:val="32"/>
        </w:rPr>
        <w:t>מָה רַבּוּ מַעֲשֶׂיךָ</w:t>
      </w:r>
      <w:r>
        <w:rPr>
          <w:rFonts w:ascii="Georgia" w:hAnsi="Georgia"/>
          <w:b w:val="0"/>
          <w:i w:val="0"/>
          <w:color w:val="000000"/>
          <w:sz w:val="24"/>
        </w:rPr>
        <w:t>) по гематрии [составляют] 280 (</w:t>
      </w:r>
      <w:r>
        <w:rPr>
          <w:rFonts w:ascii="Georgia" w:hAnsi="Georgia" w:cs="Times New Roman"/>
          <w:b/>
          <w:i w:val="0"/>
          <w:color w:val="000000"/>
          <w:sz w:val="24"/>
          <w:rtl/>
          <w:szCs w:val="32"/>
        </w:rPr>
        <w:t>פ״ר</w:t>
      </w:r>
      <w:r>
        <w:rPr>
          <w:rFonts w:ascii="Georgia" w:hAnsi="Georgia"/>
          <w:b w:val="0"/>
          <w:i w:val="0"/>
          <w:color w:val="000000"/>
          <w:sz w:val="24"/>
        </w:rPr>
        <w:t>), что равно числу [букв]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а конечные буквы — [Имя] ЭЛЬ (</w:t>
      </w:r>
      <w:r>
        <w:rPr>
          <w:rFonts w:ascii="Georgia" w:hAnsi="Georgia" w:cs="Times New Roman"/>
          <w:b/>
          <w:i w:val="0"/>
          <w:color w:val="000000"/>
          <w:sz w:val="24"/>
          <w:rtl/>
          <w:szCs w:val="32"/>
        </w:rPr>
        <w:t>א״ל</w:t>
      </w:r>
      <w:r>
        <w:rPr>
          <w:rFonts w:ascii="Georgia" w:hAnsi="Georgia"/>
          <w:b w:val="0"/>
          <w:i w:val="0"/>
          <w:color w:val="000000"/>
          <w:sz w:val="24"/>
        </w:rPr>
        <w:t>). МА в полном написании — мэм, хэй (</w:t>
      </w:r>
      <w:r>
        <w:rPr>
          <w:rFonts w:ascii="Georgia" w:hAnsi="Georgia" w:cs="Times New Roman"/>
          <w:b/>
          <w:i w:val="0"/>
          <w:color w:val="000000"/>
          <w:sz w:val="24"/>
          <w:rtl/>
          <w:szCs w:val="32"/>
        </w:rPr>
        <w:t>מ״ם ה״א</w:t>
      </w:r>
      <w:r>
        <w:rPr>
          <w:rFonts w:ascii="Georgia" w:hAnsi="Georgia"/>
          <w:b w:val="0"/>
          <w:i w:val="0"/>
          <w:color w:val="000000"/>
          <w:sz w:val="24"/>
        </w:rPr>
        <w:t>) — по гематрии равно ЭЛОКИМ (</w:t>
      </w:r>
      <w:r>
        <w:rPr>
          <w:rFonts w:ascii="Georgia" w:hAnsi="Georgia" w:cs="Times New Roman"/>
          <w:b/>
          <w:i w:val="0"/>
          <w:color w:val="000000"/>
          <w:sz w:val="24"/>
          <w:rtl/>
          <w:szCs w:val="32"/>
        </w:rPr>
        <w:t>אלהי״ם</w:t>
      </w:r>
      <w:r>
        <w:rPr>
          <w:rFonts w:ascii="Georgia" w:hAnsi="Georgia"/>
          <w:b w:val="0"/>
          <w:i w:val="0"/>
          <w:color w:val="000000"/>
          <w:sz w:val="24"/>
        </w:rPr>
        <w:t>). Говорит Шмуэль: так я нашел записанным, [это] намекает на 153 (</w:t>
      </w:r>
      <w:r>
        <w:rPr>
          <w:rFonts w:ascii="Georgia" w:hAnsi="Georgia" w:cs="Times New Roman"/>
          <w:b/>
          <w:i w:val="0"/>
          <w:color w:val="000000"/>
          <w:sz w:val="24"/>
          <w:rtl/>
          <w:szCs w:val="32"/>
        </w:rPr>
        <w:t>קנ״ג</w:t>
      </w:r>
      <w:r>
        <w:rPr>
          <w:rFonts w:ascii="Georgia" w:hAnsi="Georgia"/>
          <w:b w:val="0"/>
          <w:i w:val="0"/>
          <w:color w:val="000000"/>
          <w:sz w:val="24"/>
        </w:rPr>
        <w:t>).</w:t>
      </w:r>
    </w:p>
    <w:p>
      <w:pPr>
        <w:keepNext/>
        <w:spacing w:before="320" w:after="120"/>
      </w:pPr>
      <w:r>
        <w:rPr>
          <w:rFonts w:ascii="Georgia" w:hAnsi="Georgia"/>
          <w:b w:val="0"/>
          <w:i w:val="0"/>
          <w:color w:val="000000"/>
          <w:sz w:val="32"/>
        </w:rPr>
        <w:t>Ихуд 72</w:t>
      </w:r>
    </w:p>
    <w:p>
      <w:pPr>
        <w:spacing w:before="40" w:after="120"/>
        <w:jc w:val="both"/>
      </w:pPr>
      <w:r>
        <w:rPr>
          <w:rFonts w:ascii="Georgia" w:hAnsi="Georgia"/>
          <w:b w:val="0"/>
          <w:i w:val="0"/>
          <w:color w:val="000000"/>
          <w:sz w:val="24"/>
        </w:rPr>
        <w:t xml:space="preserve">К упомянутому выше. В стихе </w:t>
      </w:r>
      <w:r>
        <w:rPr>
          <w:rFonts w:ascii="Georgia" w:hAnsi="Georgia"/>
          <w:b w:val="0"/>
          <w:i/>
          <w:color w:val="000000"/>
          <w:sz w:val="24"/>
        </w:rPr>
        <w:t>«Виноградник был у Шломо в Бааль-Амоне…»</w:t>
      </w:r>
      <w:r>
        <w:rPr>
          <w:rFonts w:ascii="Georgia" w:hAnsi="Georgia"/>
          <w:b w:val="0"/>
          <w:i w:val="0"/>
          <w:color w:val="000000"/>
          <w:sz w:val="24"/>
        </w:rPr>
        <w:t xml:space="preserve"> (</w:t>
      </w:r>
      <w:r>
        <w:rPr>
          <w:rFonts w:ascii="Georgia" w:hAnsi="Georgia" w:cs="Times New Roman"/>
          <w:b/>
          <w:i w:val="0"/>
          <w:color w:val="000000"/>
          <w:sz w:val="24"/>
          <w:rtl/>
          <w:szCs w:val="32"/>
        </w:rPr>
        <w:t>כרם היה לשלמה בבעל המון</w:t>
      </w:r>
      <w:r>
        <w:rPr>
          <w:rFonts w:ascii="Georgia" w:hAnsi="Georgia"/>
          <w:b w:val="0"/>
          <w:i w:val="0"/>
          <w:color w:val="000000"/>
          <w:sz w:val="24"/>
        </w:rPr>
        <w:t>, Шир а-Ширим 8:11) начальные буквы по гематрии равны 62 (</w:t>
      </w:r>
      <w:r>
        <w:rPr>
          <w:rFonts w:ascii="Georgia" w:hAnsi="Georgia" w:cs="Times New Roman"/>
          <w:b/>
          <w:i w:val="0"/>
          <w:color w:val="000000"/>
          <w:sz w:val="24"/>
          <w:rtl/>
          <w:szCs w:val="32"/>
        </w:rPr>
        <w:t>ס״ב</w:t>
      </w:r>
      <w:r>
        <w:rPr>
          <w:rFonts w:ascii="Georgia" w:hAnsi="Georgia"/>
          <w:b w:val="0"/>
          <w:i w:val="0"/>
          <w:color w:val="000000"/>
          <w:sz w:val="24"/>
        </w:rPr>
        <w:t>) — это два Имени ЭЛЬ (</w:t>
      </w:r>
      <w:r>
        <w:rPr>
          <w:rFonts w:ascii="Georgia" w:hAnsi="Georgia" w:cs="Times New Roman"/>
          <w:b/>
          <w:i w:val="0"/>
          <w:color w:val="000000"/>
          <w:sz w:val="24"/>
          <w:rtl/>
          <w:szCs w:val="32"/>
        </w:rPr>
        <w:t>א״ל א״ל</w:t>
      </w:r>
      <w:r>
        <w:rPr>
          <w:rFonts w:ascii="Georgia" w:hAnsi="Georgia"/>
          <w:b w:val="0"/>
          <w:i w:val="0"/>
          <w:color w:val="000000"/>
          <w:sz w:val="24"/>
        </w:rPr>
        <w:t>): одно — для ЗА, а другое — для Нуквы. А конечные буквы в гематрии составляют 130 (</w:t>
      </w:r>
      <w:r>
        <w:rPr>
          <w:rFonts w:ascii="Georgia" w:hAnsi="Georgia" w:cs="Times New Roman"/>
          <w:b/>
          <w:i w:val="0"/>
          <w:color w:val="000000"/>
          <w:sz w:val="24"/>
          <w:rtl/>
          <w:szCs w:val="32"/>
        </w:rPr>
        <w:t>ק״ל</w:t>
      </w:r>
      <w:r>
        <w:rPr>
          <w:rFonts w:ascii="Georgia" w:hAnsi="Georgia"/>
          <w:b w:val="0"/>
          <w:i w:val="0"/>
          <w:color w:val="000000"/>
          <w:sz w:val="24"/>
        </w:rPr>
        <w:t>), что соответствует значению слова «глаз» (</w:t>
      </w:r>
      <w:r>
        <w:rPr>
          <w:rFonts w:ascii="Georgia" w:hAnsi="Georgia"/>
          <w:b w:val="0"/>
          <w:i/>
          <w:color w:val="000000"/>
          <w:sz w:val="24"/>
        </w:rPr>
        <w:t>аин</w:t>
      </w:r>
      <w:r>
        <w:rPr>
          <w:rFonts w:ascii="Georgia" w:hAnsi="Georgia"/>
          <w:b w:val="0"/>
          <w:i w:val="0"/>
          <w:color w:val="000000"/>
          <w:sz w:val="24"/>
        </w:rPr>
        <w:t xml:space="preserve">, </w:t>
      </w:r>
      <w:r>
        <w:rPr>
          <w:rFonts w:ascii="Georgia" w:hAnsi="Georgia" w:cs="Times New Roman"/>
          <w:b/>
          <w:i w:val="0"/>
          <w:color w:val="000000"/>
          <w:sz w:val="24"/>
          <w:rtl/>
          <w:szCs w:val="32"/>
        </w:rPr>
        <w:t>עַיִן</w:t>
      </w:r>
      <w:r>
        <w:rPr>
          <w:rFonts w:ascii="Georgia" w:hAnsi="Georgia"/>
          <w:b w:val="0"/>
          <w:i w:val="0"/>
          <w:color w:val="000000"/>
          <w:sz w:val="24"/>
        </w:rPr>
        <w:t>); [и здесь] следует направить намерение притянуть свойство глаз (</w:t>
      </w:r>
      <w:r>
        <w:rPr>
          <w:rFonts w:ascii="Georgia" w:hAnsi="Georgia"/>
          <w:b w:val="0"/>
          <w:i/>
          <w:color w:val="000000"/>
          <w:sz w:val="24"/>
        </w:rPr>
        <w:t>эйнаим</w:t>
      </w:r>
      <w:r>
        <w:rPr>
          <w:rFonts w:ascii="Georgia" w:hAnsi="Georgia"/>
          <w:b w:val="0"/>
          <w:i w:val="0"/>
          <w:color w:val="000000"/>
          <w:sz w:val="24"/>
        </w:rPr>
        <w:t>) для Нуквы де-ЗА от наполнения [Имени] ЭЙЕ с буквами хэйин (</w:t>
      </w:r>
      <w:r>
        <w:rPr>
          <w:rFonts w:ascii="Georgia" w:hAnsi="Georgia" w:cs="Times New Roman"/>
          <w:b/>
          <w:i w:val="0"/>
          <w:color w:val="000000"/>
          <w:sz w:val="24"/>
          <w:rtl/>
          <w:szCs w:val="32"/>
        </w:rPr>
        <w:t>אהי״ה דההי״ן</w:t>
      </w:r>
      <w:r>
        <w:rPr>
          <w:rFonts w:ascii="Georgia" w:hAnsi="Georgia"/>
          <w:b w:val="0"/>
          <w:i w:val="0"/>
          <w:color w:val="000000"/>
          <w:sz w:val="24"/>
        </w:rPr>
        <w:t xml:space="preserve">), составляющего 130. Слово </w:t>
      </w:r>
      <w:r>
        <w:rPr>
          <w:rFonts w:ascii="Georgia" w:hAnsi="Georgia"/>
          <w:b w:val="0"/>
          <w:i/>
          <w:color w:val="000000"/>
          <w:sz w:val="24"/>
        </w:rPr>
        <w:t>керем</w:t>
      </w:r>
      <w:r>
        <w:rPr>
          <w:rFonts w:ascii="Georgia" w:hAnsi="Georgia"/>
          <w:b w:val="0"/>
          <w:i w:val="0"/>
          <w:color w:val="000000"/>
          <w:sz w:val="24"/>
        </w:rPr>
        <w:t xml:space="preserve"> по гематрии равно 260 (</w:t>
      </w:r>
      <w:r>
        <w:rPr>
          <w:rFonts w:ascii="Georgia" w:hAnsi="Georgia" w:cs="Times New Roman"/>
          <w:b/>
          <w:i w:val="0"/>
          <w:color w:val="000000"/>
          <w:sz w:val="24"/>
          <w:rtl/>
          <w:szCs w:val="32"/>
        </w:rPr>
        <w:t>ר״ס</w:t>
      </w:r>
      <w:r>
        <w:rPr>
          <w:rFonts w:ascii="Georgia" w:hAnsi="Georgia"/>
          <w:b w:val="0"/>
          <w:i w:val="0"/>
          <w:color w:val="000000"/>
          <w:sz w:val="24"/>
        </w:rPr>
        <w:t>), что составляет десять [Имен] АВАЯ. А если прибавить к нему слово «было» (</w:t>
      </w:r>
      <w:r>
        <w:rPr>
          <w:rFonts w:ascii="Georgia" w:hAnsi="Georgia"/>
          <w:b w:val="0"/>
          <w:i/>
          <w:color w:val="000000"/>
          <w:sz w:val="24"/>
        </w:rPr>
        <w:t>хайа</w:t>
      </w:r>
      <w:r>
        <w:rPr>
          <w:rFonts w:ascii="Georgia" w:hAnsi="Georgia"/>
          <w:b w:val="0"/>
          <w:i w:val="0"/>
          <w:color w:val="000000"/>
          <w:sz w:val="24"/>
        </w:rPr>
        <w:t xml:space="preserve">, </w:t>
      </w:r>
      <w:r>
        <w:rPr>
          <w:rFonts w:ascii="Georgia" w:hAnsi="Georgia" w:cs="Times New Roman"/>
          <w:b/>
          <w:i w:val="0"/>
          <w:color w:val="000000"/>
          <w:sz w:val="24"/>
          <w:rtl/>
          <w:szCs w:val="32"/>
        </w:rPr>
        <w:t>הָיָה</w:t>
      </w:r>
      <w:r>
        <w:rPr>
          <w:rFonts w:ascii="Georgia" w:hAnsi="Georgia"/>
          <w:b w:val="0"/>
          <w:i w:val="0"/>
          <w:color w:val="000000"/>
          <w:sz w:val="24"/>
        </w:rPr>
        <w:t>), [это число] составит гематрию [букв]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xml:space="preserve">). [Слово] </w:t>
      </w:r>
      <w:r>
        <w:rPr>
          <w:rFonts w:ascii="Georgia" w:hAnsi="Georgia"/>
          <w:b w:val="0"/>
          <w:i/>
          <w:color w:val="000000"/>
          <w:sz w:val="24"/>
        </w:rPr>
        <w:t>лишломо</w:t>
      </w:r>
      <w:r>
        <w:rPr>
          <w:rFonts w:ascii="Georgia" w:hAnsi="Georgia"/>
          <w:b w:val="0"/>
          <w:i w:val="0"/>
          <w:color w:val="000000"/>
          <w:sz w:val="24"/>
        </w:rPr>
        <w:t xml:space="preserve"> по гематрии равно 405 (</w:t>
      </w:r>
      <w:r>
        <w:rPr>
          <w:rFonts w:ascii="Georgia" w:hAnsi="Georgia" w:cs="Times New Roman"/>
          <w:b/>
          <w:i w:val="0"/>
          <w:color w:val="000000"/>
          <w:sz w:val="24"/>
          <w:rtl/>
          <w:szCs w:val="32"/>
        </w:rPr>
        <w:t>ת״ה</w:t>
      </w:r>
      <w:r>
        <w:rPr>
          <w:rFonts w:ascii="Georgia" w:hAnsi="Georgia"/>
          <w:b w:val="0"/>
          <w:i w:val="0"/>
          <w:color w:val="000000"/>
          <w:sz w:val="24"/>
        </w:rPr>
        <w:t>). Это четыре буквы йод [Имени] АВАЯ де-АБ: каждая из них включает десять, что составляет 400, а вместе с четырьмя буквами и с колелем получается 405. И следует направить намерение усластить с их помощью упомянутые буквы.</w:t>
      </w:r>
    </w:p>
    <w:p>
      <w:pPr>
        <w:spacing w:before="40" w:after="120"/>
        <w:jc w:val="both"/>
      </w:pPr>
      <w:r>
        <w:rPr>
          <w:rFonts w:ascii="Georgia" w:hAnsi="Georgia"/>
          <w:b w:val="0"/>
          <w:i w:val="0"/>
          <w:color w:val="000000"/>
          <w:sz w:val="24"/>
        </w:rPr>
        <w:t>Кроме того, эти 405 — пять раз [Имя] АДОНАЙ, что составляет 325 (</w:t>
      </w:r>
      <w:r>
        <w:rPr>
          <w:rFonts w:ascii="Georgia" w:hAnsi="Georgia" w:cs="Times New Roman"/>
          <w:b/>
          <w:i w:val="0"/>
          <w:color w:val="000000"/>
          <w:sz w:val="24"/>
          <w:rtl/>
          <w:szCs w:val="32"/>
        </w:rPr>
        <w:t>שכ״ה</w:t>
      </w:r>
      <w:r>
        <w:rPr>
          <w:rFonts w:ascii="Georgia" w:hAnsi="Georgia"/>
          <w:b w:val="0"/>
          <w:i w:val="0"/>
          <w:color w:val="000000"/>
          <w:sz w:val="24"/>
        </w:rPr>
        <w:t>), а вместе с [Именами] ЙА и АДОНАЙ получается 405. [Слова] «в Бааль-Амоне» (</w:t>
      </w:r>
      <w:r>
        <w:rPr>
          <w:rFonts w:ascii="Georgia" w:hAnsi="Georgia" w:cs="Times New Roman"/>
          <w:b/>
          <w:i w:val="0"/>
          <w:color w:val="000000"/>
          <w:sz w:val="24"/>
          <w:rtl/>
          <w:szCs w:val="32"/>
        </w:rPr>
        <w:t>בבעל המון</w:t>
      </w:r>
      <w:r>
        <w:rPr>
          <w:rFonts w:ascii="Georgia" w:hAnsi="Georgia"/>
          <w:b w:val="0"/>
          <w:i w:val="0"/>
          <w:color w:val="000000"/>
          <w:sz w:val="24"/>
        </w:rPr>
        <w:t>) по гематрии равны 206 (</w:t>
      </w:r>
      <w:r>
        <w:rPr>
          <w:rFonts w:ascii="Georgia" w:hAnsi="Georgia" w:cs="Times New Roman"/>
          <w:b/>
          <w:i w:val="0"/>
          <w:color w:val="000000"/>
          <w:sz w:val="24"/>
          <w:rtl/>
          <w:szCs w:val="32"/>
        </w:rPr>
        <w:t>ר״ו</w:t>
      </w:r>
      <w:r>
        <w:rPr>
          <w:rFonts w:ascii="Georgia" w:hAnsi="Georgia"/>
          <w:b w:val="0"/>
          <w:i w:val="0"/>
          <w:color w:val="000000"/>
          <w:sz w:val="24"/>
        </w:rPr>
        <w:t xml:space="preserve">) [говорит Шмуэль: с колелем]. Это простые ахораим [Имени] ЭЛОКИМ, составляющие 206 вместе с пятью его буквами и с колелем. И направь намерение усластить их посредством упомянутых четырех букв йод в слове </w:t>
      </w:r>
      <w:r>
        <w:rPr>
          <w:rFonts w:ascii="Georgia" w:hAnsi="Georgia"/>
          <w:b w:val="0"/>
          <w:i/>
          <w:color w:val="000000"/>
          <w:sz w:val="24"/>
        </w:rPr>
        <w:t>лишломо</w:t>
      </w:r>
      <w:r>
        <w:rPr>
          <w:rFonts w:ascii="Georgia" w:hAnsi="Georgia"/>
          <w:b w:val="0"/>
          <w:i w:val="0"/>
          <w:color w:val="000000"/>
          <w:sz w:val="24"/>
        </w:rPr>
        <w:t xml:space="preserve">. А [священное] Имя из слова </w:t>
      </w:r>
      <w:r>
        <w:rPr>
          <w:rFonts w:ascii="Georgia" w:hAnsi="Georgia"/>
          <w:b w:val="0"/>
          <w:i/>
          <w:color w:val="000000"/>
          <w:sz w:val="24"/>
        </w:rPr>
        <w:t>керем</w:t>
      </w:r>
      <w:r>
        <w:rPr>
          <w:rFonts w:ascii="Georgia" w:hAnsi="Georgia"/>
          <w:b w:val="0"/>
          <w:i w:val="0"/>
          <w:color w:val="000000"/>
          <w:sz w:val="24"/>
        </w:rPr>
        <w:t xml:space="preserve"> (</w:t>
      </w:r>
      <w:r>
        <w:rPr>
          <w:rFonts w:ascii="Georgia" w:hAnsi="Georgia" w:cs="Times New Roman"/>
          <w:b/>
          <w:i w:val="0"/>
          <w:color w:val="000000"/>
          <w:sz w:val="24"/>
          <w:rtl/>
          <w:szCs w:val="32"/>
        </w:rPr>
        <w:t>כר״ם</w:t>
      </w:r>
      <w:r>
        <w:rPr>
          <w:rFonts w:ascii="Georgia" w:hAnsi="Georgia"/>
          <w:b w:val="0"/>
          <w:i w:val="0"/>
          <w:color w:val="000000"/>
          <w:sz w:val="24"/>
        </w:rPr>
        <w:t>), которое в [системе] атбаш (</w:t>
      </w:r>
      <w:r>
        <w:rPr>
          <w:rFonts w:ascii="Georgia" w:hAnsi="Georgia" w:cs="Times New Roman"/>
          <w:b/>
          <w:i w:val="0"/>
          <w:color w:val="000000"/>
          <w:sz w:val="24"/>
          <w:rtl/>
          <w:szCs w:val="32"/>
        </w:rPr>
        <w:t>בא״ת ב״ש</w:t>
      </w:r>
      <w:r>
        <w:rPr>
          <w:rFonts w:ascii="Georgia" w:hAnsi="Georgia"/>
          <w:b w:val="0"/>
          <w:i w:val="0"/>
          <w:color w:val="000000"/>
          <w:sz w:val="24"/>
        </w:rPr>
        <w:t xml:space="preserve">) — </w:t>
      </w:r>
      <w:r>
        <w:rPr>
          <w:rFonts w:ascii="Georgia" w:hAnsi="Georgia"/>
          <w:b w:val="0"/>
          <w:i/>
          <w:color w:val="000000"/>
          <w:sz w:val="24"/>
        </w:rPr>
        <w:t>Йегла</w:t>
      </w:r>
      <w:r>
        <w:rPr>
          <w:rFonts w:ascii="Georgia" w:hAnsi="Georgia"/>
          <w:b w:val="0"/>
          <w:i w:val="0"/>
          <w:color w:val="000000"/>
          <w:sz w:val="24"/>
        </w:rPr>
        <w:t xml:space="preserve"> (</w:t>
      </w:r>
      <w:r>
        <w:rPr>
          <w:rFonts w:ascii="Georgia" w:hAnsi="Georgia" w:cs="Times New Roman"/>
          <w:b/>
          <w:i w:val="0"/>
          <w:color w:val="000000"/>
          <w:sz w:val="24"/>
          <w:rtl/>
          <w:szCs w:val="32"/>
        </w:rPr>
        <w:t>יֶגלָ</w:t>
      </w:r>
      <w:r>
        <w:rPr>
          <w:rFonts w:ascii="Georgia" w:hAnsi="Georgia"/>
          <w:b w:val="0"/>
          <w:i w:val="0"/>
          <w:color w:val="000000"/>
          <w:sz w:val="24"/>
        </w:rPr>
        <w:t xml:space="preserve">), получает огласовку от [слов] </w:t>
      </w:r>
      <w:r>
        <w:rPr>
          <w:rFonts w:ascii="Georgia" w:hAnsi="Georgia"/>
          <w:b w:val="0"/>
          <w:i/>
          <w:color w:val="000000"/>
          <w:sz w:val="24"/>
        </w:rPr>
        <w:t>керем хайа лишломо</w:t>
      </w:r>
      <w:r>
        <w:rPr>
          <w:rFonts w:ascii="Georgia" w:hAnsi="Georgia"/>
          <w:b w:val="0"/>
          <w:i w:val="0"/>
          <w:color w:val="000000"/>
          <w:sz w:val="24"/>
        </w:rPr>
        <w:t xml:space="preserve"> (</w:t>
      </w:r>
      <w:r>
        <w:rPr>
          <w:rFonts w:ascii="Georgia" w:hAnsi="Georgia" w:cs="Times New Roman"/>
          <w:b/>
          <w:i w:val="0"/>
          <w:color w:val="000000"/>
          <w:sz w:val="24"/>
          <w:rtl/>
          <w:szCs w:val="32"/>
        </w:rPr>
        <w:t>כרם היה לשלמה</w:t>
      </w:r>
      <w:r>
        <w:rPr>
          <w:rFonts w:ascii="Georgia" w:hAnsi="Georgia"/>
          <w:b w:val="0"/>
          <w:i w:val="0"/>
          <w:color w:val="000000"/>
          <w:sz w:val="24"/>
        </w:rPr>
        <w:t>), а чтение [производится] по сорок третьему исправлению:</w:t>
      </w:r>
    </w:p>
    <w:p>
      <w:pPr>
        <w:keepNext/>
        <w:spacing w:before="320" w:after="120"/>
      </w:pPr>
      <w:r>
        <w:rPr>
          <w:rFonts w:ascii="Georgia" w:hAnsi="Georgia"/>
          <w:b w:val="0"/>
          <w:i w:val="0"/>
          <w:color w:val="000000"/>
          <w:sz w:val="32"/>
        </w:rPr>
        <w:t>Ихуд 73</w:t>
      </w:r>
    </w:p>
    <w:p>
      <w:pPr>
        <w:spacing w:before="40" w:after="120"/>
        <w:jc w:val="both"/>
      </w:pPr>
      <w:r>
        <w:rPr>
          <w:rFonts w:ascii="Georgia" w:hAnsi="Georgia"/>
          <w:b w:val="0"/>
          <w:i w:val="0"/>
          <w:color w:val="000000"/>
          <w:sz w:val="24"/>
        </w:rPr>
        <w:t xml:space="preserve">Для рава рабби Гдальи: </w:t>
      </w:r>
      <w:r>
        <w:rPr>
          <w:rFonts w:ascii="Georgia" w:hAnsi="Georgia" w:cs="Times New Roman"/>
          <w:b/>
          <w:i w:val="0"/>
          <w:color w:val="000000"/>
          <w:sz w:val="24"/>
          <w:rtl/>
          <w:szCs w:val="32"/>
        </w:rPr>
        <w:t>יוַֹדָ וָיּוָֹ דָלָתָ וָיּוָֹ יוָֹדָ וָיּוָֹ דָלָתָ לָמֵדַ תָוָ הֵ הֵיֹ יוָֹדָ וָיוָֹ דָלָתָ וָ וָיּוָֹ יוָֹדָ וָיּוָֹ יוָֹדָ וָיּוָֹ דָלָתָ וָיּוָֹ יוָֹדָ וָיּוָֹ</w:t>
      </w:r>
      <w:r>
        <w:rPr>
          <w:rFonts w:ascii="Georgia" w:hAnsi="Georgia"/>
          <w:b w:val="0"/>
          <w:i w:val="0"/>
          <w:color w:val="000000"/>
          <w:sz w:val="24"/>
        </w:rPr>
        <w:t xml:space="preserve">. </w:t>
      </w:r>
      <w:r>
        <w:rPr>
          <w:rFonts w:ascii="Georgia" w:hAnsi="Georgia" w:cs="Times New Roman"/>
          <w:b/>
          <w:i w:val="0"/>
          <w:color w:val="000000"/>
          <w:sz w:val="24"/>
          <w:rtl/>
          <w:szCs w:val="32"/>
        </w:rPr>
        <w:t>הֵ הִיֹ יוָֹדָ וָיּוָֹ דָלָתָ אחד אָ אַלָףֵ לָמֵדָ פֶאָ לָמֵדָ מֵםֵ דָלָתָ פֵאָ אָלָףֵ</w:t>
      </w:r>
      <w:r>
        <w:rPr>
          <w:rFonts w:ascii="Georgia" w:hAnsi="Georgia"/>
          <w:b w:val="0"/>
          <w:i w:val="0"/>
          <w:color w:val="000000"/>
          <w:sz w:val="24"/>
        </w:rPr>
        <w:t xml:space="preserve">. </w:t>
      </w:r>
      <w:r>
        <w:rPr>
          <w:rFonts w:ascii="Georgia" w:hAnsi="Georgia" w:cs="Times New Roman"/>
          <w:b/>
          <w:i w:val="0"/>
          <w:color w:val="000000"/>
          <w:sz w:val="24"/>
          <w:rtl/>
          <w:szCs w:val="32"/>
        </w:rPr>
        <w:t>לָתָ לָמֵדָ תָוָ יוָֹדָ וָיוָֹ לָתָ לָמֵדָ תָוָ יוָֹדָ וָיוָֹ לָתָ לָמֵדָ תָוָ יוָֹדָ וָיוָֹ לָתָ לָמֵדָ תָוָ יוָֹדָ וָיוָֹ לָתָ לָמֵדָ תָוָ יוָֹדָ וָיֹוָ לָמֵדָ תָוָ יוָֹדָ וָיוָֹ לָתָ לָתָ לָמֵ לָתָ לָמֵדָ תָוָ</w:t>
      </w:r>
      <w:r>
        <w:rPr>
          <w:rFonts w:ascii="Georgia" w:hAnsi="Georgia"/>
          <w:b w:val="0"/>
          <w:i w:val="0"/>
          <w:color w:val="000000"/>
          <w:sz w:val="24"/>
        </w:rPr>
        <w:t xml:space="preserve">. </w:t>
      </w:r>
      <w:r>
        <w:rPr>
          <w:rFonts w:ascii="Georgia" w:hAnsi="Georgia" w:cs="Times New Roman"/>
          <w:b/>
          <w:i w:val="0"/>
          <w:color w:val="000000"/>
          <w:sz w:val="24"/>
          <w:rtl/>
          <w:szCs w:val="32"/>
        </w:rPr>
        <w:t>הֵ הֵיֹ יוָֹדָ יוָֹדָ וָיּוָֹ דָלָתָ יֹ יוָֹדָ וָיוָָֹ דָלָתָ וָיָוֹ יוָֹדָ וָיוָֹ דָלָתָ לָמֵדָ הָוָ הֵ הֵי יוָָֹדָ יוָֹדָ וָיוָֹ דָלָתָ</w:t>
      </w:r>
      <w:r>
        <w:rPr>
          <w:rFonts w:ascii="Georgia" w:hAnsi="Georgia"/>
          <w:b w:val="0"/>
          <w:i w:val="0"/>
          <w:color w:val="000000"/>
          <w:sz w:val="24"/>
        </w:rPr>
        <w:t>.</w:t>
      </w:r>
    </w:p>
    <w:p>
      <w:pPr>
        <w:spacing w:before="40" w:after="120"/>
        <w:jc w:val="both"/>
      </w:pPr>
      <w:r>
        <w:rPr>
          <w:rFonts w:ascii="Georgia" w:hAnsi="Georgia"/>
          <w:b w:val="0"/>
          <w:i w:val="0"/>
          <w:color w:val="000000"/>
          <w:sz w:val="24"/>
        </w:rPr>
        <w:t>За один [грех] «наваль» (</w:t>
      </w:r>
      <w:r>
        <w:rPr>
          <w:rFonts w:ascii="Georgia" w:hAnsi="Georgia"/>
          <w:b w:val="0"/>
          <w:i/>
          <w:color w:val="000000"/>
          <w:sz w:val="24"/>
        </w:rPr>
        <w:t>наваль</w:t>
      </w:r>
      <w:r>
        <w:rPr>
          <w:rFonts w:ascii="Georgia" w:hAnsi="Georgia"/>
          <w:b w:val="0"/>
          <w:i w:val="0"/>
          <w:color w:val="000000"/>
          <w:sz w:val="24"/>
        </w:rPr>
        <w:t xml:space="preserve">, </w:t>
      </w:r>
      <w:r>
        <w:rPr>
          <w:rFonts w:ascii="Georgia" w:hAnsi="Georgia" w:cs="Times New Roman"/>
          <w:b/>
          <w:i w:val="0"/>
          <w:color w:val="000000"/>
          <w:sz w:val="24"/>
          <w:rtl/>
          <w:szCs w:val="32"/>
        </w:rPr>
        <w:t>נָבָל</w:t>
      </w:r>
      <w:r>
        <w:rPr>
          <w:rFonts w:ascii="Georgia" w:hAnsi="Georgia"/>
          <w:b w:val="0"/>
          <w:i w:val="0"/>
          <w:color w:val="000000"/>
          <w:sz w:val="24"/>
        </w:rPr>
        <w:t xml:space="preserve"> = 82) требуется 82 (</w:t>
      </w:r>
      <w:r>
        <w:rPr>
          <w:rFonts w:ascii="Georgia" w:hAnsi="Georgia" w:cs="Times New Roman"/>
          <w:b/>
          <w:i w:val="0"/>
          <w:color w:val="000000"/>
          <w:sz w:val="24"/>
          <w:rtl/>
          <w:szCs w:val="32"/>
        </w:rPr>
        <w:t>פ״ב</w:t>
      </w:r>
      <w:r>
        <w:rPr>
          <w:rFonts w:ascii="Georgia" w:hAnsi="Georgia"/>
          <w:b w:val="0"/>
          <w:i w:val="0"/>
          <w:color w:val="000000"/>
          <w:sz w:val="24"/>
        </w:rPr>
        <w:t>): [имя] АВАЯ с наполнением буквами йод [72] и десять его букв составляют 82. Рабби Гдалье Леви (</w:t>
      </w:r>
      <w:r>
        <w:rPr>
          <w:rFonts w:ascii="Georgia" w:hAnsi="Georgia" w:cs="Times New Roman"/>
          <w:b/>
          <w:i w:val="0"/>
          <w:color w:val="000000"/>
          <w:sz w:val="24"/>
          <w:rtl/>
          <w:szCs w:val="32"/>
        </w:rPr>
        <w:t>רגל</w:t>
      </w:r>
      <w:r>
        <w:rPr>
          <w:rFonts w:ascii="Georgia" w:hAnsi="Georgia"/>
          <w:b w:val="0"/>
          <w:i w:val="0"/>
          <w:color w:val="000000"/>
          <w:sz w:val="24"/>
        </w:rPr>
        <w:t>) — 280 (</w:t>
      </w:r>
      <w:r>
        <w:rPr>
          <w:rFonts w:ascii="Georgia" w:hAnsi="Georgia" w:cs="Times New Roman"/>
          <w:b/>
          <w:i w:val="0"/>
          <w:color w:val="000000"/>
          <w:sz w:val="24"/>
          <w:rtl/>
          <w:szCs w:val="32"/>
        </w:rPr>
        <w:t>פ״ר</w:t>
      </w:r>
      <w:r>
        <w:rPr>
          <w:rFonts w:ascii="Georgia" w:hAnsi="Georgia"/>
          <w:b w:val="0"/>
          <w:i w:val="0"/>
          <w:color w:val="000000"/>
          <w:sz w:val="24"/>
        </w:rPr>
        <w:t>) [на] 70 лет [жизни].</w:t>
      </w:r>
    </w:p>
    <w:p>
      <w:pPr>
        <w:keepNext/>
        <w:spacing w:before="320" w:after="120"/>
      </w:pPr>
      <w:r>
        <w:rPr>
          <w:rFonts w:ascii="Georgia" w:hAnsi="Georgia"/>
          <w:b w:val="0"/>
          <w:i w:val="0"/>
          <w:color w:val="000000"/>
          <w:sz w:val="32"/>
        </w:rPr>
        <w:t>Ихуд 74</w:t>
      </w:r>
    </w:p>
    <w:p>
      <w:pPr>
        <w:spacing w:before="40" w:after="120"/>
        <w:jc w:val="both"/>
      </w:pPr>
      <w:r>
        <w:rPr>
          <w:rFonts w:ascii="Georgia" w:hAnsi="Georgia"/>
          <w:b w:val="0"/>
          <w:i w:val="0"/>
          <w:color w:val="000000"/>
          <w:sz w:val="24"/>
        </w:rPr>
        <w:t>[Относится] к вышеупомянутому [единению]. И оно уже было записано выше, и вот его слова: «И это соединение и сплетение из Имен АВАЯ [наполнений] АБ (</w:t>
      </w:r>
      <w:r>
        <w:rPr>
          <w:rFonts w:ascii="Georgia" w:hAnsi="Georgia" w:cs="Times New Roman"/>
          <w:b/>
          <w:i w:val="0"/>
          <w:color w:val="000000"/>
          <w:sz w:val="24"/>
          <w:rtl/>
          <w:szCs w:val="32"/>
        </w:rPr>
        <w:t>ע״ב</w:t>
      </w:r>
      <w:r>
        <w:rPr>
          <w:rFonts w:ascii="Georgia" w:hAnsi="Georgia"/>
          <w:b w:val="0"/>
          <w:i w:val="0"/>
          <w:color w:val="000000"/>
          <w:sz w:val="24"/>
        </w:rPr>
        <w:t>), САГ (</w:t>
      </w:r>
      <w:r>
        <w:rPr>
          <w:rFonts w:ascii="Georgia" w:hAnsi="Georgia" w:cs="Times New Roman"/>
          <w:b/>
          <w:i w:val="0"/>
          <w:color w:val="000000"/>
          <w:sz w:val="24"/>
          <w:rtl/>
          <w:szCs w:val="32"/>
        </w:rPr>
        <w:t>ס״ג</w:t>
      </w:r>
      <w:r>
        <w:rPr>
          <w:rFonts w:ascii="Georgia" w:hAnsi="Georgia"/>
          <w:b w:val="0"/>
          <w:i w:val="0"/>
          <w:color w:val="000000"/>
          <w:sz w:val="24"/>
        </w:rPr>
        <w:t>) и так далее». Но я нашел в нем некоторые отличия и вновь переписал его здесь [спустя] 70 лет.</w:t>
      </w:r>
    </w:p>
    <w:p>
      <w:pPr>
        <w:spacing w:before="40" w:after="120"/>
        <w:jc w:val="center"/>
      </w:pPr>
      <w:r>
        <w:rPr>
          <w:rFonts w:ascii="Georgia" w:hAnsi="Georgia" w:cs="Times New Roman"/>
          <w:b/>
          <w:i w:val="0"/>
          <w:color w:val="000000"/>
          <w:sz w:val="32"/>
          <w:rtl/>
          <w:szCs w:val="44"/>
        </w:rPr>
        <w:t>יוד הי ויו הי יוד הי ואו הי יוד הא ואו הא יוד הה וו הה אלף הי יוד הי אלף הא יוד הא אלף הה יוד הה</w:t>
      </w:r>
    </w:p>
    <w:p>
      <w:pPr>
        <w:spacing w:before="40" w:after="120"/>
        <w:jc w:val="both"/>
      </w:pPr>
      <w:r>
        <w:rPr>
          <w:rFonts w:ascii="Georgia" w:hAnsi="Georgia"/>
          <w:b w:val="0"/>
          <w:i w:val="0"/>
          <w:color w:val="000000"/>
          <w:sz w:val="24"/>
        </w:rPr>
        <w:t xml:space="preserve">Для ЗА: </w:t>
      </w:r>
      <w:r>
        <w:rPr>
          <w:rFonts w:ascii="Georgia" w:hAnsi="Georgia" w:cs="Times New Roman"/>
          <w:b/>
          <w:i w:val="0"/>
          <w:color w:val="000000"/>
          <w:sz w:val="24"/>
          <w:rtl/>
          <w:szCs w:val="32"/>
        </w:rPr>
        <w:t>אלף למד פא למד מם דלת הי יוד יוד ויו דלת מם מם</w:t>
      </w:r>
      <w:r>
        <w:rPr>
          <w:rFonts w:ascii="Georgia" w:hAnsi="Georgia"/>
          <w:b w:val="0"/>
          <w:i w:val="0"/>
          <w:color w:val="000000"/>
          <w:sz w:val="24"/>
        </w:rPr>
        <w:t xml:space="preserve">: </w:t>
      </w:r>
      <w:r>
        <w:rPr>
          <w:rFonts w:ascii="Georgia" w:hAnsi="Georgia" w:cs="Times New Roman"/>
          <w:b/>
          <w:i w:val="0"/>
          <w:color w:val="000000"/>
          <w:sz w:val="24"/>
          <w:rtl/>
          <w:szCs w:val="32"/>
        </w:rPr>
        <w:t>אלף למד הי יוד מם אלהים</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Для Нуквы де-ЗА: </w:t>
      </w:r>
      <w:r>
        <w:rPr>
          <w:rFonts w:ascii="Georgia" w:hAnsi="Georgia" w:cs="Times New Roman"/>
          <w:b/>
          <w:i w:val="0"/>
          <w:color w:val="000000"/>
          <w:sz w:val="24"/>
          <w:rtl/>
          <w:szCs w:val="32"/>
        </w:rPr>
        <w:t>אלף למד הי יוד מם אלהים יה יוד יוד הא יוד הא ויו פה יוד הי ואו הי</w:t>
      </w:r>
      <w:r>
        <w:rPr>
          <w:rFonts w:ascii="Georgia" w:hAnsi="Georgia"/>
          <w:b w:val="0"/>
          <w:i w:val="0"/>
          <w:color w:val="000000"/>
          <w:sz w:val="24"/>
        </w:rPr>
        <w:t>:</w:t>
      </w:r>
    </w:p>
    <w:p>
      <w:pPr>
        <w:spacing w:before="40" w:after="120"/>
        <w:jc w:val="center"/>
      </w:pPr>
      <w:r>
        <w:rPr>
          <w:rFonts w:ascii="Georgia" w:hAnsi="Georgia" w:cs="Times New Roman"/>
          <w:b/>
          <w:i w:val="0"/>
          <w:color w:val="000000"/>
          <w:sz w:val="32"/>
          <w:rtl/>
          <w:szCs w:val="44"/>
        </w:rPr>
        <w:t>אחהע גיכק דטלנת זשסרץ בומף</w:t>
      </w:r>
      <w:r>
        <w:rPr>
          <w:rFonts w:ascii="Georgia" w:hAnsi="Georgia"/>
          <w:b w:val="0"/>
          <w:i w:val="0"/>
          <w:color w:val="000000"/>
          <w:sz w:val="32"/>
        </w:rPr>
        <w:t>:</w:t>
      </w:r>
    </w:p>
    <w:p>
      <w:pPr>
        <w:spacing w:before="40" w:after="120"/>
        <w:jc w:val="center"/>
      </w:pPr>
      <w:r>
        <w:rPr>
          <w:rFonts w:ascii="Georgia" w:hAnsi="Georgia" w:cs="Times New Roman"/>
          <w:b/>
          <w:i w:val="0"/>
          <w:color w:val="000000"/>
          <w:sz w:val="32"/>
          <w:rtl/>
          <w:szCs w:val="44"/>
        </w:rPr>
        <w:t>יאולדף הלימוד יפ הל ימ יד ומ דמ הד יל ות אה וי הי יו יד וי דו הד או וי או וד הל את ימ ומ דמ המ הא ול ופ הל המ אד לה פי הי יו יד ומ דמ הא יל אה לי פמ הא אל יפ ול דמ הד אה אי לי פוהד המ ימ וא דל הה הי מם</w:t>
      </w:r>
    </w:p>
    <w:p>
      <w:pPr>
        <w:spacing w:before="40" w:after="120"/>
        <w:jc w:val="both"/>
      </w:pPr>
      <w:r>
        <w:rPr>
          <w:rFonts w:ascii="Georgia" w:hAnsi="Georgia"/>
          <w:b w:val="0"/>
          <w:i w:val="0"/>
          <w:color w:val="000000"/>
          <w:sz w:val="24"/>
        </w:rPr>
        <w:t>В совокупности десять [Имен] АВАЯ составляют 70 (</w:t>
      </w:r>
      <w:r>
        <w:rPr>
          <w:rFonts w:ascii="Georgia" w:hAnsi="Georgia" w:cs="Times New Roman"/>
          <w:b/>
          <w:i w:val="0"/>
          <w:color w:val="000000"/>
          <w:sz w:val="24"/>
          <w:rtl/>
          <w:szCs w:val="32"/>
        </w:rPr>
        <w:t>ע</w:t>
      </w:r>
      <w:r>
        <w:rPr>
          <w:rFonts w:ascii="Georgia" w:hAnsi="Georgia"/>
          <w:b w:val="0"/>
          <w:i w:val="0"/>
          <w:color w:val="000000"/>
          <w:sz w:val="24"/>
        </w:rPr>
        <w:t>):</w:t>
      </w:r>
    </w:p>
    <w:p>
      <w:pPr>
        <w:spacing w:before="40" w:after="120"/>
        <w:jc w:val="center"/>
      </w:pPr>
      <w:r>
        <w:rPr>
          <w:rFonts w:ascii="Georgia" w:hAnsi="Georgia" w:cs="Times New Roman"/>
          <w:b/>
          <w:i w:val="0"/>
          <w:color w:val="000000"/>
          <w:sz w:val="32"/>
          <w:rtl/>
          <w:szCs w:val="44"/>
        </w:rPr>
        <w:t>י יה יהו יהוה קנ״ד</w:t>
      </w:r>
      <w:r>
        <w:rPr>
          <w:rFonts w:ascii="Georgia" w:hAnsi="Georgia"/>
          <w:b w:val="0"/>
          <w:i w:val="0"/>
          <w:color w:val="000000"/>
          <w:sz w:val="32"/>
        </w:rPr>
        <w:t>:</w:t>
      </w:r>
    </w:p>
    <w:p>
      <w:pPr>
        <w:spacing w:before="40" w:after="120"/>
        <w:jc w:val="center"/>
      </w:pPr>
      <w:r>
        <w:rPr>
          <w:rFonts w:ascii="Georgia" w:hAnsi="Georgia" w:cs="Times New Roman"/>
          <w:b/>
          <w:i w:val="0"/>
          <w:color w:val="000000"/>
          <w:sz w:val="32"/>
          <w:rtl/>
          <w:szCs w:val="44"/>
        </w:rPr>
        <w:t>וַדַ וֹדַאַ וֹדָאַ אֹוָ וֹדָ אַ אַו אַ חן יוד הא ואו הה</w:t>
      </w:r>
      <w:r>
        <w:rPr>
          <w:rFonts w:ascii="Georgia" w:hAnsi="Georgia"/>
          <w:b w:val="0"/>
          <w:i w:val="0"/>
          <w:color w:val="000000"/>
          <w:sz w:val="32"/>
        </w:rPr>
        <w:t xml:space="preserve">: </w:t>
      </w:r>
      <w:r>
        <w:rPr>
          <w:rFonts w:ascii="Georgia" w:hAnsi="Georgia" w:cs="Times New Roman"/>
          <w:b/>
          <w:i w:val="0"/>
          <w:color w:val="000000"/>
          <w:sz w:val="32"/>
          <w:rtl/>
          <w:szCs w:val="44"/>
        </w:rPr>
        <w:t>אהיה טל חן י״א י״ח חנה</w:t>
      </w:r>
    </w:p>
    <w:p>
      <w:pPr>
        <w:keepNext/>
        <w:spacing w:before="320" w:after="120"/>
      </w:pPr>
      <w:r>
        <w:rPr>
          <w:rFonts w:ascii="Georgia" w:hAnsi="Georgia"/>
          <w:b w:val="0"/>
          <w:i w:val="0"/>
          <w:color w:val="000000"/>
          <w:sz w:val="32"/>
        </w:rPr>
        <w:t>Ихуд 75</w:t>
      </w:r>
    </w:p>
    <w:p>
      <w:pPr>
        <w:spacing w:before="40" w:after="120"/>
        <w:jc w:val="both"/>
      </w:pPr>
      <w:r>
        <w:rPr>
          <w:rFonts w:ascii="Georgia" w:hAnsi="Georgia"/>
          <w:b w:val="0"/>
          <w:i w:val="0"/>
          <w:color w:val="000000"/>
          <w:sz w:val="24"/>
        </w:rPr>
        <w:t xml:space="preserve">Для нашего учителя рабби Й. Арзина, благословенной памяти. </w:t>
      </w:r>
      <w:r>
        <w:rPr>
          <w:rFonts w:ascii="Georgia" w:hAnsi="Georgia"/>
          <w:b w:val="0"/>
          <w:i/>
          <w:color w:val="000000"/>
          <w:sz w:val="24"/>
        </w:rPr>
        <w:t>«И пришли они в Элим, и там…»</w:t>
      </w:r>
      <w:r>
        <w:rPr>
          <w:rFonts w:ascii="Georgia" w:hAnsi="Georgia"/>
          <w:b w:val="0"/>
          <w:i w:val="0"/>
          <w:color w:val="000000"/>
          <w:sz w:val="24"/>
        </w:rPr>
        <w:t xml:space="preserve"> (Шмот 15:27) — начальные буквы (</w:t>
      </w:r>
      <w:r>
        <w:rPr>
          <w:rFonts w:ascii="Georgia" w:hAnsi="Georgia"/>
          <w:b w:val="0"/>
          <w:i/>
          <w:color w:val="000000"/>
          <w:sz w:val="24"/>
        </w:rPr>
        <w:t>рашей тевот</w:t>
      </w:r>
      <w:r>
        <w:rPr>
          <w:rFonts w:ascii="Georgia" w:hAnsi="Georgia"/>
          <w:b w:val="0"/>
          <w:i w:val="0"/>
          <w:color w:val="000000"/>
          <w:sz w:val="24"/>
        </w:rPr>
        <w:t>) [образуют] вав, алеф, вав (</w:t>
      </w:r>
      <w:r>
        <w:rPr>
          <w:rFonts w:ascii="Georgia" w:hAnsi="Georgia" w:cs="Times New Roman"/>
          <w:b/>
          <w:i w:val="0"/>
          <w:color w:val="000000"/>
          <w:sz w:val="24"/>
          <w:rtl/>
          <w:szCs w:val="32"/>
        </w:rPr>
        <w:t>וָאָוַ</w:t>
      </w:r>
      <w:r>
        <w:rPr>
          <w:rFonts w:ascii="Georgia" w:hAnsi="Georgia"/>
          <w:b w:val="0"/>
          <w:i w:val="0"/>
          <w:color w:val="000000"/>
          <w:sz w:val="24"/>
        </w:rPr>
        <w:t>), [соответствующие тринадцати буквам наполнения Имени ЭЛОКИМ]: буквы алеф, ламэд, хэй, йод, мэм (</w:t>
      </w:r>
      <w:r>
        <w:rPr>
          <w:rFonts w:ascii="Georgia" w:hAnsi="Georgia" w:cs="Times New Roman"/>
          <w:b/>
          <w:i w:val="0"/>
          <w:color w:val="000000"/>
          <w:sz w:val="24"/>
          <w:rtl/>
          <w:szCs w:val="32"/>
        </w:rPr>
        <w:t>אלף למ״ד ה״י יו״ד מם</w:t>
      </w:r>
      <w:r>
        <w:rPr>
          <w:rFonts w:ascii="Georgia" w:hAnsi="Georgia"/>
          <w:b w:val="0"/>
          <w:i w:val="0"/>
          <w:color w:val="000000"/>
          <w:sz w:val="24"/>
        </w:rPr>
        <w:t xml:space="preserve">). В Минху: </w:t>
      </w:r>
      <w:r>
        <w:rPr>
          <w:rFonts w:ascii="Georgia" w:hAnsi="Georgia"/>
          <w:b w:val="0"/>
          <w:i/>
          <w:color w:val="000000"/>
          <w:sz w:val="24"/>
        </w:rPr>
        <w:t>«…двенадцать источников…»</w:t>
      </w:r>
      <w:r>
        <w:rPr>
          <w:rFonts w:ascii="Georgia" w:hAnsi="Georgia"/>
          <w:b w:val="0"/>
          <w:i w:val="0"/>
          <w:color w:val="000000"/>
          <w:sz w:val="24"/>
        </w:rPr>
        <w:t xml:space="preserve"> (Шмот 15:27) — начальные буквы (</w:t>
      </w:r>
      <w:r>
        <w:rPr>
          <w:rFonts w:ascii="Georgia" w:hAnsi="Georgia"/>
          <w:b w:val="0"/>
          <w:i/>
          <w:color w:val="000000"/>
          <w:sz w:val="24"/>
        </w:rPr>
        <w:t>рашей тевот</w:t>
      </w:r>
      <w:r>
        <w:rPr>
          <w:rFonts w:ascii="Georgia" w:hAnsi="Georgia"/>
          <w:b w:val="0"/>
          <w:i w:val="0"/>
          <w:color w:val="000000"/>
          <w:sz w:val="24"/>
        </w:rPr>
        <w:t>) [образуют] шин, айн, айн (</w:t>
      </w:r>
      <w:r>
        <w:rPr>
          <w:rFonts w:ascii="Georgia" w:hAnsi="Georgia" w:cs="Times New Roman"/>
          <w:b/>
          <w:i w:val="0"/>
          <w:color w:val="000000"/>
          <w:sz w:val="24"/>
          <w:rtl/>
          <w:szCs w:val="32"/>
        </w:rPr>
        <w:t>שעֵעָ</w:t>
      </w:r>
      <w:r>
        <w:rPr>
          <w:rFonts w:ascii="Georgia" w:hAnsi="Georgia"/>
          <w:b w:val="0"/>
          <w:i w:val="0"/>
          <w:color w:val="000000"/>
          <w:sz w:val="24"/>
        </w:rPr>
        <w:t>), [что численно равно] АБ (72), 130 (</w:t>
      </w:r>
      <w:r>
        <w:rPr>
          <w:rFonts w:ascii="Georgia" w:hAnsi="Georgia" w:cs="Times New Roman"/>
          <w:b/>
          <w:i w:val="0"/>
          <w:color w:val="000000"/>
          <w:sz w:val="24"/>
          <w:rtl/>
          <w:szCs w:val="32"/>
        </w:rPr>
        <w:t>ק״ל</w:t>
      </w:r>
      <w:r>
        <w:rPr>
          <w:rFonts w:ascii="Georgia" w:hAnsi="Georgia"/>
          <w:b w:val="0"/>
          <w:i w:val="0"/>
          <w:color w:val="000000"/>
          <w:sz w:val="24"/>
        </w:rPr>
        <w:t>), АБ, 163 (</w:t>
      </w:r>
      <w:r>
        <w:rPr>
          <w:rFonts w:ascii="Georgia" w:hAnsi="Georgia" w:cs="Times New Roman"/>
          <w:b/>
          <w:i w:val="0"/>
          <w:color w:val="000000"/>
          <w:sz w:val="24"/>
          <w:rtl/>
          <w:szCs w:val="32"/>
        </w:rPr>
        <w:t>קס״ג</w:t>
      </w:r>
      <w:r>
        <w:rPr>
          <w:rFonts w:ascii="Georgia" w:hAnsi="Georgia"/>
          <w:b w:val="0"/>
          <w:i w:val="0"/>
          <w:color w:val="000000"/>
          <w:sz w:val="24"/>
        </w:rPr>
        <w:t xml:space="preserve">). В Арвит: </w:t>
      </w:r>
      <w:r>
        <w:rPr>
          <w:rFonts w:ascii="Georgia" w:hAnsi="Georgia"/>
          <w:b w:val="0"/>
          <w:i/>
          <w:color w:val="000000"/>
          <w:sz w:val="24"/>
        </w:rPr>
        <w:t>«…воды и семьдесят пальм…»</w:t>
      </w:r>
      <w:r>
        <w:rPr>
          <w:rFonts w:ascii="Georgia" w:hAnsi="Georgia"/>
          <w:b w:val="0"/>
          <w:i w:val="0"/>
          <w:color w:val="000000"/>
          <w:sz w:val="24"/>
        </w:rPr>
        <w:t xml:space="preserve"> (Шмот 15:27) — начальные буквы (</w:t>
      </w:r>
      <w:r>
        <w:rPr>
          <w:rFonts w:ascii="Georgia" w:hAnsi="Georgia"/>
          <w:b w:val="0"/>
          <w:i/>
          <w:color w:val="000000"/>
          <w:sz w:val="24"/>
        </w:rPr>
        <w:t>рашей тевот</w:t>
      </w:r>
      <w:r>
        <w:rPr>
          <w:rFonts w:ascii="Georgia" w:hAnsi="Georgia"/>
          <w:b w:val="0"/>
          <w:i w:val="0"/>
          <w:color w:val="000000"/>
          <w:sz w:val="24"/>
        </w:rPr>
        <w:t>) [образуют] мэм, вав, тав (</w:t>
      </w:r>
      <w:r>
        <w:rPr>
          <w:rFonts w:ascii="Georgia" w:hAnsi="Georgia" w:cs="Times New Roman"/>
          <w:b/>
          <w:i w:val="0"/>
          <w:color w:val="000000"/>
          <w:sz w:val="24"/>
          <w:rtl/>
          <w:szCs w:val="32"/>
        </w:rPr>
        <w:t>מו״ת</w:t>
      </w:r>
      <w:r>
        <w:rPr>
          <w:rFonts w:ascii="Georgia" w:hAnsi="Georgia"/>
          <w:b w:val="0"/>
          <w:i w:val="0"/>
          <w:color w:val="000000"/>
          <w:sz w:val="24"/>
        </w:rPr>
        <w:t>), [что равно сумме числовых значений слова] «свят» (</w:t>
      </w:r>
      <w:r>
        <w:rPr>
          <w:rFonts w:ascii="Georgia" w:hAnsi="Georgia"/>
          <w:b w:val="0"/>
          <w:i/>
          <w:color w:val="000000"/>
          <w:sz w:val="24"/>
        </w:rPr>
        <w:t>кадош</w:t>
      </w:r>
      <w:r>
        <w:rPr>
          <w:rFonts w:ascii="Georgia" w:hAnsi="Georgia"/>
          <w:b w:val="0"/>
          <w:i w:val="0"/>
          <w:color w:val="000000"/>
          <w:sz w:val="24"/>
        </w:rPr>
        <w:t xml:space="preserve">, </w:t>
      </w:r>
      <w:r>
        <w:rPr>
          <w:rFonts w:ascii="Georgia" w:hAnsi="Georgia" w:cs="Times New Roman"/>
          <w:b/>
          <w:i w:val="0"/>
          <w:color w:val="000000"/>
          <w:sz w:val="24"/>
          <w:rtl/>
          <w:szCs w:val="32"/>
        </w:rPr>
        <w:t>קָדוֹשׁ</w:t>
      </w:r>
      <w:r>
        <w:rPr>
          <w:rFonts w:ascii="Georgia" w:hAnsi="Georgia"/>
          <w:b w:val="0"/>
          <w:i w:val="0"/>
          <w:color w:val="000000"/>
          <w:sz w:val="24"/>
        </w:rPr>
        <w:t xml:space="preserve"> = 410) и 46 (</w:t>
      </w:r>
      <w:r>
        <w:rPr>
          <w:rFonts w:ascii="Georgia" w:hAnsi="Georgia" w:cs="Times New Roman"/>
          <w:b/>
          <w:i w:val="0"/>
          <w:color w:val="000000"/>
          <w:sz w:val="24"/>
          <w:rtl/>
          <w:szCs w:val="32"/>
        </w:rPr>
        <w:t>מ״ו</w:t>
      </w:r>
      <w:r>
        <w:rPr>
          <w:rFonts w:ascii="Georgia" w:hAnsi="Georgia"/>
          <w:b w:val="0"/>
          <w:i w:val="0"/>
          <w:color w:val="000000"/>
          <w:sz w:val="24"/>
        </w:rPr>
        <w:t xml:space="preserve">). </w:t>
      </w:r>
      <w:r>
        <w:rPr>
          <w:rFonts w:ascii="Georgia" w:hAnsi="Georgia"/>
          <w:b w:val="0"/>
          <w:i/>
          <w:color w:val="000000"/>
          <w:sz w:val="24"/>
        </w:rPr>
        <w:t>«…И расположились там станом при водах»</w:t>
      </w:r>
      <w:r>
        <w:rPr>
          <w:rFonts w:ascii="Georgia" w:hAnsi="Georgia"/>
          <w:b w:val="0"/>
          <w:i w:val="0"/>
          <w:color w:val="000000"/>
          <w:sz w:val="24"/>
        </w:rPr>
        <w:t xml:space="preserve"> (Шмот 15:27) — начальные буквы (</w:t>
      </w:r>
      <w:r>
        <w:rPr>
          <w:rFonts w:ascii="Georgia" w:hAnsi="Georgia"/>
          <w:b w:val="0"/>
          <w:i/>
          <w:color w:val="000000"/>
          <w:sz w:val="24"/>
        </w:rPr>
        <w:t>рашей тевот</w:t>
      </w:r>
      <w:r>
        <w:rPr>
          <w:rFonts w:ascii="Georgia" w:hAnsi="Georgia"/>
          <w:b w:val="0"/>
          <w:i w:val="0"/>
          <w:color w:val="000000"/>
          <w:sz w:val="24"/>
        </w:rPr>
        <w:t>) [образуют] вав, шин, айн, хэй (</w:t>
      </w:r>
      <w:r>
        <w:rPr>
          <w:rFonts w:ascii="Georgia" w:hAnsi="Georgia" w:cs="Times New Roman"/>
          <w:b/>
          <w:i w:val="0"/>
          <w:color w:val="000000"/>
          <w:sz w:val="24"/>
          <w:rtl/>
          <w:szCs w:val="32"/>
        </w:rPr>
        <w:t>וֳשֳעֳהֳ</w:t>
      </w:r>
      <w:r>
        <w:rPr>
          <w:rFonts w:ascii="Georgia" w:hAnsi="Georgia"/>
          <w:b w:val="0"/>
          <w:i w:val="0"/>
          <w:color w:val="000000"/>
          <w:sz w:val="24"/>
        </w:rPr>
        <w:t>), [что численно равно] 184 (</w:t>
      </w:r>
      <w:r>
        <w:rPr>
          <w:rFonts w:ascii="Georgia" w:hAnsi="Georgia" w:cs="Times New Roman"/>
          <w:b/>
          <w:i w:val="0"/>
          <w:color w:val="000000"/>
          <w:sz w:val="24"/>
          <w:rtl/>
          <w:szCs w:val="32"/>
        </w:rPr>
        <w:t>קפ״ד</w:t>
      </w:r>
      <w:r>
        <w:rPr>
          <w:rFonts w:ascii="Georgia" w:hAnsi="Georgia"/>
          <w:b w:val="0"/>
          <w:i w:val="0"/>
          <w:color w:val="000000"/>
          <w:sz w:val="24"/>
        </w:rPr>
        <w:t>), 184, и вав (</w:t>
      </w:r>
      <w:r>
        <w:rPr>
          <w:rFonts w:ascii="Georgia" w:hAnsi="Georgia" w:cs="Times New Roman"/>
          <w:b/>
          <w:i w:val="0"/>
          <w:color w:val="000000"/>
          <w:sz w:val="24"/>
          <w:rtl/>
          <w:szCs w:val="32"/>
        </w:rPr>
        <w:t>ואו</w:t>
      </w:r>
      <w:r>
        <w:rPr>
          <w:rFonts w:ascii="Georgia" w:hAnsi="Georgia"/>
          <w:b w:val="0"/>
          <w:i w:val="0"/>
          <w:color w:val="000000"/>
          <w:sz w:val="24"/>
        </w:rPr>
        <w:t xml:space="preserve"> = 13), [что указывает на] тринадцать исправлений (</w:t>
      </w:r>
      <w:r>
        <w:rPr>
          <w:rFonts w:ascii="Georgia" w:hAnsi="Georgia"/>
          <w:b w:val="0"/>
          <w:i/>
          <w:color w:val="000000"/>
          <w:sz w:val="24"/>
        </w:rPr>
        <w:t>тиккунин</w:t>
      </w:r>
      <w:r>
        <w:rPr>
          <w:rFonts w:ascii="Georgia" w:hAnsi="Georgia"/>
          <w:b w:val="0"/>
          <w:i w:val="0"/>
          <w:color w:val="000000"/>
          <w:sz w:val="24"/>
        </w:rPr>
        <w:t xml:space="preserve">); а также четыре буквы [Имени АДОНАЙ], и две буквы, и буквы алеф, ламэд. В Шахарит: [Имена] </w:t>
      </w:r>
      <w:r>
        <w:rPr>
          <w:rFonts w:ascii="Georgia" w:hAnsi="Georgia"/>
          <w:b w:val="0"/>
          <w:i/>
          <w:color w:val="000000"/>
          <w:sz w:val="24"/>
        </w:rPr>
        <w:t>Вахава</w:t>
      </w:r>
      <w:r>
        <w:rPr>
          <w:rFonts w:ascii="Georgia" w:hAnsi="Georgia"/>
          <w:b w:val="0"/>
          <w:i w:val="0"/>
          <w:color w:val="000000"/>
          <w:sz w:val="24"/>
        </w:rPr>
        <w:t xml:space="preserve"> (</w:t>
      </w:r>
      <w:r>
        <w:rPr>
          <w:rFonts w:ascii="Georgia" w:hAnsi="Georgia" w:cs="Times New Roman"/>
          <w:b/>
          <w:i w:val="0"/>
          <w:color w:val="000000"/>
          <w:sz w:val="24"/>
          <w:rtl/>
          <w:szCs w:val="32"/>
        </w:rPr>
        <w:t>וָהַוָ</w:t>
      </w:r>
      <w:r>
        <w:rPr>
          <w:rFonts w:ascii="Georgia" w:hAnsi="Georgia"/>
          <w:b w:val="0"/>
          <w:i w:val="0"/>
          <w:color w:val="000000"/>
          <w:sz w:val="24"/>
        </w:rPr>
        <w:t xml:space="preserve">), </w:t>
      </w:r>
      <w:r>
        <w:rPr>
          <w:rFonts w:ascii="Georgia" w:hAnsi="Georgia"/>
          <w:b w:val="0"/>
          <w:i/>
          <w:color w:val="000000"/>
          <w:sz w:val="24"/>
        </w:rPr>
        <w:t>Э-ву</w:t>
      </w:r>
      <w:r>
        <w:rPr>
          <w:rFonts w:ascii="Georgia" w:hAnsi="Georgia"/>
          <w:b w:val="0"/>
          <w:i w:val="0"/>
          <w:color w:val="000000"/>
          <w:sz w:val="24"/>
        </w:rPr>
        <w:t xml:space="preserve"> (</w:t>
      </w:r>
      <w:r>
        <w:rPr>
          <w:rFonts w:ascii="Georgia" w:hAnsi="Georgia" w:cs="Times New Roman"/>
          <w:b/>
          <w:i w:val="0"/>
          <w:color w:val="000000"/>
          <w:sz w:val="24"/>
          <w:rtl/>
          <w:szCs w:val="32"/>
        </w:rPr>
        <w:t>אֶבֻ</w:t>
      </w:r>
      <w:r>
        <w:rPr>
          <w:rFonts w:ascii="Georgia" w:hAnsi="Georgia"/>
          <w:b w:val="0"/>
          <w:i w:val="0"/>
          <w:color w:val="000000"/>
          <w:sz w:val="24"/>
        </w:rPr>
        <w:t xml:space="preserve">), </w:t>
      </w:r>
      <w:r>
        <w:rPr>
          <w:rFonts w:ascii="Georgia" w:hAnsi="Georgia"/>
          <w:b w:val="0"/>
          <w:i/>
          <w:color w:val="000000"/>
          <w:sz w:val="24"/>
        </w:rPr>
        <w:t>Вахэва</w:t>
      </w:r>
      <w:r>
        <w:rPr>
          <w:rFonts w:ascii="Georgia" w:hAnsi="Georgia"/>
          <w:b w:val="0"/>
          <w:i w:val="0"/>
          <w:color w:val="000000"/>
          <w:sz w:val="24"/>
        </w:rPr>
        <w:t xml:space="preserve"> (</w:t>
      </w:r>
      <w:r>
        <w:rPr>
          <w:rFonts w:ascii="Georgia" w:hAnsi="Georgia" w:cs="Times New Roman"/>
          <w:b/>
          <w:i w:val="0"/>
          <w:color w:val="000000"/>
          <w:sz w:val="24"/>
          <w:rtl/>
          <w:szCs w:val="32"/>
        </w:rPr>
        <w:t>וָהֵוָ</w:t>
      </w:r>
      <w:r>
        <w:rPr>
          <w:rFonts w:ascii="Georgia" w:hAnsi="Georgia"/>
          <w:b w:val="0"/>
          <w:i w:val="0"/>
          <w:color w:val="000000"/>
          <w:sz w:val="24"/>
        </w:rPr>
        <w:t>), [Имена] ЭЛЬ (</w:t>
      </w:r>
      <w:r>
        <w:rPr>
          <w:rFonts w:ascii="Georgia" w:hAnsi="Georgia" w:cs="Times New Roman"/>
          <w:b/>
          <w:i w:val="0"/>
          <w:color w:val="000000"/>
          <w:sz w:val="24"/>
          <w:rtl/>
          <w:szCs w:val="32"/>
        </w:rPr>
        <w:t>אֵל</w:t>
      </w:r>
      <w:r>
        <w:rPr>
          <w:rFonts w:ascii="Georgia" w:hAnsi="Georgia"/>
          <w:b w:val="0"/>
          <w:i w:val="0"/>
          <w:color w:val="000000"/>
          <w:sz w:val="24"/>
        </w:rPr>
        <w:t>) [и] АДОНАЙ (</w:t>
      </w:r>
      <w:r>
        <w:rPr>
          <w:rFonts w:ascii="Georgia" w:hAnsi="Georgia" w:cs="Times New Roman"/>
          <w:b/>
          <w:i w:val="0"/>
          <w:color w:val="000000"/>
          <w:sz w:val="24"/>
          <w:rtl/>
          <w:szCs w:val="32"/>
        </w:rPr>
        <w:t>אדני</w:t>
      </w:r>
      <w:r>
        <w:rPr>
          <w:rFonts w:ascii="Georgia" w:hAnsi="Georgia"/>
          <w:b w:val="0"/>
          <w:i w:val="0"/>
          <w:color w:val="000000"/>
          <w:sz w:val="24"/>
        </w:rPr>
        <w:t xml:space="preserve">); </w:t>
      </w:r>
      <w:r>
        <w:rPr>
          <w:rFonts w:ascii="Georgia" w:hAnsi="Georgia"/>
          <w:b w:val="0"/>
          <w:i/>
          <w:color w:val="000000"/>
          <w:sz w:val="24"/>
        </w:rPr>
        <w:t>Шалахо</w:t>
      </w:r>
      <w:r>
        <w:rPr>
          <w:rFonts w:ascii="Georgia" w:hAnsi="Georgia"/>
          <w:b w:val="0"/>
          <w:i w:val="0"/>
          <w:color w:val="000000"/>
          <w:sz w:val="24"/>
        </w:rPr>
        <w:t xml:space="preserve"> (</w:t>
      </w:r>
      <w:r>
        <w:rPr>
          <w:rFonts w:ascii="Georgia" w:hAnsi="Georgia" w:cs="Times New Roman"/>
          <w:b/>
          <w:i w:val="0"/>
          <w:color w:val="000000"/>
          <w:sz w:val="24"/>
          <w:rtl/>
          <w:szCs w:val="32"/>
        </w:rPr>
        <w:t>שֲלֲכֳ</w:t>
      </w:r>
      <w:r>
        <w:rPr>
          <w:rFonts w:ascii="Georgia" w:hAnsi="Georgia"/>
          <w:b w:val="0"/>
          <w:i w:val="0"/>
          <w:color w:val="000000"/>
          <w:sz w:val="24"/>
        </w:rPr>
        <w:t xml:space="preserve">), </w:t>
      </w:r>
      <w:r>
        <w:rPr>
          <w:rFonts w:ascii="Georgia" w:hAnsi="Georgia"/>
          <w:b w:val="0"/>
          <w:i/>
          <w:color w:val="000000"/>
          <w:sz w:val="24"/>
        </w:rPr>
        <w:t>Аниэль</w:t>
      </w:r>
      <w:r>
        <w:rPr>
          <w:rFonts w:ascii="Georgia" w:hAnsi="Georgia"/>
          <w:b w:val="0"/>
          <w:i w:val="0"/>
          <w:color w:val="000000"/>
          <w:sz w:val="24"/>
        </w:rPr>
        <w:t xml:space="preserve"> (</w:t>
      </w:r>
      <w:r>
        <w:rPr>
          <w:rFonts w:ascii="Georgia" w:hAnsi="Georgia" w:cs="Times New Roman"/>
          <w:b/>
          <w:i w:val="0"/>
          <w:color w:val="000000"/>
          <w:sz w:val="24"/>
          <w:rtl/>
          <w:szCs w:val="32"/>
        </w:rPr>
        <w:t>עֲנֲיֲאֲלֲ</w:t>
      </w:r>
      <w:r>
        <w:rPr>
          <w:rFonts w:ascii="Georgia" w:hAnsi="Georgia"/>
          <w:b w:val="0"/>
          <w:i w:val="0"/>
          <w:color w:val="000000"/>
          <w:sz w:val="24"/>
        </w:rPr>
        <w:t xml:space="preserve">), </w:t>
      </w:r>
      <w:r>
        <w:rPr>
          <w:rFonts w:ascii="Georgia" w:hAnsi="Georgia"/>
          <w:b w:val="0"/>
          <w:i/>
          <w:color w:val="000000"/>
          <w:sz w:val="24"/>
        </w:rPr>
        <w:t>Анаэль</w:t>
      </w:r>
      <w:r>
        <w:rPr>
          <w:rFonts w:ascii="Georgia" w:hAnsi="Georgia"/>
          <w:b w:val="0"/>
          <w:i w:val="0"/>
          <w:color w:val="000000"/>
          <w:sz w:val="24"/>
        </w:rPr>
        <w:t xml:space="preserve"> (</w:t>
      </w:r>
      <w:r>
        <w:rPr>
          <w:rFonts w:ascii="Georgia" w:hAnsi="Georgia" w:cs="Times New Roman"/>
          <w:b/>
          <w:i w:val="0"/>
          <w:color w:val="000000"/>
          <w:sz w:val="24"/>
          <w:rtl/>
          <w:szCs w:val="32"/>
        </w:rPr>
        <w:t>עֲנֲאֲלֲ</w:t>
      </w:r>
      <w:r>
        <w:rPr>
          <w:rFonts w:ascii="Georgia" w:hAnsi="Georgia"/>
          <w:b w:val="0"/>
          <w:i w:val="0"/>
          <w:color w:val="000000"/>
          <w:sz w:val="24"/>
        </w:rPr>
        <w:t xml:space="preserve">) — в обоих каждое имя огласовано шва-патах под каждой буквой; </w:t>
      </w:r>
      <w:r>
        <w:rPr>
          <w:rFonts w:ascii="Georgia" w:hAnsi="Georgia"/>
          <w:b w:val="0"/>
          <w:i/>
          <w:color w:val="000000"/>
          <w:sz w:val="24"/>
        </w:rPr>
        <w:t>Ме-й-эль</w:t>
      </w:r>
      <w:r>
        <w:rPr>
          <w:rFonts w:ascii="Georgia" w:hAnsi="Georgia"/>
          <w:b w:val="0"/>
          <w:i w:val="0"/>
          <w:color w:val="000000"/>
          <w:sz w:val="24"/>
        </w:rPr>
        <w:t xml:space="preserve"> (</w:t>
      </w:r>
      <w:r>
        <w:rPr>
          <w:rFonts w:ascii="Georgia" w:hAnsi="Georgia" w:cs="Times New Roman"/>
          <w:b/>
          <w:i w:val="0"/>
          <w:color w:val="000000"/>
          <w:sz w:val="24"/>
          <w:rtl/>
          <w:szCs w:val="32"/>
        </w:rPr>
        <w:t>מֱיאל</w:t>
      </w:r>
      <w:r>
        <w:rPr>
          <w:rFonts w:ascii="Georgia" w:hAnsi="Georgia"/>
          <w:b w:val="0"/>
          <w:i w:val="0"/>
          <w:color w:val="000000"/>
          <w:sz w:val="24"/>
        </w:rPr>
        <w:t xml:space="preserve">), </w:t>
      </w:r>
      <w:r>
        <w:rPr>
          <w:rFonts w:ascii="Georgia" w:hAnsi="Georgia"/>
          <w:b w:val="0"/>
          <w:i/>
          <w:color w:val="000000"/>
          <w:sz w:val="24"/>
        </w:rPr>
        <w:t>Ве-гад</w:t>
      </w:r>
      <w:r>
        <w:rPr>
          <w:rFonts w:ascii="Georgia" w:hAnsi="Georgia"/>
          <w:b w:val="0"/>
          <w:i w:val="0"/>
          <w:color w:val="000000"/>
          <w:sz w:val="24"/>
        </w:rPr>
        <w:t xml:space="preserve"> (</w:t>
      </w:r>
      <w:r>
        <w:rPr>
          <w:rFonts w:ascii="Georgia" w:hAnsi="Georgia" w:cs="Times New Roman"/>
          <w:b/>
          <w:i w:val="0"/>
          <w:color w:val="000000"/>
          <w:sz w:val="24"/>
          <w:rtl/>
          <w:szCs w:val="32"/>
        </w:rPr>
        <w:t>וגד</w:t>
      </w:r>
      <w:r>
        <w:rPr>
          <w:rFonts w:ascii="Georgia" w:hAnsi="Georgia"/>
          <w:b w:val="0"/>
          <w:i w:val="0"/>
          <w:color w:val="000000"/>
          <w:sz w:val="24"/>
        </w:rPr>
        <w:t xml:space="preserve">), </w:t>
      </w:r>
      <w:r>
        <w:rPr>
          <w:rFonts w:ascii="Georgia" w:hAnsi="Georgia"/>
          <w:b w:val="0"/>
          <w:i/>
          <w:color w:val="000000"/>
          <w:sz w:val="24"/>
        </w:rPr>
        <w:t>Терах</w:t>
      </w:r>
      <w:r>
        <w:rPr>
          <w:rFonts w:ascii="Georgia" w:hAnsi="Georgia"/>
          <w:b w:val="0"/>
          <w:i w:val="0"/>
          <w:color w:val="000000"/>
          <w:sz w:val="24"/>
        </w:rPr>
        <w:t xml:space="preserve"> (</w:t>
      </w:r>
      <w:r>
        <w:rPr>
          <w:rFonts w:ascii="Georgia" w:hAnsi="Georgia" w:cs="Times New Roman"/>
          <w:b/>
          <w:i w:val="0"/>
          <w:color w:val="000000"/>
          <w:sz w:val="24"/>
          <w:rtl/>
          <w:szCs w:val="32"/>
        </w:rPr>
        <w:t>תרח</w:t>
      </w:r>
      <w:r>
        <w:rPr>
          <w:rFonts w:ascii="Georgia" w:hAnsi="Georgia"/>
          <w:b w:val="0"/>
          <w:i w:val="0"/>
          <w:color w:val="000000"/>
          <w:sz w:val="24"/>
        </w:rPr>
        <w:t xml:space="preserve">); </w:t>
      </w:r>
      <w:r>
        <w:rPr>
          <w:rFonts w:ascii="Georgia" w:hAnsi="Georgia"/>
          <w:b w:val="0"/>
          <w:i/>
          <w:color w:val="000000"/>
          <w:sz w:val="24"/>
        </w:rPr>
        <w:t>Вакгиэль</w:t>
      </w:r>
      <w:r>
        <w:rPr>
          <w:rFonts w:ascii="Georgia" w:hAnsi="Georgia"/>
          <w:b w:val="0"/>
          <w:i w:val="0"/>
          <w:color w:val="000000"/>
          <w:sz w:val="24"/>
        </w:rPr>
        <w:t xml:space="preserve"> (</w:t>
      </w:r>
      <w:r>
        <w:rPr>
          <w:rFonts w:ascii="Georgia" w:hAnsi="Georgia" w:cs="Times New Roman"/>
          <w:b/>
          <w:i w:val="0"/>
          <w:color w:val="000000"/>
          <w:sz w:val="24"/>
          <w:rtl/>
          <w:szCs w:val="32"/>
        </w:rPr>
        <w:t>וקגיאל</w:t>
      </w:r>
      <w:r>
        <w:rPr>
          <w:rFonts w:ascii="Georgia" w:hAnsi="Georgia"/>
          <w:b w:val="0"/>
          <w:i w:val="0"/>
          <w:color w:val="000000"/>
          <w:sz w:val="24"/>
        </w:rPr>
        <w:t xml:space="preserve">), </w:t>
      </w:r>
      <w:r>
        <w:rPr>
          <w:rFonts w:ascii="Georgia" w:hAnsi="Georgia"/>
          <w:b w:val="0"/>
          <w:i/>
          <w:color w:val="000000"/>
          <w:sz w:val="24"/>
        </w:rPr>
        <w:t>Шахзиэль</w:t>
      </w:r>
      <w:r>
        <w:rPr>
          <w:rFonts w:ascii="Georgia" w:hAnsi="Georgia"/>
          <w:b w:val="0"/>
          <w:i w:val="0"/>
          <w:color w:val="000000"/>
          <w:sz w:val="24"/>
        </w:rPr>
        <w:t xml:space="preserve"> (</w:t>
      </w:r>
      <w:r>
        <w:rPr>
          <w:rFonts w:ascii="Georgia" w:hAnsi="Georgia" w:cs="Times New Roman"/>
          <w:b/>
          <w:i w:val="0"/>
          <w:color w:val="000000"/>
          <w:sz w:val="24"/>
          <w:rtl/>
          <w:szCs w:val="32"/>
        </w:rPr>
        <w:t>שחזיאל</w:t>
      </w:r>
      <w:r>
        <w:rPr>
          <w:rFonts w:ascii="Georgia" w:hAnsi="Georgia"/>
          <w:b w:val="0"/>
          <w:i w:val="0"/>
          <w:color w:val="000000"/>
          <w:sz w:val="24"/>
        </w:rPr>
        <w:t xml:space="preserve">), </w:t>
      </w:r>
      <w:r>
        <w:rPr>
          <w:rFonts w:ascii="Georgia" w:hAnsi="Georgia"/>
          <w:b w:val="0"/>
          <w:i/>
          <w:color w:val="000000"/>
          <w:sz w:val="24"/>
        </w:rPr>
        <w:t>Афиэль</w:t>
      </w:r>
      <w:r>
        <w:rPr>
          <w:rFonts w:ascii="Georgia" w:hAnsi="Georgia"/>
          <w:b w:val="0"/>
          <w:i w:val="0"/>
          <w:color w:val="000000"/>
          <w:sz w:val="24"/>
        </w:rPr>
        <w:t xml:space="preserve"> (</w:t>
      </w:r>
      <w:r>
        <w:rPr>
          <w:rFonts w:ascii="Georgia" w:hAnsi="Georgia" w:cs="Times New Roman"/>
          <w:b/>
          <w:i w:val="0"/>
          <w:color w:val="000000"/>
          <w:sz w:val="24"/>
          <w:rtl/>
          <w:szCs w:val="32"/>
        </w:rPr>
        <w:t>עפיאל</w:t>
      </w:r>
      <w:r>
        <w:rPr>
          <w:rFonts w:ascii="Georgia" w:hAnsi="Georgia"/>
          <w:b w:val="0"/>
          <w:i w:val="0"/>
          <w:color w:val="000000"/>
          <w:sz w:val="24"/>
        </w:rPr>
        <w:t xml:space="preserve">), </w:t>
      </w:r>
      <w:r>
        <w:rPr>
          <w:rFonts w:ascii="Georgia" w:hAnsi="Georgia"/>
          <w:b w:val="0"/>
          <w:i/>
          <w:color w:val="000000"/>
          <w:sz w:val="24"/>
        </w:rPr>
        <w:t>Харат</w:t>
      </w:r>
      <w:r>
        <w:rPr>
          <w:rFonts w:ascii="Georgia" w:hAnsi="Georgia"/>
          <w:b w:val="0"/>
          <w:i w:val="0"/>
          <w:color w:val="000000"/>
          <w:sz w:val="24"/>
        </w:rPr>
        <w:t xml:space="preserve"> (</w:t>
      </w:r>
      <w:r>
        <w:rPr>
          <w:rFonts w:ascii="Georgia" w:hAnsi="Georgia" w:cs="Times New Roman"/>
          <w:b/>
          <w:i w:val="0"/>
          <w:color w:val="000000"/>
          <w:sz w:val="24"/>
          <w:rtl/>
          <w:szCs w:val="32"/>
        </w:rPr>
        <w:t>הרט</w:t>
      </w:r>
      <w:r>
        <w:rPr>
          <w:rFonts w:ascii="Georgia" w:hAnsi="Georgia"/>
          <w:b w:val="0"/>
          <w:i w:val="0"/>
          <w:color w:val="000000"/>
          <w:sz w:val="24"/>
        </w:rPr>
        <w:t>). И конечные буквы (</w:t>
      </w:r>
      <w:r>
        <w:rPr>
          <w:rFonts w:ascii="Georgia" w:hAnsi="Georgia"/>
          <w:b w:val="0"/>
          <w:i/>
          <w:color w:val="000000"/>
          <w:sz w:val="24"/>
        </w:rPr>
        <w:t>софей тевот</w:t>
      </w:r>
      <w:r>
        <w:rPr>
          <w:rFonts w:ascii="Georgia" w:hAnsi="Georgia"/>
          <w:b w:val="0"/>
          <w:i w:val="0"/>
          <w:color w:val="000000"/>
          <w:sz w:val="24"/>
        </w:rPr>
        <w:t>): вав, хэй, мэм (</w:t>
      </w:r>
      <w:r>
        <w:rPr>
          <w:rFonts w:ascii="Georgia" w:hAnsi="Georgia" w:cs="Times New Roman"/>
          <w:b/>
          <w:i w:val="0"/>
          <w:color w:val="000000"/>
          <w:sz w:val="24"/>
          <w:rtl/>
          <w:szCs w:val="32"/>
        </w:rPr>
        <w:t>והם</w:t>
      </w:r>
      <w:r>
        <w:rPr>
          <w:rFonts w:ascii="Georgia" w:hAnsi="Georgia"/>
          <w:b w:val="0"/>
          <w:i w:val="0"/>
          <w:color w:val="000000"/>
          <w:sz w:val="24"/>
        </w:rPr>
        <w:t>), [числовое значение которых] 51 (</w:t>
      </w:r>
      <w:r>
        <w:rPr>
          <w:rFonts w:ascii="Georgia" w:hAnsi="Georgia" w:cs="Times New Roman"/>
          <w:b/>
          <w:i w:val="0"/>
          <w:color w:val="000000"/>
          <w:sz w:val="24"/>
          <w:rtl/>
          <w:szCs w:val="32"/>
        </w:rPr>
        <w:t>נ״א</w:t>
      </w:r>
      <w:r>
        <w:rPr>
          <w:rFonts w:ascii="Georgia" w:hAnsi="Georgia"/>
          <w:b w:val="0"/>
          <w:i w:val="0"/>
          <w:color w:val="000000"/>
          <w:sz w:val="24"/>
        </w:rPr>
        <w:t>), [выводятся] из [Имени] АДОНАЙ; буквы мэм, хэй, тав (</w:t>
      </w:r>
      <w:r>
        <w:rPr>
          <w:rFonts w:ascii="Georgia" w:hAnsi="Georgia" w:cs="Times New Roman"/>
          <w:b/>
          <w:i w:val="0"/>
          <w:color w:val="000000"/>
          <w:sz w:val="24"/>
          <w:rtl/>
          <w:szCs w:val="32"/>
        </w:rPr>
        <w:t>מהת</w:t>
      </w:r>
      <w:r>
        <w:rPr>
          <w:rFonts w:ascii="Georgia" w:hAnsi="Georgia"/>
          <w:b w:val="0"/>
          <w:i w:val="0"/>
          <w:color w:val="000000"/>
          <w:sz w:val="24"/>
        </w:rPr>
        <w:t>), [что соответствует] четырем буквам алеф (</w:t>
      </w:r>
      <w:r>
        <w:rPr>
          <w:rFonts w:ascii="Georgia" w:hAnsi="Georgia" w:cs="Times New Roman"/>
          <w:b/>
          <w:i w:val="0"/>
          <w:color w:val="000000"/>
          <w:sz w:val="24"/>
          <w:rtl/>
          <w:szCs w:val="32"/>
        </w:rPr>
        <w:t>אלפי״ן</w:t>
      </w:r>
      <w:r>
        <w:rPr>
          <w:rFonts w:ascii="Georgia" w:hAnsi="Georgia"/>
          <w:b w:val="0"/>
          <w:i w:val="0"/>
          <w:color w:val="000000"/>
          <w:sz w:val="24"/>
        </w:rPr>
        <w:t>) из четырех [наполнений Имени] ЭЙЕ. В Минху: буквы мэм, мэм, мэм (</w:t>
      </w:r>
      <w:r>
        <w:rPr>
          <w:rFonts w:ascii="Georgia" w:hAnsi="Georgia" w:cs="Times New Roman"/>
          <w:b/>
          <w:i w:val="0"/>
          <w:color w:val="000000"/>
          <w:sz w:val="24"/>
          <w:rtl/>
          <w:szCs w:val="32"/>
        </w:rPr>
        <w:t>ממם</w:t>
      </w:r>
      <w:r>
        <w:rPr>
          <w:rFonts w:ascii="Georgia" w:hAnsi="Georgia"/>
          <w:b w:val="0"/>
          <w:i w:val="0"/>
          <w:color w:val="000000"/>
          <w:sz w:val="24"/>
        </w:rPr>
        <w:t>), [что соответствует] 120 (</w:t>
      </w:r>
      <w:r>
        <w:rPr>
          <w:rFonts w:ascii="Georgia" w:hAnsi="Georgia" w:cs="Times New Roman"/>
          <w:b/>
          <w:i w:val="0"/>
          <w:color w:val="000000"/>
          <w:sz w:val="24"/>
          <w:rtl/>
          <w:szCs w:val="32"/>
        </w:rPr>
        <w:t>ק״ך</w:t>
      </w:r>
      <w:r>
        <w:rPr>
          <w:rFonts w:ascii="Georgia" w:hAnsi="Georgia"/>
          <w:b w:val="0"/>
          <w:i w:val="0"/>
          <w:color w:val="000000"/>
          <w:sz w:val="24"/>
        </w:rPr>
        <w:t>) сочетаниям [Имени] ЭЛОКИМ. В Арвит: буквы вав, мэм, ламэд, мэм (</w:t>
      </w:r>
      <w:r>
        <w:rPr>
          <w:rFonts w:ascii="Georgia" w:hAnsi="Georgia" w:cs="Times New Roman"/>
          <w:b/>
          <w:i w:val="0"/>
          <w:color w:val="000000"/>
          <w:sz w:val="24"/>
          <w:rtl/>
          <w:szCs w:val="32"/>
        </w:rPr>
        <w:t>ומלם</w:t>
      </w:r>
      <w:r>
        <w:rPr>
          <w:rFonts w:ascii="Georgia" w:hAnsi="Georgia"/>
          <w:b w:val="0"/>
          <w:i w:val="0"/>
          <w:color w:val="000000"/>
          <w:sz w:val="24"/>
        </w:rPr>
        <w:t>), [что соответствует] обратной стороне (</w:t>
      </w:r>
      <w:r>
        <w:rPr>
          <w:rFonts w:ascii="Georgia" w:hAnsi="Georgia"/>
          <w:b w:val="0"/>
          <w:i/>
          <w:color w:val="000000"/>
          <w:sz w:val="24"/>
        </w:rPr>
        <w:t>ахораим</w:t>
      </w:r>
      <w:r>
        <w:rPr>
          <w:rFonts w:ascii="Georgia" w:hAnsi="Georgia"/>
          <w:b w:val="0"/>
          <w:i w:val="0"/>
          <w:color w:val="000000"/>
          <w:sz w:val="24"/>
        </w:rPr>
        <w:t>) де-ЭЙЕ со значением 144 (</w:t>
      </w:r>
      <w:r>
        <w:rPr>
          <w:rFonts w:ascii="Georgia" w:hAnsi="Georgia" w:cs="Times New Roman"/>
          <w:b/>
          <w:i w:val="0"/>
          <w:color w:val="000000"/>
          <w:sz w:val="24"/>
          <w:rtl/>
          <w:szCs w:val="32"/>
        </w:rPr>
        <w:t>דמ״ך</w:t>
      </w:r>
      <w:r>
        <w:rPr>
          <w:rFonts w:ascii="Georgia" w:hAnsi="Georgia"/>
          <w:b w:val="0"/>
          <w:i w:val="0"/>
          <w:color w:val="000000"/>
          <w:sz w:val="24"/>
        </w:rPr>
        <w:t xml:space="preserve">) и ахораим де-АВАЯ де-АБ. </w:t>
      </w:r>
      <w:r>
        <w:rPr>
          <w:rFonts w:ascii="Georgia" w:hAnsi="Georgia"/>
          <w:b w:val="0"/>
          <w:i/>
          <w:color w:val="000000"/>
          <w:sz w:val="24"/>
        </w:rPr>
        <w:t>Ва-ла-ла</w:t>
      </w:r>
      <w:r>
        <w:rPr>
          <w:rFonts w:ascii="Georgia" w:hAnsi="Georgia"/>
          <w:b w:val="0"/>
          <w:i w:val="0"/>
          <w:color w:val="000000"/>
          <w:sz w:val="24"/>
        </w:rPr>
        <w:t xml:space="preserve"> (</w:t>
      </w:r>
      <w:r>
        <w:rPr>
          <w:rFonts w:ascii="Georgia" w:hAnsi="Georgia" w:cs="Times New Roman"/>
          <w:b/>
          <w:i w:val="0"/>
          <w:color w:val="000000"/>
          <w:sz w:val="24"/>
          <w:rtl/>
          <w:szCs w:val="32"/>
        </w:rPr>
        <w:t>ולל</w:t>
      </w:r>
      <w:r>
        <w:rPr>
          <w:rFonts w:ascii="Georgia" w:hAnsi="Georgia"/>
          <w:b w:val="0"/>
          <w:i w:val="0"/>
          <w:color w:val="000000"/>
          <w:sz w:val="24"/>
        </w:rPr>
        <w:t xml:space="preserve">), </w:t>
      </w:r>
      <w:r>
        <w:rPr>
          <w:rFonts w:ascii="Georgia" w:hAnsi="Georgia"/>
          <w:b w:val="0"/>
          <w:i/>
          <w:color w:val="000000"/>
          <w:sz w:val="24"/>
        </w:rPr>
        <w:t>Хаках</w:t>
      </w:r>
      <w:r>
        <w:rPr>
          <w:rFonts w:ascii="Georgia" w:hAnsi="Georgia"/>
          <w:b w:val="0"/>
          <w:i w:val="0"/>
          <w:color w:val="000000"/>
          <w:sz w:val="24"/>
        </w:rPr>
        <w:t xml:space="preserve"> (</w:t>
      </w:r>
      <w:r>
        <w:rPr>
          <w:rFonts w:ascii="Georgia" w:hAnsi="Georgia" w:cs="Times New Roman"/>
          <w:b/>
          <w:i w:val="0"/>
          <w:color w:val="000000"/>
          <w:sz w:val="24"/>
          <w:rtl/>
          <w:szCs w:val="32"/>
        </w:rPr>
        <w:t>הכך</w:t>
      </w:r>
      <w:r>
        <w:rPr>
          <w:rFonts w:ascii="Georgia" w:hAnsi="Georgia"/>
          <w:b w:val="0"/>
          <w:i w:val="0"/>
          <w:color w:val="000000"/>
          <w:sz w:val="24"/>
        </w:rPr>
        <w:t xml:space="preserve">), </w:t>
      </w:r>
      <w:r>
        <w:rPr>
          <w:rFonts w:ascii="Georgia" w:hAnsi="Georgia"/>
          <w:b w:val="0"/>
          <w:i/>
          <w:color w:val="000000"/>
          <w:sz w:val="24"/>
        </w:rPr>
        <w:t>Малив</w:t>
      </w:r>
      <w:r>
        <w:rPr>
          <w:rFonts w:ascii="Georgia" w:hAnsi="Georgia"/>
          <w:b w:val="0"/>
          <w:i w:val="0"/>
          <w:color w:val="000000"/>
          <w:sz w:val="24"/>
        </w:rPr>
        <w:t xml:space="preserve"> (</w:t>
      </w:r>
      <w:r>
        <w:rPr>
          <w:rFonts w:ascii="Georgia" w:hAnsi="Georgia" w:cs="Times New Roman"/>
          <w:b/>
          <w:i w:val="0"/>
          <w:color w:val="000000"/>
          <w:sz w:val="24"/>
          <w:rtl/>
          <w:szCs w:val="32"/>
        </w:rPr>
        <w:t>מליו</w:t>
      </w:r>
      <w:r>
        <w:rPr>
          <w:rFonts w:ascii="Georgia" w:hAnsi="Georgia"/>
          <w:b w:val="0"/>
          <w:i w:val="0"/>
          <w:color w:val="000000"/>
          <w:sz w:val="24"/>
        </w:rPr>
        <w:t xml:space="preserve">); </w:t>
      </w:r>
      <w:r>
        <w:rPr>
          <w:rFonts w:ascii="Georgia" w:hAnsi="Georgia"/>
          <w:b w:val="0"/>
          <w:i/>
          <w:color w:val="000000"/>
          <w:sz w:val="24"/>
        </w:rPr>
        <w:t>Марас</w:t>
      </w:r>
      <w:r>
        <w:rPr>
          <w:rFonts w:ascii="Georgia" w:hAnsi="Georgia"/>
          <w:b w:val="0"/>
          <w:i w:val="0"/>
          <w:color w:val="000000"/>
          <w:sz w:val="24"/>
        </w:rPr>
        <w:t xml:space="preserve"> (</w:t>
      </w:r>
      <w:r>
        <w:rPr>
          <w:rFonts w:ascii="Georgia" w:hAnsi="Georgia" w:cs="Times New Roman"/>
          <w:b/>
          <w:i w:val="0"/>
          <w:color w:val="000000"/>
          <w:sz w:val="24"/>
          <w:rtl/>
          <w:szCs w:val="32"/>
        </w:rPr>
        <w:t>מרס</w:t>
      </w:r>
      <w:r>
        <w:rPr>
          <w:rFonts w:ascii="Georgia" w:hAnsi="Georgia"/>
          <w:b w:val="0"/>
          <w:i w:val="0"/>
          <w:color w:val="000000"/>
          <w:sz w:val="24"/>
        </w:rPr>
        <w:t xml:space="preserve">), </w:t>
      </w:r>
      <w:r>
        <w:rPr>
          <w:rFonts w:ascii="Georgia" w:hAnsi="Georgia"/>
          <w:b w:val="0"/>
          <w:i/>
          <w:color w:val="000000"/>
          <w:sz w:val="24"/>
        </w:rPr>
        <w:t>Хацар</w:t>
      </w:r>
      <w:r>
        <w:rPr>
          <w:rFonts w:ascii="Georgia" w:hAnsi="Georgia"/>
          <w:b w:val="0"/>
          <w:i w:val="0"/>
          <w:color w:val="000000"/>
          <w:sz w:val="24"/>
        </w:rPr>
        <w:t xml:space="preserve"> (</w:t>
      </w:r>
      <w:r>
        <w:rPr>
          <w:rFonts w:ascii="Georgia" w:hAnsi="Georgia" w:cs="Times New Roman"/>
          <w:b/>
          <w:i w:val="0"/>
          <w:color w:val="000000"/>
          <w:sz w:val="24"/>
          <w:rtl/>
          <w:szCs w:val="32"/>
        </w:rPr>
        <w:t>הצר</w:t>
      </w:r>
      <w:r>
        <w:rPr>
          <w:rFonts w:ascii="Georgia" w:hAnsi="Georgia"/>
          <w:b w:val="0"/>
          <w:i w:val="0"/>
          <w:color w:val="000000"/>
          <w:sz w:val="24"/>
        </w:rPr>
        <w:t xml:space="preserve">), </w:t>
      </w:r>
      <w:r>
        <w:rPr>
          <w:rFonts w:ascii="Georgia" w:hAnsi="Georgia"/>
          <w:b w:val="0"/>
          <w:i/>
          <w:color w:val="000000"/>
          <w:sz w:val="24"/>
        </w:rPr>
        <w:t>Тарат</w:t>
      </w:r>
      <w:r>
        <w:rPr>
          <w:rFonts w:ascii="Georgia" w:hAnsi="Georgia"/>
          <w:b w:val="0"/>
          <w:i w:val="0"/>
          <w:color w:val="000000"/>
          <w:sz w:val="24"/>
        </w:rPr>
        <w:t xml:space="preserve"> (</w:t>
      </w:r>
      <w:r>
        <w:rPr>
          <w:rFonts w:ascii="Georgia" w:hAnsi="Georgia" w:cs="Times New Roman"/>
          <w:b/>
          <w:i w:val="0"/>
          <w:color w:val="000000"/>
          <w:sz w:val="24"/>
          <w:rtl/>
          <w:szCs w:val="32"/>
        </w:rPr>
        <w:t>תרת</w:t>
      </w:r>
      <w:r>
        <w:rPr>
          <w:rFonts w:ascii="Georgia" w:hAnsi="Georgia"/>
          <w:b w:val="0"/>
          <w:i w:val="0"/>
          <w:color w:val="000000"/>
          <w:sz w:val="24"/>
        </w:rPr>
        <w:t xml:space="preserve">); </w:t>
      </w:r>
      <w:r>
        <w:rPr>
          <w:rFonts w:ascii="Georgia" w:hAnsi="Georgia"/>
          <w:b w:val="0"/>
          <w:i/>
          <w:color w:val="000000"/>
          <w:sz w:val="24"/>
        </w:rPr>
        <w:t>Марна</w:t>
      </w:r>
      <w:r>
        <w:rPr>
          <w:rFonts w:ascii="Georgia" w:hAnsi="Georgia"/>
          <w:b w:val="0"/>
          <w:i w:val="0"/>
          <w:color w:val="000000"/>
          <w:sz w:val="24"/>
        </w:rPr>
        <w:t xml:space="preserve"> (</w:t>
      </w:r>
      <w:r>
        <w:rPr>
          <w:rFonts w:ascii="Georgia" w:hAnsi="Georgia" w:cs="Times New Roman"/>
          <w:b/>
          <w:i w:val="0"/>
          <w:color w:val="000000"/>
          <w:sz w:val="24"/>
          <w:rtl/>
          <w:szCs w:val="32"/>
        </w:rPr>
        <w:t>מרנא</w:t>
      </w:r>
      <w:r>
        <w:rPr>
          <w:rFonts w:ascii="Georgia" w:hAnsi="Georgia"/>
          <w:b w:val="0"/>
          <w:i w:val="0"/>
          <w:color w:val="000000"/>
          <w:sz w:val="24"/>
        </w:rPr>
        <w:t xml:space="preserve">), </w:t>
      </w:r>
      <w:r>
        <w:rPr>
          <w:rFonts w:ascii="Georgia" w:hAnsi="Georgia"/>
          <w:b w:val="0"/>
          <w:i/>
          <w:color w:val="000000"/>
          <w:sz w:val="24"/>
        </w:rPr>
        <w:t>Митшар</w:t>
      </w:r>
      <w:r>
        <w:rPr>
          <w:rFonts w:ascii="Georgia" w:hAnsi="Georgia"/>
          <w:b w:val="0"/>
          <w:i w:val="0"/>
          <w:color w:val="000000"/>
          <w:sz w:val="24"/>
        </w:rPr>
        <w:t xml:space="preserve"> (</w:t>
      </w:r>
      <w:r>
        <w:rPr>
          <w:rFonts w:ascii="Georgia" w:hAnsi="Georgia" w:cs="Times New Roman"/>
          <w:b/>
          <w:i w:val="0"/>
          <w:color w:val="000000"/>
          <w:sz w:val="24"/>
          <w:rtl/>
          <w:szCs w:val="32"/>
        </w:rPr>
        <w:t>מתשר</w:t>
      </w:r>
      <w:r>
        <w:rPr>
          <w:rFonts w:ascii="Georgia" w:hAnsi="Georgia"/>
          <w:b w:val="0"/>
          <w:i w:val="0"/>
          <w:color w:val="000000"/>
          <w:sz w:val="24"/>
        </w:rPr>
        <w:t xml:space="preserve">), </w:t>
      </w:r>
      <w:r>
        <w:rPr>
          <w:rFonts w:ascii="Georgia" w:hAnsi="Georgia"/>
          <w:b w:val="0"/>
          <w:i/>
          <w:color w:val="000000"/>
          <w:sz w:val="24"/>
        </w:rPr>
        <w:t>Кау</w:t>
      </w:r>
      <w:r>
        <w:rPr>
          <w:rFonts w:ascii="Georgia" w:hAnsi="Georgia"/>
          <w:b w:val="0"/>
          <w:i w:val="0"/>
          <w:color w:val="000000"/>
          <w:sz w:val="24"/>
        </w:rPr>
        <w:t xml:space="preserve"> (</w:t>
      </w:r>
      <w:r>
        <w:rPr>
          <w:rFonts w:ascii="Georgia" w:hAnsi="Georgia" w:cs="Times New Roman"/>
          <w:b/>
          <w:i w:val="0"/>
          <w:color w:val="000000"/>
          <w:sz w:val="24"/>
          <w:rtl/>
          <w:szCs w:val="32"/>
        </w:rPr>
        <w:t>קעו</w:t>
      </w:r>
      <w:r>
        <w:rPr>
          <w:rFonts w:ascii="Georgia" w:hAnsi="Georgia"/>
          <w:b w:val="0"/>
          <w:i w:val="0"/>
          <w:color w:val="000000"/>
          <w:sz w:val="24"/>
        </w:rPr>
        <w:t xml:space="preserve">), </w:t>
      </w:r>
      <w:r>
        <w:rPr>
          <w:rFonts w:ascii="Georgia" w:hAnsi="Georgia"/>
          <w:b w:val="0"/>
          <w:i/>
          <w:color w:val="000000"/>
          <w:sz w:val="24"/>
        </w:rPr>
        <w:t>Матар</w:t>
      </w:r>
      <w:r>
        <w:rPr>
          <w:rFonts w:ascii="Georgia" w:hAnsi="Georgia"/>
          <w:b w:val="0"/>
          <w:i w:val="0"/>
          <w:color w:val="000000"/>
          <w:sz w:val="24"/>
        </w:rPr>
        <w:t xml:space="preserve"> (</w:t>
      </w:r>
      <w:r>
        <w:rPr>
          <w:rFonts w:ascii="Georgia" w:hAnsi="Georgia" w:cs="Times New Roman"/>
          <w:b/>
          <w:i w:val="0"/>
          <w:color w:val="000000"/>
          <w:sz w:val="24"/>
          <w:rtl/>
          <w:szCs w:val="32"/>
        </w:rPr>
        <w:t>מתר</w:t>
      </w:r>
      <w:r>
        <w:rPr>
          <w:rFonts w:ascii="Georgia" w:hAnsi="Georgia"/>
          <w:b w:val="0"/>
          <w:i w:val="0"/>
          <w:color w:val="000000"/>
          <w:sz w:val="24"/>
        </w:rPr>
        <w:t xml:space="preserve">), </w:t>
      </w:r>
      <w:r>
        <w:rPr>
          <w:rFonts w:ascii="Georgia" w:hAnsi="Georgia"/>
          <w:b w:val="0"/>
          <w:i/>
          <w:color w:val="000000"/>
          <w:sz w:val="24"/>
        </w:rPr>
        <w:t>Шамат</w:t>
      </w:r>
      <w:r>
        <w:rPr>
          <w:rFonts w:ascii="Georgia" w:hAnsi="Georgia"/>
          <w:b w:val="0"/>
          <w:i w:val="0"/>
          <w:color w:val="000000"/>
          <w:sz w:val="24"/>
        </w:rPr>
        <w:t xml:space="preserve"> (</w:t>
      </w:r>
      <w:r>
        <w:rPr>
          <w:rFonts w:ascii="Georgia" w:hAnsi="Georgia" w:cs="Times New Roman"/>
          <w:b/>
          <w:i w:val="0"/>
          <w:color w:val="000000"/>
          <w:sz w:val="24"/>
          <w:rtl/>
          <w:szCs w:val="32"/>
        </w:rPr>
        <w:t>שמט</w:t>
      </w:r>
      <w:r>
        <w:rPr>
          <w:rFonts w:ascii="Georgia" w:hAnsi="Georgia"/>
          <w:b w:val="0"/>
          <w:i w:val="0"/>
          <w:color w:val="000000"/>
          <w:sz w:val="24"/>
        </w:rPr>
        <w:t xml:space="preserve">); </w:t>
      </w:r>
      <w:r>
        <w:rPr>
          <w:rFonts w:ascii="Georgia" w:hAnsi="Georgia"/>
          <w:b w:val="0"/>
          <w:i/>
          <w:color w:val="000000"/>
          <w:sz w:val="24"/>
        </w:rPr>
        <w:t>Ва-шакбац</w:t>
      </w:r>
      <w:r>
        <w:rPr>
          <w:rFonts w:ascii="Georgia" w:hAnsi="Georgia"/>
          <w:b w:val="0"/>
          <w:i w:val="0"/>
          <w:color w:val="000000"/>
          <w:sz w:val="24"/>
        </w:rPr>
        <w:t xml:space="preserve"> (</w:t>
      </w:r>
      <w:r>
        <w:rPr>
          <w:rFonts w:ascii="Georgia" w:hAnsi="Georgia" w:cs="Times New Roman"/>
          <w:b/>
          <w:i w:val="0"/>
          <w:color w:val="000000"/>
          <w:sz w:val="24"/>
          <w:rtl/>
          <w:szCs w:val="32"/>
        </w:rPr>
        <w:t>ושק באץ</w:t>
      </w:r>
      <w:r>
        <w:rPr>
          <w:rFonts w:ascii="Georgia" w:hAnsi="Georgia"/>
          <w:b w:val="0"/>
          <w:i w:val="0"/>
          <w:color w:val="000000"/>
          <w:sz w:val="24"/>
        </w:rPr>
        <w:t xml:space="preserve">), </w:t>
      </w:r>
      <w:r>
        <w:rPr>
          <w:rFonts w:ascii="Georgia" w:hAnsi="Georgia"/>
          <w:b w:val="0"/>
          <w:i/>
          <w:color w:val="000000"/>
          <w:sz w:val="24"/>
        </w:rPr>
        <w:t>Мемар</w:t>
      </w:r>
      <w:r>
        <w:rPr>
          <w:rFonts w:ascii="Georgia" w:hAnsi="Georgia"/>
          <w:b w:val="0"/>
          <w:i w:val="0"/>
          <w:color w:val="000000"/>
          <w:sz w:val="24"/>
        </w:rPr>
        <w:t xml:space="preserve"> (</w:t>
      </w:r>
      <w:r>
        <w:rPr>
          <w:rFonts w:ascii="Georgia" w:hAnsi="Georgia" w:cs="Times New Roman"/>
          <w:b/>
          <w:i w:val="0"/>
          <w:color w:val="000000"/>
          <w:sz w:val="24"/>
          <w:rtl/>
          <w:szCs w:val="32"/>
        </w:rPr>
        <w:t>ממר</w:t>
      </w:r>
      <w:r>
        <w:rPr>
          <w:rFonts w:ascii="Georgia" w:hAnsi="Georgia"/>
          <w:b w:val="0"/>
          <w:i w:val="0"/>
          <w:color w:val="000000"/>
          <w:sz w:val="24"/>
        </w:rPr>
        <w:t xml:space="preserve">), </w:t>
      </w:r>
      <w:r>
        <w:rPr>
          <w:rFonts w:ascii="Georgia" w:hAnsi="Georgia"/>
          <w:b w:val="0"/>
          <w:i/>
          <w:color w:val="000000"/>
          <w:sz w:val="24"/>
        </w:rPr>
        <w:t>Лишпар</w:t>
      </w:r>
      <w:r>
        <w:rPr>
          <w:rFonts w:ascii="Georgia" w:hAnsi="Georgia"/>
          <w:b w:val="0"/>
          <w:i w:val="0"/>
          <w:color w:val="000000"/>
          <w:sz w:val="24"/>
        </w:rPr>
        <w:t xml:space="preserve"> (</w:t>
      </w:r>
      <w:r>
        <w:rPr>
          <w:rFonts w:ascii="Georgia" w:hAnsi="Georgia" w:cs="Times New Roman"/>
          <w:b/>
          <w:i w:val="0"/>
          <w:color w:val="000000"/>
          <w:sz w:val="24"/>
          <w:rtl/>
          <w:szCs w:val="32"/>
        </w:rPr>
        <w:t>לשפר</w:t>
      </w:r>
      <w:r>
        <w:rPr>
          <w:rFonts w:ascii="Georgia" w:hAnsi="Georgia"/>
          <w:b w:val="0"/>
          <w:i w:val="0"/>
          <w:color w:val="000000"/>
          <w:sz w:val="24"/>
        </w:rPr>
        <w:t xml:space="preserve">), </w:t>
      </w:r>
      <w:r>
        <w:rPr>
          <w:rFonts w:ascii="Georgia" w:hAnsi="Georgia"/>
          <w:b w:val="0"/>
          <w:i/>
          <w:color w:val="000000"/>
          <w:sz w:val="24"/>
        </w:rPr>
        <w:t>Матац</w:t>
      </w:r>
      <w:r>
        <w:rPr>
          <w:rFonts w:ascii="Georgia" w:hAnsi="Georgia"/>
          <w:b w:val="0"/>
          <w:i w:val="0"/>
          <w:color w:val="000000"/>
          <w:sz w:val="24"/>
        </w:rPr>
        <w:t xml:space="preserve"> (</w:t>
      </w:r>
      <w:r>
        <w:rPr>
          <w:rFonts w:ascii="Georgia" w:hAnsi="Georgia" w:cs="Times New Roman"/>
          <w:b/>
          <w:i w:val="0"/>
          <w:color w:val="000000"/>
          <w:sz w:val="24"/>
          <w:rtl/>
          <w:szCs w:val="32"/>
        </w:rPr>
        <w:t>מטץ</w:t>
      </w:r>
      <w:r>
        <w:rPr>
          <w:rFonts w:ascii="Georgia" w:hAnsi="Georgia"/>
          <w:b w:val="0"/>
          <w:i w:val="0"/>
          <w:color w:val="000000"/>
          <w:sz w:val="24"/>
        </w:rPr>
        <w:t xml:space="preserve">), </w:t>
      </w:r>
      <w:r>
        <w:rPr>
          <w:rFonts w:ascii="Georgia" w:hAnsi="Georgia"/>
          <w:b w:val="0"/>
          <w:i/>
          <w:color w:val="000000"/>
          <w:sz w:val="24"/>
        </w:rPr>
        <w:t>Каха</w:t>
      </w:r>
      <w:r>
        <w:rPr>
          <w:rFonts w:ascii="Georgia" w:hAnsi="Georgia"/>
          <w:b w:val="0"/>
          <w:i w:val="0"/>
          <w:color w:val="000000"/>
          <w:sz w:val="24"/>
        </w:rPr>
        <w:t xml:space="preserve"> (</w:t>
      </w:r>
      <w:r>
        <w:rPr>
          <w:rFonts w:ascii="Georgia" w:hAnsi="Georgia" w:cs="Times New Roman"/>
          <w:b/>
          <w:i w:val="0"/>
          <w:color w:val="000000"/>
          <w:sz w:val="24"/>
          <w:rtl/>
          <w:szCs w:val="32"/>
        </w:rPr>
        <w:t>קהע</w:t>
      </w:r>
      <w:r>
        <w:rPr>
          <w:rFonts w:ascii="Georgia" w:hAnsi="Georgia"/>
          <w:b w:val="0"/>
          <w:i w:val="0"/>
          <w:color w:val="000000"/>
          <w:sz w:val="24"/>
        </w:rPr>
        <w:t>). [Толкование: подобно тому как из начальных букв (</w:t>
      </w:r>
      <w:r>
        <w:rPr>
          <w:rFonts w:ascii="Georgia" w:hAnsi="Georgia"/>
          <w:b w:val="0"/>
          <w:i/>
          <w:color w:val="000000"/>
          <w:sz w:val="24"/>
        </w:rPr>
        <w:t>рашей тевот</w:t>
      </w:r>
      <w:r>
        <w:rPr>
          <w:rFonts w:ascii="Georgia" w:hAnsi="Georgia"/>
          <w:b w:val="0"/>
          <w:i w:val="0"/>
          <w:color w:val="000000"/>
          <w:sz w:val="24"/>
        </w:rPr>
        <w:t>) упомянутого стиха образуются выходящие из него Имена — из каждой буквы вышло по одному Имени, — так из букв вав, алеф, вав (</w:t>
      </w:r>
      <w:r>
        <w:rPr>
          <w:rFonts w:ascii="Georgia" w:hAnsi="Georgia" w:cs="Times New Roman"/>
          <w:b/>
          <w:i w:val="0"/>
          <w:color w:val="000000"/>
          <w:sz w:val="24"/>
          <w:rtl/>
          <w:szCs w:val="32"/>
        </w:rPr>
        <w:t>ואו</w:t>
      </w:r>
      <w:r>
        <w:rPr>
          <w:rFonts w:ascii="Georgia" w:hAnsi="Georgia"/>
          <w:b w:val="0"/>
          <w:i w:val="0"/>
          <w:color w:val="000000"/>
          <w:sz w:val="24"/>
        </w:rPr>
        <w:t>), гематрия которых [равна] 13 (</w:t>
      </w:r>
      <w:r>
        <w:rPr>
          <w:rFonts w:ascii="Georgia" w:hAnsi="Georgia" w:cs="Times New Roman"/>
          <w:b/>
          <w:i w:val="0"/>
          <w:color w:val="000000"/>
          <w:sz w:val="24"/>
          <w:rtl/>
          <w:szCs w:val="32"/>
        </w:rPr>
        <w:t>י״ג</w:t>
      </w:r>
      <w:r>
        <w:rPr>
          <w:rFonts w:ascii="Georgia" w:hAnsi="Georgia"/>
          <w:b w:val="0"/>
          <w:i w:val="0"/>
          <w:color w:val="000000"/>
          <w:sz w:val="24"/>
        </w:rPr>
        <w:t xml:space="preserve">), [что соответствует] тринадцати буквам [наполнения Имени] ЭЛОКИМ, вышли три Имена: </w:t>
      </w:r>
      <w:r>
        <w:rPr>
          <w:rFonts w:ascii="Georgia" w:hAnsi="Georgia"/>
          <w:b w:val="0"/>
          <w:i/>
          <w:color w:val="000000"/>
          <w:sz w:val="24"/>
        </w:rPr>
        <w:t>Вахава</w:t>
      </w:r>
      <w:r>
        <w:rPr>
          <w:rFonts w:ascii="Georgia" w:hAnsi="Georgia"/>
          <w:b w:val="0"/>
          <w:i w:val="0"/>
          <w:color w:val="000000"/>
          <w:sz w:val="24"/>
        </w:rPr>
        <w:t xml:space="preserve"> (</w:t>
      </w:r>
      <w:r>
        <w:rPr>
          <w:rFonts w:ascii="Georgia" w:hAnsi="Georgia" w:cs="Times New Roman"/>
          <w:b/>
          <w:i w:val="0"/>
          <w:color w:val="000000"/>
          <w:sz w:val="24"/>
          <w:rtl/>
          <w:szCs w:val="32"/>
        </w:rPr>
        <w:t>והו</w:t>
      </w:r>
      <w:r>
        <w:rPr>
          <w:rFonts w:ascii="Georgia" w:hAnsi="Georgia"/>
          <w:b w:val="0"/>
          <w:i w:val="0"/>
          <w:color w:val="000000"/>
          <w:sz w:val="24"/>
        </w:rPr>
        <w:t xml:space="preserve">), </w:t>
      </w:r>
      <w:r>
        <w:rPr>
          <w:rFonts w:ascii="Georgia" w:hAnsi="Georgia"/>
          <w:b w:val="0"/>
          <w:i/>
          <w:color w:val="000000"/>
          <w:sz w:val="24"/>
        </w:rPr>
        <w:t>Эв</w:t>
      </w:r>
      <w:r>
        <w:rPr>
          <w:rFonts w:ascii="Georgia" w:hAnsi="Georgia"/>
          <w:b w:val="0"/>
          <w:i w:val="0"/>
          <w:color w:val="000000"/>
          <w:sz w:val="24"/>
        </w:rPr>
        <w:t xml:space="preserve"> (</w:t>
      </w:r>
      <w:r>
        <w:rPr>
          <w:rFonts w:ascii="Georgia" w:hAnsi="Georgia" w:cs="Times New Roman"/>
          <w:b/>
          <w:i w:val="0"/>
          <w:color w:val="000000"/>
          <w:sz w:val="24"/>
          <w:rtl/>
          <w:szCs w:val="32"/>
        </w:rPr>
        <w:t>אב</w:t>
      </w:r>
      <w:r>
        <w:rPr>
          <w:rFonts w:ascii="Georgia" w:hAnsi="Georgia"/>
          <w:b w:val="0"/>
          <w:i w:val="0"/>
          <w:color w:val="000000"/>
          <w:sz w:val="24"/>
        </w:rPr>
        <w:t xml:space="preserve">), </w:t>
      </w:r>
      <w:r>
        <w:rPr>
          <w:rFonts w:ascii="Georgia" w:hAnsi="Georgia"/>
          <w:b w:val="0"/>
          <w:i/>
          <w:color w:val="000000"/>
          <w:sz w:val="24"/>
        </w:rPr>
        <w:t>Вахэва</w:t>
      </w:r>
      <w:r>
        <w:rPr>
          <w:rFonts w:ascii="Georgia" w:hAnsi="Georgia"/>
          <w:b w:val="0"/>
          <w:i w:val="0"/>
          <w:color w:val="000000"/>
          <w:sz w:val="24"/>
        </w:rPr>
        <w:t xml:space="preserve"> (</w:t>
      </w:r>
      <w:r>
        <w:rPr>
          <w:rFonts w:ascii="Georgia" w:hAnsi="Georgia" w:cs="Times New Roman"/>
          <w:b/>
          <w:i w:val="0"/>
          <w:color w:val="000000"/>
          <w:sz w:val="24"/>
          <w:rtl/>
          <w:szCs w:val="32"/>
        </w:rPr>
        <w:t>והו</w:t>
      </w:r>
      <w:r>
        <w:rPr>
          <w:rFonts w:ascii="Georgia" w:hAnsi="Georgia"/>
          <w:b w:val="0"/>
          <w:i w:val="0"/>
          <w:color w:val="000000"/>
          <w:sz w:val="24"/>
        </w:rPr>
        <w:t>); и так же из шин, айн, айн (</w:t>
      </w:r>
      <w:r>
        <w:rPr>
          <w:rFonts w:ascii="Georgia" w:hAnsi="Georgia" w:cs="Times New Roman"/>
          <w:b/>
          <w:i w:val="0"/>
          <w:color w:val="000000"/>
          <w:sz w:val="24"/>
          <w:rtl/>
          <w:szCs w:val="32"/>
        </w:rPr>
        <w:t>שע״ע</w:t>
      </w:r>
      <w:r>
        <w:rPr>
          <w:rFonts w:ascii="Georgia" w:hAnsi="Georgia"/>
          <w:b w:val="0"/>
          <w:i w:val="0"/>
          <w:color w:val="000000"/>
          <w:sz w:val="24"/>
        </w:rPr>
        <w:t xml:space="preserve">) вышли по начальным буквам три Имена: </w:t>
      </w:r>
      <w:r>
        <w:rPr>
          <w:rFonts w:ascii="Georgia" w:hAnsi="Georgia"/>
          <w:b w:val="0"/>
          <w:i/>
          <w:color w:val="000000"/>
          <w:sz w:val="24"/>
        </w:rPr>
        <w:t>Шалав</w:t>
      </w:r>
      <w:r>
        <w:rPr>
          <w:rFonts w:ascii="Georgia" w:hAnsi="Georgia"/>
          <w:b w:val="0"/>
          <w:i w:val="0"/>
          <w:color w:val="000000"/>
          <w:sz w:val="24"/>
        </w:rPr>
        <w:t xml:space="preserve"> (</w:t>
      </w:r>
      <w:r>
        <w:rPr>
          <w:rFonts w:ascii="Georgia" w:hAnsi="Georgia" w:cs="Times New Roman"/>
          <w:b/>
          <w:i w:val="0"/>
          <w:color w:val="000000"/>
          <w:sz w:val="24"/>
          <w:rtl/>
          <w:szCs w:val="32"/>
        </w:rPr>
        <w:t>של״ב</w:t>
      </w:r>
      <w:r>
        <w:rPr>
          <w:rFonts w:ascii="Georgia" w:hAnsi="Georgia"/>
          <w:b w:val="0"/>
          <w:i w:val="0"/>
          <w:color w:val="000000"/>
          <w:sz w:val="24"/>
        </w:rPr>
        <w:t xml:space="preserve">), </w:t>
      </w:r>
      <w:r>
        <w:rPr>
          <w:rFonts w:ascii="Georgia" w:hAnsi="Georgia"/>
          <w:b w:val="0"/>
          <w:i/>
          <w:color w:val="000000"/>
          <w:sz w:val="24"/>
        </w:rPr>
        <w:t>Аниэль</w:t>
      </w:r>
      <w:r>
        <w:rPr>
          <w:rFonts w:ascii="Georgia" w:hAnsi="Georgia"/>
          <w:b w:val="0"/>
          <w:i w:val="0"/>
          <w:color w:val="000000"/>
          <w:sz w:val="24"/>
        </w:rPr>
        <w:t xml:space="preserve"> (</w:t>
      </w:r>
      <w:r>
        <w:rPr>
          <w:rFonts w:ascii="Georgia" w:hAnsi="Georgia" w:cs="Times New Roman"/>
          <w:b/>
          <w:i w:val="0"/>
          <w:color w:val="000000"/>
          <w:sz w:val="24"/>
          <w:rtl/>
          <w:szCs w:val="32"/>
        </w:rPr>
        <w:t>עניא״ל</w:t>
      </w:r>
      <w:r>
        <w:rPr>
          <w:rFonts w:ascii="Georgia" w:hAnsi="Georgia"/>
          <w:b w:val="0"/>
          <w:i w:val="0"/>
          <w:color w:val="000000"/>
          <w:sz w:val="24"/>
        </w:rPr>
        <w:t xml:space="preserve">), </w:t>
      </w:r>
      <w:r>
        <w:rPr>
          <w:rFonts w:ascii="Georgia" w:hAnsi="Georgia"/>
          <w:b w:val="0"/>
          <w:i/>
          <w:color w:val="000000"/>
          <w:sz w:val="24"/>
        </w:rPr>
        <w:t>Анаэль</w:t>
      </w:r>
      <w:r>
        <w:rPr>
          <w:rFonts w:ascii="Georgia" w:hAnsi="Georgia"/>
          <w:b w:val="0"/>
          <w:i w:val="0"/>
          <w:color w:val="000000"/>
          <w:sz w:val="24"/>
        </w:rPr>
        <w:t xml:space="preserve"> (</w:t>
      </w:r>
      <w:r>
        <w:rPr>
          <w:rFonts w:ascii="Georgia" w:hAnsi="Georgia" w:cs="Times New Roman"/>
          <w:b/>
          <w:i w:val="0"/>
          <w:color w:val="000000"/>
          <w:sz w:val="24"/>
          <w:rtl/>
          <w:szCs w:val="32"/>
        </w:rPr>
        <w:t>ענא״ל</w:t>
      </w:r>
      <w:r>
        <w:rPr>
          <w:rFonts w:ascii="Georgia" w:hAnsi="Georgia"/>
          <w:b w:val="0"/>
          <w:i w:val="0"/>
          <w:color w:val="000000"/>
          <w:sz w:val="24"/>
        </w:rPr>
        <w:t>); и так же из мэм, вав, тав (</w:t>
      </w:r>
      <w:r>
        <w:rPr>
          <w:rFonts w:ascii="Georgia" w:hAnsi="Georgia" w:cs="Times New Roman"/>
          <w:b/>
          <w:i w:val="0"/>
          <w:color w:val="000000"/>
          <w:sz w:val="24"/>
          <w:rtl/>
          <w:szCs w:val="32"/>
        </w:rPr>
        <w:t>מו״ת</w:t>
      </w:r>
      <w:r>
        <w:rPr>
          <w:rFonts w:ascii="Georgia" w:hAnsi="Georgia"/>
          <w:b w:val="0"/>
          <w:i w:val="0"/>
          <w:color w:val="000000"/>
          <w:sz w:val="24"/>
        </w:rPr>
        <w:t xml:space="preserve">) вышли из него три Имена: </w:t>
      </w:r>
      <w:r>
        <w:rPr>
          <w:rFonts w:ascii="Georgia" w:hAnsi="Georgia"/>
          <w:b w:val="0"/>
          <w:i/>
          <w:color w:val="000000"/>
          <w:sz w:val="24"/>
        </w:rPr>
        <w:t>Миэль</w:t>
      </w:r>
      <w:r>
        <w:rPr>
          <w:rFonts w:ascii="Georgia" w:hAnsi="Georgia"/>
          <w:b w:val="0"/>
          <w:i w:val="0"/>
          <w:color w:val="000000"/>
          <w:sz w:val="24"/>
        </w:rPr>
        <w:t xml:space="preserve"> (</w:t>
      </w:r>
      <w:r>
        <w:rPr>
          <w:rFonts w:ascii="Georgia" w:hAnsi="Georgia" w:cs="Times New Roman"/>
          <w:b/>
          <w:i w:val="0"/>
          <w:color w:val="000000"/>
          <w:sz w:val="24"/>
          <w:rtl/>
          <w:szCs w:val="32"/>
        </w:rPr>
        <w:t>מיא״ל</w:t>
      </w:r>
      <w:r>
        <w:rPr>
          <w:rFonts w:ascii="Georgia" w:hAnsi="Georgia"/>
          <w:b w:val="0"/>
          <w:i w:val="0"/>
          <w:color w:val="000000"/>
          <w:sz w:val="24"/>
        </w:rPr>
        <w:t xml:space="preserve">), </w:t>
      </w:r>
      <w:r>
        <w:rPr>
          <w:rFonts w:ascii="Georgia" w:hAnsi="Georgia"/>
          <w:b w:val="0"/>
          <w:i/>
          <w:color w:val="000000"/>
          <w:sz w:val="24"/>
        </w:rPr>
        <w:t>Ве-гар</w:t>
      </w:r>
      <w:r>
        <w:rPr>
          <w:rFonts w:ascii="Georgia" w:hAnsi="Georgia"/>
          <w:b w:val="0"/>
          <w:i w:val="0"/>
          <w:color w:val="000000"/>
          <w:sz w:val="24"/>
        </w:rPr>
        <w:t xml:space="preserve"> (</w:t>
      </w:r>
      <w:r>
        <w:rPr>
          <w:rFonts w:ascii="Georgia" w:hAnsi="Georgia" w:cs="Times New Roman"/>
          <w:b/>
          <w:i w:val="0"/>
          <w:color w:val="000000"/>
          <w:sz w:val="24"/>
          <w:rtl/>
          <w:szCs w:val="32"/>
        </w:rPr>
        <w:t>וג״ר</w:t>
      </w:r>
      <w:r>
        <w:rPr>
          <w:rFonts w:ascii="Georgia" w:hAnsi="Georgia"/>
          <w:b w:val="0"/>
          <w:i w:val="0"/>
          <w:color w:val="000000"/>
          <w:sz w:val="24"/>
        </w:rPr>
        <w:t xml:space="preserve">), </w:t>
      </w:r>
      <w:r>
        <w:rPr>
          <w:rFonts w:ascii="Georgia" w:hAnsi="Georgia"/>
          <w:b w:val="0"/>
          <w:i/>
          <w:color w:val="000000"/>
          <w:sz w:val="24"/>
        </w:rPr>
        <w:t>Терах</w:t>
      </w:r>
      <w:r>
        <w:rPr>
          <w:rFonts w:ascii="Georgia" w:hAnsi="Georgia"/>
          <w:b w:val="0"/>
          <w:i w:val="0"/>
          <w:color w:val="000000"/>
          <w:sz w:val="24"/>
        </w:rPr>
        <w:t xml:space="preserve"> (</w:t>
      </w:r>
      <w:r>
        <w:rPr>
          <w:rFonts w:ascii="Georgia" w:hAnsi="Georgia" w:cs="Times New Roman"/>
          <w:b/>
          <w:i w:val="0"/>
          <w:color w:val="000000"/>
          <w:sz w:val="24"/>
          <w:rtl/>
          <w:szCs w:val="32"/>
        </w:rPr>
        <w:t>תר״ח</w:t>
      </w:r>
      <w:r>
        <w:rPr>
          <w:rFonts w:ascii="Georgia" w:hAnsi="Georgia"/>
          <w:b w:val="0"/>
          <w:i w:val="0"/>
          <w:color w:val="000000"/>
          <w:sz w:val="24"/>
        </w:rPr>
        <w:t>); и так же из вав, шин, айн, хэй (</w:t>
      </w:r>
      <w:r>
        <w:rPr>
          <w:rFonts w:ascii="Georgia" w:hAnsi="Georgia" w:cs="Times New Roman"/>
          <w:b/>
          <w:i w:val="0"/>
          <w:color w:val="000000"/>
          <w:sz w:val="24"/>
          <w:rtl/>
          <w:szCs w:val="32"/>
        </w:rPr>
        <w:t>ושע״ה</w:t>
      </w:r>
      <w:r>
        <w:rPr>
          <w:rFonts w:ascii="Georgia" w:hAnsi="Georgia"/>
          <w:b w:val="0"/>
          <w:i w:val="0"/>
          <w:color w:val="000000"/>
          <w:sz w:val="24"/>
        </w:rPr>
        <w:t xml:space="preserve">) вышли из него четыре Имена: </w:t>
      </w:r>
      <w:r>
        <w:rPr>
          <w:rFonts w:ascii="Georgia" w:hAnsi="Georgia"/>
          <w:b w:val="0"/>
          <w:i/>
          <w:color w:val="000000"/>
          <w:sz w:val="24"/>
        </w:rPr>
        <w:t>Вакниэль</w:t>
      </w:r>
      <w:r>
        <w:rPr>
          <w:rFonts w:ascii="Georgia" w:hAnsi="Georgia"/>
          <w:b w:val="0"/>
          <w:i w:val="0"/>
          <w:color w:val="000000"/>
          <w:sz w:val="24"/>
        </w:rPr>
        <w:t xml:space="preserve"> (</w:t>
      </w:r>
      <w:r>
        <w:rPr>
          <w:rFonts w:ascii="Georgia" w:hAnsi="Georgia" w:cs="Times New Roman"/>
          <w:b/>
          <w:i w:val="0"/>
          <w:color w:val="000000"/>
          <w:sz w:val="24"/>
          <w:rtl/>
          <w:szCs w:val="32"/>
        </w:rPr>
        <w:t>וקני״אל</w:t>
      </w:r>
      <w:r>
        <w:rPr>
          <w:rFonts w:ascii="Georgia" w:hAnsi="Georgia"/>
          <w:b w:val="0"/>
          <w:i w:val="0"/>
          <w:color w:val="000000"/>
          <w:sz w:val="24"/>
        </w:rPr>
        <w:t xml:space="preserve">), </w:t>
      </w:r>
      <w:r>
        <w:rPr>
          <w:rFonts w:ascii="Georgia" w:hAnsi="Georgia"/>
          <w:b w:val="0"/>
          <w:i/>
          <w:color w:val="000000"/>
          <w:sz w:val="24"/>
        </w:rPr>
        <w:t>Шахзиэль</w:t>
      </w:r>
      <w:r>
        <w:rPr>
          <w:rFonts w:ascii="Georgia" w:hAnsi="Georgia"/>
          <w:b w:val="0"/>
          <w:i w:val="0"/>
          <w:color w:val="000000"/>
          <w:sz w:val="24"/>
        </w:rPr>
        <w:t xml:space="preserve"> (</w:t>
      </w:r>
      <w:r>
        <w:rPr>
          <w:rFonts w:ascii="Georgia" w:hAnsi="Georgia" w:cs="Times New Roman"/>
          <w:b/>
          <w:i w:val="0"/>
          <w:color w:val="000000"/>
          <w:sz w:val="24"/>
          <w:rtl/>
          <w:szCs w:val="32"/>
        </w:rPr>
        <w:t>שחזי״אל</w:t>
      </w:r>
      <w:r>
        <w:rPr>
          <w:rFonts w:ascii="Georgia" w:hAnsi="Georgia"/>
          <w:b w:val="0"/>
          <w:i w:val="0"/>
          <w:color w:val="000000"/>
          <w:sz w:val="24"/>
        </w:rPr>
        <w:t xml:space="preserve">), </w:t>
      </w:r>
      <w:r>
        <w:rPr>
          <w:rFonts w:ascii="Georgia" w:hAnsi="Georgia"/>
          <w:b w:val="0"/>
          <w:i/>
          <w:color w:val="000000"/>
          <w:sz w:val="24"/>
        </w:rPr>
        <w:t>Афиэль</w:t>
      </w:r>
      <w:r>
        <w:rPr>
          <w:rFonts w:ascii="Georgia" w:hAnsi="Georgia"/>
          <w:b w:val="0"/>
          <w:i w:val="0"/>
          <w:color w:val="000000"/>
          <w:sz w:val="24"/>
        </w:rPr>
        <w:t xml:space="preserve"> (</w:t>
      </w:r>
      <w:r>
        <w:rPr>
          <w:rFonts w:ascii="Georgia" w:hAnsi="Georgia" w:cs="Times New Roman"/>
          <w:b/>
          <w:i w:val="0"/>
          <w:color w:val="000000"/>
          <w:sz w:val="24"/>
          <w:rtl/>
          <w:szCs w:val="32"/>
        </w:rPr>
        <w:t>עפי״אל</w:t>
      </w:r>
      <w:r>
        <w:rPr>
          <w:rFonts w:ascii="Georgia" w:hAnsi="Georgia"/>
          <w:b w:val="0"/>
          <w:i w:val="0"/>
          <w:color w:val="000000"/>
          <w:sz w:val="24"/>
        </w:rPr>
        <w:t xml:space="preserve">), </w:t>
      </w:r>
      <w:r>
        <w:rPr>
          <w:rFonts w:ascii="Georgia" w:hAnsi="Georgia"/>
          <w:b w:val="0"/>
          <w:i/>
          <w:color w:val="000000"/>
          <w:sz w:val="24"/>
        </w:rPr>
        <w:t>Харат</w:t>
      </w:r>
      <w:r>
        <w:rPr>
          <w:rFonts w:ascii="Georgia" w:hAnsi="Georgia"/>
          <w:b w:val="0"/>
          <w:i w:val="0"/>
          <w:color w:val="000000"/>
          <w:sz w:val="24"/>
        </w:rPr>
        <w:t xml:space="preserve"> (</w:t>
      </w:r>
      <w:r>
        <w:rPr>
          <w:rFonts w:ascii="Georgia" w:hAnsi="Georgia" w:cs="Times New Roman"/>
          <w:b/>
          <w:i w:val="0"/>
          <w:color w:val="000000"/>
          <w:sz w:val="24"/>
          <w:rtl/>
          <w:szCs w:val="32"/>
        </w:rPr>
        <w:t>הר״ט</w:t>
      </w:r>
      <w:r>
        <w:rPr>
          <w:rFonts w:ascii="Georgia" w:hAnsi="Georgia"/>
          <w:b w:val="0"/>
          <w:i w:val="0"/>
          <w:color w:val="000000"/>
          <w:sz w:val="24"/>
        </w:rPr>
        <w:t>). Точно так же и из конечных букв (</w:t>
      </w:r>
      <w:r>
        <w:rPr>
          <w:rFonts w:ascii="Georgia" w:hAnsi="Georgia"/>
          <w:b w:val="0"/>
          <w:i/>
          <w:color w:val="000000"/>
          <w:sz w:val="24"/>
        </w:rPr>
        <w:t>софей тевот</w:t>
      </w:r>
      <w:r>
        <w:rPr>
          <w:rFonts w:ascii="Georgia" w:hAnsi="Georgia"/>
          <w:b w:val="0"/>
          <w:i w:val="0"/>
          <w:color w:val="000000"/>
          <w:sz w:val="24"/>
        </w:rPr>
        <w:t>), из которых вышли Имена, чьи начальные буквы они образуют: ведь конечные буквы — это вав, хэй, мэм (</w:t>
      </w:r>
      <w:r>
        <w:rPr>
          <w:rFonts w:ascii="Georgia" w:hAnsi="Georgia" w:cs="Times New Roman"/>
          <w:b/>
          <w:i w:val="0"/>
          <w:color w:val="000000"/>
          <w:sz w:val="24"/>
          <w:rtl/>
          <w:szCs w:val="32"/>
        </w:rPr>
        <w:t>וה״ם</w:t>
      </w:r>
      <w:r>
        <w:rPr>
          <w:rFonts w:ascii="Georgia" w:hAnsi="Georgia"/>
          <w:b w:val="0"/>
          <w:i w:val="0"/>
          <w:color w:val="000000"/>
          <w:sz w:val="24"/>
        </w:rPr>
        <w:t>), чья гематрия [равна] 51 (</w:t>
      </w:r>
      <w:r>
        <w:rPr>
          <w:rFonts w:ascii="Georgia" w:hAnsi="Georgia" w:cs="Times New Roman"/>
          <w:b/>
          <w:i w:val="0"/>
          <w:color w:val="000000"/>
          <w:sz w:val="24"/>
          <w:rtl/>
          <w:szCs w:val="32"/>
        </w:rPr>
        <w:t>נ״א</w:t>
      </w:r>
      <w:r>
        <w:rPr>
          <w:rFonts w:ascii="Georgia" w:hAnsi="Georgia"/>
          <w:b w:val="0"/>
          <w:i w:val="0"/>
          <w:color w:val="000000"/>
          <w:sz w:val="24"/>
        </w:rPr>
        <w:t xml:space="preserve">), [что соответствует пятидесяти одной букве Имени] АДОНАЙ простого, с наполнением и с наполнением наполнения, — и из них выходят Имена, чьи начальные буквы: </w:t>
      </w:r>
      <w:r>
        <w:rPr>
          <w:rFonts w:ascii="Georgia" w:hAnsi="Georgia"/>
          <w:b w:val="0"/>
          <w:i/>
          <w:color w:val="000000"/>
          <w:sz w:val="24"/>
        </w:rPr>
        <w:t>Ва-ла-ла</w:t>
      </w:r>
      <w:r>
        <w:rPr>
          <w:rFonts w:ascii="Georgia" w:hAnsi="Georgia"/>
          <w:b w:val="0"/>
          <w:i w:val="0"/>
          <w:color w:val="000000"/>
          <w:sz w:val="24"/>
        </w:rPr>
        <w:t xml:space="preserve"> (</w:t>
      </w:r>
      <w:r>
        <w:rPr>
          <w:rFonts w:ascii="Georgia" w:hAnsi="Georgia" w:cs="Times New Roman"/>
          <w:b/>
          <w:i w:val="0"/>
          <w:color w:val="000000"/>
          <w:sz w:val="24"/>
          <w:rtl/>
          <w:szCs w:val="32"/>
        </w:rPr>
        <w:t>ול״ל</w:t>
      </w:r>
      <w:r>
        <w:rPr>
          <w:rFonts w:ascii="Georgia" w:hAnsi="Georgia"/>
          <w:b w:val="0"/>
          <w:i w:val="0"/>
          <w:color w:val="000000"/>
          <w:sz w:val="24"/>
        </w:rPr>
        <w:t xml:space="preserve">), </w:t>
      </w:r>
      <w:r>
        <w:rPr>
          <w:rFonts w:ascii="Georgia" w:hAnsi="Georgia"/>
          <w:b w:val="0"/>
          <w:i/>
          <w:color w:val="000000"/>
          <w:sz w:val="24"/>
        </w:rPr>
        <w:t>Хапех</w:t>
      </w:r>
      <w:r>
        <w:rPr>
          <w:rFonts w:ascii="Georgia" w:hAnsi="Georgia"/>
          <w:b w:val="0"/>
          <w:i w:val="0"/>
          <w:color w:val="000000"/>
          <w:sz w:val="24"/>
        </w:rPr>
        <w:t xml:space="preserve"> (</w:t>
      </w:r>
      <w:r>
        <w:rPr>
          <w:rFonts w:ascii="Georgia" w:hAnsi="Georgia" w:cs="Times New Roman"/>
          <w:b/>
          <w:i w:val="0"/>
          <w:color w:val="000000"/>
          <w:sz w:val="24"/>
          <w:rtl/>
          <w:szCs w:val="32"/>
        </w:rPr>
        <w:t>הפ״ך</w:t>
      </w:r>
      <w:r>
        <w:rPr>
          <w:rFonts w:ascii="Georgia" w:hAnsi="Georgia"/>
          <w:b w:val="0"/>
          <w:i w:val="0"/>
          <w:color w:val="000000"/>
          <w:sz w:val="24"/>
        </w:rPr>
        <w:t xml:space="preserve">), </w:t>
      </w:r>
      <w:r>
        <w:rPr>
          <w:rFonts w:ascii="Georgia" w:hAnsi="Georgia"/>
          <w:b w:val="0"/>
          <w:i/>
          <w:color w:val="000000"/>
          <w:sz w:val="24"/>
        </w:rPr>
        <w:t>Малив</w:t>
      </w:r>
      <w:r>
        <w:rPr>
          <w:rFonts w:ascii="Georgia" w:hAnsi="Georgia"/>
          <w:b w:val="0"/>
          <w:i w:val="0"/>
          <w:color w:val="000000"/>
          <w:sz w:val="24"/>
        </w:rPr>
        <w:t xml:space="preserve"> (</w:t>
      </w:r>
      <w:r>
        <w:rPr>
          <w:rFonts w:ascii="Georgia" w:hAnsi="Georgia" w:cs="Times New Roman"/>
          <w:b/>
          <w:i w:val="0"/>
          <w:color w:val="000000"/>
          <w:sz w:val="24"/>
          <w:rtl/>
          <w:szCs w:val="32"/>
        </w:rPr>
        <w:t>מליו</w:t>
      </w:r>
      <w:r>
        <w:rPr>
          <w:rFonts w:ascii="Georgia" w:hAnsi="Georgia"/>
          <w:b w:val="0"/>
          <w:i w:val="0"/>
          <w:color w:val="000000"/>
          <w:sz w:val="24"/>
        </w:rPr>
        <w:t>); и так же для мэм, хэй, тав (</w:t>
      </w:r>
      <w:r>
        <w:rPr>
          <w:rFonts w:ascii="Georgia" w:hAnsi="Georgia" w:cs="Times New Roman"/>
          <w:b/>
          <w:i w:val="0"/>
          <w:color w:val="000000"/>
          <w:sz w:val="24"/>
          <w:rtl/>
          <w:szCs w:val="32"/>
        </w:rPr>
        <w:t>מה״ת</w:t>
      </w:r>
      <w:r>
        <w:rPr>
          <w:rFonts w:ascii="Georgia" w:hAnsi="Georgia"/>
          <w:b w:val="0"/>
          <w:i w:val="0"/>
          <w:color w:val="000000"/>
          <w:sz w:val="24"/>
        </w:rPr>
        <w:t xml:space="preserve">) начальные буквы: </w:t>
      </w:r>
      <w:r>
        <w:rPr>
          <w:rFonts w:ascii="Georgia" w:hAnsi="Georgia"/>
          <w:b w:val="0"/>
          <w:i/>
          <w:color w:val="000000"/>
          <w:sz w:val="24"/>
        </w:rPr>
        <w:t>Мадас</w:t>
      </w:r>
      <w:r>
        <w:rPr>
          <w:rFonts w:ascii="Georgia" w:hAnsi="Georgia"/>
          <w:b w:val="0"/>
          <w:i w:val="0"/>
          <w:color w:val="000000"/>
          <w:sz w:val="24"/>
        </w:rPr>
        <w:t xml:space="preserve"> (</w:t>
      </w:r>
      <w:r>
        <w:rPr>
          <w:rFonts w:ascii="Georgia" w:hAnsi="Georgia" w:cs="Times New Roman"/>
          <w:b/>
          <w:i w:val="0"/>
          <w:color w:val="000000"/>
          <w:sz w:val="24"/>
          <w:rtl/>
          <w:szCs w:val="32"/>
        </w:rPr>
        <w:t>מד״ס</w:t>
      </w:r>
      <w:r>
        <w:rPr>
          <w:rFonts w:ascii="Georgia" w:hAnsi="Georgia"/>
          <w:b w:val="0"/>
          <w:i w:val="0"/>
          <w:color w:val="000000"/>
          <w:sz w:val="24"/>
        </w:rPr>
        <w:t xml:space="preserve">), </w:t>
      </w:r>
      <w:r>
        <w:rPr>
          <w:rFonts w:ascii="Georgia" w:hAnsi="Georgia"/>
          <w:b w:val="0"/>
          <w:i/>
          <w:color w:val="000000"/>
          <w:sz w:val="24"/>
        </w:rPr>
        <w:t>Хацар</w:t>
      </w:r>
      <w:r>
        <w:rPr>
          <w:rFonts w:ascii="Georgia" w:hAnsi="Georgia"/>
          <w:b w:val="0"/>
          <w:i w:val="0"/>
          <w:color w:val="000000"/>
          <w:sz w:val="24"/>
        </w:rPr>
        <w:t xml:space="preserve"> (</w:t>
      </w:r>
      <w:r>
        <w:rPr>
          <w:rFonts w:ascii="Georgia" w:hAnsi="Georgia" w:cs="Times New Roman"/>
          <w:b/>
          <w:i w:val="0"/>
          <w:color w:val="000000"/>
          <w:sz w:val="24"/>
          <w:rtl/>
          <w:szCs w:val="32"/>
        </w:rPr>
        <w:t>הצ״ר</w:t>
      </w:r>
      <w:r>
        <w:rPr>
          <w:rFonts w:ascii="Georgia" w:hAnsi="Georgia"/>
          <w:b w:val="0"/>
          <w:i w:val="0"/>
          <w:color w:val="000000"/>
          <w:sz w:val="24"/>
        </w:rPr>
        <w:t xml:space="preserve">), </w:t>
      </w:r>
      <w:r>
        <w:rPr>
          <w:rFonts w:ascii="Georgia" w:hAnsi="Georgia"/>
          <w:b w:val="0"/>
          <w:i/>
          <w:color w:val="000000"/>
          <w:sz w:val="24"/>
        </w:rPr>
        <w:t>Тарат</w:t>
      </w:r>
      <w:r>
        <w:rPr>
          <w:rFonts w:ascii="Georgia" w:hAnsi="Georgia"/>
          <w:b w:val="0"/>
          <w:i w:val="0"/>
          <w:color w:val="000000"/>
          <w:sz w:val="24"/>
        </w:rPr>
        <w:t xml:space="preserve"> (</w:t>
      </w:r>
      <w:r>
        <w:rPr>
          <w:rFonts w:ascii="Georgia" w:hAnsi="Georgia" w:cs="Times New Roman"/>
          <w:b/>
          <w:i w:val="0"/>
          <w:color w:val="000000"/>
          <w:sz w:val="24"/>
          <w:rtl/>
          <w:szCs w:val="32"/>
        </w:rPr>
        <w:t>תר״ת</w:t>
      </w:r>
      <w:r>
        <w:rPr>
          <w:rFonts w:ascii="Georgia" w:hAnsi="Georgia"/>
          <w:b w:val="0"/>
          <w:i w:val="0"/>
          <w:color w:val="000000"/>
          <w:sz w:val="24"/>
        </w:rPr>
        <w:t>); и так же для Имени мэм, мэм, мэм (</w:t>
      </w:r>
      <w:r>
        <w:rPr>
          <w:rFonts w:ascii="Georgia" w:hAnsi="Georgia" w:cs="Times New Roman"/>
          <w:b/>
          <w:i w:val="0"/>
          <w:color w:val="000000"/>
          <w:sz w:val="24"/>
          <w:rtl/>
          <w:szCs w:val="32"/>
        </w:rPr>
        <w:t>ממ״ם</w:t>
      </w:r>
      <w:r>
        <w:rPr>
          <w:rFonts w:ascii="Georgia" w:hAnsi="Georgia"/>
          <w:b w:val="0"/>
          <w:i w:val="0"/>
          <w:color w:val="000000"/>
          <w:sz w:val="24"/>
        </w:rPr>
        <w:t xml:space="preserve">) начальные буквы его: </w:t>
      </w:r>
      <w:r>
        <w:rPr>
          <w:rFonts w:ascii="Georgia" w:hAnsi="Georgia"/>
          <w:b w:val="0"/>
          <w:i/>
          <w:color w:val="000000"/>
          <w:sz w:val="24"/>
        </w:rPr>
        <w:t>Мата</w:t>
      </w:r>
      <w:r>
        <w:rPr>
          <w:rFonts w:ascii="Georgia" w:hAnsi="Georgia"/>
          <w:b w:val="0"/>
          <w:i w:val="0"/>
          <w:color w:val="000000"/>
          <w:sz w:val="24"/>
        </w:rPr>
        <w:t xml:space="preserve"> (</w:t>
      </w:r>
      <w:r>
        <w:rPr>
          <w:rFonts w:ascii="Georgia" w:hAnsi="Georgia" w:cs="Times New Roman"/>
          <w:b/>
          <w:i w:val="0"/>
          <w:color w:val="000000"/>
          <w:sz w:val="24"/>
          <w:rtl/>
          <w:szCs w:val="32"/>
        </w:rPr>
        <w:t>מת״א</w:t>
      </w:r>
      <w:r>
        <w:rPr>
          <w:rFonts w:ascii="Georgia" w:hAnsi="Georgia"/>
          <w:b w:val="0"/>
          <w:i w:val="0"/>
          <w:color w:val="000000"/>
          <w:sz w:val="24"/>
        </w:rPr>
        <w:t xml:space="preserve">), </w:t>
      </w:r>
      <w:r>
        <w:rPr>
          <w:rFonts w:ascii="Georgia" w:hAnsi="Georgia"/>
          <w:b w:val="0"/>
          <w:i/>
          <w:color w:val="000000"/>
          <w:sz w:val="24"/>
        </w:rPr>
        <w:t>Ми-тшар</w:t>
      </w:r>
      <w:r>
        <w:rPr>
          <w:rFonts w:ascii="Georgia" w:hAnsi="Georgia"/>
          <w:b w:val="0"/>
          <w:i w:val="0"/>
          <w:color w:val="000000"/>
          <w:sz w:val="24"/>
        </w:rPr>
        <w:t xml:space="preserve"> (</w:t>
      </w:r>
      <w:r>
        <w:rPr>
          <w:rFonts w:ascii="Georgia" w:hAnsi="Georgia" w:cs="Times New Roman"/>
          <w:b/>
          <w:i w:val="0"/>
          <w:color w:val="000000"/>
          <w:sz w:val="24"/>
          <w:rtl/>
          <w:szCs w:val="32"/>
        </w:rPr>
        <w:t>מתש״ר</w:t>
      </w:r>
      <w:r>
        <w:rPr>
          <w:rFonts w:ascii="Georgia" w:hAnsi="Georgia"/>
          <w:b w:val="0"/>
          <w:i w:val="0"/>
          <w:color w:val="000000"/>
          <w:sz w:val="24"/>
        </w:rPr>
        <w:t xml:space="preserve">), </w:t>
      </w:r>
      <w:r>
        <w:rPr>
          <w:rFonts w:ascii="Georgia" w:hAnsi="Georgia"/>
          <w:b w:val="0"/>
          <w:i/>
          <w:color w:val="000000"/>
          <w:sz w:val="24"/>
        </w:rPr>
        <w:t>Матар</w:t>
      </w:r>
      <w:r>
        <w:rPr>
          <w:rFonts w:ascii="Georgia" w:hAnsi="Georgia"/>
          <w:b w:val="0"/>
          <w:i w:val="0"/>
          <w:color w:val="000000"/>
          <w:sz w:val="24"/>
        </w:rPr>
        <w:t xml:space="preserve"> (</w:t>
      </w:r>
      <w:r>
        <w:rPr>
          <w:rFonts w:ascii="Georgia" w:hAnsi="Georgia" w:cs="Times New Roman"/>
          <w:b/>
          <w:i w:val="0"/>
          <w:color w:val="000000"/>
          <w:sz w:val="24"/>
          <w:rtl/>
          <w:szCs w:val="32"/>
        </w:rPr>
        <w:t>מת״ר</w:t>
      </w:r>
      <w:r>
        <w:rPr>
          <w:rFonts w:ascii="Georgia" w:hAnsi="Georgia"/>
          <w:b w:val="0"/>
          <w:i w:val="0"/>
          <w:color w:val="000000"/>
          <w:sz w:val="24"/>
        </w:rPr>
        <w:t>); и так же для Имени вав, мэм, ламэд, мэм (</w:t>
      </w:r>
      <w:r>
        <w:rPr>
          <w:rFonts w:ascii="Georgia" w:hAnsi="Georgia" w:cs="Times New Roman"/>
          <w:b/>
          <w:i w:val="0"/>
          <w:color w:val="000000"/>
          <w:sz w:val="24"/>
          <w:rtl/>
          <w:szCs w:val="32"/>
        </w:rPr>
        <w:t>ומל״ם</w:t>
      </w:r>
      <w:r>
        <w:rPr>
          <w:rFonts w:ascii="Georgia" w:hAnsi="Georgia"/>
          <w:b w:val="0"/>
          <w:i w:val="0"/>
          <w:color w:val="000000"/>
          <w:sz w:val="24"/>
        </w:rPr>
        <w:t xml:space="preserve">) начальные буквы его: </w:t>
      </w:r>
      <w:r>
        <w:rPr>
          <w:rFonts w:ascii="Georgia" w:hAnsi="Georgia"/>
          <w:b w:val="0"/>
          <w:i/>
          <w:color w:val="000000"/>
          <w:sz w:val="24"/>
        </w:rPr>
        <w:t>Ва-шакбац</w:t>
      </w:r>
      <w:r>
        <w:rPr>
          <w:rFonts w:ascii="Georgia" w:hAnsi="Georgia"/>
          <w:b w:val="0"/>
          <w:i w:val="0"/>
          <w:color w:val="000000"/>
          <w:sz w:val="24"/>
        </w:rPr>
        <w:t xml:space="preserve"> (</w:t>
      </w:r>
      <w:r>
        <w:rPr>
          <w:rFonts w:ascii="Georgia" w:hAnsi="Georgia" w:cs="Times New Roman"/>
          <w:b/>
          <w:i w:val="0"/>
          <w:color w:val="000000"/>
          <w:sz w:val="24"/>
          <w:rtl/>
          <w:szCs w:val="32"/>
        </w:rPr>
        <w:t>ושקבא״ץ</w:t>
      </w:r>
      <w:r>
        <w:rPr>
          <w:rFonts w:ascii="Georgia" w:hAnsi="Georgia"/>
          <w:b w:val="0"/>
          <w:i w:val="0"/>
          <w:color w:val="000000"/>
          <w:sz w:val="24"/>
        </w:rPr>
        <w:t xml:space="preserve">), </w:t>
      </w:r>
      <w:r>
        <w:rPr>
          <w:rFonts w:ascii="Georgia" w:hAnsi="Georgia"/>
          <w:b w:val="0"/>
          <w:i/>
          <w:color w:val="000000"/>
          <w:sz w:val="24"/>
        </w:rPr>
        <w:t>Мемар</w:t>
      </w:r>
      <w:r>
        <w:rPr>
          <w:rFonts w:ascii="Georgia" w:hAnsi="Georgia"/>
          <w:b w:val="0"/>
          <w:i w:val="0"/>
          <w:color w:val="000000"/>
          <w:sz w:val="24"/>
        </w:rPr>
        <w:t xml:space="preserve"> (</w:t>
      </w:r>
      <w:r>
        <w:rPr>
          <w:rFonts w:ascii="Georgia" w:hAnsi="Georgia" w:cs="Times New Roman"/>
          <w:b/>
          <w:i w:val="0"/>
          <w:color w:val="000000"/>
          <w:sz w:val="24"/>
          <w:rtl/>
          <w:szCs w:val="32"/>
        </w:rPr>
        <w:t>ממ״ר</w:t>
      </w:r>
      <w:r>
        <w:rPr>
          <w:rFonts w:ascii="Georgia" w:hAnsi="Georgia"/>
          <w:b w:val="0"/>
          <w:i w:val="0"/>
          <w:color w:val="000000"/>
          <w:sz w:val="24"/>
        </w:rPr>
        <w:t xml:space="preserve">), </w:t>
      </w:r>
      <w:r>
        <w:rPr>
          <w:rFonts w:ascii="Georgia" w:hAnsi="Georgia"/>
          <w:b w:val="0"/>
          <w:i/>
          <w:color w:val="000000"/>
          <w:sz w:val="24"/>
        </w:rPr>
        <w:t>Ли-шпар</w:t>
      </w:r>
      <w:r>
        <w:rPr>
          <w:rFonts w:ascii="Georgia" w:hAnsi="Georgia"/>
          <w:b w:val="0"/>
          <w:i w:val="0"/>
          <w:color w:val="000000"/>
          <w:sz w:val="24"/>
        </w:rPr>
        <w:t xml:space="preserve"> (</w:t>
      </w:r>
      <w:r>
        <w:rPr>
          <w:rFonts w:ascii="Georgia" w:hAnsi="Georgia" w:cs="Times New Roman"/>
          <w:b/>
          <w:i w:val="0"/>
          <w:color w:val="000000"/>
          <w:sz w:val="24"/>
          <w:rtl/>
          <w:szCs w:val="32"/>
        </w:rPr>
        <w:t>לשפ״ר</w:t>
      </w:r>
      <w:r>
        <w:rPr>
          <w:rFonts w:ascii="Georgia" w:hAnsi="Georgia"/>
          <w:b w:val="0"/>
          <w:i w:val="0"/>
          <w:color w:val="000000"/>
          <w:sz w:val="24"/>
        </w:rPr>
        <w:t xml:space="preserve">), </w:t>
      </w:r>
      <w:r>
        <w:rPr>
          <w:rFonts w:ascii="Georgia" w:hAnsi="Georgia"/>
          <w:b w:val="0"/>
          <w:i/>
          <w:color w:val="000000"/>
          <w:sz w:val="24"/>
        </w:rPr>
        <w:t>Матац</w:t>
      </w:r>
      <w:r>
        <w:rPr>
          <w:rFonts w:ascii="Georgia" w:hAnsi="Georgia"/>
          <w:b w:val="0"/>
          <w:i w:val="0"/>
          <w:color w:val="000000"/>
          <w:sz w:val="24"/>
        </w:rPr>
        <w:t xml:space="preserve"> (</w:t>
      </w:r>
      <w:r>
        <w:rPr>
          <w:rFonts w:ascii="Georgia" w:hAnsi="Georgia" w:cs="Times New Roman"/>
          <w:b/>
          <w:i w:val="0"/>
          <w:color w:val="000000"/>
          <w:sz w:val="24"/>
          <w:rtl/>
          <w:szCs w:val="32"/>
        </w:rPr>
        <w:t>מט״ץ</w:t>
      </w:r>
      <w:r>
        <w:rPr>
          <w:rFonts w:ascii="Georgia" w:hAnsi="Georgia"/>
          <w:b w:val="0"/>
          <w:i w:val="0"/>
          <w:color w:val="000000"/>
          <w:sz w:val="24"/>
        </w:rPr>
        <w:t>); а остальное — ошибки переписчика (</w:t>
      </w:r>
      <w:r>
        <w:rPr>
          <w:rFonts w:ascii="Georgia" w:hAnsi="Georgia" w:cs="Times New Roman"/>
          <w:b/>
          <w:i w:val="0"/>
          <w:color w:val="000000"/>
          <w:sz w:val="24"/>
          <w:rtl/>
          <w:szCs w:val="32"/>
        </w:rPr>
        <w:t>ט״ס</w:t>
      </w:r>
      <w:r>
        <w:rPr>
          <w:rFonts w:ascii="Georgia" w:hAnsi="Georgia"/>
          <w:b w:val="0"/>
          <w:i w:val="0"/>
          <w:color w:val="000000"/>
          <w:sz w:val="24"/>
        </w:rPr>
        <w:t>), на которые указывает знак «..». Йосеф Давид (</w:t>
      </w:r>
      <w:r>
        <w:rPr>
          <w:rFonts w:ascii="Georgia" w:hAnsi="Georgia" w:cs="Times New Roman"/>
          <w:b/>
          <w:i w:val="0"/>
          <w:color w:val="000000"/>
          <w:sz w:val="24"/>
          <w:rtl/>
          <w:szCs w:val="32"/>
        </w:rPr>
        <w:t>יוס״ד</w:t>
      </w:r>
      <w:r>
        <w:rPr>
          <w:rFonts w:ascii="Georgia" w:hAnsi="Georgia"/>
          <w:b w:val="0"/>
          <w:i w:val="0"/>
          <w:color w:val="000000"/>
          <w:sz w:val="24"/>
        </w:rPr>
        <w:t>)].</w:t>
      </w:r>
    </w:p>
    <w:p>
      <w:pPr>
        <w:keepNext/>
        <w:spacing w:before="320" w:after="120"/>
      </w:pPr>
      <w:r>
        <w:rPr>
          <w:rFonts w:ascii="Georgia" w:hAnsi="Georgia"/>
          <w:b w:val="0"/>
          <w:i w:val="0"/>
          <w:color w:val="000000"/>
          <w:sz w:val="32"/>
        </w:rPr>
        <w:t>Ихуд 76</w:t>
      </w:r>
    </w:p>
    <w:p>
      <w:pPr>
        <w:spacing w:before="40" w:after="120"/>
        <w:jc w:val="both"/>
      </w:pPr>
      <w:r>
        <w:rPr>
          <w:rFonts w:ascii="Georgia" w:hAnsi="Georgia"/>
          <w:b w:val="0"/>
          <w:i/>
          <w:color w:val="000000"/>
          <w:sz w:val="24"/>
        </w:rPr>
        <w:t>Хаим</w:t>
      </w:r>
      <w:r>
        <w:rPr>
          <w:rFonts w:ascii="Georgia" w:hAnsi="Georgia"/>
          <w:b w:val="0"/>
          <w:i w:val="0"/>
          <w:color w:val="000000"/>
          <w:sz w:val="24"/>
        </w:rPr>
        <w:t xml:space="preserve"> (</w:t>
      </w:r>
      <w:r>
        <w:rPr>
          <w:rFonts w:ascii="Georgia" w:hAnsi="Georgia" w:cs="Times New Roman"/>
          <w:b/>
          <w:i w:val="0"/>
          <w:color w:val="000000"/>
          <w:sz w:val="24"/>
          <w:rtl/>
          <w:szCs w:val="32"/>
        </w:rPr>
        <w:t>חַיִּים</w:t>
      </w:r>
      <w:r>
        <w:rPr>
          <w:rFonts w:ascii="Georgia" w:hAnsi="Georgia"/>
          <w:b w:val="0"/>
          <w:i w:val="0"/>
          <w:color w:val="000000"/>
          <w:sz w:val="24"/>
        </w:rPr>
        <w:t xml:space="preserve">): ЭЙЕ, АВАЯ, ЭЙЕ. </w:t>
      </w:r>
      <w:r>
        <w:rPr>
          <w:rFonts w:ascii="Georgia" w:hAnsi="Georgia"/>
          <w:b w:val="0"/>
          <w:i/>
          <w:color w:val="000000"/>
          <w:sz w:val="24"/>
        </w:rPr>
        <w:t>Ябок</w:t>
      </w:r>
      <w:r>
        <w:rPr>
          <w:rFonts w:ascii="Georgia" w:hAnsi="Georgia"/>
          <w:b w:val="0"/>
          <w:i w:val="0"/>
          <w:color w:val="000000"/>
          <w:sz w:val="24"/>
        </w:rPr>
        <w:t xml:space="preserve"> (</w:t>
      </w:r>
      <w:r>
        <w:rPr>
          <w:rFonts w:ascii="Georgia" w:hAnsi="Georgia" w:cs="Times New Roman"/>
          <w:b/>
          <w:i w:val="0"/>
          <w:color w:val="000000"/>
          <w:sz w:val="24"/>
          <w:rtl/>
          <w:szCs w:val="32"/>
        </w:rPr>
        <w:t>יַבֹּק</w:t>
      </w:r>
      <w:r>
        <w:rPr>
          <w:rFonts w:ascii="Georgia" w:hAnsi="Georgia"/>
          <w:b w:val="0"/>
          <w:i w:val="0"/>
          <w:color w:val="000000"/>
          <w:sz w:val="24"/>
        </w:rPr>
        <w:t>): ЭЙЕ, АВАЯ, АДОНАЙ. И два раза по 180 (</w:t>
      </w:r>
      <w:r>
        <w:rPr>
          <w:rFonts w:ascii="Georgia" w:hAnsi="Georgia" w:cs="Times New Roman"/>
          <w:b/>
          <w:i w:val="0"/>
          <w:color w:val="000000"/>
          <w:sz w:val="24"/>
          <w:rtl/>
          <w:szCs w:val="32"/>
        </w:rPr>
        <w:t>ק״ף</w:t>
      </w:r>
      <w:r>
        <w:rPr>
          <w:rFonts w:ascii="Georgia" w:hAnsi="Georgia"/>
          <w:b w:val="0"/>
          <w:i w:val="0"/>
          <w:color w:val="000000"/>
          <w:sz w:val="24"/>
        </w:rPr>
        <w:t>), составляющие АБ, САГ, МА. [И представляется нужным разъяснить то, что кажется мне [верным] в этом единении (</w:t>
      </w:r>
      <w:r>
        <w:rPr>
          <w:rFonts w:ascii="Georgia" w:hAnsi="Georgia"/>
          <w:b w:val="0"/>
          <w:i/>
          <w:color w:val="000000"/>
          <w:sz w:val="24"/>
        </w:rPr>
        <w:t>ихуд</w:t>
      </w:r>
      <w:r>
        <w:rPr>
          <w:rFonts w:ascii="Georgia" w:hAnsi="Georgia"/>
          <w:b w:val="0"/>
          <w:i w:val="0"/>
          <w:color w:val="000000"/>
          <w:sz w:val="24"/>
        </w:rPr>
        <w:t xml:space="preserve">): а именно, что </w:t>
      </w:r>
      <w:r>
        <w:rPr>
          <w:rFonts w:ascii="Georgia" w:hAnsi="Georgia"/>
          <w:b w:val="0"/>
          <w:i/>
          <w:color w:val="000000"/>
          <w:sz w:val="24"/>
        </w:rPr>
        <w:t>Хаим</w:t>
      </w:r>
      <w:r>
        <w:rPr>
          <w:rFonts w:ascii="Georgia" w:hAnsi="Georgia"/>
          <w:b w:val="0"/>
          <w:i w:val="0"/>
          <w:color w:val="000000"/>
          <w:sz w:val="24"/>
        </w:rPr>
        <w:t xml:space="preserve"> и </w:t>
      </w:r>
      <w:r>
        <w:rPr>
          <w:rFonts w:ascii="Georgia" w:hAnsi="Georgia"/>
          <w:b w:val="0"/>
          <w:i/>
          <w:color w:val="000000"/>
          <w:sz w:val="24"/>
        </w:rPr>
        <w:t>Ябок</w:t>
      </w:r>
      <w:r>
        <w:rPr>
          <w:rFonts w:ascii="Georgia" w:hAnsi="Georgia"/>
          <w:b w:val="0"/>
          <w:i w:val="0"/>
          <w:color w:val="000000"/>
          <w:sz w:val="24"/>
        </w:rPr>
        <w:t xml:space="preserve"> — это само намерение (</w:t>
      </w:r>
      <w:r>
        <w:rPr>
          <w:rFonts w:ascii="Georgia" w:hAnsi="Georgia"/>
          <w:b w:val="0"/>
          <w:i/>
          <w:color w:val="000000"/>
          <w:sz w:val="24"/>
        </w:rPr>
        <w:t>кавана</w:t>
      </w:r>
      <w:r>
        <w:rPr>
          <w:rFonts w:ascii="Georgia" w:hAnsi="Georgia"/>
          <w:b w:val="0"/>
          <w:i w:val="0"/>
          <w:color w:val="000000"/>
          <w:sz w:val="24"/>
        </w:rPr>
        <w:t>) тфилин, и в их наполнениях содержится 18 (</w:t>
      </w:r>
      <w:r>
        <w:rPr>
          <w:rFonts w:ascii="Georgia" w:hAnsi="Georgia" w:cs="Times New Roman"/>
          <w:b/>
          <w:i w:val="0"/>
          <w:color w:val="000000"/>
          <w:sz w:val="24"/>
          <w:rtl/>
          <w:szCs w:val="32"/>
        </w:rPr>
        <w:t>ח״י</w:t>
      </w:r>
      <w:r>
        <w:rPr>
          <w:rFonts w:ascii="Georgia" w:hAnsi="Georgia"/>
          <w:b w:val="0"/>
          <w:i w:val="0"/>
          <w:color w:val="000000"/>
          <w:sz w:val="24"/>
        </w:rPr>
        <w:t xml:space="preserve">) букв йод. И потому вслед за этим написано «21 раз АВАЯ», что соответствует 21 упоминанию Имени в тфилин, числовое значение которых равно гематрии слова </w:t>
      </w:r>
      <w:r>
        <w:rPr>
          <w:rFonts w:ascii="Georgia" w:hAnsi="Georgia"/>
          <w:b w:val="0"/>
          <w:i/>
          <w:color w:val="000000"/>
          <w:sz w:val="24"/>
        </w:rPr>
        <w:t>такум</w:t>
      </w:r>
      <w:r>
        <w:rPr>
          <w:rFonts w:ascii="Georgia" w:hAnsi="Georgia"/>
          <w:b w:val="0"/>
          <w:i w:val="0"/>
          <w:color w:val="000000"/>
          <w:sz w:val="24"/>
        </w:rPr>
        <w:t xml:space="preserve"> («вставай», </w:t>
      </w:r>
      <w:r>
        <w:rPr>
          <w:rFonts w:ascii="Georgia" w:hAnsi="Georgia" w:cs="Times New Roman"/>
          <w:b/>
          <w:i w:val="0"/>
          <w:color w:val="000000"/>
          <w:sz w:val="24"/>
          <w:rtl/>
          <w:szCs w:val="32"/>
        </w:rPr>
        <w:t>תָּקוּם</w:t>
      </w:r>
      <w:r>
        <w:rPr>
          <w:rFonts w:ascii="Georgia" w:hAnsi="Georgia"/>
          <w:b w:val="0"/>
          <w:i w:val="0"/>
          <w:color w:val="000000"/>
          <w:sz w:val="24"/>
        </w:rPr>
        <w:t xml:space="preserve"> = 546). А поскольку это мохин де-Аба ве-Има, именуемых старцами, нужно вставать перед ними; главное же их свечение сосредоточено в их Есоде, называемом </w:t>
      </w:r>
      <w:r>
        <w:rPr>
          <w:rFonts w:ascii="Georgia" w:hAnsi="Georgia"/>
          <w:b w:val="0"/>
          <w:i/>
          <w:color w:val="000000"/>
          <w:sz w:val="24"/>
        </w:rPr>
        <w:t>закен</w:t>
      </w:r>
      <w:r>
        <w:rPr>
          <w:rFonts w:ascii="Georgia" w:hAnsi="Georgia"/>
          <w:b w:val="0"/>
          <w:i w:val="0"/>
          <w:color w:val="000000"/>
          <w:sz w:val="24"/>
        </w:rPr>
        <w:t xml:space="preserve"> («старец», </w:t>
      </w:r>
      <w:r>
        <w:rPr>
          <w:rFonts w:ascii="Georgia" w:hAnsi="Georgia" w:cs="Times New Roman"/>
          <w:b/>
          <w:i w:val="0"/>
          <w:color w:val="000000"/>
          <w:sz w:val="24"/>
          <w:rtl/>
          <w:szCs w:val="32"/>
        </w:rPr>
        <w:t>זָקֵן</w:t>
      </w:r>
      <w:r>
        <w:rPr>
          <w:rFonts w:ascii="Georgia" w:hAnsi="Georgia"/>
          <w:b w:val="0"/>
          <w:i w:val="0"/>
          <w:color w:val="000000"/>
          <w:sz w:val="24"/>
        </w:rPr>
        <w:t xml:space="preserve">), числовое значение которого [близко к имени] </w:t>
      </w:r>
      <w:r>
        <w:rPr>
          <w:rFonts w:ascii="Georgia" w:hAnsi="Georgia"/>
          <w:b w:val="0"/>
          <w:i/>
          <w:color w:val="000000"/>
          <w:sz w:val="24"/>
        </w:rPr>
        <w:t>Йосеф</w:t>
      </w:r>
      <w:r>
        <w:rPr>
          <w:rFonts w:ascii="Georgia" w:hAnsi="Georgia"/>
          <w:b w:val="0"/>
          <w:i w:val="0"/>
          <w:color w:val="000000"/>
          <w:sz w:val="24"/>
        </w:rPr>
        <w:t xml:space="preserve"> (</w:t>
      </w:r>
      <w:r>
        <w:rPr>
          <w:rFonts w:ascii="Georgia" w:hAnsi="Georgia" w:cs="Times New Roman"/>
          <w:b/>
          <w:i w:val="0"/>
          <w:color w:val="000000"/>
          <w:sz w:val="24"/>
          <w:rtl/>
          <w:szCs w:val="32"/>
        </w:rPr>
        <w:t>יוֹסֵף</w:t>
      </w:r>
      <w:r>
        <w:rPr>
          <w:rFonts w:ascii="Georgia" w:hAnsi="Georgia"/>
          <w:b w:val="0"/>
          <w:i w:val="0"/>
          <w:color w:val="000000"/>
          <w:sz w:val="24"/>
        </w:rPr>
        <w:t xml:space="preserve">). И оправдано слово </w:t>
      </w:r>
      <w:r>
        <w:rPr>
          <w:rFonts w:ascii="Georgia" w:hAnsi="Georgia"/>
          <w:b w:val="0"/>
          <w:i/>
          <w:color w:val="000000"/>
          <w:sz w:val="24"/>
        </w:rPr>
        <w:t>такум</w:t>
      </w:r>
      <w:r>
        <w:rPr>
          <w:rFonts w:ascii="Georgia" w:hAnsi="Georgia"/>
          <w:b w:val="0"/>
          <w:i w:val="0"/>
          <w:color w:val="000000"/>
          <w:sz w:val="24"/>
        </w:rPr>
        <w:t xml:space="preserve"> (</w:t>
      </w:r>
      <w:r>
        <w:rPr>
          <w:rFonts w:ascii="Georgia" w:hAnsi="Georgia" w:cs="Times New Roman"/>
          <w:b/>
          <w:i w:val="0"/>
          <w:color w:val="000000"/>
          <w:sz w:val="24"/>
          <w:rtl/>
          <w:szCs w:val="32"/>
        </w:rPr>
        <w:t>תָּקוּם</w:t>
      </w:r>
      <w:r>
        <w:rPr>
          <w:rFonts w:ascii="Georgia" w:hAnsi="Georgia"/>
          <w:b w:val="0"/>
          <w:i w:val="0"/>
          <w:color w:val="000000"/>
          <w:sz w:val="24"/>
        </w:rPr>
        <w:t xml:space="preserve"> = 546): 46 (</w:t>
      </w:r>
      <w:r>
        <w:rPr>
          <w:rFonts w:ascii="Georgia" w:hAnsi="Georgia" w:cs="Times New Roman"/>
          <w:b/>
          <w:i w:val="0"/>
          <w:color w:val="000000"/>
          <w:sz w:val="24"/>
          <w:rtl/>
          <w:szCs w:val="32"/>
        </w:rPr>
        <w:t>מ״ו</w:t>
      </w:r>
      <w:r>
        <w:rPr>
          <w:rFonts w:ascii="Georgia" w:hAnsi="Georgia"/>
          <w:b w:val="0"/>
          <w:i w:val="0"/>
          <w:color w:val="000000"/>
          <w:sz w:val="24"/>
        </w:rPr>
        <w:t>) и 500 (</w:t>
      </w:r>
      <w:r>
        <w:rPr>
          <w:rFonts w:ascii="Georgia" w:hAnsi="Georgia" w:cs="Times New Roman"/>
          <w:b/>
          <w:i w:val="0"/>
          <w:color w:val="000000"/>
          <w:sz w:val="24"/>
          <w:rtl/>
          <w:szCs w:val="32"/>
        </w:rPr>
        <w:t>ת״ק</w:t>
      </w:r>
      <w:r>
        <w:rPr>
          <w:rFonts w:ascii="Georgia" w:hAnsi="Georgia"/>
          <w:b w:val="0"/>
          <w:i w:val="0"/>
          <w:color w:val="000000"/>
          <w:sz w:val="24"/>
        </w:rPr>
        <w:t>) от АБ (72) и 161 (</w:t>
      </w:r>
      <w:r>
        <w:rPr>
          <w:rFonts w:ascii="Georgia" w:hAnsi="Georgia" w:cs="Times New Roman"/>
          <w:b/>
          <w:i w:val="0"/>
          <w:color w:val="000000"/>
          <w:sz w:val="24"/>
          <w:rtl/>
          <w:szCs w:val="32"/>
        </w:rPr>
        <w:t>קס״א</w:t>
      </w:r>
      <w:r>
        <w:rPr>
          <w:rFonts w:ascii="Georgia" w:hAnsi="Georgia"/>
          <w:b w:val="0"/>
          <w:i w:val="0"/>
          <w:color w:val="000000"/>
          <w:sz w:val="24"/>
        </w:rPr>
        <w:t xml:space="preserve">) де-Аба ве-Има. И сказанное им: «Вставай и почитай — к седине и к старости». И так же найдешь [имя] Йосеф дважды, ведь слово </w:t>
      </w:r>
      <w:r>
        <w:rPr>
          <w:rFonts w:ascii="Georgia" w:hAnsi="Georgia"/>
          <w:b w:val="0"/>
          <w:i/>
          <w:color w:val="000000"/>
          <w:sz w:val="24"/>
        </w:rPr>
        <w:t>сейва</w:t>
      </w:r>
      <w:r>
        <w:rPr>
          <w:rFonts w:ascii="Georgia" w:hAnsi="Georgia"/>
          <w:b w:val="0"/>
          <w:i w:val="0"/>
          <w:color w:val="000000"/>
          <w:sz w:val="24"/>
        </w:rPr>
        <w:t xml:space="preserve"> («седина», </w:t>
      </w:r>
      <w:r>
        <w:rPr>
          <w:rFonts w:ascii="Georgia" w:hAnsi="Georgia" w:cs="Times New Roman"/>
          <w:b/>
          <w:i w:val="0"/>
          <w:color w:val="000000"/>
          <w:sz w:val="24"/>
          <w:rtl/>
          <w:szCs w:val="32"/>
        </w:rPr>
        <w:t>שֵׂיבָה</w:t>
      </w:r>
      <w:r>
        <w:rPr>
          <w:rFonts w:ascii="Georgia" w:hAnsi="Georgia"/>
          <w:b w:val="0"/>
          <w:i w:val="0"/>
          <w:color w:val="000000"/>
          <w:sz w:val="24"/>
        </w:rPr>
        <w:t xml:space="preserve"> = 317) содержит два раза </w:t>
      </w:r>
      <w:r>
        <w:rPr>
          <w:rFonts w:ascii="Georgia" w:hAnsi="Georgia"/>
          <w:b w:val="0"/>
          <w:i/>
          <w:color w:val="000000"/>
          <w:sz w:val="24"/>
        </w:rPr>
        <w:t>закен</w:t>
      </w:r>
      <w:r>
        <w:rPr>
          <w:rFonts w:ascii="Georgia" w:hAnsi="Georgia"/>
          <w:b w:val="0"/>
          <w:i w:val="0"/>
          <w:color w:val="000000"/>
          <w:sz w:val="24"/>
        </w:rPr>
        <w:t xml:space="preserve"> (</w:t>
      </w:r>
      <w:r>
        <w:rPr>
          <w:rFonts w:ascii="Georgia" w:hAnsi="Georgia" w:cs="Times New Roman"/>
          <w:b/>
          <w:i w:val="0"/>
          <w:color w:val="000000"/>
          <w:sz w:val="24"/>
          <w:rtl/>
          <w:szCs w:val="32"/>
        </w:rPr>
        <w:t>זָקֵן</w:t>
      </w:r>
      <w:r>
        <w:rPr>
          <w:rFonts w:ascii="Georgia" w:hAnsi="Georgia"/>
          <w:b w:val="0"/>
          <w:i w:val="0"/>
          <w:color w:val="000000"/>
          <w:sz w:val="24"/>
        </w:rPr>
        <w:t xml:space="preserve"> = 157, 157 × 2 = 314) и 3 буквы слова </w:t>
      </w:r>
      <w:r>
        <w:rPr>
          <w:rFonts w:ascii="Georgia" w:hAnsi="Georgia"/>
          <w:b w:val="0"/>
          <w:i/>
          <w:color w:val="000000"/>
          <w:sz w:val="24"/>
        </w:rPr>
        <w:t>закен</w:t>
      </w:r>
      <w:r>
        <w:rPr>
          <w:rFonts w:ascii="Georgia" w:hAnsi="Georgia"/>
          <w:b w:val="0"/>
          <w:i w:val="0"/>
          <w:color w:val="000000"/>
          <w:sz w:val="24"/>
        </w:rPr>
        <w:t xml:space="preserve"> (314 + 3 = 317); а в слове </w:t>
      </w:r>
      <w:r>
        <w:rPr>
          <w:rFonts w:ascii="Georgia" w:hAnsi="Georgia"/>
          <w:b w:val="0"/>
          <w:i/>
          <w:color w:val="000000"/>
          <w:sz w:val="24"/>
        </w:rPr>
        <w:t>закен</w:t>
      </w:r>
      <w:r>
        <w:rPr>
          <w:rFonts w:ascii="Georgia" w:hAnsi="Georgia"/>
          <w:b w:val="0"/>
          <w:i w:val="0"/>
          <w:color w:val="000000"/>
          <w:sz w:val="24"/>
        </w:rPr>
        <w:t xml:space="preserve"> содержится слово </w:t>
      </w:r>
      <w:r>
        <w:rPr>
          <w:rFonts w:ascii="Georgia" w:hAnsi="Georgia"/>
          <w:b w:val="0"/>
          <w:i/>
          <w:color w:val="000000"/>
          <w:sz w:val="24"/>
        </w:rPr>
        <w:t>сейва</w:t>
      </w:r>
      <w:r>
        <w:rPr>
          <w:rFonts w:ascii="Georgia" w:hAnsi="Georgia"/>
          <w:b w:val="0"/>
          <w:i w:val="0"/>
          <w:color w:val="000000"/>
          <w:sz w:val="24"/>
        </w:rPr>
        <w:t>, поскольку [два раза] закен с тремя его буквами составляет по гематрии сейва. Если так, то [повеление] «вставай», написанное о седине, относится также и к старости, а почитание, написанное о старости, относится также и к седине; и потому сказано: «и так [далее]»... А то, что [имя] Йосеф составляет 156 (</w:t>
      </w:r>
      <w:r>
        <w:rPr>
          <w:rFonts w:ascii="Georgia" w:hAnsi="Georgia" w:cs="Times New Roman"/>
          <w:b/>
          <w:i w:val="0"/>
          <w:color w:val="000000"/>
          <w:sz w:val="24"/>
          <w:rtl/>
          <w:szCs w:val="32"/>
        </w:rPr>
        <w:t>קנ״ו</w:t>
      </w:r>
      <w:r>
        <w:rPr>
          <w:rFonts w:ascii="Georgia" w:hAnsi="Georgia"/>
          <w:b w:val="0"/>
          <w:i w:val="0"/>
          <w:color w:val="000000"/>
          <w:sz w:val="24"/>
        </w:rPr>
        <w:t xml:space="preserve">) и до слова </w:t>
      </w:r>
      <w:r>
        <w:rPr>
          <w:rFonts w:ascii="Georgia" w:hAnsi="Georgia"/>
          <w:b w:val="0"/>
          <w:i/>
          <w:color w:val="000000"/>
          <w:sz w:val="24"/>
        </w:rPr>
        <w:t>закен</w:t>
      </w:r>
      <w:r>
        <w:rPr>
          <w:rFonts w:ascii="Georgia" w:hAnsi="Georgia"/>
          <w:b w:val="0"/>
          <w:i w:val="0"/>
          <w:color w:val="000000"/>
          <w:sz w:val="24"/>
        </w:rPr>
        <w:t xml:space="preserve"> (</w:t>
      </w:r>
      <w:r>
        <w:rPr>
          <w:rFonts w:ascii="Georgia" w:hAnsi="Georgia" w:cs="Times New Roman"/>
          <w:b/>
          <w:i w:val="0"/>
          <w:color w:val="000000"/>
          <w:sz w:val="24"/>
          <w:rtl/>
          <w:szCs w:val="32"/>
        </w:rPr>
        <w:t>זָקֵן</w:t>
      </w:r>
      <w:r>
        <w:rPr>
          <w:rFonts w:ascii="Georgia" w:hAnsi="Georgia"/>
          <w:b w:val="0"/>
          <w:i w:val="0"/>
          <w:color w:val="000000"/>
          <w:sz w:val="24"/>
        </w:rPr>
        <w:t xml:space="preserve"> = 157) недостает еще единицы, — потому он написал, что оно на 1 меньше. И можно сказать, что это внутренняя точка в Есодах де-Аба ве-Има, по образу того, что сказано в единении на стих </w:t>
      </w:r>
      <w:r>
        <w:rPr>
          <w:rFonts w:ascii="Georgia" w:hAnsi="Georgia"/>
          <w:b w:val="0"/>
          <w:i/>
          <w:color w:val="000000"/>
          <w:sz w:val="24"/>
        </w:rPr>
        <w:t>«Пройдем же по земле твоей…»</w:t>
      </w:r>
      <w:r>
        <w:rPr>
          <w:rFonts w:ascii="Georgia" w:hAnsi="Georgia"/>
          <w:b w:val="0"/>
          <w:i w:val="0"/>
          <w:color w:val="000000"/>
          <w:sz w:val="24"/>
        </w:rPr>
        <w:t xml:space="preserve"> (Бемидбар 20:17): хотя там 155 (</w:t>
      </w:r>
      <w:r>
        <w:rPr>
          <w:rFonts w:ascii="Georgia" w:hAnsi="Georgia" w:cs="Times New Roman"/>
          <w:b/>
          <w:i w:val="0"/>
          <w:color w:val="000000"/>
          <w:sz w:val="24"/>
          <w:rtl/>
          <w:szCs w:val="32"/>
        </w:rPr>
        <w:t>קנ״ה</w:t>
      </w:r>
      <w:r>
        <w:rPr>
          <w:rFonts w:ascii="Georgia" w:hAnsi="Georgia"/>
          <w:b w:val="0"/>
          <w:i w:val="0"/>
          <w:color w:val="000000"/>
          <w:sz w:val="24"/>
        </w:rPr>
        <w:t>), а с внутренней точкой — 156 (</w:t>
      </w:r>
      <w:r>
        <w:rPr>
          <w:rFonts w:ascii="Georgia" w:hAnsi="Georgia" w:cs="Times New Roman"/>
          <w:b/>
          <w:i w:val="0"/>
          <w:color w:val="000000"/>
          <w:sz w:val="24"/>
          <w:rtl/>
          <w:szCs w:val="32"/>
        </w:rPr>
        <w:t>קנ״ו</w:t>
      </w:r>
      <w:r>
        <w:rPr>
          <w:rFonts w:ascii="Georgia" w:hAnsi="Georgia"/>
          <w:b w:val="0"/>
          <w:i w:val="0"/>
          <w:color w:val="000000"/>
          <w:sz w:val="24"/>
        </w:rPr>
        <w:t>), но там это относится к Есоду де-ЗА, тогда как у Аба ве-Има дело обстоит иначе. Знай [же это], ведь там о Есоде нуквы написано, что с колелем он равен 125 (</w:t>
      </w:r>
      <w:r>
        <w:rPr>
          <w:rFonts w:ascii="Georgia" w:hAnsi="Georgia" w:cs="Times New Roman"/>
          <w:b/>
          <w:i w:val="0"/>
          <w:color w:val="000000"/>
          <w:sz w:val="24"/>
          <w:rtl/>
          <w:szCs w:val="32"/>
        </w:rPr>
        <w:t>קכ״ה</w:t>
      </w:r>
      <w:r>
        <w:rPr>
          <w:rFonts w:ascii="Georgia" w:hAnsi="Georgia"/>
          <w:b w:val="0"/>
          <w:i w:val="0"/>
          <w:color w:val="000000"/>
          <w:sz w:val="24"/>
        </w:rPr>
        <w:t>), а с точкой — 126 (</w:t>
      </w:r>
      <w:r>
        <w:rPr>
          <w:rFonts w:ascii="Georgia" w:hAnsi="Georgia" w:cs="Times New Roman"/>
          <w:b/>
          <w:i w:val="0"/>
          <w:color w:val="000000"/>
          <w:sz w:val="24"/>
          <w:rtl/>
          <w:szCs w:val="32"/>
        </w:rPr>
        <w:t>קכ״ו</w:t>
      </w:r>
      <w:r>
        <w:rPr>
          <w:rFonts w:ascii="Georgia" w:hAnsi="Georgia"/>
          <w:b w:val="0"/>
          <w:i w:val="0"/>
          <w:color w:val="000000"/>
          <w:sz w:val="24"/>
        </w:rPr>
        <w:t xml:space="preserve">); и поскольку Есод [де-ЗА] превышает числом ее Есод, настолько же Есод де-Аба ве-Има будет превышать его Есод. И кроме того, почитание намекается также в седине, ведь дважды </w:t>
      </w:r>
      <w:r>
        <w:rPr>
          <w:rFonts w:ascii="Georgia" w:hAnsi="Georgia"/>
          <w:b w:val="0"/>
          <w:i/>
          <w:color w:val="000000"/>
          <w:sz w:val="24"/>
        </w:rPr>
        <w:t>сейва</w:t>
      </w:r>
      <w:r>
        <w:rPr>
          <w:rFonts w:ascii="Georgia" w:hAnsi="Georgia"/>
          <w:b w:val="0"/>
          <w:i w:val="0"/>
          <w:color w:val="000000"/>
          <w:sz w:val="24"/>
        </w:rPr>
        <w:t xml:space="preserve"> вместе с обобщениями обоих составляет число слова </w:t>
      </w:r>
      <w:r>
        <w:rPr>
          <w:rFonts w:ascii="Georgia" w:hAnsi="Georgia"/>
          <w:b w:val="0"/>
          <w:i/>
          <w:color w:val="000000"/>
          <w:sz w:val="24"/>
        </w:rPr>
        <w:t>ве-адарта</w:t>
      </w:r>
      <w:r>
        <w:rPr>
          <w:rFonts w:ascii="Georgia" w:hAnsi="Georgia"/>
          <w:b w:val="0"/>
          <w:i w:val="0"/>
          <w:color w:val="000000"/>
          <w:sz w:val="24"/>
        </w:rPr>
        <w:t xml:space="preserve"> («и почитай», </w:t>
      </w:r>
      <w:r>
        <w:rPr>
          <w:rFonts w:ascii="Georgia" w:hAnsi="Georgia" w:cs="Times New Roman"/>
          <w:b/>
          <w:i w:val="0"/>
          <w:color w:val="000000"/>
          <w:sz w:val="24"/>
          <w:rtl/>
          <w:szCs w:val="32"/>
        </w:rPr>
        <w:t>וְהָדַרְתָּ</w:t>
      </w:r>
      <w:r>
        <w:rPr>
          <w:rFonts w:ascii="Georgia" w:hAnsi="Georgia"/>
          <w:b w:val="0"/>
          <w:i w:val="0"/>
          <w:color w:val="000000"/>
          <w:sz w:val="24"/>
        </w:rPr>
        <w:t>). — Слова рабби Йосефа Д., благословенной памяти.] Также в ахораим де-АБ и де-САГ содержатся 18 (</w:t>
      </w:r>
      <w:r>
        <w:rPr>
          <w:rFonts w:ascii="Georgia" w:hAnsi="Georgia" w:cs="Times New Roman"/>
          <w:b/>
          <w:i w:val="0"/>
          <w:color w:val="000000"/>
          <w:sz w:val="24"/>
          <w:rtl/>
          <w:szCs w:val="32"/>
        </w:rPr>
        <w:t>ח״י</w:t>
      </w:r>
      <w:r>
        <w:rPr>
          <w:rFonts w:ascii="Georgia" w:hAnsi="Georgia"/>
          <w:b w:val="0"/>
          <w:i w:val="0"/>
          <w:color w:val="000000"/>
          <w:sz w:val="24"/>
        </w:rPr>
        <w:t>) букв йод, составляющих 180 (</w:t>
      </w:r>
      <w:r>
        <w:rPr>
          <w:rFonts w:ascii="Georgia" w:hAnsi="Georgia" w:cs="Times New Roman"/>
          <w:b/>
          <w:i w:val="0"/>
          <w:color w:val="000000"/>
          <w:sz w:val="24"/>
          <w:rtl/>
          <w:szCs w:val="32"/>
        </w:rPr>
        <w:t>ק״ף</w:t>
      </w:r>
      <w:r>
        <w:rPr>
          <w:rFonts w:ascii="Georgia" w:hAnsi="Georgia"/>
          <w:b w:val="0"/>
          <w:i w:val="0"/>
          <w:color w:val="000000"/>
          <w:sz w:val="24"/>
        </w:rPr>
        <w:t xml:space="preserve">), чтобы притянуть в каждую из десяти ветвей и 18 благословений. «21 раз АВАЯ — это </w:t>
      </w:r>
      <w:r>
        <w:rPr>
          <w:rFonts w:ascii="Georgia" w:hAnsi="Georgia"/>
          <w:b w:val="0"/>
          <w:i/>
          <w:color w:val="000000"/>
          <w:sz w:val="24"/>
        </w:rPr>
        <w:t>такум</w:t>
      </w:r>
      <w:r>
        <w:rPr>
          <w:rFonts w:ascii="Georgia" w:hAnsi="Georgia"/>
          <w:b w:val="0"/>
          <w:i w:val="0"/>
          <w:color w:val="000000"/>
          <w:sz w:val="24"/>
        </w:rPr>
        <w:t xml:space="preserve">» — это [смысл стиха]: </w:t>
      </w:r>
      <w:r>
        <w:rPr>
          <w:rFonts w:ascii="Georgia" w:hAnsi="Georgia"/>
          <w:b w:val="0"/>
          <w:i/>
          <w:color w:val="000000"/>
          <w:sz w:val="24"/>
        </w:rPr>
        <w:t>«Перед сединой вставай и почитай лицо старца»</w:t>
      </w:r>
      <w:r>
        <w:rPr>
          <w:rFonts w:ascii="Georgia" w:hAnsi="Georgia"/>
          <w:b w:val="0"/>
          <w:i w:val="0"/>
          <w:color w:val="000000"/>
          <w:sz w:val="24"/>
        </w:rPr>
        <w:t xml:space="preserve"> (Ваикра 19:32). [Старец] — это Йосеф, мир ему, и потому он назван </w:t>
      </w:r>
      <w:r>
        <w:rPr>
          <w:rFonts w:ascii="Georgia" w:hAnsi="Georgia"/>
          <w:b w:val="0"/>
          <w:i/>
          <w:color w:val="000000"/>
          <w:sz w:val="24"/>
        </w:rPr>
        <w:t>бен зекуним</w:t>
      </w:r>
      <w:r>
        <w:rPr>
          <w:rFonts w:ascii="Georgia" w:hAnsi="Georgia"/>
          <w:b w:val="0"/>
          <w:i w:val="0"/>
          <w:color w:val="000000"/>
          <w:sz w:val="24"/>
        </w:rPr>
        <w:t xml:space="preserve"> — </w:t>
      </w:r>
      <w:r>
        <w:rPr>
          <w:rFonts w:ascii="Georgia" w:hAnsi="Georgia"/>
          <w:b w:val="0"/>
          <w:i/>
          <w:color w:val="000000"/>
          <w:sz w:val="24"/>
        </w:rPr>
        <w:t>«сыном старости»</w:t>
      </w:r>
      <w:r>
        <w:rPr>
          <w:rFonts w:ascii="Georgia" w:hAnsi="Georgia"/>
          <w:b w:val="0"/>
          <w:i w:val="0"/>
          <w:color w:val="000000"/>
          <w:sz w:val="24"/>
        </w:rPr>
        <w:t xml:space="preserve"> (</w:t>
      </w:r>
      <w:r>
        <w:rPr>
          <w:rFonts w:ascii="Georgia" w:hAnsi="Georgia" w:cs="Times New Roman"/>
          <w:b/>
          <w:i w:val="0"/>
          <w:color w:val="000000"/>
          <w:sz w:val="24"/>
          <w:rtl/>
          <w:szCs w:val="32"/>
        </w:rPr>
        <w:t>בֶּן זְקוּנִים</w:t>
      </w:r>
      <w:r>
        <w:rPr>
          <w:rFonts w:ascii="Georgia" w:hAnsi="Georgia"/>
          <w:b w:val="0"/>
          <w:i w:val="0"/>
          <w:color w:val="000000"/>
          <w:sz w:val="24"/>
        </w:rPr>
        <w:t xml:space="preserve">, Берешит 37:3), так как число его на 1 меньше, чем </w:t>
      </w:r>
      <w:r>
        <w:rPr>
          <w:rFonts w:ascii="Georgia" w:hAnsi="Georgia"/>
          <w:b w:val="0"/>
          <w:i/>
          <w:color w:val="000000"/>
          <w:sz w:val="24"/>
        </w:rPr>
        <w:t>закен</w:t>
      </w:r>
      <w:r>
        <w:rPr>
          <w:rFonts w:ascii="Georgia" w:hAnsi="Georgia"/>
          <w:b w:val="0"/>
          <w:i w:val="0"/>
          <w:color w:val="000000"/>
          <w:sz w:val="24"/>
        </w:rPr>
        <w:t>. «Вставай и почитай» — к седине и так же к старцу; и так же обнаружишь имя Йосеф в обоих [словах], и [повеление] «вставай» в обоих.</w:t>
      </w:r>
    </w:p>
    <w:p>
      <w:pPr>
        <w:spacing w:before="40" w:after="120"/>
        <w:jc w:val="both"/>
      </w:pPr>
      <w:r>
        <w:rPr>
          <w:rFonts w:ascii="Georgia" w:hAnsi="Georgia"/>
          <w:b w:val="0"/>
          <w:i/>
          <w:color w:val="000000"/>
          <w:sz w:val="24"/>
        </w:rPr>
        <w:t>Ноам</w:t>
      </w:r>
      <w:r>
        <w:rPr>
          <w:rFonts w:ascii="Georgia" w:hAnsi="Georgia"/>
          <w:b w:val="0"/>
          <w:i w:val="0"/>
          <w:color w:val="000000"/>
          <w:sz w:val="24"/>
        </w:rPr>
        <w:t xml:space="preserve"> (</w:t>
      </w:r>
      <w:r>
        <w:rPr>
          <w:rFonts w:ascii="Georgia" w:hAnsi="Georgia" w:cs="Times New Roman"/>
          <w:b/>
          <w:i w:val="0"/>
          <w:color w:val="000000"/>
          <w:sz w:val="24"/>
          <w:rtl/>
          <w:szCs w:val="32"/>
        </w:rPr>
        <w:t>נֹעַם</w:t>
      </w:r>
      <w:r>
        <w:rPr>
          <w:rFonts w:ascii="Georgia" w:hAnsi="Georgia"/>
          <w:b w:val="0"/>
          <w:i w:val="0"/>
          <w:color w:val="000000"/>
          <w:sz w:val="24"/>
        </w:rPr>
        <w:t>): алеф, хэй, йод, хэй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 161). АБ: йод, хэй, вав, хэй (</w:t>
      </w:r>
      <w:r>
        <w:rPr>
          <w:rFonts w:ascii="Georgia" w:hAnsi="Georgia" w:cs="Times New Roman"/>
          <w:b/>
          <w:i w:val="0"/>
          <w:color w:val="000000"/>
          <w:sz w:val="24"/>
          <w:rtl/>
          <w:szCs w:val="32"/>
        </w:rPr>
        <w:t>יוד הי ויו הי</w:t>
      </w:r>
      <w:r>
        <w:rPr>
          <w:rFonts w:ascii="Georgia" w:hAnsi="Georgia"/>
          <w:b w:val="0"/>
          <w:i w:val="0"/>
          <w:color w:val="000000"/>
          <w:sz w:val="24"/>
        </w:rPr>
        <w:t xml:space="preserve"> = 72). </w:t>
      </w:r>
      <w:r>
        <w:rPr>
          <w:rFonts w:ascii="Georgia" w:hAnsi="Georgia"/>
          <w:b w:val="0"/>
          <w:i/>
          <w:color w:val="000000"/>
          <w:sz w:val="24"/>
        </w:rPr>
        <w:t>Ноам</w:t>
      </w:r>
      <w:r>
        <w:rPr>
          <w:rFonts w:ascii="Georgia" w:hAnsi="Georgia"/>
          <w:b w:val="0"/>
          <w:i w:val="0"/>
          <w:color w:val="000000"/>
          <w:sz w:val="24"/>
        </w:rPr>
        <w:t xml:space="preserve"> (</w:t>
      </w:r>
      <w:r>
        <w:rPr>
          <w:rFonts w:ascii="Georgia" w:hAnsi="Georgia" w:cs="Times New Roman"/>
          <w:b/>
          <w:i w:val="0"/>
          <w:color w:val="000000"/>
          <w:sz w:val="24"/>
          <w:rtl/>
          <w:szCs w:val="32"/>
        </w:rPr>
        <w:t>נֹעַם</w:t>
      </w:r>
      <w:r>
        <w:rPr>
          <w:rFonts w:ascii="Georgia" w:hAnsi="Georgia"/>
          <w:b w:val="0"/>
          <w:i w:val="0"/>
          <w:color w:val="000000"/>
          <w:sz w:val="24"/>
        </w:rPr>
        <w:t>): алеф, хэй, йод, хэй (</w:t>
      </w:r>
      <w:r>
        <w:rPr>
          <w:rFonts w:ascii="Georgia" w:hAnsi="Georgia" w:cs="Times New Roman"/>
          <w:b/>
          <w:i w:val="0"/>
          <w:color w:val="000000"/>
          <w:sz w:val="24"/>
          <w:rtl/>
          <w:szCs w:val="32"/>
        </w:rPr>
        <w:t>אלף הי יוד הי</w:t>
      </w:r>
      <w:r>
        <w:rPr>
          <w:rFonts w:ascii="Georgia" w:hAnsi="Georgia"/>
          <w:b w:val="0"/>
          <w:i w:val="0"/>
          <w:color w:val="000000"/>
          <w:sz w:val="24"/>
        </w:rPr>
        <w:t>). Йод-хэй-вав (</w:t>
      </w:r>
      <w:r>
        <w:rPr>
          <w:rFonts w:ascii="Georgia" w:hAnsi="Georgia" w:cs="Times New Roman"/>
          <w:b/>
          <w:i w:val="0"/>
          <w:color w:val="000000"/>
          <w:sz w:val="24"/>
          <w:rtl/>
          <w:szCs w:val="32"/>
        </w:rPr>
        <w:t>יוד הי ויו</w:t>
      </w:r>
      <w:r>
        <w:rPr>
          <w:rFonts w:ascii="Georgia" w:hAnsi="Georgia"/>
          <w:b w:val="0"/>
          <w:i w:val="0"/>
          <w:color w:val="000000"/>
          <w:sz w:val="24"/>
        </w:rPr>
        <w:t>), йод-хэй-вав (</w:t>
      </w:r>
      <w:r>
        <w:rPr>
          <w:rFonts w:ascii="Georgia" w:hAnsi="Georgia" w:cs="Times New Roman"/>
          <w:b/>
          <w:i w:val="0"/>
          <w:color w:val="000000"/>
          <w:sz w:val="24"/>
          <w:rtl/>
          <w:szCs w:val="32"/>
        </w:rPr>
        <w:t>יוד הי ואו</w:t>
      </w:r>
      <w:r>
        <w:rPr>
          <w:rFonts w:ascii="Georgia" w:hAnsi="Georgia"/>
          <w:b w:val="0"/>
          <w:i w:val="0"/>
          <w:color w:val="000000"/>
          <w:sz w:val="24"/>
        </w:rPr>
        <w:t>), йод-хэй-вав (</w:t>
      </w:r>
      <w:r>
        <w:rPr>
          <w:rFonts w:ascii="Georgia" w:hAnsi="Georgia" w:cs="Times New Roman"/>
          <w:b/>
          <w:i w:val="0"/>
          <w:color w:val="000000"/>
          <w:sz w:val="24"/>
          <w:rtl/>
          <w:szCs w:val="32"/>
        </w:rPr>
        <w:t>יוד הא ואו</w:t>
      </w:r>
      <w:r>
        <w:rPr>
          <w:rFonts w:ascii="Georgia" w:hAnsi="Georgia"/>
          <w:b w:val="0"/>
          <w:i w:val="0"/>
          <w:color w:val="000000"/>
          <w:sz w:val="24"/>
        </w:rPr>
        <w:t>), йод-хэй-вав (</w:t>
      </w:r>
      <w:r>
        <w:rPr>
          <w:rFonts w:ascii="Georgia" w:hAnsi="Georgia" w:cs="Times New Roman"/>
          <w:b/>
          <w:i w:val="0"/>
          <w:color w:val="000000"/>
          <w:sz w:val="24"/>
          <w:rtl/>
          <w:szCs w:val="32"/>
        </w:rPr>
        <w:t>יוד הה וו</w:t>
      </w:r>
      <w:r>
        <w:rPr>
          <w:rFonts w:ascii="Georgia" w:hAnsi="Georgia"/>
          <w:b w:val="0"/>
          <w:i w:val="0"/>
          <w:color w:val="000000"/>
          <w:sz w:val="24"/>
        </w:rPr>
        <w:t xml:space="preserve">). </w:t>
      </w:r>
      <w:r>
        <w:rPr>
          <w:rFonts w:ascii="Georgia" w:hAnsi="Georgia"/>
          <w:b w:val="0"/>
          <w:i/>
          <w:color w:val="000000"/>
          <w:sz w:val="24"/>
        </w:rPr>
        <w:t>Маком</w:t>
      </w:r>
      <w:r>
        <w:rPr>
          <w:rFonts w:ascii="Georgia" w:hAnsi="Georgia"/>
          <w:b w:val="0"/>
          <w:i w:val="0"/>
          <w:color w:val="000000"/>
          <w:sz w:val="24"/>
        </w:rPr>
        <w:t xml:space="preserve">, </w:t>
      </w:r>
      <w:r>
        <w:rPr>
          <w:rFonts w:ascii="Georgia" w:hAnsi="Georgia"/>
          <w:b w:val="0"/>
          <w:i/>
          <w:color w:val="000000"/>
          <w:sz w:val="24"/>
        </w:rPr>
        <w:t>маком</w:t>
      </w:r>
      <w:r>
        <w:rPr>
          <w:rFonts w:ascii="Georgia" w:hAnsi="Georgia"/>
          <w:b w:val="0"/>
          <w:i w:val="0"/>
          <w:color w:val="000000"/>
          <w:sz w:val="24"/>
        </w:rPr>
        <w:t xml:space="preserve"> (</w:t>
      </w:r>
      <w:r>
        <w:rPr>
          <w:rFonts w:ascii="Georgia" w:hAnsi="Georgia" w:cs="Times New Roman"/>
          <w:b/>
          <w:i w:val="0"/>
          <w:color w:val="000000"/>
          <w:sz w:val="24"/>
          <w:rtl/>
          <w:szCs w:val="32"/>
        </w:rPr>
        <w:t>מָקוֹם מָקוֹם</w:t>
      </w:r>
      <w:r>
        <w:rPr>
          <w:rFonts w:ascii="Georgia" w:hAnsi="Georgia"/>
          <w:b w:val="0"/>
          <w:i w:val="0"/>
          <w:color w:val="000000"/>
          <w:sz w:val="24"/>
        </w:rPr>
        <w:t>), и это — алеф, ламэд (</w:t>
      </w:r>
      <w:r>
        <w:rPr>
          <w:rFonts w:ascii="Georgia" w:hAnsi="Georgia" w:cs="Times New Roman"/>
          <w:b/>
          <w:i w:val="0"/>
          <w:color w:val="000000"/>
          <w:sz w:val="24"/>
          <w:rtl/>
          <w:szCs w:val="32"/>
        </w:rPr>
        <w:t>אלף למד</w:t>
      </w:r>
      <w:r>
        <w:rPr>
          <w:rFonts w:ascii="Georgia" w:hAnsi="Georgia"/>
          <w:b w:val="0"/>
          <w:i w:val="0"/>
          <w:color w:val="000000"/>
          <w:sz w:val="24"/>
        </w:rPr>
        <w:t xml:space="preserve">). [А то, что написано: «алеф, ламэд» и так далее — означает: посмотри в единении 81 на стих </w:t>
      </w:r>
      <w:r>
        <w:rPr>
          <w:rFonts w:ascii="Georgia" w:hAnsi="Georgia"/>
          <w:b w:val="0"/>
          <w:i/>
          <w:color w:val="000000"/>
          <w:sz w:val="24"/>
        </w:rPr>
        <w:t>«Свет посеян для праведника…»</w:t>
      </w:r>
      <w:r>
        <w:rPr>
          <w:rFonts w:ascii="Georgia" w:hAnsi="Georgia"/>
          <w:b w:val="0"/>
          <w:i w:val="0"/>
          <w:color w:val="000000"/>
          <w:sz w:val="24"/>
        </w:rPr>
        <w:t xml:space="preserve"> (Теилим 97:11). </w:t>
      </w:r>
      <w:r>
        <w:rPr>
          <w:rFonts w:ascii="Georgia" w:hAnsi="Georgia"/>
          <w:b w:val="0"/>
          <w:i/>
          <w:color w:val="000000"/>
          <w:sz w:val="24"/>
        </w:rPr>
        <w:t>Ноам</w:t>
      </w:r>
      <w:r>
        <w:rPr>
          <w:rFonts w:ascii="Georgia" w:hAnsi="Georgia"/>
          <w:b w:val="0"/>
          <w:i w:val="0"/>
          <w:color w:val="000000"/>
          <w:sz w:val="24"/>
        </w:rPr>
        <w:t xml:space="preserve">, АБ и </w:t>
      </w:r>
      <w:r>
        <w:rPr>
          <w:rFonts w:ascii="Georgia" w:hAnsi="Georgia"/>
          <w:b w:val="0"/>
          <w:i/>
          <w:color w:val="000000"/>
          <w:sz w:val="24"/>
        </w:rPr>
        <w:t>Ноам</w:t>
      </w:r>
      <w:r>
        <w:rPr>
          <w:rFonts w:ascii="Georgia" w:hAnsi="Georgia"/>
          <w:b w:val="0"/>
          <w:i w:val="0"/>
          <w:color w:val="000000"/>
          <w:sz w:val="24"/>
        </w:rPr>
        <w:t xml:space="preserve"> — это сами [мохин] головного тфилина Раши. И потому он написал только три [сочетания] йод-хэй-вав де-АБ-САГ-МА (</w:t>
      </w:r>
      <w:r>
        <w:rPr>
          <w:rFonts w:ascii="Georgia" w:hAnsi="Georgia" w:cs="Times New Roman"/>
          <w:b/>
          <w:i w:val="0"/>
          <w:color w:val="000000"/>
          <w:sz w:val="24"/>
          <w:rtl/>
          <w:szCs w:val="32"/>
        </w:rPr>
        <w:t>עס״מ</w:t>
      </w:r>
      <w:r>
        <w:rPr>
          <w:rFonts w:ascii="Georgia" w:hAnsi="Georgia"/>
          <w:b w:val="0"/>
          <w:i w:val="0"/>
          <w:color w:val="000000"/>
          <w:sz w:val="24"/>
        </w:rPr>
        <w:t xml:space="preserve">), составляющие [в сумме] </w:t>
      </w:r>
      <w:r>
        <w:rPr>
          <w:rFonts w:ascii="Georgia" w:hAnsi="Georgia"/>
          <w:b w:val="0"/>
          <w:i/>
          <w:color w:val="000000"/>
          <w:sz w:val="24"/>
        </w:rPr>
        <w:t>маком</w:t>
      </w:r>
      <w:r>
        <w:rPr>
          <w:rFonts w:ascii="Georgia" w:hAnsi="Georgia"/>
          <w:b w:val="0"/>
          <w:i w:val="0"/>
          <w:color w:val="000000"/>
          <w:sz w:val="24"/>
        </w:rPr>
        <w:t xml:space="preserve"> («место», </w:t>
      </w:r>
      <w:r>
        <w:rPr>
          <w:rFonts w:ascii="Georgia" w:hAnsi="Georgia" w:cs="Times New Roman"/>
          <w:b/>
          <w:i w:val="0"/>
          <w:color w:val="000000"/>
          <w:sz w:val="24"/>
          <w:rtl/>
          <w:szCs w:val="32"/>
        </w:rPr>
        <w:t>מָקוֹם</w:t>
      </w:r>
      <w:r>
        <w:rPr>
          <w:rFonts w:ascii="Georgia" w:hAnsi="Georgia"/>
          <w:b w:val="0"/>
          <w:i w:val="0"/>
          <w:color w:val="000000"/>
          <w:sz w:val="24"/>
        </w:rPr>
        <w:t xml:space="preserve"> = 186). Само же слово </w:t>
      </w:r>
      <w:r>
        <w:rPr>
          <w:rFonts w:ascii="Georgia" w:hAnsi="Georgia"/>
          <w:b w:val="0"/>
          <w:i/>
          <w:color w:val="000000"/>
          <w:sz w:val="24"/>
        </w:rPr>
        <w:t>маком</w:t>
      </w:r>
      <w:r>
        <w:rPr>
          <w:rFonts w:ascii="Georgia" w:hAnsi="Georgia"/>
          <w:b w:val="0"/>
          <w:i w:val="0"/>
          <w:color w:val="000000"/>
          <w:sz w:val="24"/>
        </w:rPr>
        <w:t xml:space="preserve"> — это ЭЛЬ в полном написании: алеф, ламэд (</w:t>
      </w:r>
      <w:r>
        <w:rPr>
          <w:rFonts w:ascii="Georgia" w:hAnsi="Georgia" w:cs="Times New Roman"/>
          <w:b/>
          <w:i w:val="0"/>
          <w:color w:val="000000"/>
          <w:sz w:val="24"/>
          <w:rtl/>
          <w:szCs w:val="32"/>
        </w:rPr>
        <w:t>אלף למד</w:t>
      </w:r>
      <w:r>
        <w:rPr>
          <w:rFonts w:ascii="Georgia" w:hAnsi="Georgia"/>
          <w:b w:val="0"/>
          <w:i w:val="0"/>
          <w:color w:val="000000"/>
          <w:sz w:val="24"/>
        </w:rPr>
        <w:t xml:space="preserve"> = 185) с колелем (185 + 1 = 186). И потому ЭЛЬ (</w:t>
      </w:r>
      <w:r>
        <w:rPr>
          <w:rFonts w:ascii="Georgia" w:hAnsi="Georgia" w:cs="Times New Roman"/>
          <w:b/>
          <w:i w:val="0"/>
          <w:color w:val="000000"/>
          <w:sz w:val="24"/>
          <w:rtl/>
          <w:szCs w:val="32"/>
        </w:rPr>
        <w:t>אֵל</w:t>
      </w:r>
      <w:r>
        <w:rPr>
          <w:rFonts w:ascii="Georgia" w:hAnsi="Georgia"/>
          <w:b w:val="0"/>
          <w:i w:val="0"/>
          <w:color w:val="000000"/>
          <w:sz w:val="24"/>
        </w:rPr>
        <w:t xml:space="preserve">) соединится с </w:t>
      </w:r>
      <w:r>
        <w:rPr>
          <w:rFonts w:ascii="Georgia" w:hAnsi="Georgia"/>
          <w:b w:val="0"/>
          <w:i/>
          <w:color w:val="000000"/>
          <w:sz w:val="24"/>
        </w:rPr>
        <w:t>маком</w:t>
      </w:r>
      <w:r>
        <w:rPr>
          <w:rFonts w:ascii="Georgia" w:hAnsi="Georgia"/>
          <w:b w:val="0"/>
          <w:i w:val="0"/>
          <w:color w:val="000000"/>
          <w:sz w:val="24"/>
        </w:rPr>
        <w:t>, и получится 370 (</w:t>
      </w:r>
      <w:r>
        <w:rPr>
          <w:rFonts w:ascii="Georgia" w:hAnsi="Georgia" w:cs="Times New Roman"/>
          <w:b/>
          <w:i w:val="0"/>
          <w:color w:val="000000"/>
          <w:sz w:val="24"/>
          <w:rtl/>
          <w:szCs w:val="32"/>
        </w:rPr>
        <w:t>ש״ע</w:t>
      </w:r>
      <w:r>
        <w:rPr>
          <w:rFonts w:ascii="Georgia" w:hAnsi="Georgia"/>
          <w:b w:val="0"/>
          <w:i w:val="0"/>
          <w:color w:val="000000"/>
          <w:sz w:val="24"/>
        </w:rPr>
        <w:t xml:space="preserve">) светов. И так как </w:t>
      </w:r>
      <w:r>
        <w:rPr>
          <w:rFonts w:ascii="Georgia" w:hAnsi="Georgia"/>
          <w:b w:val="0"/>
          <w:i/>
          <w:color w:val="000000"/>
          <w:sz w:val="24"/>
        </w:rPr>
        <w:t>Ноам</w:t>
      </w:r>
      <w:r>
        <w:rPr>
          <w:rFonts w:ascii="Georgia" w:hAnsi="Georgia"/>
          <w:b w:val="0"/>
          <w:i w:val="0"/>
          <w:color w:val="000000"/>
          <w:sz w:val="24"/>
        </w:rPr>
        <w:t xml:space="preserve">, АБ и </w:t>
      </w:r>
      <w:r>
        <w:rPr>
          <w:rFonts w:ascii="Georgia" w:hAnsi="Georgia"/>
          <w:b w:val="0"/>
          <w:i/>
          <w:color w:val="000000"/>
          <w:sz w:val="24"/>
        </w:rPr>
        <w:t>Ноам</w:t>
      </w:r>
      <w:r>
        <w:rPr>
          <w:rFonts w:ascii="Georgia" w:hAnsi="Georgia"/>
          <w:b w:val="0"/>
          <w:i w:val="0"/>
          <w:color w:val="000000"/>
          <w:sz w:val="24"/>
        </w:rPr>
        <w:t xml:space="preserve"> Учитель передал [как] </w:t>
      </w:r>
      <w:r>
        <w:rPr>
          <w:rFonts w:ascii="Georgia" w:hAnsi="Georgia"/>
          <w:b w:val="0"/>
          <w:i/>
          <w:color w:val="000000"/>
          <w:sz w:val="24"/>
        </w:rPr>
        <w:t>Ноам</w:t>
      </w:r>
      <w:r>
        <w:rPr>
          <w:rFonts w:ascii="Georgia" w:hAnsi="Georgia"/>
          <w:b w:val="0"/>
          <w:i w:val="0"/>
          <w:color w:val="000000"/>
          <w:sz w:val="24"/>
        </w:rPr>
        <w:t xml:space="preserve"> (</w:t>
      </w:r>
      <w:r>
        <w:rPr>
          <w:rFonts w:ascii="Georgia" w:hAnsi="Georgia" w:cs="Times New Roman"/>
          <w:b/>
          <w:i w:val="0"/>
          <w:color w:val="000000"/>
          <w:sz w:val="24"/>
          <w:rtl/>
          <w:szCs w:val="32"/>
        </w:rPr>
        <w:t>נֹעַם</w:t>
      </w:r>
      <w:r>
        <w:rPr>
          <w:rFonts w:ascii="Georgia" w:hAnsi="Georgia"/>
          <w:b w:val="0"/>
          <w:i w:val="0"/>
          <w:color w:val="000000"/>
          <w:sz w:val="24"/>
        </w:rPr>
        <w:t xml:space="preserve"> = 160) — на единицу меньше, чем 161 (</w:t>
      </w:r>
      <w:r>
        <w:rPr>
          <w:rFonts w:ascii="Georgia" w:hAnsi="Georgia" w:cs="Times New Roman"/>
          <w:b/>
          <w:i w:val="0"/>
          <w:color w:val="000000"/>
          <w:sz w:val="24"/>
          <w:rtl/>
          <w:szCs w:val="32"/>
        </w:rPr>
        <w:t>קס״א</w:t>
      </w:r>
      <w:r>
        <w:rPr>
          <w:rFonts w:ascii="Georgia" w:hAnsi="Georgia"/>
          <w:b w:val="0"/>
          <w:i w:val="0"/>
          <w:color w:val="000000"/>
          <w:sz w:val="24"/>
        </w:rPr>
        <w:t xml:space="preserve">), ведь такова тайна [стиха] </w:t>
      </w:r>
      <w:r>
        <w:rPr>
          <w:rFonts w:ascii="Georgia" w:hAnsi="Georgia"/>
          <w:b w:val="0"/>
          <w:i/>
          <w:color w:val="000000"/>
          <w:sz w:val="24"/>
        </w:rPr>
        <w:t>«приятность Г-спода»</w:t>
      </w:r>
      <w:r>
        <w:rPr>
          <w:rFonts w:ascii="Georgia" w:hAnsi="Georgia"/>
          <w:b w:val="0"/>
          <w:i w:val="0"/>
          <w:color w:val="000000"/>
          <w:sz w:val="24"/>
        </w:rPr>
        <w:t xml:space="preserve"> (Теилим 90:17), то они составляют по числу 370 (</w:t>
      </w:r>
      <w:r>
        <w:rPr>
          <w:rFonts w:ascii="Georgia" w:hAnsi="Georgia" w:cs="Times New Roman"/>
          <w:b/>
          <w:i w:val="0"/>
          <w:color w:val="000000"/>
          <w:sz w:val="24"/>
          <w:rtl/>
          <w:szCs w:val="32"/>
        </w:rPr>
        <w:t>ש״ע</w:t>
      </w:r>
      <w:r>
        <w:rPr>
          <w:rFonts w:ascii="Georgia" w:hAnsi="Georgia"/>
          <w:b w:val="0"/>
          <w:i w:val="0"/>
          <w:color w:val="000000"/>
          <w:sz w:val="24"/>
        </w:rPr>
        <w:t>) и 22 (</w:t>
      </w:r>
      <w:r>
        <w:rPr>
          <w:rFonts w:ascii="Georgia" w:hAnsi="Georgia" w:cs="Times New Roman"/>
          <w:b/>
          <w:i w:val="0"/>
          <w:color w:val="000000"/>
          <w:sz w:val="24"/>
          <w:rtl/>
          <w:szCs w:val="32"/>
        </w:rPr>
        <w:t>כ״ב</w:t>
      </w:r>
      <w:r>
        <w:rPr>
          <w:rFonts w:ascii="Georgia" w:hAnsi="Georgia"/>
          <w:b w:val="0"/>
          <w:i w:val="0"/>
          <w:color w:val="000000"/>
          <w:sz w:val="24"/>
        </w:rPr>
        <w:t>). Поэтому он написал 22 в честь 22-буквенного Имени священнического благословения, ведь единицу, которая входит... куда войдет Аба? А поскольку 161 (</w:t>
      </w:r>
      <w:r>
        <w:rPr>
          <w:rFonts w:ascii="Georgia" w:hAnsi="Georgia" w:cs="Times New Roman"/>
          <w:b/>
          <w:i w:val="0"/>
          <w:color w:val="000000"/>
          <w:sz w:val="24"/>
          <w:rtl/>
          <w:szCs w:val="32"/>
        </w:rPr>
        <w:t>קס״א</w:t>
      </w:r>
      <w:r>
        <w:rPr>
          <w:rFonts w:ascii="Georgia" w:hAnsi="Georgia"/>
          <w:b w:val="0"/>
          <w:i w:val="0"/>
          <w:color w:val="000000"/>
          <w:sz w:val="24"/>
        </w:rPr>
        <w:t>), АБ (72) и 161 (</w:t>
      </w:r>
      <w:r>
        <w:rPr>
          <w:rFonts w:ascii="Georgia" w:hAnsi="Georgia" w:cs="Times New Roman"/>
          <w:b/>
          <w:i w:val="0"/>
          <w:color w:val="000000"/>
          <w:sz w:val="24"/>
          <w:rtl/>
          <w:szCs w:val="32"/>
        </w:rPr>
        <w:t>קס״א</w:t>
      </w:r>
      <w:r>
        <w:rPr>
          <w:rFonts w:ascii="Georgia" w:hAnsi="Georgia"/>
          <w:b w:val="0"/>
          <w:i w:val="0"/>
          <w:color w:val="000000"/>
          <w:sz w:val="24"/>
        </w:rPr>
        <w:t>) по числу составляют 394 (</w:t>
      </w:r>
      <w:r>
        <w:rPr>
          <w:rFonts w:ascii="Georgia" w:hAnsi="Georgia" w:cs="Times New Roman"/>
          <w:b/>
          <w:i w:val="0"/>
          <w:color w:val="000000"/>
          <w:sz w:val="24"/>
          <w:rtl/>
          <w:szCs w:val="32"/>
        </w:rPr>
        <w:t>שצ״ד</w:t>
      </w:r>
      <w:r>
        <w:rPr>
          <w:rFonts w:ascii="Georgia" w:hAnsi="Georgia"/>
          <w:b w:val="0"/>
          <w:i w:val="0"/>
          <w:color w:val="000000"/>
          <w:sz w:val="24"/>
        </w:rPr>
        <w:t xml:space="preserve">), а вместе с числом </w:t>
      </w:r>
      <w:r>
        <w:rPr>
          <w:rFonts w:ascii="Georgia" w:hAnsi="Georgia"/>
          <w:b w:val="0"/>
          <w:i/>
          <w:color w:val="000000"/>
          <w:sz w:val="24"/>
        </w:rPr>
        <w:t>маком</w:t>
      </w:r>
      <w:r>
        <w:rPr>
          <w:rFonts w:ascii="Georgia" w:hAnsi="Georgia"/>
          <w:b w:val="0"/>
          <w:i w:val="0"/>
          <w:color w:val="000000"/>
          <w:sz w:val="24"/>
        </w:rPr>
        <w:t xml:space="preserve"> (186) для мохин, приходящих благодаря их силе, это составляет по гематрии 580 (</w:t>
      </w:r>
      <w:r>
        <w:rPr>
          <w:rFonts w:ascii="Georgia" w:hAnsi="Georgia" w:cs="Times New Roman"/>
          <w:b/>
          <w:i w:val="0"/>
          <w:color w:val="000000"/>
          <w:sz w:val="24"/>
          <w:rtl/>
          <w:szCs w:val="32"/>
        </w:rPr>
        <w:t>תק״ף</w:t>
      </w:r>
      <w:r>
        <w:rPr>
          <w:rFonts w:ascii="Georgia" w:hAnsi="Georgia"/>
          <w:b w:val="0"/>
          <w:i w:val="0"/>
          <w:color w:val="000000"/>
          <w:sz w:val="24"/>
        </w:rPr>
        <w:t xml:space="preserve">), он написал: «называемое </w:t>
      </w:r>
      <w:r>
        <w:rPr>
          <w:rFonts w:ascii="Georgia" w:hAnsi="Georgia" w:cs="Times New Roman"/>
          <w:b/>
          <w:i w:val="0"/>
          <w:color w:val="000000"/>
          <w:sz w:val="24"/>
          <w:rtl/>
          <w:szCs w:val="32"/>
        </w:rPr>
        <w:t>פסת״ם</w:t>
      </w:r>
      <w:r>
        <w:rPr>
          <w:rFonts w:ascii="Georgia" w:hAnsi="Georgia"/>
          <w:b w:val="0"/>
          <w:i w:val="0"/>
          <w:color w:val="000000"/>
          <w:sz w:val="24"/>
        </w:rPr>
        <w:t>», что также составляет по гематрии 580. Ведь 22-буквенное Имя — это также свечение дикны де-АА. И потому он написал: ЭЛЬ, ЭЛОКИМ, АВАЯ, ведь раскрытие свечений в дикне — это края головы (</w:t>
      </w:r>
      <w:r>
        <w:rPr>
          <w:rFonts w:ascii="Georgia" w:hAnsi="Georgia"/>
          <w:b w:val="0"/>
          <w:i/>
          <w:color w:val="000000"/>
          <w:sz w:val="24"/>
        </w:rPr>
        <w:t>пеот а-рош</w:t>
      </w:r>
      <w:r>
        <w:rPr>
          <w:rFonts w:ascii="Georgia" w:hAnsi="Georgia"/>
          <w:b w:val="0"/>
          <w:i w:val="0"/>
          <w:color w:val="000000"/>
          <w:sz w:val="24"/>
        </w:rPr>
        <w:t xml:space="preserve">), чей корень — [Имя] АВАЯ, замененная на </w:t>
      </w:r>
      <w:r>
        <w:rPr>
          <w:rFonts w:ascii="Georgia" w:hAnsi="Georgia" w:cs="Times New Roman"/>
          <w:b/>
          <w:i w:val="0"/>
          <w:color w:val="000000"/>
          <w:sz w:val="24"/>
          <w:rtl/>
          <w:szCs w:val="32"/>
        </w:rPr>
        <w:t>מנפ״ץ</w:t>
      </w:r>
      <w:r>
        <w:rPr>
          <w:rFonts w:ascii="Georgia" w:hAnsi="Georgia"/>
          <w:b w:val="0"/>
          <w:i w:val="0"/>
          <w:color w:val="000000"/>
          <w:sz w:val="24"/>
        </w:rPr>
        <w:t>, представляющее собой скрытый ЭЛОКИМ, как известно из соответствующего места. Имена ЭЛЬ, ЭЛОКИМ, АВАЯ составляют 143 (</w:t>
      </w:r>
      <w:r>
        <w:rPr>
          <w:rFonts w:ascii="Georgia" w:hAnsi="Georgia" w:cs="Times New Roman"/>
          <w:b/>
          <w:i w:val="0"/>
          <w:color w:val="000000"/>
          <w:sz w:val="24"/>
          <w:rtl/>
          <w:szCs w:val="32"/>
        </w:rPr>
        <w:t>קמ״ג</w:t>
      </w:r>
      <w:r>
        <w:rPr>
          <w:rFonts w:ascii="Georgia" w:hAnsi="Georgia"/>
          <w:b w:val="0"/>
          <w:i w:val="0"/>
          <w:color w:val="000000"/>
          <w:sz w:val="24"/>
        </w:rPr>
        <w:t xml:space="preserve">), и потому намерение должно быть обращено на ЭЙЕ с наполнением алефин (143). Причина же в том, что все свойства волос происходят от мелахим, а их услаждение совершается посредством 143, что с колелем равно числу </w:t>
      </w:r>
      <w:r>
        <w:rPr>
          <w:rFonts w:ascii="Georgia" w:hAnsi="Georgia"/>
          <w:b w:val="0"/>
          <w:i/>
          <w:color w:val="000000"/>
          <w:sz w:val="24"/>
        </w:rPr>
        <w:t>кедем</w:t>
      </w:r>
      <w:r>
        <w:rPr>
          <w:rFonts w:ascii="Georgia" w:hAnsi="Georgia"/>
          <w:b w:val="0"/>
          <w:i w:val="0"/>
          <w:color w:val="000000"/>
          <w:sz w:val="24"/>
        </w:rPr>
        <w:t xml:space="preserve"> («древность», </w:t>
      </w:r>
      <w:r>
        <w:rPr>
          <w:rFonts w:ascii="Georgia" w:hAnsi="Georgia" w:cs="Times New Roman"/>
          <w:b/>
          <w:i w:val="0"/>
          <w:color w:val="000000"/>
          <w:sz w:val="24"/>
          <w:rtl/>
          <w:szCs w:val="32"/>
        </w:rPr>
        <w:t>קֶדֶם</w:t>
      </w:r>
      <w:r>
        <w:rPr>
          <w:rFonts w:ascii="Georgia" w:hAnsi="Georgia"/>
          <w:b w:val="0"/>
          <w:i w:val="0"/>
          <w:color w:val="000000"/>
          <w:sz w:val="24"/>
        </w:rPr>
        <w:t xml:space="preserve"> = 144), как написал Учитель, благословенной памяти, в единении 43 на стих </w:t>
      </w:r>
      <w:r>
        <w:rPr>
          <w:rFonts w:ascii="Georgia" w:hAnsi="Georgia"/>
          <w:b w:val="0"/>
          <w:i/>
          <w:color w:val="000000"/>
          <w:sz w:val="24"/>
        </w:rPr>
        <w:t>«Взвесь стезю ноги твоей…»</w:t>
      </w:r>
      <w:r>
        <w:rPr>
          <w:rFonts w:ascii="Georgia" w:hAnsi="Georgia"/>
          <w:b w:val="0"/>
          <w:i w:val="0"/>
          <w:color w:val="000000"/>
          <w:sz w:val="24"/>
        </w:rPr>
        <w:t xml:space="preserve"> (Мишлей 4:26). И нужно произнести: йод-хэй-вав-хэй де-АБ (</w:t>
      </w:r>
      <w:r>
        <w:rPr>
          <w:rFonts w:ascii="Georgia" w:hAnsi="Georgia" w:cs="Times New Roman"/>
          <w:b/>
          <w:i w:val="0"/>
          <w:color w:val="000000"/>
          <w:sz w:val="24"/>
          <w:rtl/>
          <w:szCs w:val="32"/>
        </w:rPr>
        <w:t>יו״ד ה״י וי״ו ה״י ע״ב</w:t>
      </w:r>
      <w:r>
        <w:rPr>
          <w:rFonts w:ascii="Georgia" w:hAnsi="Georgia"/>
          <w:b w:val="0"/>
          <w:i w:val="0"/>
          <w:color w:val="000000"/>
          <w:sz w:val="24"/>
        </w:rPr>
        <w:t>) и так далее. А именно: АБ вместе с четырьмя [сочетаниями] йод-хэй-вав (</w:t>
      </w:r>
      <w:r>
        <w:rPr>
          <w:rFonts w:ascii="Georgia" w:hAnsi="Georgia" w:cs="Times New Roman"/>
          <w:b/>
          <w:i w:val="0"/>
          <w:color w:val="000000"/>
          <w:sz w:val="24"/>
          <w:rtl/>
          <w:szCs w:val="32"/>
        </w:rPr>
        <w:t>יה״ו</w:t>
      </w:r>
      <w:r>
        <w:rPr>
          <w:rFonts w:ascii="Georgia" w:hAnsi="Georgia"/>
          <w:b w:val="0"/>
          <w:i w:val="0"/>
          <w:color w:val="000000"/>
          <w:sz w:val="24"/>
        </w:rPr>
        <w:t>), составляющими 84 (</w:t>
      </w:r>
      <w:r>
        <w:rPr>
          <w:rFonts w:ascii="Georgia" w:hAnsi="Georgia" w:cs="Times New Roman"/>
          <w:b/>
          <w:i w:val="0"/>
          <w:color w:val="000000"/>
          <w:sz w:val="24"/>
          <w:rtl/>
          <w:szCs w:val="32"/>
        </w:rPr>
        <w:t>פ״ד</w:t>
      </w:r>
      <w:r>
        <w:rPr>
          <w:rFonts w:ascii="Georgia" w:hAnsi="Georgia"/>
          <w:b w:val="0"/>
          <w:i w:val="0"/>
          <w:color w:val="000000"/>
          <w:sz w:val="24"/>
        </w:rPr>
        <w:t xml:space="preserve">), что указывает на Иму, образует числовое значение имени </w:t>
      </w:r>
      <w:r>
        <w:rPr>
          <w:rFonts w:ascii="Georgia" w:hAnsi="Georgia"/>
          <w:b w:val="0"/>
          <w:i/>
          <w:color w:val="000000"/>
          <w:sz w:val="24"/>
        </w:rPr>
        <w:t>Йосеф</w:t>
      </w:r>
      <w:r>
        <w:rPr>
          <w:rFonts w:ascii="Georgia" w:hAnsi="Georgia"/>
          <w:b w:val="0"/>
          <w:i w:val="0"/>
          <w:color w:val="000000"/>
          <w:sz w:val="24"/>
        </w:rPr>
        <w:t xml:space="preserve"> (</w:t>
      </w:r>
      <w:r>
        <w:rPr>
          <w:rFonts w:ascii="Georgia" w:hAnsi="Georgia" w:cs="Times New Roman"/>
          <w:b/>
          <w:i w:val="0"/>
          <w:color w:val="000000"/>
          <w:sz w:val="24"/>
          <w:rtl/>
          <w:szCs w:val="32"/>
        </w:rPr>
        <w:t>יוֹסֵף</w:t>
      </w:r>
      <w:r>
        <w:rPr>
          <w:rFonts w:ascii="Georgia" w:hAnsi="Georgia"/>
          <w:b w:val="0"/>
          <w:i w:val="0"/>
          <w:color w:val="000000"/>
          <w:sz w:val="24"/>
        </w:rPr>
        <w:t xml:space="preserve"> = 156), что равно трем разам БОН (3 × 52 = 156). Затем он обобщил намерение, указав, что 143 и полное написание Имени АДОНАЙ, составляющее 671 (</w:t>
      </w:r>
      <w:r>
        <w:rPr>
          <w:rFonts w:ascii="Georgia" w:hAnsi="Georgia" w:cs="Times New Roman"/>
          <w:b/>
          <w:i w:val="0"/>
          <w:color w:val="000000"/>
          <w:sz w:val="24"/>
          <w:rtl/>
          <w:szCs w:val="32"/>
        </w:rPr>
        <w:t>תרע״א</w:t>
      </w:r>
      <w:r>
        <w:rPr>
          <w:rFonts w:ascii="Georgia" w:hAnsi="Georgia"/>
          <w:b w:val="0"/>
          <w:i w:val="0"/>
          <w:color w:val="000000"/>
          <w:sz w:val="24"/>
        </w:rPr>
        <w:t>), вместе с именем Йосеф дает по гематрии 970 (</w:t>
      </w:r>
      <w:r>
        <w:rPr>
          <w:rFonts w:ascii="Georgia" w:hAnsi="Georgia" w:cs="Times New Roman"/>
          <w:b/>
          <w:i w:val="0"/>
          <w:color w:val="000000"/>
          <w:sz w:val="24"/>
          <w:rtl/>
          <w:szCs w:val="32"/>
        </w:rPr>
        <w:t>תתק״ע</w:t>
      </w:r>
      <w:r>
        <w:rPr>
          <w:rFonts w:ascii="Georgia" w:hAnsi="Georgia"/>
          <w:b w:val="0"/>
          <w:i w:val="0"/>
          <w:color w:val="000000"/>
          <w:sz w:val="24"/>
        </w:rPr>
        <w:t>), что созвучно понятию «соударение» (зивуг). И это число также равно полному написанию ШАДАЙ: шин, далет, йод (</w:t>
      </w:r>
      <w:r>
        <w:rPr>
          <w:rFonts w:ascii="Georgia" w:hAnsi="Georgia" w:cs="Times New Roman"/>
          <w:b/>
          <w:i w:val="0"/>
          <w:color w:val="000000"/>
          <w:sz w:val="24"/>
          <w:rtl/>
          <w:szCs w:val="32"/>
        </w:rPr>
        <w:t>שין דלת יוד</w:t>
      </w:r>
      <w:r>
        <w:rPr>
          <w:rFonts w:ascii="Georgia" w:hAnsi="Georgia"/>
          <w:b w:val="0"/>
          <w:i w:val="0"/>
          <w:color w:val="000000"/>
          <w:sz w:val="24"/>
        </w:rPr>
        <w:t xml:space="preserve"> = 814) вместе с именем Йосеф (156), и это же — 671 в милосердии. И потому при исполнении заповеди ручного тфилина (тфилин де-яд) для Имени АДОНАЙ необходимо связать букву йод, которая есть Йосеф, и ШАДАЙ с числом 671, и тогда мохин станут совершенными и услажденными в милосердии — как представляется на мой взгляд, [рабби] Йосеф Д.:] ...и так далее.</w:t>
      </w:r>
    </w:p>
    <w:p>
      <w:pPr>
        <w:spacing w:before="40" w:after="120"/>
        <w:jc w:val="both"/>
      </w:pPr>
      <w:r>
        <w:rPr>
          <w:rFonts w:ascii="Georgia" w:hAnsi="Georgia"/>
          <w:b w:val="0"/>
          <w:i w:val="0"/>
          <w:color w:val="000000"/>
          <w:sz w:val="24"/>
        </w:rPr>
        <w:t>И от него притягиваются 370 (</w:t>
      </w:r>
      <w:r>
        <w:rPr>
          <w:rFonts w:ascii="Georgia" w:hAnsi="Georgia" w:cs="Times New Roman"/>
          <w:b/>
          <w:i w:val="0"/>
          <w:color w:val="000000"/>
          <w:sz w:val="24"/>
          <w:rtl/>
          <w:szCs w:val="32"/>
        </w:rPr>
        <w:t>ש״ע</w:t>
      </w:r>
      <w:r>
        <w:rPr>
          <w:rFonts w:ascii="Georgia" w:hAnsi="Georgia"/>
          <w:b w:val="0"/>
          <w:i w:val="0"/>
          <w:color w:val="000000"/>
          <w:sz w:val="24"/>
        </w:rPr>
        <w:t xml:space="preserve">) светов; и все это — второе 22-буквенное Имя, называемое </w:t>
      </w:r>
      <w:r>
        <w:rPr>
          <w:rFonts w:ascii="Georgia" w:hAnsi="Georgia" w:cs="Times New Roman"/>
          <w:b/>
          <w:i w:val="0"/>
          <w:color w:val="000000"/>
          <w:sz w:val="24"/>
          <w:rtl/>
          <w:szCs w:val="32"/>
        </w:rPr>
        <w:t>פסת״ם</w:t>
      </w:r>
      <w:r>
        <w:rPr>
          <w:rFonts w:ascii="Georgia" w:hAnsi="Georgia"/>
          <w:b w:val="0"/>
          <w:i w:val="0"/>
          <w:color w:val="000000"/>
          <w:sz w:val="24"/>
        </w:rPr>
        <w:t>, которое притягивает 370 светов и светит в «два яблока» (</w:t>
      </w:r>
      <w:r>
        <w:rPr>
          <w:rFonts w:ascii="Georgia" w:hAnsi="Georgia"/>
          <w:b w:val="0"/>
          <w:i/>
          <w:color w:val="000000"/>
          <w:sz w:val="24"/>
        </w:rPr>
        <w:t>терин тапухин</w:t>
      </w:r>
      <w:r>
        <w:rPr>
          <w:rFonts w:ascii="Georgia" w:hAnsi="Georgia"/>
          <w:b w:val="0"/>
          <w:i w:val="0"/>
          <w:color w:val="000000"/>
          <w:sz w:val="24"/>
        </w:rPr>
        <w:t>): ЭЛЬ, ЭЛОКИМ, АВАЯ; буква йод; алеф, хэй, йод, хэй (</w:t>
      </w:r>
      <w:r>
        <w:rPr>
          <w:rFonts w:ascii="Georgia" w:hAnsi="Georgia" w:cs="Times New Roman"/>
          <w:b/>
          <w:i w:val="0"/>
          <w:color w:val="000000"/>
          <w:sz w:val="24"/>
          <w:rtl/>
          <w:szCs w:val="32"/>
        </w:rPr>
        <w:t>אלף הא יוד הא</w:t>
      </w:r>
      <w:r>
        <w:rPr>
          <w:rFonts w:ascii="Georgia" w:hAnsi="Georgia"/>
          <w:b w:val="0"/>
          <w:i w:val="0"/>
          <w:color w:val="000000"/>
          <w:sz w:val="24"/>
        </w:rPr>
        <w:t xml:space="preserve"> = 143); вав, хэй де-АБ (</w:t>
      </w:r>
      <w:r>
        <w:rPr>
          <w:rFonts w:ascii="Georgia" w:hAnsi="Georgia" w:cs="Times New Roman"/>
          <w:b/>
          <w:i w:val="0"/>
          <w:color w:val="000000"/>
          <w:sz w:val="24"/>
          <w:rtl/>
          <w:szCs w:val="32"/>
        </w:rPr>
        <w:t>ויו הי ע״ב</w:t>
      </w:r>
      <w:r>
        <w:rPr>
          <w:rFonts w:ascii="Georgia" w:hAnsi="Georgia"/>
          <w:b w:val="0"/>
          <w:i w:val="0"/>
          <w:color w:val="000000"/>
          <w:sz w:val="24"/>
        </w:rPr>
        <w:t>); полное написание АДОНАЙ: алеф, далет, нун, йод (</w:t>
      </w:r>
      <w:r>
        <w:rPr>
          <w:rFonts w:ascii="Georgia" w:hAnsi="Georgia" w:cs="Times New Roman"/>
          <w:b/>
          <w:i w:val="0"/>
          <w:color w:val="000000"/>
          <w:sz w:val="24"/>
          <w:rtl/>
          <w:szCs w:val="32"/>
        </w:rPr>
        <w:t>אלף דלת נון יוד</w:t>
      </w:r>
      <w:r>
        <w:rPr>
          <w:rFonts w:ascii="Georgia" w:hAnsi="Georgia"/>
          <w:b w:val="0"/>
          <w:i w:val="0"/>
          <w:color w:val="000000"/>
          <w:sz w:val="24"/>
        </w:rPr>
        <w:t xml:space="preserve"> = 671, </w:t>
      </w:r>
      <w:r>
        <w:rPr>
          <w:rFonts w:ascii="Georgia" w:hAnsi="Georgia" w:cs="Times New Roman"/>
          <w:b/>
          <w:i w:val="0"/>
          <w:color w:val="000000"/>
          <w:sz w:val="24"/>
          <w:rtl/>
          <w:szCs w:val="32"/>
        </w:rPr>
        <w:t>תרע״א</w:t>
      </w:r>
      <w:r>
        <w:rPr>
          <w:rFonts w:ascii="Georgia" w:hAnsi="Georgia"/>
          <w:b w:val="0"/>
          <w:i w:val="0"/>
          <w:color w:val="000000"/>
          <w:sz w:val="24"/>
        </w:rPr>
        <w:t>); четыре раза йод-хэй-вав (</w:t>
      </w:r>
      <w:r>
        <w:rPr>
          <w:rFonts w:ascii="Georgia" w:hAnsi="Georgia" w:cs="Times New Roman"/>
          <w:b/>
          <w:i w:val="0"/>
          <w:color w:val="000000"/>
          <w:sz w:val="24"/>
          <w:rtl/>
          <w:szCs w:val="32"/>
        </w:rPr>
        <w:t>יהו יהו יהו יהו</w:t>
      </w:r>
      <w:r>
        <w:rPr>
          <w:rFonts w:ascii="Georgia" w:hAnsi="Georgia"/>
          <w:b w:val="0"/>
          <w:i w:val="0"/>
          <w:color w:val="000000"/>
          <w:sz w:val="24"/>
        </w:rPr>
        <w:t>), составляющие 84 (</w:t>
      </w:r>
      <w:r>
        <w:rPr>
          <w:rFonts w:ascii="Georgia" w:hAnsi="Georgia" w:cs="Times New Roman"/>
          <w:b/>
          <w:i w:val="0"/>
          <w:color w:val="000000"/>
          <w:sz w:val="24"/>
          <w:rtl/>
          <w:szCs w:val="32"/>
        </w:rPr>
        <w:t>פ״ד</w:t>
      </w:r>
      <w:r>
        <w:rPr>
          <w:rFonts w:ascii="Georgia" w:hAnsi="Georgia"/>
          <w:b w:val="0"/>
          <w:i w:val="0"/>
          <w:color w:val="000000"/>
          <w:sz w:val="24"/>
        </w:rPr>
        <w:t xml:space="preserve">). И оба они [АБ и 84] равны трем разам БОН и составляют по гематрии имя </w:t>
      </w:r>
      <w:r>
        <w:rPr>
          <w:rFonts w:ascii="Georgia" w:hAnsi="Georgia"/>
          <w:b w:val="0"/>
          <w:i/>
          <w:color w:val="000000"/>
          <w:sz w:val="24"/>
        </w:rPr>
        <w:t>Йосеф</w:t>
      </w:r>
      <w:r>
        <w:rPr>
          <w:rFonts w:ascii="Georgia" w:hAnsi="Georgia"/>
          <w:b w:val="0"/>
          <w:i w:val="0"/>
          <w:color w:val="000000"/>
          <w:sz w:val="24"/>
        </w:rPr>
        <w:t xml:space="preserve"> (</w:t>
      </w:r>
      <w:r>
        <w:rPr>
          <w:rFonts w:ascii="Georgia" w:hAnsi="Georgia" w:cs="Times New Roman"/>
          <w:b/>
          <w:i w:val="0"/>
          <w:color w:val="000000"/>
          <w:sz w:val="24"/>
          <w:rtl/>
          <w:szCs w:val="32"/>
        </w:rPr>
        <w:t>יוֹסֵף</w:t>
      </w:r>
      <w:r>
        <w:rPr>
          <w:rFonts w:ascii="Georgia" w:hAnsi="Georgia"/>
          <w:b w:val="0"/>
          <w:i w:val="0"/>
          <w:color w:val="000000"/>
          <w:sz w:val="24"/>
        </w:rPr>
        <w:t xml:space="preserve"> = 156). Все вместе — 970 (</w:t>
      </w:r>
      <w:r>
        <w:rPr>
          <w:rFonts w:ascii="Georgia" w:hAnsi="Georgia" w:cs="Times New Roman"/>
          <w:b/>
          <w:i w:val="0"/>
          <w:color w:val="000000"/>
          <w:sz w:val="24"/>
          <w:rtl/>
          <w:szCs w:val="32"/>
        </w:rPr>
        <w:t>תתק״ע</w:t>
      </w:r>
      <w:r>
        <w:rPr>
          <w:rFonts w:ascii="Georgia" w:hAnsi="Georgia"/>
          <w:b w:val="0"/>
          <w:i w:val="0"/>
          <w:color w:val="000000"/>
          <w:sz w:val="24"/>
        </w:rPr>
        <w:t>), и это — ШАДАЙ в полном написании: шин, далет, йод (</w:t>
      </w:r>
      <w:r>
        <w:rPr>
          <w:rFonts w:ascii="Georgia" w:hAnsi="Georgia" w:cs="Times New Roman"/>
          <w:b/>
          <w:i w:val="0"/>
          <w:color w:val="000000"/>
          <w:sz w:val="24"/>
          <w:rtl/>
          <w:szCs w:val="32"/>
        </w:rPr>
        <w:t>שין דלת יוד</w:t>
      </w:r>
      <w:r>
        <w:rPr>
          <w:rFonts w:ascii="Georgia" w:hAnsi="Georgia"/>
          <w:b w:val="0"/>
          <w:i w:val="0"/>
          <w:color w:val="000000"/>
          <w:sz w:val="24"/>
        </w:rPr>
        <w:t xml:space="preserve"> = 814) и </w:t>
      </w:r>
      <w:r>
        <w:rPr>
          <w:rFonts w:ascii="Georgia" w:hAnsi="Georgia"/>
          <w:b w:val="0"/>
          <w:i/>
          <w:color w:val="000000"/>
          <w:sz w:val="24"/>
        </w:rPr>
        <w:t>Йосеф</w:t>
      </w:r>
      <w:r>
        <w:rPr>
          <w:rFonts w:ascii="Georgia" w:hAnsi="Georgia"/>
          <w:b w:val="0"/>
          <w:i w:val="0"/>
          <w:color w:val="000000"/>
          <w:sz w:val="24"/>
        </w:rPr>
        <w:t xml:space="preserve"> (156). И это — врата (</w:t>
      </w:r>
      <w:r>
        <w:rPr>
          <w:rFonts w:ascii="Georgia" w:hAnsi="Georgia"/>
          <w:b w:val="0"/>
          <w:i/>
          <w:color w:val="000000"/>
          <w:sz w:val="24"/>
        </w:rPr>
        <w:t>таръа</w:t>
      </w:r>
      <w:r>
        <w:rPr>
          <w:rFonts w:ascii="Georgia" w:hAnsi="Georgia"/>
          <w:b w:val="0"/>
          <w:i w:val="0"/>
          <w:color w:val="000000"/>
          <w:sz w:val="24"/>
        </w:rPr>
        <w:t xml:space="preserve">, </w:t>
      </w:r>
      <w:r>
        <w:rPr>
          <w:rFonts w:ascii="Georgia" w:hAnsi="Georgia" w:cs="Times New Roman"/>
          <w:b/>
          <w:i w:val="0"/>
          <w:color w:val="000000"/>
          <w:sz w:val="24"/>
          <w:rtl/>
          <w:szCs w:val="32"/>
        </w:rPr>
        <w:t>תַּרְעָא</w:t>
      </w:r>
      <w:r>
        <w:rPr>
          <w:rFonts w:ascii="Georgia" w:hAnsi="Georgia"/>
          <w:b w:val="0"/>
          <w:i w:val="0"/>
          <w:color w:val="000000"/>
          <w:sz w:val="24"/>
        </w:rPr>
        <w:t xml:space="preserve"> = 671) в милосердии. И потому нужно привязать букву йод к руке и не отделять ее.</w:t>
      </w:r>
    </w:p>
    <w:p>
      <w:pPr>
        <w:keepNext/>
        <w:spacing w:before="320" w:after="120"/>
      </w:pPr>
      <w:r>
        <w:rPr>
          <w:rFonts w:ascii="Georgia" w:hAnsi="Georgia"/>
          <w:b w:val="0"/>
          <w:i w:val="0"/>
          <w:color w:val="000000"/>
          <w:sz w:val="32"/>
        </w:rPr>
        <w:t>Ихуд 77</w:t>
      </w:r>
    </w:p>
    <w:p>
      <w:pPr>
        <w:spacing w:before="40" w:after="120"/>
        <w:jc w:val="both"/>
      </w:pPr>
      <w:r>
        <w:rPr>
          <w:rFonts w:ascii="Georgia" w:hAnsi="Georgia"/>
          <w:b w:val="0"/>
          <w:i w:val="0"/>
          <w:color w:val="000000"/>
          <w:sz w:val="24"/>
        </w:rPr>
        <w:t xml:space="preserve">К упомянутому выше: </w:t>
      </w:r>
      <w:r>
        <w:rPr>
          <w:rFonts w:ascii="Georgia" w:hAnsi="Georgia"/>
          <w:b w:val="0"/>
          <w:i/>
          <w:color w:val="000000"/>
          <w:sz w:val="24"/>
        </w:rPr>
        <w:t>«Буду омывать в невинности руки мои…»</w:t>
      </w:r>
      <w:r>
        <w:rPr>
          <w:rFonts w:ascii="Georgia" w:hAnsi="Georgia"/>
          <w:b w:val="0"/>
          <w:i w:val="0"/>
          <w:color w:val="000000"/>
          <w:sz w:val="24"/>
        </w:rPr>
        <w:t xml:space="preserve"> (Теилим 26:6). Слово «буду омывать» (</w:t>
      </w:r>
      <w:r>
        <w:rPr>
          <w:rFonts w:ascii="Georgia" w:hAnsi="Georgia"/>
          <w:b w:val="0"/>
          <w:i/>
          <w:color w:val="000000"/>
          <w:sz w:val="24"/>
        </w:rPr>
        <w:t>эрхац</w:t>
      </w:r>
      <w:r>
        <w:rPr>
          <w:rFonts w:ascii="Georgia" w:hAnsi="Georgia"/>
          <w:b w:val="0"/>
          <w:i w:val="0"/>
          <w:color w:val="000000"/>
          <w:sz w:val="24"/>
        </w:rPr>
        <w:t xml:space="preserve">, </w:t>
      </w:r>
      <w:r>
        <w:rPr>
          <w:rFonts w:ascii="Georgia" w:hAnsi="Georgia" w:cs="Times New Roman"/>
          <w:b/>
          <w:i w:val="0"/>
          <w:color w:val="000000"/>
          <w:sz w:val="24"/>
          <w:rtl/>
          <w:szCs w:val="32"/>
        </w:rPr>
        <w:t>אֶרְחַץ</w:t>
      </w:r>
      <w:r>
        <w:rPr>
          <w:rFonts w:ascii="Georgia" w:hAnsi="Georgia"/>
          <w:b w:val="0"/>
          <w:i w:val="0"/>
          <w:color w:val="000000"/>
          <w:sz w:val="24"/>
        </w:rPr>
        <w:t>) с колелем составляет 300 — букву шин (</w:t>
      </w:r>
      <w:r>
        <w:rPr>
          <w:rFonts w:ascii="Georgia" w:hAnsi="Georgia" w:cs="Times New Roman"/>
          <w:b/>
          <w:i w:val="0"/>
          <w:color w:val="000000"/>
          <w:sz w:val="24"/>
          <w:rtl/>
          <w:szCs w:val="32"/>
        </w:rPr>
        <w:t>ש</w:t>
      </w:r>
      <w:r>
        <w:rPr>
          <w:rFonts w:ascii="Georgia" w:hAnsi="Georgia"/>
          <w:b w:val="0"/>
          <w:i w:val="0"/>
          <w:color w:val="000000"/>
          <w:sz w:val="24"/>
        </w:rPr>
        <w:t xml:space="preserve"> = 300) [Примечание издателя (Йосеф Даян): я счел нужным с Б-жьей помощью разъяснить это святое единение — тринадцать погружений для трех упомянутых Имен. А именно: они разделяются на четыре сочетания, как написано в конце: </w:t>
      </w:r>
      <w:r>
        <w:rPr>
          <w:rFonts w:ascii="Georgia" w:hAnsi="Georgia" w:cs="Times New Roman"/>
          <w:b/>
          <w:i w:val="0"/>
          <w:color w:val="000000"/>
          <w:sz w:val="24"/>
          <w:rtl/>
          <w:szCs w:val="32"/>
        </w:rPr>
        <w:t>אי״א</w:t>
      </w:r>
      <w:r>
        <w:rPr>
          <w:rFonts w:ascii="Georgia" w:hAnsi="Georgia"/>
          <w:b w:val="0"/>
          <w:i w:val="0"/>
          <w:color w:val="000000"/>
          <w:sz w:val="24"/>
        </w:rPr>
        <w:t xml:space="preserve">, </w:t>
      </w:r>
      <w:r>
        <w:rPr>
          <w:rFonts w:ascii="Georgia" w:hAnsi="Georgia" w:cs="Times New Roman"/>
          <w:b/>
          <w:i w:val="0"/>
          <w:color w:val="000000"/>
          <w:sz w:val="24"/>
          <w:rtl/>
          <w:szCs w:val="32"/>
        </w:rPr>
        <w:t>הה״ד</w:t>
      </w:r>
      <w:r>
        <w:rPr>
          <w:rFonts w:ascii="Georgia" w:hAnsi="Georgia"/>
          <w:b w:val="0"/>
          <w:i w:val="0"/>
          <w:color w:val="000000"/>
          <w:sz w:val="24"/>
        </w:rPr>
        <w:t xml:space="preserve">, </w:t>
      </w:r>
      <w:r>
        <w:rPr>
          <w:rFonts w:ascii="Georgia" w:hAnsi="Georgia" w:cs="Times New Roman"/>
          <w:b/>
          <w:i w:val="0"/>
          <w:color w:val="000000"/>
          <w:sz w:val="24"/>
          <w:rtl/>
          <w:szCs w:val="32"/>
        </w:rPr>
        <w:t>יו״נ</w:t>
      </w:r>
      <w:r>
        <w:rPr>
          <w:rFonts w:ascii="Georgia" w:hAnsi="Georgia"/>
          <w:b w:val="0"/>
          <w:i w:val="0"/>
          <w:color w:val="000000"/>
          <w:sz w:val="24"/>
        </w:rPr>
        <w:t xml:space="preserve">, </w:t>
      </w:r>
      <w:r>
        <w:rPr>
          <w:rFonts w:ascii="Georgia" w:hAnsi="Georgia" w:cs="Times New Roman"/>
          <w:b/>
          <w:i w:val="0"/>
          <w:color w:val="000000"/>
          <w:sz w:val="24"/>
          <w:rtl/>
          <w:szCs w:val="32"/>
        </w:rPr>
        <w:t>הה״י</w:t>
      </w:r>
      <w:r>
        <w:rPr>
          <w:rFonts w:ascii="Georgia" w:hAnsi="Georgia"/>
          <w:b w:val="0"/>
          <w:i w:val="0"/>
          <w:color w:val="000000"/>
          <w:sz w:val="24"/>
        </w:rPr>
        <w:t xml:space="preserve"> — по три погружения на каждое сочетание, следующим образом: первое погружение — чтобы поднять последнюю букву алеф (</w:t>
      </w:r>
      <w:r>
        <w:rPr>
          <w:rFonts w:ascii="Georgia" w:hAnsi="Georgia" w:cs="Times New Roman"/>
          <w:b/>
          <w:i w:val="0"/>
          <w:color w:val="000000"/>
          <w:sz w:val="24"/>
          <w:rtl/>
          <w:szCs w:val="32"/>
        </w:rPr>
        <w:t>א</w:t>
      </w:r>
      <w:r>
        <w:rPr>
          <w:rFonts w:ascii="Georgia" w:hAnsi="Georgia"/>
          <w:b w:val="0"/>
          <w:i w:val="0"/>
          <w:color w:val="000000"/>
          <w:sz w:val="24"/>
        </w:rPr>
        <w:t>) в первом сочетании, относящуюся к АДОНАЙ, к букве йод (</w:t>
      </w:r>
      <w:r>
        <w:rPr>
          <w:rFonts w:ascii="Georgia" w:hAnsi="Georgia" w:cs="Times New Roman"/>
          <w:b/>
          <w:i w:val="0"/>
          <w:color w:val="000000"/>
          <w:sz w:val="24"/>
          <w:rtl/>
          <w:szCs w:val="32"/>
        </w:rPr>
        <w:t>י</w:t>
      </w:r>
      <w:r>
        <w:rPr>
          <w:rFonts w:ascii="Georgia" w:hAnsi="Georgia"/>
          <w:b w:val="0"/>
          <w:i w:val="0"/>
          <w:color w:val="000000"/>
          <w:sz w:val="24"/>
        </w:rPr>
        <w:t>) над ней, относящейся к АВАЯ; и после того как она поднялась к ней, второе погружение изливает на нее [свет]; а затем в третьем погружении — притянуть букву алеф над ними, относящуюся к ЭЙЕ, к буквам йод и алеф; и точно так же — все остальные три сочетания] — что по гематрии равно [Имени] ЭЛОКИМ с наполнением йод. Слово «чистота» (</w:t>
      </w:r>
      <w:r>
        <w:rPr>
          <w:rFonts w:ascii="Georgia" w:hAnsi="Georgia"/>
          <w:b w:val="0"/>
          <w:i/>
          <w:color w:val="000000"/>
          <w:sz w:val="24"/>
        </w:rPr>
        <w:t>никион</w:t>
      </w:r>
      <w:r>
        <w:rPr>
          <w:rFonts w:ascii="Georgia" w:hAnsi="Georgia"/>
          <w:b w:val="0"/>
          <w:i w:val="0"/>
          <w:color w:val="000000"/>
          <w:sz w:val="24"/>
        </w:rPr>
        <w:t xml:space="preserve">, </w:t>
      </w:r>
      <w:r>
        <w:rPr>
          <w:rFonts w:ascii="Georgia" w:hAnsi="Georgia" w:cs="Times New Roman"/>
          <w:b/>
          <w:i w:val="0"/>
          <w:color w:val="000000"/>
          <w:sz w:val="24"/>
          <w:rtl/>
          <w:szCs w:val="32"/>
        </w:rPr>
        <w:t>נִקָּיוֹן</w:t>
      </w:r>
      <w:r>
        <w:rPr>
          <w:rFonts w:ascii="Georgia" w:hAnsi="Georgia"/>
          <w:b w:val="0"/>
          <w:i w:val="0"/>
          <w:color w:val="000000"/>
          <w:sz w:val="24"/>
        </w:rPr>
        <w:t>) по гематрии равно 216 (</w:t>
      </w:r>
      <w:r>
        <w:rPr>
          <w:rFonts w:ascii="Georgia" w:hAnsi="Georgia" w:cs="Times New Roman"/>
          <w:b/>
          <w:i w:val="0"/>
          <w:color w:val="000000"/>
          <w:sz w:val="24"/>
          <w:rtl/>
          <w:szCs w:val="32"/>
        </w:rPr>
        <w:t>רי״ו</w:t>
      </w:r>
      <w:r>
        <w:rPr>
          <w:rFonts w:ascii="Georgia" w:hAnsi="Georgia"/>
          <w:b w:val="0"/>
          <w:i w:val="0"/>
          <w:color w:val="000000"/>
          <w:sz w:val="24"/>
        </w:rPr>
        <w:t>), образуемому из САГ, МА и ахораим (говорит Шмуэль: то есть 72 (АБ); также говорит Шмуэль: буква бэт (</w:t>
      </w:r>
      <w:r>
        <w:rPr>
          <w:rFonts w:ascii="Georgia" w:hAnsi="Georgia" w:cs="Times New Roman"/>
          <w:b/>
          <w:i w:val="0"/>
          <w:color w:val="000000"/>
          <w:sz w:val="24"/>
          <w:rtl/>
          <w:szCs w:val="32"/>
        </w:rPr>
        <w:t>ב</w:t>
      </w:r>
      <w:r>
        <w:rPr>
          <w:rFonts w:ascii="Georgia" w:hAnsi="Georgia"/>
          <w:b w:val="0"/>
          <w:i w:val="0"/>
          <w:color w:val="000000"/>
          <w:sz w:val="24"/>
        </w:rPr>
        <w:t>) — служебная). Слово «руки мои» (</w:t>
      </w:r>
      <w:r>
        <w:rPr>
          <w:rFonts w:ascii="Georgia" w:hAnsi="Georgia"/>
          <w:b w:val="0"/>
          <w:i/>
          <w:color w:val="000000"/>
          <w:sz w:val="24"/>
        </w:rPr>
        <w:t>капай</w:t>
      </w:r>
      <w:r>
        <w:rPr>
          <w:rFonts w:ascii="Georgia" w:hAnsi="Georgia"/>
          <w:b w:val="0"/>
          <w:i w:val="0"/>
          <w:color w:val="000000"/>
          <w:sz w:val="24"/>
        </w:rPr>
        <w:t xml:space="preserve">, </w:t>
      </w:r>
      <w:r>
        <w:rPr>
          <w:rFonts w:ascii="Georgia" w:hAnsi="Georgia" w:cs="Times New Roman"/>
          <w:b/>
          <w:i w:val="0"/>
          <w:color w:val="000000"/>
          <w:sz w:val="24"/>
          <w:rtl/>
          <w:szCs w:val="32"/>
        </w:rPr>
        <w:t>כַּפַּי</w:t>
      </w:r>
      <w:r>
        <w:rPr>
          <w:rFonts w:ascii="Georgia" w:hAnsi="Georgia"/>
          <w:b w:val="0"/>
          <w:i w:val="0"/>
          <w:color w:val="000000"/>
          <w:sz w:val="24"/>
        </w:rPr>
        <w:t>) с тремя его буквами по гематрии равно [сумме Имен] ЭЙЕ, АВАЯ, АДОНАЙ и колелю. «И буду обходить» (</w:t>
      </w:r>
      <w:r>
        <w:rPr>
          <w:rFonts w:ascii="Georgia" w:hAnsi="Georgia"/>
          <w:b w:val="0"/>
          <w:i/>
          <w:color w:val="000000"/>
          <w:sz w:val="24"/>
        </w:rPr>
        <w:t>ва-асовева</w:t>
      </w:r>
      <w:r>
        <w:rPr>
          <w:rFonts w:ascii="Georgia" w:hAnsi="Georgia"/>
          <w:b w:val="0"/>
          <w:i w:val="0"/>
          <w:color w:val="000000"/>
          <w:sz w:val="24"/>
        </w:rPr>
        <w:t xml:space="preserve">, </w:t>
      </w:r>
      <w:r>
        <w:rPr>
          <w:rFonts w:ascii="Georgia" w:hAnsi="Georgia" w:cs="Times New Roman"/>
          <w:b/>
          <w:i w:val="0"/>
          <w:color w:val="000000"/>
          <w:sz w:val="24"/>
          <w:rtl/>
          <w:szCs w:val="32"/>
        </w:rPr>
        <w:t>וַאֲסוֹבְבָה</w:t>
      </w:r>
      <w:r>
        <w:rPr>
          <w:rFonts w:ascii="Georgia" w:hAnsi="Georgia"/>
          <w:b w:val="0"/>
          <w:i w:val="0"/>
          <w:color w:val="000000"/>
          <w:sz w:val="24"/>
        </w:rPr>
        <w:t>) по гематрии равно АВАЯ (</w:t>
      </w:r>
      <w:r>
        <w:rPr>
          <w:rFonts w:ascii="Georgia" w:hAnsi="Georgia" w:cs="Times New Roman"/>
          <w:b/>
          <w:i w:val="0"/>
          <w:color w:val="000000"/>
          <w:sz w:val="24"/>
          <w:rtl/>
          <w:szCs w:val="32"/>
        </w:rPr>
        <w:t>יהוה</w:t>
      </w:r>
      <w:r>
        <w:rPr>
          <w:rFonts w:ascii="Georgia" w:hAnsi="Georgia"/>
          <w:b w:val="0"/>
          <w:i w:val="0"/>
          <w:color w:val="000000"/>
          <w:sz w:val="24"/>
        </w:rPr>
        <w:t>), [наполнению] БОН (</w:t>
      </w:r>
      <w:r>
        <w:rPr>
          <w:rFonts w:ascii="Georgia" w:hAnsi="Georgia" w:cs="Times New Roman"/>
          <w:b/>
          <w:i w:val="0"/>
          <w:color w:val="000000"/>
          <w:sz w:val="24"/>
          <w:rtl/>
          <w:szCs w:val="32"/>
        </w:rPr>
        <w:t>יוד הה וו הה</w:t>
      </w:r>
      <w:r>
        <w:rPr>
          <w:rFonts w:ascii="Georgia" w:hAnsi="Georgia"/>
          <w:b w:val="0"/>
          <w:i w:val="0"/>
          <w:color w:val="000000"/>
          <w:sz w:val="24"/>
        </w:rPr>
        <w:t>), четырем его буквам и колелю. «Жертвенник Твой» (</w:t>
      </w:r>
      <w:r>
        <w:rPr>
          <w:rFonts w:ascii="Georgia" w:hAnsi="Georgia"/>
          <w:b w:val="0"/>
          <w:i/>
          <w:color w:val="000000"/>
          <w:sz w:val="24"/>
        </w:rPr>
        <w:t>мизбехаха</w:t>
      </w:r>
      <w:r>
        <w:rPr>
          <w:rFonts w:ascii="Georgia" w:hAnsi="Georgia"/>
          <w:b w:val="0"/>
          <w:i w:val="0"/>
          <w:color w:val="000000"/>
          <w:sz w:val="24"/>
        </w:rPr>
        <w:t xml:space="preserve">, </w:t>
      </w:r>
      <w:r>
        <w:rPr>
          <w:rFonts w:ascii="Georgia" w:hAnsi="Georgia" w:cs="Times New Roman"/>
          <w:b/>
          <w:i w:val="0"/>
          <w:color w:val="000000"/>
          <w:sz w:val="24"/>
          <w:rtl/>
          <w:szCs w:val="32"/>
        </w:rPr>
        <w:t>מִזְבַּחֲךָ</w:t>
      </w:r>
      <w:r>
        <w:rPr>
          <w:rFonts w:ascii="Georgia" w:hAnsi="Georgia"/>
          <w:b w:val="0"/>
          <w:i w:val="0"/>
          <w:color w:val="000000"/>
          <w:sz w:val="24"/>
        </w:rPr>
        <w:t xml:space="preserve">) по гематрии равно АВАЯ де-БОН и т.д., чтобы пробудить МАН в Бине, и все это — посредством упомянутого [Имени] АВАЯ в конце упомянутого стиха. Говорит Шмуэль: я не понял [этого места], и, возможно, следует сказать, что начальные буквы слов </w:t>
      </w:r>
      <w:r>
        <w:rPr>
          <w:rFonts w:ascii="Georgia" w:hAnsi="Georgia"/>
          <w:b w:val="0"/>
          <w:i/>
          <w:color w:val="000000"/>
          <w:sz w:val="24"/>
        </w:rPr>
        <w:t>мизбехаха АВАЯ</w:t>
      </w:r>
      <w:r>
        <w:rPr>
          <w:rFonts w:ascii="Georgia" w:hAnsi="Georgia"/>
          <w:b w:val="0"/>
          <w:i w:val="0"/>
          <w:color w:val="000000"/>
          <w:sz w:val="24"/>
        </w:rPr>
        <w:t xml:space="preserve"> (</w:t>
      </w:r>
      <w:r>
        <w:rPr>
          <w:rFonts w:ascii="Georgia" w:hAnsi="Georgia" w:cs="Times New Roman"/>
          <w:b/>
          <w:i w:val="0"/>
          <w:color w:val="000000"/>
          <w:sz w:val="24"/>
          <w:rtl/>
          <w:szCs w:val="32"/>
        </w:rPr>
        <w:t>מִזְבַּחֲךָ יהוה</w:t>
      </w:r>
      <w:r>
        <w:rPr>
          <w:rFonts w:ascii="Georgia" w:hAnsi="Georgia"/>
          <w:b w:val="0"/>
          <w:i w:val="0"/>
          <w:color w:val="000000"/>
          <w:sz w:val="24"/>
        </w:rPr>
        <w:t>) — это пятьдесят, а с двумя колелями — 52 (БОН). И это Имя АВАЯ — также АВАЯ де-БОН, как сказано. Хорошо направлять это намерение во время погружения [в микву], а также во время разделяющей трапезы (</w:t>
      </w:r>
      <w:r>
        <w:rPr>
          <w:rFonts w:ascii="Georgia" w:hAnsi="Georgia"/>
          <w:b w:val="0"/>
          <w:i/>
          <w:color w:val="000000"/>
          <w:sz w:val="24"/>
        </w:rPr>
        <w:t>сеуда мафсекет</w:t>
      </w:r>
      <w:r>
        <w:rPr>
          <w:rFonts w:ascii="Georgia" w:hAnsi="Georgia"/>
          <w:b w:val="0"/>
          <w:i w:val="0"/>
          <w:color w:val="000000"/>
          <w:sz w:val="24"/>
        </w:rPr>
        <w:t>), при первом и последнем омовении рук.</w:t>
      </w:r>
    </w:p>
    <w:p>
      <w:pPr>
        <w:spacing w:before="40" w:after="120"/>
        <w:jc w:val="both"/>
      </w:pPr>
      <w:r>
        <w:rPr>
          <w:rFonts w:ascii="Georgia" w:hAnsi="Georgia"/>
          <w:b w:val="0"/>
          <w:i w:val="0"/>
          <w:color w:val="000000"/>
          <w:sz w:val="24"/>
        </w:rPr>
        <w:t>Также пусть совершит тринадцать погружений и направит намерение на три Имени: АВАЯ, ЭЙЕ, АДОНАЙ — следующим образом: первое погружение — чтобы поднять букву алеф (</w:t>
      </w:r>
      <w:r>
        <w:rPr>
          <w:rFonts w:ascii="Georgia" w:hAnsi="Georgia" w:cs="Times New Roman"/>
          <w:b/>
          <w:i w:val="0"/>
          <w:color w:val="000000"/>
          <w:sz w:val="24"/>
          <w:rtl/>
          <w:szCs w:val="32"/>
        </w:rPr>
        <w:t>א</w:t>
      </w:r>
      <w:r>
        <w:rPr>
          <w:rFonts w:ascii="Georgia" w:hAnsi="Georgia"/>
          <w:b w:val="0"/>
          <w:i w:val="0"/>
          <w:color w:val="000000"/>
          <w:sz w:val="24"/>
        </w:rPr>
        <w:t>) к букве йод (</w:t>
      </w:r>
      <w:r>
        <w:rPr>
          <w:rFonts w:ascii="Georgia" w:hAnsi="Georgia" w:cs="Times New Roman"/>
          <w:b/>
          <w:i w:val="0"/>
          <w:color w:val="000000"/>
          <w:sz w:val="24"/>
          <w:rtl/>
          <w:szCs w:val="32"/>
        </w:rPr>
        <w:t>י</w:t>
      </w:r>
      <w:r>
        <w:rPr>
          <w:rFonts w:ascii="Georgia" w:hAnsi="Georgia"/>
          <w:b w:val="0"/>
          <w:i w:val="0"/>
          <w:color w:val="000000"/>
          <w:sz w:val="24"/>
        </w:rPr>
        <w:t>). Второе — чтобы притянуть букву йод к букве алеф. Третье — чтобы притянуть букву алеф к буквам йод и алеф (</w:t>
      </w:r>
      <w:r>
        <w:rPr>
          <w:rFonts w:ascii="Georgia" w:hAnsi="Georgia" w:cs="Times New Roman"/>
          <w:b/>
          <w:i w:val="0"/>
          <w:color w:val="000000"/>
          <w:sz w:val="24"/>
          <w:rtl/>
          <w:szCs w:val="32"/>
        </w:rPr>
        <w:t>יא</w:t>
      </w:r>
      <w:r>
        <w:rPr>
          <w:rFonts w:ascii="Georgia" w:hAnsi="Georgia"/>
          <w:b w:val="0"/>
          <w:i w:val="0"/>
          <w:color w:val="000000"/>
          <w:sz w:val="24"/>
        </w:rPr>
        <w:t>). Четвертое — чтобы поднять букву далет (</w:t>
      </w:r>
      <w:r>
        <w:rPr>
          <w:rFonts w:ascii="Georgia" w:hAnsi="Georgia" w:cs="Times New Roman"/>
          <w:b/>
          <w:i w:val="0"/>
          <w:color w:val="000000"/>
          <w:sz w:val="24"/>
          <w:rtl/>
          <w:szCs w:val="32"/>
        </w:rPr>
        <w:t>ד</w:t>
      </w:r>
      <w:r>
        <w:rPr>
          <w:rFonts w:ascii="Georgia" w:hAnsi="Georgia"/>
          <w:b w:val="0"/>
          <w:i w:val="0"/>
          <w:color w:val="000000"/>
          <w:sz w:val="24"/>
        </w:rPr>
        <w:t>) к букве хэй (</w:t>
      </w:r>
      <w:r>
        <w:rPr>
          <w:rFonts w:ascii="Georgia" w:hAnsi="Georgia" w:cs="Times New Roman"/>
          <w:b/>
          <w:i w:val="0"/>
          <w:color w:val="000000"/>
          <w:sz w:val="24"/>
          <w:rtl/>
          <w:szCs w:val="32"/>
        </w:rPr>
        <w:t>ה</w:t>
      </w:r>
      <w:r>
        <w:rPr>
          <w:rFonts w:ascii="Georgia" w:hAnsi="Georgia"/>
          <w:b w:val="0"/>
          <w:i w:val="0"/>
          <w:color w:val="000000"/>
          <w:sz w:val="24"/>
        </w:rPr>
        <w:t>). Пятое — чтобы притянуть букву хэй к букве далет. Шестое — чтобы притянуть букву хэй к буквам хэй и далет (</w:t>
      </w:r>
      <w:r>
        <w:rPr>
          <w:rFonts w:ascii="Georgia" w:hAnsi="Georgia" w:cs="Times New Roman"/>
          <w:b/>
          <w:i w:val="0"/>
          <w:color w:val="000000"/>
          <w:sz w:val="24"/>
          <w:rtl/>
          <w:szCs w:val="32"/>
        </w:rPr>
        <w:t>הד</w:t>
      </w:r>
      <w:r>
        <w:rPr>
          <w:rFonts w:ascii="Georgia" w:hAnsi="Georgia"/>
          <w:b w:val="0"/>
          <w:i w:val="0"/>
          <w:color w:val="000000"/>
          <w:sz w:val="24"/>
        </w:rPr>
        <w:t>). Седьмое — чтобы поднять букву нун (</w:t>
      </w:r>
      <w:r>
        <w:rPr>
          <w:rFonts w:ascii="Georgia" w:hAnsi="Georgia" w:cs="Times New Roman"/>
          <w:b/>
          <w:i w:val="0"/>
          <w:color w:val="000000"/>
          <w:sz w:val="24"/>
          <w:rtl/>
          <w:szCs w:val="32"/>
        </w:rPr>
        <w:t>נ</w:t>
      </w:r>
      <w:r>
        <w:rPr>
          <w:rFonts w:ascii="Georgia" w:hAnsi="Georgia"/>
          <w:b w:val="0"/>
          <w:i w:val="0"/>
          <w:color w:val="000000"/>
          <w:sz w:val="24"/>
        </w:rPr>
        <w:t>) к букве вав (</w:t>
      </w:r>
      <w:r>
        <w:rPr>
          <w:rFonts w:ascii="Georgia" w:hAnsi="Georgia" w:cs="Times New Roman"/>
          <w:b/>
          <w:i w:val="0"/>
          <w:color w:val="000000"/>
          <w:sz w:val="24"/>
          <w:rtl/>
          <w:szCs w:val="32"/>
        </w:rPr>
        <w:t>ו</w:t>
      </w:r>
      <w:r>
        <w:rPr>
          <w:rFonts w:ascii="Georgia" w:hAnsi="Georgia"/>
          <w:b w:val="0"/>
          <w:i w:val="0"/>
          <w:color w:val="000000"/>
          <w:sz w:val="24"/>
        </w:rPr>
        <w:t>). Восьмое — чтобы притянуть букву вав к букве нун. Девятое — чтобы притянуть букву йод к буквам вав и нун (</w:t>
      </w:r>
      <w:r>
        <w:rPr>
          <w:rFonts w:ascii="Georgia" w:hAnsi="Georgia" w:cs="Times New Roman"/>
          <w:b/>
          <w:i w:val="0"/>
          <w:color w:val="000000"/>
          <w:sz w:val="24"/>
          <w:rtl/>
          <w:szCs w:val="32"/>
        </w:rPr>
        <w:t>ונ</w:t>
      </w:r>
      <w:r>
        <w:rPr>
          <w:rFonts w:ascii="Georgia" w:hAnsi="Georgia"/>
          <w:b w:val="0"/>
          <w:i w:val="0"/>
          <w:color w:val="000000"/>
          <w:sz w:val="24"/>
        </w:rPr>
        <w:t>). Десятое — чтобы поднять букву йод к букве хэй (</w:t>
      </w:r>
      <w:r>
        <w:rPr>
          <w:rFonts w:ascii="Georgia" w:hAnsi="Georgia" w:cs="Times New Roman"/>
          <w:b/>
          <w:i w:val="0"/>
          <w:color w:val="000000"/>
          <w:sz w:val="24"/>
          <w:rtl/>
          <w:szCs w:val="32"/>
        </w:rPr>
        <w:t>ה</w:t>
      </w:r>
      <w:r>
        <w:rPr>
          <w:rFonts w:ascii="Georgia" w:hAnsi="Georgia"/>
          <w:b w:val="0"/>
          <w:i w:val="0"/>
          <w:color w:val="000000"/>
          <w:sz w:val="24"/>
        </w:rPr>
        <w:t>). Одиннадцатое — чтобы притянуть букву хэй к букве йод. Двенадцатое — чтобы притянуть букву хэй к буквам хэй и йод (</w:t>
      </w:r>
      <w:r>
        <w:rPr>
          <w:rFonts w:ascii="Georgia" w:hAnsi="Georgia" w:cs="Times New Roman"/>
          <w:b/>
          <w:i w:val="0"/>
          <w:color w:val="000000"/>
          <w:sz w:val="24"/>
          <w:rtl/>
          <w:szCs w:val="32"/>
        </w:rPr>
        <w:t>הי</w:t>
      </w:r>
      <w:r>
        <w:rPr>
          <w:rFonts w:ascii="Georgia" w:hAnsi="Georgia"/>
          <w:b w:val="0"/>
          <w:i w:val="0"/>
          <w:color w:val="000000"/>
          <w:sz w:val="24"/>
        </w:rPr>
        <w:t xml:space="preserve">). Тринадцатое — сплести три упомянутых Имени вот так: </w:t>
      </w:r>
      <w:r>
        <w:rPr>
          <w:rFonts w:ascii="Georgia" w:hAnsi="Georgia" w:cs="Times New Roman"/>
          <w:b/>
          <w:i w:val="0"/>
          <w:color w:val="000000"/>
          <w:sz w:val="24"/>
          <w:rtl/>
          <w:szCs w:val="32"/>
        </w:rPr>
        <w:t>איא הה״ד יו״נ הה״י</w:t>
      </w:r>
      <w:r>
        <w:rPr>
          <w:rFonts w:ascii="Georgia" w:hAnsi="Georgia"/>
          <w:b w:val="0"/>
          <w:i w:val="0"/>
          <w:color w:val="000000"/>
          <w:sz w:val="24"/>
        </w:rPr>
        <w:t>, и сосредоточить намерение на тринадцати исправлениях бороды (</w:t>
      </w:r>
      <w:r>
        <w:rPr>
          <w:rFonts w:ascii="Georgia" w:hAnsi="Georgia"/>
          <w:b w:val="0"/>
          <w:i/>
          <w:color w:val="000000"/>
          <w:sz w:val="24"/>
        </w:rPr>
        <w:t>тиккуней дикна</w:t>
      </w:r>
      <w:r>
        <w:rPr>
          <w:rFonts w:ascii="Georgia" w:hAnsi="Georgia"/>
          <w:b w:val="0"/>
          <w:i w:val="0"/>
          <w:color w:val="000000"/>
          <w:sz w:val="24"/>
        </w:rPr>
        <w:t xml:space="preserve">), и произнести: </w:t>
      </w:r>
      <w:r>
        <w:rPr>
          <w:rFonts w:ascii="Georgia" w:hAnsi="Georgia"/>
          <w:b w:val="0"/>
          <w:i/>
          <w:color w:val="000000"/>
          <w:sz w:val="24"/>
        </w:rPr>
        <w:t>«Кто Б-г, как Ты…»</w:t>
      </w:r>
      <w:r>
        <w:rPr>
          <w:rFonts w:ascii="Georgia" w:hAnsi="Georgia"/>
          <w:b w:val="0"/>
          <w:i w:val="0"/>
          <w:color w:val="000000"/>
          <w:sz w:val="24"/>
        </w:rPr>
        <w:t xml:space="preserve"> (Миха 7:18) и далее.</w:t>
      </w:r>
    </w:p>
    <w:p>
      <w:pPr>
        <w:spacing w:before="40" w:after="120"/>
        <w:jc w:val="both"/>
      </w:pPr>
      <w:r>
        <w:rPr>
          <w:rFonts w:ascii="Georgia" w:hAnsi="Georgia"/>
          <w:b w:val="0"/>
          <w:i w:val="0"/>
          <w:color w:val="000000"/>
          <w:sz w:val="24"/>
        </w:rPr>
        <w:t>Окончено и завершено, хвала Б-гу, Творцу мира. Благословен Милосердный, помогавший нам от начала и доныне. Благословен Дарующий утомленному силу, и да поможет мне Б-г спасения моего.</w:t>
      </w:r>
    </w:p>
    <w:p>
      <w:r>
        <w:br w:type="page"/>
      </w:r>
    </w:p>
    <w:p>
      <w:pPr>
        <w:keepNext/>
        <w:spacing w:before="360" w:after="160"/>
        <w:jc w:val="center"/>
      </w:pPr>
      <w:r>
        <w:rPr>
          <w:rFonts w:ascii="Georgia" w:hAnsi="Georgia"/>
          <w:b w:val="0"/>
          <w:i w:val="0"/>
          <w:color w:val="000000"/>
          <w:sz w:val="40"/>
        </w:rPr>
        <w:t>Молитва перед ихудом</w:t>
      </w:r>
    </w:p>
    <w:p>
      <w:pPr>
        <w:spacing w:before="40" w:after="120"/>
        <w:jc w:val="both"/>
      </w:pPr>
      <w:r>
        <w:rPr>
          <w:rFonts w:ascii="Georgia" w:hAnsi="Georgia"/>
          <w:b w:val="0"/>
          <w:i w:val="0"/>
          <w:color w:val="000000"/>
          <w:sz w:val="24"/>
        </w:rPr>
        <w:t>Молитва перед единением с намерением (</w:t>
      </w:r>
      <w:r>
        <w:rPr>
          <w:rFonts w:ascii="Georgia" w:hAnsi="Georgia"/>
          <w:b w:val="0"/>
          <w:i/>
          <w:color w:val="000000"/>
          <w:sz w:val="24"/>
        </w:rPr>
        <w:t>кавана</w:t>
      </w:r>
      <w:r>
        <w:rPr>
          <w:rFonts w:ascii="Georgia" w:hAnsi="Georgia"/>
          <w:b w:val="0"/>
          <w:i w:val="0"/>
          <w:color w:val="000000"/>
          <w:sz w:val="24"/>
        </w:rPr>
        <w:t>) сердца, без произнесения устами:</w:t>
      </w:r>
    </w:p>
    <w:p>
      <w:pPr>
        <w:spacing w:before="40" w:after="120"/>
        <w:jc w:val="both"/>
      </w:pPr>
      <w:r>
        <w:rPr>
          <w:rFonts w:ascii="Georgia" w:hAnsi="Georgia"/>
          <w:b w:val="0"/>
          <w:i w:val="0"/>
          <w:color w:val="000000"/>
          <w:sz w:val="24"/>
        </w:rPr>
        <w:t>Да будет воля пред Древним всех древних (Атика де-коль Атикин), Святым Атиком, АВАЯ, Б-гом нашим и Б-гом отцов наших, чтобы раскрылось в этот час через нас высшее благоволение, раскрывающееся в мэцах де-АА и называемое «волей всех воль» (Рава де-раавин), посредством этого святого единения, на которое мы намереваемся направить [сердце], чтобы объединить Святого, благословен Он, [с Его Шхиной] в трепете и любви, и в любви и трепете, во имя всего Исраэля.</w:t>
      </w:r>
    </w:p>
    <w:p>
      <w:pPr>
        <w:spacing w:before="40" w:after="120"/>
        <w:jc w:val="both"/>
      </w:pPr>
      <w:r>
        <w:rPr>
          <w:rFonts w:ascii="Georgia" w:hAnsi="Georgia"/>
          <w:b w:val="0"/>
          <w:i w:val="0"/>
          <w:color w:val="000000"/>
          <w:sz w:val="24"/>
        </w:rPr>
        <w:t xml:space="preserve">И да будет воля пред Тобой, чтобы протянулся высший свет от трех святых Имен в двенадцати [участках] белизны высшего рош де-АА, представляющих собой три [Имени] АВАЯ с наполнением йод: </w:t>
      </w:r>
      <w:r>
        <w:rPr>
          <w:rFonts w:ascii="Georgia" w:hAnsi="Georgia" w:cs="Times New Roman"/>
          <w:b/>
          <w:i w:val="0"/>
          <w:color w:val="000000"/>
          <w:sz w:val="24"/>
          <w:rtl/>
          <w:szCs w:val="32"/>
        </w:rPr>
        <w:t>יוד הי ויו הי יוד הי ויו הי יוד הי ויו הי</w:t>
      </w:r>
      <w:r>
        <w:rPr>
          <w:rFonts w:ascii="Georgia" w:hAnsi="Georgia"/>
          <w:b w:val="0"/>
          <w:i w:val="0"/>
          <w:color w:val="000000"/>
          <w:sz w:val="24"/>
        </w:rPr>
        <w:t>. И от двенадцати букв йод в этих трех Именах протянется великий свет к двенадцати святым прядям белых волос второго рош де-АА, называемого Крума де-Авира (воздушная оболочка). И эти двенадцать прядей волос исходят благодаря силе Нецах и Ход [де-Атик], облачающихся в оба уха (озэн) и оба глаза (эйнаим) де-АА, ведь когда они поднимаются отраженным светом через Крума де-Авира, выходят двенадцать прядей волос этого второго рош. И от этих двенадцати букв йод, протянувшихся сюда, во второй рош, [свет] протянется к тринадцатой пряди во втором рош де-АА. И когда они включатся в эту тринадцатую прядь, образуются другие двенадцать прядей, представляющие собой другие двенадцать букв йод, в точности подобные первым двенадцати буквам йод.</w:t>
      </w:r>
    </w:p>
    <w:p>
      <w:pPr>
        <w:spacing w:before="40" w:after="120"/>
        <w:jc w:val="both"/>
      </w:pPr>
      <w:r>
        <w:rPr>
          <w:rFonts w:ascii="Georgia" w:hAnsi="Georgia"/>
          <w:b w:val="0"/>
          <w:i w:val="0"/>
          <w:color w:val="000000"/>
          <w:sz w:val="24"/>
        </w:rPr>
        <w:t xml:space="preserve">И да будет воля пред Тобой, чтобы протянулся от девяти букв вав трех святых Имен АБ в тринадцати белизнах высшего рош де-АА великий свет к тиккунам дикна де-АА. И соединятся эти девять букв вав с тремя буквами вав, имеющимися в трех Именах ЭЙЕ с наполнением йод в дикна де-АА: </w:t>
      </w:r>
      <w:r>
        <w:rPr>
          <w:rFonts w:ascii="Georgia" w:hAnsi="Georgia" w:cs="Times New Roman"/>
          <w:b/>
          <w:i w:val="0"/>
          <w:color w:val="000000"/>
          <w:sz w:val="24"/>
          <w:rtl/>
          <w:szCs w:val="32"/>
        </w:rPr>
        <w:t>אלף הי יוד הי אלף הי יוד הי אלף הי יוד הי</w:t>
      </w:r>
      <w:r>
        <w:rPr>
          <w:rFonts w:ascii="Georgia" w:hAnsi="Georgia"/>
          <w:b w:val="0"/>
          <w:i w:val="0"/>
          <w:color w:val="000000"/>
          <w:sz w:val="24"/>
        </w:rPr>
        <w:t xml:space="preserve">. Да будет воля пред Тобой, чтобы соединились три буквы вав первого Имени АБ с наполнением йод с буквой вав первого Имени ЭЙЕ, и станет эта буква вав первого ЭЙЕ колесницей (меркава) трем буквам вав первого АБ: </w:t>
      </w:r>
      <w:r>
        <w:rPr>
          <w:rFonts w:ascii="Georgia" w:hAnsi="Georgia" w:cs="Times New Roman"/>
          <w:b/>
          <w:i w:val="0"/>
          <w:color w:val="000000"/>
          <w:sz w:val="24"/>
          <w:rtl/>
          <w:szCs w:val="32"/>
        </w:rPr>
        <w:t>וו״ו</w:t>
      </w:r>
      <w:r>
        <w:rPr>
          <w:rFonts w:ascii="Georgia" w:hAnsi="Georgia"/>
          <w:b w:val="0"/>
          <w:i w:val="0"/>
          <w:color w:val="000000"/>
          <w:sz w:val="24"/>
        </w:rPr>
        <w:t xml:space="preserve">. И соединятся три буквы вав второго АБ с буквой вав второго ЭЙЕ — буквой вав к трем буквам вав второго АБ: </w:t>
      </w:r>
      <w:r>
        <w:rPr>
          <w:rFonts w:ascii="Georgia" w:hAnsi="Georgia" w:cs="Times New Roman"/>
          <w:b/>
          <w:i w:val="0"/>
          <w:color w:val="000000"/>
          <w:sz w:val="24"/>
          <w:rtl/>
          <w:szCs w:val="32"/>
        </w:rPr>
        <w:t>וו״ו</w:t>
      </w:r>
      <w:r>
        <w:rPr>
          <w:rFonts w:ascii="Georgia" w:hAnsi="Georgia"/>
          <w:b w:val="0"/>
          <w:i w:val="0"/>
          <w:color w:val="000000"/>
          <w:sz w:val="24"/>
        </w:rPr>
        <w:t xml:space="preserve">. И соединятся три буквы вав третьего АБ с буквой вав третьего ЭЙЕ — буквой вав, и станет эта буква вав третьего ЭЙЕ колесницей трем буквам вав третьего Имени АВАЯ де-АБ: </w:t>
      </w:r>
      <w:r>
        <w:rPr>
          <w:rFonts w:ascii="Georgia" w:hAnsi="Georgia" w:cs="Times New Roman"/>
          <w:b/>
          <w:i w:val="0"/>
          <w:color w:val="000000"/>
          <w:sz w:val="24"/>
          <w:rtl/>
          <w:szCs w:val="32"/>
        </w:rPr>
        <w:t>וו״ו</w:t>
      </w:r>
      <w:r>
        <w:rPr>
          <w:rFonts w:ascii="Georgia" w:hAnsi="Georgia"/>
          <w:b w:val="0"/>
          <w:i w:val="0"/>
          <w:color w:val="000000"/>
          <w:sz w:val="24"/>
        </w:rPr>
        <w:t>. И от этих двенадцати букв вав, свечение которых раскрывается в двенадцати тиккунах дикна де-АА, образуя двенадцать тиккунов, протянется от них к тринадцатому мазалю, называемому «от дней древних» (</w:t>
      </w:r>
      <w:r>
        <w:rPr>
          <w:rFonts w:ascii="Georgia" w:hAnsi="Georgia"/>
          <w:b w:val="0"/>
          <w:i/>
          <w:color w:val="000000"/>
          <w:sz w:val="24"/>
        </w:rPr>
        <w:t>ми-мей кедем</w:t>
      </w:r>
      <w:r>
        <w:rPr>
          <w:rFonts w:ascii="Georgia" w:hAnsi="Georgia"/>
          <w:b w:val="0"/>
          <w:i w:val="0"/>
          <w:color w:val="000000"/>
          <w:sz w:val="24"/>
        </w:rPr>
        <w:t>), который представляет собой совокупность первых двенадцати тиккунов. И образуются другие двенадцать тиккунов, и в них образуется тринадцатый тиккун, называемый нижним мазалем (</w:t>
      </w:r>
      <w:r>
        <w:rPr>
          <w:rFonts w:ascii="Georgia" w:hAnsi="Georgia"/>
          <w:b w:val="0"/>
          <w:i/>
          <w:color w:val="000000"/>
          <w:sz w:val="24"/>
        </w:rPr>
        <w:t>мазала татаа</w:t>
      </w:r>
      <w:r>
        <w:rPr>
          <w:rFonts w:ascii="Georgia" w:hAnsi="Georgia"/>
          <w:b w:val="0"/>
          <w:i w:val="0"/>
          <w:color w:val="000000"/>
          <w:sz w:val="24"/>
        </w:rPr>
        <w:t xml:space="preserve">), включающий другие двенадцать букв вав, в точности подобные первым двенадцати буквам вав: </w:t>
      </w:r>
      <w:r>
        <w:rPr>
          <w:rFonts w:ascii="Georgia" w:hAnsi="Georgia" w:cs="Times New Roman"/>
          <w:b/>
          <w:i w:val="0"/>
          <w:color w:val="000000"/>
          <w:sz w:val="24"/>
          <w:rtl/>
          <w:szCs w:val="32"/>
        </w:rPr>
        <w:t>ו׳ו׳ו ו׳ו׳ו ו׳ו׳ו</w:t>
      </w:r>
      <w:r>
        <w:rPr>
          <w:rFonts w:ascii="Georgia" w:hAnsi="Georgia"/>
          <w:b w:val="0"/>
          <w:i w:val="0"/>
          <w:color w:val="000000"/>
          <w:sz w:val="24"/>
        </w:rPr>
        <w:t xml:space="preserve">. И да будет воля пред Тобой, чтобы распространились от трех букв далет трех Имен АВАЯ де-АБ (АБ, АБ, АБ) в двенадцати [участках] белизны высшего рош огласовки к буквам йод двенадцати прядей во втором рош де-АА следующим образом: от первой буквы далет в первом Имени АВАЯ де-АБ распространятся четыре вида огласовок к четырем первым прядям, представляющие собой четыре раза камац и холам: </w:t>
      </w:r>
      <w:r>
        <w:rPr>
          <w:rFonts w:ascii="Georgia" w:hAnsi="Georgia" w:cs="Times New Roman"/>
          <w:b/>
          <w:i w:val="0"/>
          <w:color w:val="000000"/>
          <w:sz w:val="24"/>
          <w:rtl/>
          <w:szCs w:val="32"/>
        </w:rPr>
        <w:t>יָ יָ יָ</w:t>
      </w:r>
      <w:r>
        <w:rPr>
          <w:rFonts w:ascii="Georgia" w:hAnsi="Georgia"/>
          <w:b w:val="0"/>
          <w:i w:val="0"/>
          <w:color w:val="000000"/>
          <w:sz w:val="24"/>
        </w:rPr>
        <w:t xml:space="preserve">; и распространятся от второй буквы далет второго Имени АВАЯ де-АБ четыре вида огласовок к четырем вторым прядям, представляющие собой четыре раза шва и камац: </w:t>
      </w:r>
      <w:r>
        <w:rPr>
          <w:rFonts w:ascii="Georgia" w:hAnsi="Georgia" w:cs="Times New Roman"/>
          <w:b/>
          <w:i w:val="0"/>
          <w:color w:val="000000"/>
          <w:sz w:val="24"/>
          <w:rtl/>
          <w:szCs w:val="32"/>
        </w:rPr>
        <w:t>יֳ יֳ יֳ</w:t>
      </w:r>
      <w:r>
        <w:rPr>
          <w:rFonts w:ascii="Georgia" w:hAnsi="Georgia"/>
          <w:b w:val="0"/>
          <w:i w:val="0"/>
          <w:color w:val="000000"/>
          <w:sz w:val="24"/>
        </w:rPr>
        <w:t xml:space="preserve">; и распространятся от третьей буквы далет четыре вида огласовок к четырем третьим прядям, представляющие собой четыре раза сеголь и цере: </w:t>
      </w:r>
      <w:r>
        <w:rPr>
          <w:rFonts w:ascii="Georgia" w:hAnsi="Georgia" w:cs="Times New Roman"/>
          <w:b/>
          <w:i w:val="0"/>
          <w:color w:val="000000"/>
          <w:sz w:val="24"/>
          <w:rtl/>
          <w:szCs w:val="32"/>
        </w:rPr>
        <w:t>יֵֶ יֵֶ יֵֶ</w:t>
      </w:r>
      <w:r>
        <w:rPr>
          <w:rFonts w:ascii="Georgia" w:hAnsi="Georgia"/>
          <w:b w:val="0"/>
          <w:i w:val="0"/>
          <w:color w:val="000000"/>
          <w:sz w:val="24"/>
        </w:rPr>
        <w:t xml:space="preserve">. И эти двенадцать прядей, что протянулись к тринадцатой пряди, являющейся совокупностью двенадцати прядей, из них также образуются другие двенадцать прядей. И да будет воля пред Тобой, чтобы получили они также свет и изобилие (шефа) от трех букв далет, как сказано выше, и станет в точности как вверху: </w:t>
      </w:r>
      <w:r>
        <w:rPr>
          <w:rFonts w:ascii="Georgia" w:hAnsi="Georgia" w:cs="Times New Roman"/>
          <w:b/>
          <w:i w:val="0"/>
          <w:color w:val="000000"/>
          <w:sz w:val="24"/>
          <w:rtl/>
          <w:szCs w:val="32"/>
        </w:rPr>
        <w:t>יָ יָ יָ יָ יֳ יֳ יֳ יֳ יֵֶ יֵֶ יֵֶ 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да будет воля пред Тобой, чтобы протянулось великое изобилие от трех первых букв хэй в трех святых Именах АВАЯ де-АБ в двенадцати [участках] белизны высшего рош — Гальгальты де-АА — [в качестве] огласовок к буквам вав тиккунов дикна следующим образом: от первой буквы хэй первого Имени АБ распространятся пять видов огласовок к четырем первым тиккунам дикна так: три буквы вав, огласованные шуруком, хириком и холамом: </w:t>
      </w:r>
      <w:r>
        <w:rPr>
          <w:rFonts w:ascii="Georgia" w:hAnsi="Georgia" w:cs="Times New Roman"/>
          <w:b/>
          <w:i w:val="0"/>
          <w:color w:val="000000"/>
          <w:sz w:val="24"/>
          <w:rtl/>
          <w:szCs w:val="32"/>
        </w:rPr>
        <w:t>וִּ וִּ וִֹ</w:t>
      </w:r>
      <w:r>
        <w:rPr>
          <w:rFonts w:ascii="Georgia" w:hAnsi="Georgia"/>
          <w:b w:val="0"/>
          <w:i w:val="0"/>
          <w:color w:val="000000"/>
          <w:sz w:val="24"/>
        </w:rPr>
        <w:t xml:space="preserve">, и станет колесницей эта буква вав первого Имени ЭЙЕ в двенадцати тиккунах дикна трем первым буквам вав (то есть Имени АВАЯ первого АБ), протянувшимся из двенадцати белизн; и распространятся от первой буквы хэй второго Имени АБ пять видов огласовок к четырем вторым тиккунам дикна так: три первые буквы вав, происходящие из второго АБ, огласованы... ...патахом и камацем трижды, а к четвертой букве вав протянутся огласовки патах, камац и шва-патах: </w:t>
      </w:r>
      <w:r>
        <w:rPr>
          <w:rFonts w:ascii="Georgia" w:hAnsi="Georgia" w:cs="Times New Roman"/>
          <w:b/>
          <w:i w:val="0"/>
          <w:color w:val="000000"/>
          <w:sz w:val="24"/>
          <w:rtl/>
          <w:szCs w:val="32"/>
        </w:rPr>
        <w:t>וַָ וַָ וַָ וְַַָ</w:t>
      </w:r>
      <w:r>
        <w:rPr>
          <w:rFonts w:ascii="Georgia" w:hAnsi="Georgia"/>
          <w:b w:val="0"/>
          <w:i w:val="0"/>
          <w:color w:val="000000"/>
          <w:sz w:val="24"/>
        </w:rPr>
        <w:t xml:space="preserve"> в двенадцати тиккунах дикна к трем буквам вав Имени АВАЯ второго АБ, протянувшимся из двенадцати белизн Гальгальты; и распространятся от первой буквы хэй третьего Имени АВАЯ де-АБ пять огласовок к четырем последним тиккунам дикна так: к трем первым буквам вав третьего Имени АВАЯ протянутся света [огласовок] сеголь и шва-сеголь трижды, а к четвертой букве вав протянутся огласовки сеголь, сеголь и шва-сеголь: </w:t>
      </w:r>
      <w:r>
        <w:rPr>
          <w:rFonts w:ascii="Georgia" w:hAnsi="Georgia" w:cs="Times New Roman"/>
          <w:b/>
          <w:i w:val="0"/>
          <w:color w:val="000000"/>
          <w:sz w:val="24"/>
          <w:rtl/>
          <w:szCs w:val="32"/>
        </w:rPr>
        <w:t>וֱֶֶ וֱֶֶ וֱֶֶ</w:t>
      </w:r>
      <w:r>
        <w:rPr>
          <w:rFonts w:ascii="Georgia" w:hAnsi="Georgia"/>
          <w:b w:val="0"/>
          <w:i w:val="0"/>
          <w:color w:val="000000"/>
          <w:sz w:val="24"/>
        </w:rPr>
        <w:t xml:space="preserve">, и станет колесницей эта буква вав третьего Имени ЭЙЕ, протянувшаяся из двенадцати белизн Гальгальты де-Арих: </w:t>
      </w:r>
      <w:r>
        <w:rPr>
          <w:rFonts w:ascii="Georgia" w:hAnsi="Georgia" w:cs="Times New Roman"/>
          <w:b/>
          <w:i w:val="0"/>
          <w:color w:val="000000"/>
          <w:sz w:val="24"/>
          <w:rtl/>
          <w:szCs w:val="32"/>
        </w:rPr>
        <w:t>וֱֶֶ</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да будет воля пред Тобой, чтобы распространились также свет и изобилие от трех последних букв хэй в трех Именах АВАЯ де-АБ в двенадцати [участках] белизны Гальгальты де-Арих к двенадцати буквам вав в тринадцатом мазале дикна де-Арих, называемом «от дней древних», содержащем включение первых двенадцати тиккунов дикна, [в качестве] огласовок следующим образом: от последней буквы хэй первого Имени АВАЯ де-АБ протянутся пять огласовок к четырем первым буквам вав в двенадцати тиккунах включения: к трем первым буквам вав — огласовки цере и шва трижды, а к четвертой букве вав протянутся огласовки цере, шва и кубуц: </w:t>
      </w:r>
      <w:r>
        <w:rPr>
          <w:rFonts w:ascii="Georgia" w:hAnsi="Georgia" w:cs="Times New Roman"/>
          <w:b/>
          <w:i w:val="0"/>
          <w:color w:val="000000"/>
          <w:sz w:val="24"/>
          <w:rtl/>
          <w:szCs w:val="32"/>
        </w:rPr>
        <w:t>וְֵ וְֵ וְֵ וְֵֻ</w:t>
      </w:r>
      <w:r>
        <w:rPr>
          <w:rFonts w:ascii="Georgia" w:hAnsi="Georgia"/>
          <w:b w:val="0"/>
          <w:i w:val="0"/>
          <w:color w:val="000000"/>
          <w:sz w:val="24"/>
        </w:rPr>
        <w:t xml:space="preserve">, и станет колесницей эта буква вав первого Имени ЭЙЕ в двенадцати тиккунах включения дикна; и распространятся от последней буквы хэй второго Имени АВАЯ де-АБ пять огласовок к четырем вторым буквам вав из двенадцати [тиккунов] включения: к трем первым буквам вав — огласовки камац и шва три... ...раза, а к четвертой букве вав — камац, шва и шва-камац: </w:t>
      </w:r>
      <w:r>
        <w:rPr>
          <w:rFonts w:ascii="Georgia" w:hAnsi="Georgia" w:cs="Times New Roman"/>
          <w:b/>
          <w:i w:val="0"/>
          <w:color w:val="000000"/>
          <w:sz w:val="24"/>
          <w:rtl/>
          <w:szCs w:val="32"/>
        </w:rPr>
        <w:t>וְָ וְָ וְָ</w:t>
      </w:r>
      <w:r>
        <w:rPr>
          <w:rFonts w:ascii="Georgia" w:hAnsi="Georgia"/>
          <w:b w:val="0"/>
          <w:i w:val="0"/>
          <w:color w:val="000000"/>
          <w:sz w:val="24"/>
        </w:rPr>
        <w:t xml:space="preserve">, и станет эта колесница [буквы вав] второго Имени ЭЙЕ двенадцати тиккунов включения дикна [колесницей] трем буквам вав второго АБ двенадцати тиккунов включения дикна; а от последней буквы хэй третьего Имени АВАЯ де-АБ распространятся пять огласовок к четырем последним буквам вав включения следующим образом: </w:t>
      </w:r>
      <w:r>
        <w:rPr>
          <w:rFonts w:ascii="Georgia" w:hAnsi="Georgia" w:cs="Times New Roman"/>
          <w:b/>
          <w:i w:val="0"/>
          <w:color w:val="000000"/>
          <w:sz w:val="24"/>
          <w:rtl/>
          <w:szCs w:val="32"/>
        </w:rPr>
        <w:t>וֳ וֲ וַ וְֲ</w:t>
      </w:r>
      <w:r>
        <w:rPr>
          <w:rFonts w:ascii="Georgia" w:hAnsi="Georgia"/>
          <w:b w:val="0"/>
          <w:i w:val="0"/>
          <w:color w:val="000000"/>
          <w:sz w:val="24"/>
        </w:rPr>
        <w:t xml:space="preserve"> — три первые буквы вав с огласовками патах и шва, а к четвертой букве вав — патах, шва и шва-патах, и станет колесницей эта буква вав третьего Имени ЭЙЕ двенадцати тиккунов включения дикна трем буквам вав третьего АБ двенадцати тиккунов включения.</w:t>
      </w:r>
    </w:p>
    <w:p>
      <w:pPr>
        <w:spacing w:before="40" w:after="120"/>
        <w:jc w:val="both"/>
      </w:pPr>
      <w:r>
        <w:rPr>
          <w:rFonts w:ascii="Georgia" w:hAnsi="Georgia"/>
          <w:b w:val="0"/>
          <w:i w:val="0"/>
          <w:color w:val="000000"/>
          <w:sz w:val="24"/>
        </w:rPr>
        <w:t>И да будет воля пред Тобой, чтобы распространились от трех букв далет трех Имен АВАЯ де-АБ (АБ, АБ, АБ) в двенадцати белизнах высшего рош вкусы (</w:t>
      </w:r>
      <w:r>
        <w:rPr>
          <w:rFonts w:ascii="Georgia" w:hAnsi="Georgia"/>
          <w:b w:val="0"/>
          <w:i/>
          <w:color w:val="000000"/>
          <w:sz w:val="24"/>
        </w:rPr>
        <w:t>таамим</w:t>
      </w:r>
      <w:r>
        <w:rPr>
          <w:rFonts w:ascii="Georgia" w:hAnsi="Georgia"/>
          <w:b w:val="0"/>
          <w:i w:val="0"/>
          <w:color w:val="000000"/>
          <w:sz w:val="24"/>
        </w:rPr>
        <w:t xml:space="preserve">) к буквам йод двенадцати прядей во втором рош де-АА следующим образом: от первой буквы далет первого Имени АВАЯ де-АБ распространятся два вкуса — пазер гадоль и зарка — четырежды к четырем первым [буквам йод]: </w:t>
      </w:r>
      <w:r>
        <w:rPr>
          <w:rFonts w:ascii="Georgia" w:hAnsi="Georgia" w:cs="Times New Roman"/>
          <w:b/>
          <w:i w:val="0"/>
          <w:color w:val="000000"/>
          <w:sz w:val="24"/>
          <w:rtl/>
          <w:szCs w:val="32"/>
        </w:rPr>
        <w:t>י֡֘ י֡֘ י֡֘ י֡֘</w:t>
      </w:r>
      <w:r>
        <w:rPr>
          <w:rFonts w:ascii="Georgia" w:hAnsi="Georgia"/>
          <w:b w:val="0"/>
          <w:i w:val="0"/>
          <w:color w:val="000000"/>
          <w:sz w:val="24"/>
        </w:rPr>
        <w:t xml:space="preserve">; и распространится от второй буквы далет второго Имени АВАЯ де-АБ один вкус — сгольта — четырежды к четырем вторым буквам йод: </w:t>
      </w:r>
      <w:r>
        <w:rPr>
          <w:rFonts w:ascii="Georgia" w:hAnsi="Georgia" w:cs="Times New Roman"/>
          <w:b/>
          <w:i w:val="0"/>
          <w:color w:val="000000"/>
          <w:sz w:val="24"/>
          <w:rtl/>
          <w:szCs w:val="32"/>
        </w:rPr>
        <w:t>יֳ֒ יֳ֒ יֳ֒ יֳ֒</w:t>
      </w:r>
      <w:r>
        <w:rPr>
          <w:rFonts w:ascii="Georgia" w:hAnsi="Georgia"/>
          <w:b w:val="0"/>
          <w:i w:val="0"/>
          <w:color w:val="000000"/>
          <w:sz w:val="24"/>
        </w:rPr>
        <w:t xml:space="preserve">; и распространится от третьей буквы далет третьего Имени АВАЯ де-АБ один вкус — карней пара — четырежды к четырем третьим буквам йод: </w:t>
      </w:r>
      <w:r>
        <w:rPr>
          <w:rFonts w:ascii="Georgia" w:hAnsi="Georgia" w:cs="Times New Roman"/>
          <w:b/>
          <w:i w:val="0"/>
          <w:color w:val="000000"/>
          <w:sz w:val="24"/>
          <w:rtl/>
          <w:szCs w:val="32"/>
        </w:rPr>
        <w:t>י֟ י֟ י֟ י֟</w:t>
      </w:r>
      <w:r>
        <w:rPr>
          <w:rFonts w:ascii="Georgia" w:hAnsi="Georgia"/>
          <w:b w:val="0"/>
          <w:i w:val="0"/>
          <w:color w:val="000000"/>
          <w:sz w:val="24"/>
        </w:rPr>
        <w:t xml:space="preserve">; и эти двенадцать прядей, протянувшихся к тринадцатой пряди, представляющей собой включение двенадцати прядей: </w:t>
      </w:r>
      <w:r>
        <w:rPr>
          <w:rFonts w:ascii="Georgia" w:hAnsi="Georgia" w:cs="Times New Roman"/>
          <w:b/>
          <w:i w:val="0"/>
          <w:color w:val="000000"/>
          <w:sz w:val="24"/>
          <w:rtl/>
          <w:szCs w:val="32"/>
        </w:rPr>
        <w:t>יֵֶ֟ יֵֶ֟ יֵֶ֟ יֵֶ֟</w:t>
      </w:r>
      <w:r>
        <w:rPr>
          <w:rFonts w:ascii="Georgia" w:hAnsi="Georgia"/>
          <w:b w:val="0"/>
          <w:i w:val="0"/>
          <w:color w:val="000000"/>
          <w:sz w:val="24"/>
        </w:rPr>
        <w:t>, из них также образуются другие двенадцать прядей.</w:t>
      </w:r>
    </w:p>
    <w:p>
      <w:pPr>
        <w:spacing w:before="40" w:after="120"/>
        <w:jc w:val="both"/>
      </w:pPr>
      <w:r>
        <w:rPr>
          <w:rFonts w:ascii="Georgia" w:hAnsi="Georgia"/>
          <w:b w:val="0"/>
          <w:i w:val="0"/>
          <w:color w:val="000000"/>
          <w:sz w:val="24"/>
        </w:rPr>
        <w:t xml:space="preserve">Да будет воля пред Тобой, чтобы раскрылись также свет и изобилие от трех букв далет, как сказано выше, и станет в точности как вверху: </w:t>
      </w:r>
      <w:r>
        <w:rPr>
          <w:rFonts w:ascii="Georgia" w:hAnsi="Georgia" w:cs="Times New Roman"/>
          <w:b/>
          <w:i w:val="0"/>
          <w:color w:val="000000"/>
          <w:sz w:val="24"/>
          <w:rtl/>
          <w:szCs w:val="32"/>
        </w:rPr>
        <w:t>יָ֡֘ יָ֡֘ יָ֡֘ יָ֡֘ יֳ֒ יֳ֒ יֳ֒ יֳ֒ יֵֶ֟ יֵֶ֟ יֵֶ֟ 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да будет воля пред Тобой, чтобы распространилось великое изобилие от трех первых букв хэй в трех святых Именах АВАЯ де-АБ в двенадцати белизнах высшего рош — Гальгальты де-АА — [в качестве] вкусов к буквам вав тиккунов дикна следующим образом: от первой буквы хэй первого Имени АБ распространится так к трем первым буквам вав: шофар олех и твир для каждой, а к четвертой букве вав — шофар олех, дарга и твир: </w:t>
      </w:r>
      <w:r>
        <w:rPr>
          <w:rFonts w:ascii="Georgia" w:hAnsi="Georgia" w:cs="Times New Roman"/>
          <w:b/>
          <w:i w:val="0"/>
          <w:color w:val="000000"/>
          <w:sz w:val="24"/>
          <w:rtl/>
          <w:szCs w:val="32"/>
        </w:rPr>
        <w:t>וּ֣֛ וּ֣֛ וּ֣֛</w:t>
      </w:r>
      <w:r>
        <w:rPr>
          <w:rFonts w:ascii="Georgia" w:hAnsi="Georgia"/>
          <w:b w:val="0"/>
          <w:i w:val="0"/>
          <w:color w:val="000000"/>
          <w:sz w:val="24"/>
        </w:rPr>
        <w:t>, и станет колесницей эта буква вав первого Имени ЭЙЕ в двенадцати тиккунах дикна трем первым буквам вав Имени АВАЯ первого АБ (</w:t>
      </w:r>
      <w:r>
        <w:rPr>
          <w:rFonts w:ascii="Georgia" w:hAnsi="Georgia" w:cs="Times New Roman"/>
          <w:b/>
          <w:i w:val="0"/>
          <w:color w:val="000000"/>
          <w:sz w:val="24"/>
          <w:rtl/>
          <w:szCs w:val="32"/>
        </w:rPr>
        <w:t>וּ֣֧֛</w:t>
      </w:r>
      <w:r>
        <w:rPr>
          <w:rFonts w:ascii="Georgia" w:hAnsi="Georgia"/>
          <w:b w:val="0"/>
          <w:i w:val="0"/>
          <w:color w:val="000000"/>
          <w:sz w:val="24"/>
        </w:rPr>
        <w:t xml:space="preserve">), протянувшегося из двенадцати белизн; и распространится от первой буквы хэй второго Имени АВАЯ де-АБ так к четырем вторым тиккунам дикна: к трем первым буквам вав — два вкуса для каждой, а к четвертой букве вав — маарих и два вкуса так: </w:t>
      </w:r>
      <w:r>
        <w:rPr>
          <w:rFonts w:ascii="Georgia" w:hAnsi="Georgia" w:cs="Times New Roman"/>
          <w:b/>
          <w:i w:val="0"/>
          <w:color w:val="000000"/>
          <w:sz w:val="24"/>
          <w:rtl/>
          <w:szCs w:val="32"/>
        </w:rPr>
        <w:t>וַָ֦ וַָ֦ וַָ֦ וַַָָ֦֥</w:t>
      </w:r>
      <w:r>
        <w:rPr>
          <w:rFonts w:ascii="Georgia" w:hAnsi="Georgia"/>
          <w:b w:val="0"/>
          <w:i w:val="0"/>
          <w:color w:val="000000"/>
          <w:sz w:val="24"/>
        </w:rPr>
        <w:t xml:space="preserve">, и станет колесницей эта буква вав второго Имени ЭЙЕ в двенадцати тиккунах дикна трем буквам вав второго Имени АВАЯ де-АБ, протянувшегося из двенадцати белизн Гальгальты; и распространится от первой буквы хэй третьего Имени АВАЯ де-АБ так к четырем последним тиккунам: к трем первым буквам вав — тарха и этнах для каждой, а к четвертой букве вав — шва, гайя, тарха и этнах: </w:t>
      </w:r>
      <w:r>
        <w:rPr>
          <w:rFonts w:ascii="Georgia" w:hAnsi="Georgia" w:cs="Times New Roman"/>
          <w:b/>
          <w:i w:val="0"/>
          <w:color w:val="000000"/>
          <w:sz w:val="24"/>
          <w:rtl/>
          <w:szCs w:val="32"/>
        </w:rPr>
        <w:t>וֱֶֽ֑ וֱֶֽ֑ וֱֶֽ֑ וְְֱֱֽ֑</w:t>
      </w:r>
      <w:r>
        <w:rPr>
          <w:rFonts w:ascii="Georgia" w:hAnsi="Georgia"/>
          <w:b w:val="0"/>
          <w:i w:val="0"/>
          <w:color w:val="000000"/>
          <w:sz w:val="24"/>
        </w:rPr>
        <w:t>, и станет колесницей эта буква вав третьего Имени ЭЙЕ в двенадцати тиккунах дикна де-АА трем буквам вав третьего Имени АВАЯ де-АБ, протянувшегося из [двенадцати] белизн Гальгальты де-Арих.</w:t>
      </w:r>
    </w:p>
    <w:p>
      <w:pPr>
        <w:spacing w:before="40" w:after="120"/>
        <w:jc w:val="both"/>
      </w:pPr>
      <w:r>
        <w:rPr>
          <w:rFonts w:ascii="Georgia" w:hAnsi="Georgia"/>
          <w:b w:val="0"/>
          <w:i w:val="0"/>
          <w:color w:val="000000"/>
          <w:sz w:val="24"/>
        </w:rPr>
        <w:t xml:space="preserve">И да будет воля пред Тобой, чтобы распространились также свет и изобилие от трех последних букв хэй в трех Именах АВАЯ де-АБ в двенадцати белизнах Гальгальты де-Арих к двенадцати буквам вав в тринадцатом мазале дикна де-Арих, называемом «от дней древних», содержащем включение первых двенадцати тиккунов дикна, [в качестве] вкусов следующим образом: от последней буквы хэй первого Имени АВАЯ де-АБ протянутся пять видов вкусов к четырем первым буквам вав двенадцати тиккунов включения: к трем первым буквам вав — макаф и йетив для каждой, а к четвертой букве вав — яреах бен йомо, макаф и йетив: </w:t>
      </w:r>
      <w:r>
        <w:rPr>
          <w:rFonts w:ascii="Georgia" w:hAnsi="Georgia" w:cs="Times New Roman"/>
          <w:b/>
          <w:i w:val="0"/>
          <w:color w:val="000000"/>
          <w:sz w:val="24"/>
          <w:rtl/>
          <w:szCs w:val="32"/>
        </w:rPr>
        <w:t>וְֵ֖ וְֵ֖ וְֵ֖ וְִִִֵ֪֤</w:t>
      </w:r>
      <w:r>
        <w:rPr>
          <w:rFonts w:ascii="Georgia" w:hAnsi="Georgia"/>
          <w:b w:val="0"/>
          <w:i w:val="0"/>
          <w:color w:val="000000"/>
          <w:sz w:val="24"/>
        </w:rPr>
        <w:t xml:space="preserve">, и станет колесницей эта буква вав первого Имени ЭЙЕ двенадцати тиккунов включения дикна трем буквам вав первого АБ двенадцати тиккунов включения дикна; и распространятся от последней буквы хэй второго Имени АВАЯ де-АБ пять видов вкусов к четырем вторым буквам вав двенадцати [тиккунов] включения так: к трем первым буквам вав — псик, гайя и шва для каждой, а к четвертой букве вав — пашта, псик, гайя и шва так: </w:t>
      </w:r>
      <w:r>
        <w:rPr>
          <w:rFonts w:ascii="Georgia" w:hAnsi="Georgia" w:cs="Times New Roman"/>
          <w:b/>
          <w:i w:val="0"/>
          <w:color w:val="000000"/>
          <w:sz w:val="24"/>
          <w:rtl/>
          <w:szCs w:val="32"/>
        </w:rPr>
        <w:t>וְְָֽ וְְָֽ וְְָֽ וְְְָֽ</w:t>
      </w:r>
      <w:r>
        <w:rPr>
          <w:rFonts w:ascii="Georgia" w:hAnsi="Georgia"/>
          <w:b w:val="0"/>
          <w:i w:val="0"/>
          <w:color w:val="000000"/>
          <w:sz w:val="24"/>
        </w:rPr>
        <w:t xml:space="preserve">, и станет колесницей эта буква вав второго Имени ЭЙЕ двенадцати тиккунов включения дикна; и распространятся от последней буквы хэй третьего Имени АВАЯ де-АБ пять видов вкусов к четырем последним буквам вав двенадцати тиккунов включения так: к трем первым буквам вав — шофар и соф пасук для каждой, а к четвертой букве вав — шофар меупах, соф пасук и ревиа: </w:t>
      </w:r>
      <w:r>
        <w:rPr>
          <w:rFonts w:ascii="Georgia" w:hAnsi="Georgia" w:cs="Times New Roman"/>
          <w:b/>
          <w:i w:val="0"/>
          <w:color w:val="000000"/>
          <w:sz w:val="24"/>
          <w:rtl/>
          <w:szCs w:val="32"/>
        </w:rPr>
        <w:t>וְַֽ֤ וְַֽ֤ וְַֽ֤ וְְַֽֽ֣</w:t>
      </w:r>
      <w:r>
        <w:rPr>
          <w:rFonts w:ascii="Georgia" w:hAnsi="Georgia"/>
          <w:b w:val="0"/>
          <w:i w:val="0"/>
          <w:color w:val="000000"/>
          <w:sz w:val="24"/>
        </w:rPr>
        <w:t>, и станет колесницей эта буква вав третьего Имени ЭЙЕ двенадцати тиккунов включения дикна трем буквам вав третьего АБ двенадцати тиккунов включения дикна.</w:t>
      </w:r>
    </w:p>
    <w:p>
      <w:pPr>
        <w:spacing w:before="40" w:after="120"/>
        <w:jc w:val="both"/>
      </w:pPr>
      <w:r>
        <w:rPr>
          <w:rFonts w:ascii="Georgia" w:hAnsi="Georgia"/>
          <w:b w:val="0"/>
          <w:i w:val="0"/>
          <w:color w:val="000000"/>
          <w:sz w:val="24"/>
        </w:rPr>
        <w:t xml:space="preserve">И да будет воля пред Тобой, чтобы девять прядей из тех двенадцати прядей, что мы упомянули в этой молитве, покрывающие лик Ариха, разошлись по сторонам вместе с краями бороды и связались с первым тиккуном дикна, называемым </w:t>
      </w:r>
      <w:r>
        <w:rPr>
          <w:rFonts w:ascii="Georgia" w:hAnsi="Georgia"/>
          <w:b w:val="0"/>
          <w:i/>
          <w:color w:val="000000"/>
          <w:sz w:val="24"/>
        </w:rPr>
        <w:t>«Кто Б-г, как Ты…»</w:t>
      </w:r>
      <w:r>
        <w:rPr>
          <w:rFonts w:ascii="Georgia" w:hAnsi="Georgia"/>
          <w:b w:val="0"/>
          <w:i w:val="0"/>
          <w:color w:val="000000"/>
          <w:sz w:val="24"/>
        </w:rPr>
        <w:t xml:space="preserve"> (Миха 7:18), и чтобы светили буквы йод прядей в буквы вав дикна: огласовки букв йод — в огласовки букв вав, а вкусы их мужского начала соединились со вкусами букв вав женского начала, и осветили друг друга.</w:t>
      </w:r>
    </w:p>
    <w:p>
      <w:pPr>
        <w:spacing w:before="40" w:after="120"/>
        <w:jc w:val="both"/>
      </w:pPr>
      <w:r>
        <w:rPr>
          <w:rFonts w:ascii="Georgia" w:hAnsi="Georgia"/>
          <w:b w:val="0"/>
          <w:i w:val="0"/>
          <w:color w:val="000000"/>
          <w:sz w:val="24"/>
        </w:rPr>
        <w:t xml:space="preserve">И да будет воля пред Тобой, чтобы протянулся великий свет от Бины де-Атик, где пребывает свойство ЭЙЕ и внутри которой сокрыта Хохма де-Атик — РАДЛА, — вплоть до мэцах де-АА. И благодаря этому великому свечению, распространяющемуся от Бины де-Атик на мэцах, пробуждается также Есод де-Атик, находящийся внутри мэцах, и выходит великий свет изнутри наружу. И соединятся там два света снаружи мэцах де-Арих, и от соединения этих двух светов выйдет великий свет между ними и протянется вниз, к мэцах де-Аба ве-Има, где также пребывает Имя ЭЙЕ. И воссияет великий свет в мэцах де-ЗА, чтобы подчинить суды. И осветятся глаза Зеир Анпина от этого света, и тогда </w:t>
      </w:r>
      <w:r>
        <w:rPr>
          <w:rFonts w:ascii="Georgia" w:hAnsi="Georgia"/>
          <w:b w:val="0"/>
          <w:i/>
          <w:color w:val="000000"/>
          <w:sz w:val="24"/>
        </w:rPr>
        <w:t>«глаза его будут омыты молоком»</w:t>
      </w:r>
      <w:r>
        <w:rPr>
          <w:rFonts w:ascii="Georgia" w:hAnsi="Georgia"/>
          <w:b w:val="0"/>
          <w:i w:val="0"/>
          <w:color w:val="000000"/>
          <w:sz w:val="24"/>
        </w:rPr>
        <w:t xml:space="preserve"> (по мотивам Шир а-Ширим 5:12), и суды подчинятся там. И тогда поднимутся глаза Зеир Анпина и устремят взор к мэцах де-Арих, чтобы принять этот свет. И тогда это Имя АВАЯ Зеир Анпина и Имя АДОНАЙ Нуквы соединятся воедино в виде сплетения </w:t>
      </w:r>
      <w:r>
        <w:rPr>
          <w:rFonts w:ascii="Georgia" w:hAnsi="Georgia" w:cs="Times New Roman"/>
          <w:b/>
          <w:i w:val="0"/>
          <w:color w:val="000000"/>
          <w:sz w:val="24"/>
          <w:rtl/>
          <w:szCs w:val="32"/>
        </w:rPr>
        <w:t>יאהדונהי</w:t>
      </w:r>
      <w:r>
        <w:rPr>
          <w:rFonts w:ascii="Georgia" w:hAnsi="Georgia"/>
          <w:b w:val="0"/>
          <w:i w:val="0"/>
          <w:color w:val="000000"/>
          <w:sz w:val="24"/>
        </w:rPr>
        <w:t>. И оттуда протянется на меня, [имярек], и на весь народ дома Исраэля великий свет, изобилие, хохма, бина, даат и страх пред Г-сподом от Имени АВАЯ в рош де-ЗА. И постигнем мы всю мудрость Каббалы, тайны и сокровенности Торы и истинную ступень наших душ. Да будет так по воле Твоей (амен, кен йехи рацон).</w:t>
      </w:r>
    </w:p>
    <w:p>
      <w:pPr>
        <w:spacing w:before="40" w:after="120"/>
        <w:jc w:val="both"/>
      </w:pPr>
      <w:r>
        <w:rPr>
          <w:rFonts w:ascii="Georgia" w:hAnsi="Georgia"/>
          <w:b w:val="0"/>
          <w:i w:val="0"/>
          <w:color w:val="000000"/>
          <w:sz w:val="24"/>
        </w:rPr>
        <w:t>Затем, чтобы устранить внешних, чтобы они не прилепились к этому единению, которое человек совершает — каким бы ни было это единение, — пусть после совершения единения совершит это единение [Имен] ЭЛОКИМ. И его особое свойство заключается в том, чтобы внешние не прилепились. И вот оно представлено перед тобой в виде молитвы, и таков ее текст:</w:t>
      </w:r>
    </w:p>
    <w:p>
      <w:pPr>
        <w:spacing w:before="40" w:after="120"/>
        <w:jc w:val="both"/>
      </w:pPr>
      <w:r>
        <w:rPr>
          <w:rFonts w:ascii="Georgia" w:hAnsi="Georgia"/>
          <w:b w:val="0"/>
          <w:i w:val="0"/>
          <w:color w:val="000000"/>
          <w:sz w:val="24"/>
        </w:rPr>
        <w:t xml:space="preserve">Владыка вселенной! Вот я направляю намерение на два Имени ЭЛОКИМ, обращенные [друг к другу], </w:t>
      </w:r>
      <w:r>
        <w:rPr>
          <w:rFonts w:ascii="Georgia" w:hAnsi="Georgia"/>
          <w:b w:val="0"/>
          <w:i/>
          <w:color w:val="000000"/>
          <w:sz w:val="24"/>
        </w:rPr>
        <w:t>«одно к другому подходят»</w:t>
      </w:r>
      <w:r>
        <w:rPr>
          <w:rFonts w:ascii="Georgia" w:hAnsi="Georgia"/>
          <w:b w:val="0"/>
          <w:i w:val="0"/>
          <w:color w:val="000000"/>
          <w:sz w:val="24"/>
        </w:rPr>
        <w:t xml:space="preserve"> (Иов 41:8), вот так: </w:t>
      </w:r>
      <w:r>
        <w:rPr>
          <w:rFonts w:ascii="Georgia" w:hAnsi="Georgia" w:cs="Times New Roman"/>
          <w:b/>
          <w:i w:val="0"/>
          <w:color w:val="000000"/>
          <w:sz w:val="24"/>
          <w:rtl/>
          <w:szCs w:val="32"/>
        </w:rPr>
        <w:t>אֵאֶלֵלֵהֵהֵיֵּיֵםַםַ</w:t>
      </w:r>
      <w:r>
        <w:rPr>
          <w:rFonts w:ascii="Georgia" w:hAnsi="Georgia"/>
          <w:b w:val="0"/>
          <w:i w:val="0"/>
          <w:color w:val="000000"/>
          <w:sz w:val="24"/>
        </w:rPr>
        <w:t xml:space="preserve">, числовое значение которых равно [слову] </w:t>
      </w:r>
      <w:r>
        <w:rPr>
          <w:rFonts w:ascii="Georgia" w:hAnsi="Georgia"/>
          <w:b w:val="0"/>
          <w:i/>
          <w:color w:val="000000"/>
          <w:sz w:val="24"/>
        </w:rPr>
        <w:t>экев</w:t>
      </w:r>
      <w:r>
        <w:rPr>
          <w:rFonts w:ascii="Georgia" w:hAnsi="Georgia"/>
          <w:b w:val="0"/>
          <w:i w:val="0"/>
          <w:color w:val="000000"/>
          <w:sz w:val="24"/>
        </w:rPr>
        <w:t xml:space="preserve"> (</w:t>
      </w:r>
      <w:r>
        <w:rPr>
          <w:rFonts w:ascii="Georgia" w:hAnsi="Georgia" w:cs="Times New Roman"/>
          <w:b/>
          <w:i w:val="0"/>
          <w:color w:val="000000"/>
          <w:sz w:val="24"/>
          <w:rtl/>
          <w:szCs w:val="32"/>
        </w:rPr>
        <w:t>עֵקֶב</w:t>
      </w:r>
      <w:r>
        <w:rPr>
          <w:rFonts w:ascii="Georgia" w:hAnsi="Georgia"/>
          <w:b w:val="0"/>
          <w:i w:val="0"/>
          <w:color w:val="000000"/>
          <w:sz w:val="24"/>
        </w:rPr>
        <w:t xml:space="preserve"> = 172), а вместе с числом десяти букв они составляют числовое значение имени </w:t>
      </w:r>
      <w:r>
        <w:rPr>
          <w:rFonts w:ascii="Georgia" w:hAnsi="Georgia"/>
          <w:b w:val="0"/>
          <w:i/>
          <w:color w:val="000000"/>
          <w:sz w:val="24"/>
        </w:rPr>
        <w:t>Яаков</w:t>
      </w:r>
      <w:r>
        <w:rPr>
          <w:rFonts w:ascii="Georgia" w:hAnsi="Georgia"/>
          <w:b w:val="0"/>
          <w:i w:val="0"/>
          <w:color w:val="000000"/>
          <w:sz w:val="24"/>
        </w:rPr>
        <w:t xml:space="preserve"> (</w:t>
      </w:r>
      <w:r>
        <w:rPr>
          <w:rFonts w:ascii="Georgia" w:hAnsi="Georgia" w:cs="Times New Roman"/>
          <w:b/>
          <w:i w:val="0"/>
          <w:color w:val="000000"/>
          <w:sz w:val="24"/>
          <w:rtl/>
          <w:szCs w:val="32"/>
        </w:rPr>
        <w:t>יַעֲקֹב</w:t>
      </w:r>
      <w:r>
        <w:rPr>
          <w:rFonts w:ascii="Georgia" w:hAnsi="Georgia"/>
          <w:b w:val="0"/>
          <w:i w:val="0"/>
          <w:color w:val="000000"/>
          <w:sz w:val="24"/>
        </w:rPr>
        <w:t xml:space="preserve"> = 182). И все они огласованы знаком цере, кроме второй буквы алеф, огласованной знаком сеголь, и кроме букв мэм, огласованных знаком патах. И эти огласовки также составляют числовое значение имени </w:t>
      </w:r>
      <w:r>
        <w:rPr>
          <w:rFonts w:ascii="Georgia" w:hAnsi="Georgia"/>
          <w:b w:val="0"/>
          <w:i/>
          <w:color w:val="000000"/>
          <w:sz w:val="24"/>
        </w:rPr>
        <w:t>Яаков</w:t>
      </w:r>
      <w:r>
        <w:rPr>
          <w:rFonts w:ascii="Georgia" w:hAnsi="Georgia"/>
          <w:b w:val="0"/>
          <w:i w:val="0"/>
          <w:color w:val="000000"/>
          <w:sz w:val="24"/>
        </w:rPr>
        <w:t xml:space="preserve"> (</w:t>
      </w:r>
      <w:r>
        <w:rPr>
          <w:rFonts w:ascii="Georgia" w:hAnsi="Georgia" w:cs="Times New Roman"/>
          <w:b/>
          <w:i w:val="0"/>
          <w:color w:val="000000"/>
          <w:sz w:val="24"/>
          <w:rtl/>
          <w:szCs w:val="32"/>
        </w:rPr>
        <w:t>יַעֲקֹב</w:t>
      </w:r>
      <w:r>
        <w:rPr>
          <w:rFonts w:ascii="Georgia" w:hAnsi="Georgia"/>
          <w:b w:val="0"/>
          <w:i w:val="0"/>
          <w:color w:val="000000"/>
          <w:sz w:val="24"/>
        </w:rPr>
        <w:t xml:space="preserve"> = 182). И эти два раза </w:t>
      </w:r>
      <w:r>
        <w:rPr>
          <w:rFonts w:ascii="Georgia" w:hAnsi="Georgia"/>
          <w:b w:val="0"/>
          <w:i/>
          <w:color w:val="000000"/>
          <w:sz w:val="24"/>
        </w:rPr>
        <w:t>Яаков</w:t>
      </w:r>
      <w:r>
        <w:rPr>
          <w:rFonts w:ascii="Georgia" w:hAnsi="Georgia"/>
          <w:b w:val="0"/>
          <w:i w:val="0"/>
          <w:color w:val="000000"/>
          <w:sz w:val="24"/>
        </w:rPr>
        <w:t xml:space="preserve">, </w:t>
      </w:r>
      <w:r>
        <w:rPr>
          <w:rFonts w:ascii="Georgia" w:hAnsi="Georgia"/>
          <w:b w:val="0"/>
          <w:i/>
          <w:color w:val="000000"/>
          <w:sz w:val="24"/>
        </w:rPr>
        <w:t>Яаков</w:t>
      </w:r>
      <w:r>
        <w:rPr>
          <w:rFonts w:ascii="Georgia" w:hAnsi="Georgia"/>
          <w:b w:val="0"/>
          <w:i w:val="0"/>
          <w:color w:val="000000"/>
          <w:sz w:val="24"/>
        </w:rPr>
        <w:t xml:space="preserve"> — от суммы двух [Имен] ЭЛОКИМ вместе с огласовками — весь этот счет составляет числовое значение [слова] </w:t>
      </w:r>
      <w:r>
        <w:rPr>
          <w:rFonts w:ascii="Georgia" w:hAnsi="Georgia"/>
          <w:b w:val="0"/>
          <w:i/>
          <w:color w:val="000000"/>
          <w:sz w:val="24"/>
        </w:rPr>
        <w:t>а-Сатан</w:t>
      </w:r>
      <w:r>
        <w:rPr>
          <w:rFonts w:ascii="Georgia" w:hAnsi="Georgia"/>
          <w:b w:val="0"/>
          <w:i w:val="0"/>
          <w:color w:val="000000"/>
          <w:sz w:val="24"/>
        </w:rPr>
        <w:t xml:space="preserve"> (</w:t>
      </w:r>
      <w:r>
        <w:rPr>
          <w:rFonts w:ascii="Georgia" w:hAnsi="Georgia" w:cs="Times New Roman"/>
          <w:b/>
          <w:i w:val="0"/>
          <w:color w:val="000000"/>
          <w:sz w:val="24"/>
          <w:rtl/>
          <w:szCs w:val="32"/>
        </w:rPr>
        <w:t>הַשָּׂטָן</w:t>
      </w:r>
      <w:r>
        <w:rPr>
          <w:rFonts w:ascii="Georgia" w:hAnsi="Georgia"/>
          <w:b w:val="0"/>
          <w:i w:val="0"/>
          <w:color w:val="000000"/>
          <w:sz w:val="24"/>
        </w:rPr>
        <w:t xml:space="preserve"> = 364).</w:t>
      </w:r>
    </w:p>
    <w:p>
      <w:pPr>
        <w:spacing w:before="40" w:after="120"/>
        <w:jc w:val="both"/>
      </w:pPr>
      <w:r>
        <w:rPr>
          <w:rFonts w:ascii="Georgia" w:hAnsi="Georgia"/>
          <w:b w:val="0"/>
          <w:i w:val="0"/>
          <w:color w:val="000000"/>
          <w:sz w:val="24"/>
        </w:rPr>
        <w:t>Да укрепится рука Твоя [в сфире] Гвура силой этих Имен, чтобы прогнать от меня всякого врага и обвинителя! Загради уста сатане, чтобы он не обвинял нас; вознегодуй на него, и да умолкнет он, и истреби их истреблением нечестивых! И отведи от меня и от всего Твоего народа, дома Исраэля, всех обвинителей, хулителей, всякого рода клипот и всех внешних, чтобы не входили они в собрание Г-сподне и не обвиняли меня во время, когда я объединяю высшие света, и чтобы не смущали и не тревожили меня в это самое время, когда я объединяю Твои святые света и Имена.</w:t>
      </w:r>
    </w:p>
    <w:p>
      <w:pPr>
        <w:spacing w:before="40" w:after="120"/>
        <w:jc w:val="both"/>
      </w:pPr>
      <w:r>
        <w:rPr>
          <w:rFonts w:ascii="Georgia" w:hAnsi="Georgia"/>
          <w:b w:val="0"/>
          <w:i w:val="0"/>
          <w:color w:val="000000"/>
          <w:sz w:val="24"/>
        </w:rPr>
        <w:t xml:space="preserve">Молю, Б-же мой, </w:t>
      </w:r>
      <w:r>
        <w:rPr>
          <w:rFonts w:ascii="Georgia" w:hAnsi="Georgia"/>
          <w:b w:val="0"/>
          <w:i/>
          <w:color w:val="000000"/>
          <w:sz w:val="24"/>
        </w:rPr>
        <w:t>«развей их, как нечистое, «выйди!» — скажи им»</w:t>
      </w:r>
      <w:r>
        <w:rPr>
          <w:rFonts w:ascii="Georgia" w:hAnsi="Georgia"/>
          <w:b w:val="0"/>
          <w:i w:val="0"/>
          <w:color w:val="000000"/>
          <w:sz w:val="24"/>
        </w:rPr>
        <w:t xml:space="preserve"> (по мотивам Йешаяу 30:22), и всё нечестие дымом развеется, </w:t>
      </w:r>
      <w:r>
        <w:rPr>
          <w:rFonts w:ascii="Georgia" w:hAnsi="Georgia"/>
          <w:b w:val="0"/>
          <w:i/>
          <w:color w:val="000000"/>
          <w:sz w:val="24"/>
        </w:rPr>
        <w:t>«...и детеныши львицы рассеются»</w:t>
      </w:r>
      <w:r>
        <w:rPr>
          <w:rFonts w:ascii="Georgia" w:hAnsi="Georgia"/>
          <w:b w:val="0"/>
          <w:i w:val="0"/>
          <w:color w:val="000000"/>
          <w:sz w:val="24"/>
        </w:rPr>
        <w:t xml:space="preserve"> (Иов 4:11), </w:t>
      </w:r>
      <w:r>
        <w:rPr>
          <w:rFonts w:ascii="Georgia" w:hAnsi="Georgia"/>
          <w:b w:val="0"/>
          <w:i/>
          <w:color w:val="000000"/>
          <w:sz w:val="24"/>
        </w:rPr>
        <w:t>«чтобы объять края земли, и стряхнуты будут нечестивые с нее»</w:t>
      </w:r>
      <w:r>
        <w:rPr>
          <w:rFonts w:ascii="Georgia" w:hAnsi="Georgia"/>
          <w:b w:val="0"/>
          <w:i w:val="0"/>
          <w:color w:val="000000"/>
          <w:sz w:val="24"/>
        </w:rPr>
        <w:t xml:space="preserve"> (Иов 38:13). Совершенно изгони свирепость обвинителей и всех врагов, властвующих во зле; воинства их пусть станут словно не бывшими, </w:t>
      </w:r>
      <w:r>
        <w:rPr>
          <w:rFonts w:ascii="Georgia" w:hAnsi="Georgia"/>
          <w:b w:val="0"/>
          <w:i/>
          <w:color w:val="000000"/>
          <w:sz w:val="24"/>
        </w:rPr>
        <w:t>«да будут они как мякина пред ветром, и ангел Г-сподень да гонит их»</w:t>
      </w:r>
      <w:r>
        <w:rPr>
          <w:rFonts w:ascii="Georgia" w:hAnsi="Georgia"/>
          <w:b w:val="0"/>
          <w:i w:val="0"/>
          <w:color w:val="000000"/>
          <w:sz w:val="24"/>
        </w:rPr>
        <w:t xml:space="preserve"> (Теилим 35:5) — силой моего намерения в переплетении двух сплетенных [Имен] ЭЛОКИМ, и силой их огласовок, и их чисел! </w:t>
      </w:r>
      <w:r>
        <w:rPr>
          <w:rFonts w:ascii="Georgia" w:hAnsi="Georgia"/>
          <w:b w:val="0"/>
          <w:i/>
          <w:color w:val="000000"/>
          <w:sz w:val="24"/>
        </w:rPr>
        <w:t>«Ибо вот, сошлись цари, прошли вместе…»</w:t>
      </w:r>
      <w:r>
        <w:rPr>
          <w:rFonts w:ascii="Georgia" w:hAnsi="Georgia"/>
          <w:b w:val="0"/>
          <w:i w:val="0"/>
          <w:color w:val="000000"/>
          <w:sz w:val="24"/>
        </w:rPr>
        <w:t xml:space="preserve"> (Теилим 48:5), сплетенные один с другим. Клипот </w:t>
      </w:r>
      <w:r>
        <w:rPr>
          <w:rFonts w:ascii="Georgia" w:hAnsi="Georgia"/>
          <w:b w:val="0"/>
          <w:i/>
          <w:color w:val="000000"/>
          <w:sz w:val="24"/>
        </w:rPr>
        <w:t>«увидели — и изумились, ужаснулись и обратились в бегство; трепет объял их там, муки — как роженицу»</w:t>
      </w:r>
      <w:r>
        <w:rPr>
          <w:rFonts w:ascii="Georgia" w:hAnsi="Georgia"/>
          <w:b w:val="0"/>
          <w:i w:val="0"/>
          <w:color w:val="000000"/>
          <w:sz w:val="24"/>
        </w:rPr>
        <w:t xml:space="preserve"> (Теилим 48:6–7), и сонмище притеснителей окружает меня. </w:t>
      </w:r>
      <w:r>
        <w:rPr>
          <w:rFonts w:ascii="Georgia" w:hAnsi="Georgia"/>
          <w:b w:val="0"/>
          <w:i/>
          <w:color w:val="000000"/>
          <w:sz w:val="24"/>
        </w:rPr>
        <w:t>«Бежали на крик их, ибо говорили: как бы не поглотила и нас земля!»</w:t>
      </w:r>
      <w:r>
        <w:rPr>
          <w:rFonts w:ascii="Georgia" w:hAnsi="Georgia"/>
          <w:b w:val="0"/>
          <w:i w:val="0"/>
          <w:color w:val="000000"/>
          <w:sz w:val="24"/>
        </w:rPr>
        <w:t xml:space="preserve"> (по мотивам Бемидбар 16:34). </w:t>
      </w:r>
      <w:r>
        <w:rPr>
          <w:rFonts w:ascii="Georgia" w:hAnsi="Georgia"/>
          <w:b w:val="0"/>
          <w:i/>
          <w:color w:val="000000"/>
          <w:sz w:val="24"/>
        </w:rPr>
        <w:t>«Увидели Тебя воды, Б-же, увидели Тебя воды — вострепетали, содрогнулись и бездны»</w:t>
      </w:r>
      <w:r>
        <w:rPr>
          <w:rFonts w:ascii="Georgia" w:hAnsi="Georgia"/>
          <w:b w:val="0"/>
          <w:i w:val="0"/>
          <w:color w:val="000000"/>
          <w:sz w:val="24"/>
        </w:rPr>
        <w:t xml:space="preserve"> (Теилим 77:17) — силой Имени, образующегося из начальных букв слов стиха </w:t>
      </w:r>
      <w:r>
        <w:rPr>
          <w:rFonts w:ascii="Georgia" w:hAnsi="Georgia"/>
          <w:b w:val="0"/>
          <w:i/>
          <w:color w:val="000000"/>
          <w:sz w:val="24"/>
        </w:rPr>
        <w:t>«И сказал Г-сподь сатане: да запретит [тебе Г-сподь]…»</w:t>
      </w:r>
      <w:r>
        <w:rPr>
          <w:rFonts w:ascii="Georgia" w:hAnsi="Georgia"/>
          <w:b w:val="0"/>
          <w:i w:val="0"/>
          <w:color w:val="000000"/>
          <w:sz w:val="24"/>
        </w:rPr>
        <w:t xml:space="preserve"> (Зхарья 3:2), где в стихе имя АВАЯ огласовано как </w:t>
      </w:r>
      <w:r>
        <w:rPr>
          <w:rFonts w:ascii="Georgia" w:hAnsi="Georgia" w:cs="Times New Roman"/>
          <w:b/>
          <w:i w:val="0"/>
          <w:color w:val="000000"/>
          <w:sz w:val="24"/>
          <w:rtl/>
          <w:szCs w:val="32"/>
        </w:rPr>
        <w:t>יְהֶוַ״הִ</w:t>
      </w:r>
      <w:r>
        <w:rPr>
          <w:rFonts w:ascii="Georgia" w:hAnsi="Georgia"/>
          <w:b w:val="0"/>
          <w:i w:val="0"/>
          <w:color w:val="000000"/>
          <w:sz w:val="24"/>
        </w:rPr>
        <w:t xml:space="preserve">, а начальные буквы — вот так: </w:t>
      </w:r>
      <w:r>
        <w:rPr>
          <w:rFonts w:ascii="Georgia" w:hAnsi="Georgia" w:cs="Times New Roman"/>
          <w:b/>
          <w:i w:val="0"/>
          <w:color w:val="000000"/>
          <w:sz w:val="24"/>
          <w:rtl/>
          <w:szCs w:val="32"/>
        </w:rPr>
        <w:t>יְאֶהַ״יִ</w:t>
      </w:r>
      <w:r>
        <w:rPr>
          <w:rFonts w:ascii="Georgia" w:hAnsi="Georgia"/>
          <w:b w:val="0"/>
          <w:i w:val="0"/>
          <w:color w:val="000000"/>
          <w:sz w:val="24"/>
        </w:rPr>
        <w:t>, огласованное огласовками [этих слов] стиха: шва, сеголь, патах и хирик. Да будет так по воле Твоей (амен, кен йехи рацон)!</w:t>
      </w:r>
    </w:p>
    <w:p>
      <w:pPr>
        <w:spacing w:before="40" w:after="120"/>
        <w:jc w:val="both"/>
      </w:pPr>
      <w:r>
        <w:rPr>
          <w:rFonts w:ascii="Georgia" w:hAnsi="Georgia"/>
          <w:b w:val="0"/>
          <w:i w:val="0"/>
          <w:color w:val="000000"/>
          <w:sz w:val="24"/>
        </w:rPr>
        <w:t>Говорит переписчик: источник этого единения дикна находится в этих самых Вратах ихудим (Шаар а-Ихудим), лист 72а (</w:t>
      </w:r>
      <w:r>
        <w:rPr>
          <w:rFonts w:ascii="Georgia" w:hAnsi="Georgia" w:cs="Times New Roman"/>
          <w:b/>
          <w:i w:val="0"/>
          <w:color w:val="000000"/>
          <w:sz w:val="24"/>
          <w:rtl/>
          <w:szCs w:val="32"/>
        </w:rPr>
        <w:t>ע״ב ע״א</w:t>
      </w:r>
      <w:r>
        <w:rPr>
          <w:rFonts w:ascii="Georgia" w:hAnsi="Georgia"/>
          <w:b w:val="0"/>
          <w:i w:val="0"/>
          <w:color w:val="000000"/>
          <w:sz w:val="24"/>
        </w:rPr>
        <w:t>), ихуд семнадцатый. Однако здесь оно выстроено в виде стройной молитвы, чтобы облегчить тому, кто совершает единение, чтобы он устремлялся [в намерении] и не претыкался. И Г-сподь да убережет нас от ошибок. Да будет так по воле Твоей (амен, кен йехи рацон).</w:t>
      </w:r>
    </w:p>
    <w:p>
      <w:pPr>
        <w:spacing w:before="40" w:after="120"/>
        <w:jc w:val="both"/>
      </w:pPr>
      <w:r>
        <w:rPr>
          <w:rFonts w:ascii="Georgia" w:hAnsi="Georgia"/>
          <w:b w:val="0"/>
          <w:i w:val="0"/>
          <w:color w:val="000000"/>
          <w:sz w:val="24"/>
        </w:rPr>
        <w:t>[Примечание издателя: эта молитва была найдена в книге рава Есода (</w:t>
      </w:r>
      <w:r>
        <w:rPr>
          <w:rFonts w:ascii="Georgia" w:hAnsi="Georgia" w:cs="Times New Roman"/>
          <w:b/>
          <w:i w:val="0"/>
          <w:color w:val="000000"/>
          <w:sz w:val="24"/>
          <w:rtl/>
          <w:szCs w:val="32"/>
        </w:rPr>
        <w:t>יסו״ד</w:t>
      </w:r>
      <w:r>
        <w:rPr>
          <w:rFonts w:ascii="Georgia" w:hAnsi="Georgia"/>
          <w:b w:val="0"/>
          <w:i w:val="0"/>
          <w:color w:val="000000"/>
          <w:sz w:val="24"/>
        </w:rPr>
        <w:t>), благословенной памяти, и мы не знаем, чья она. Еще было найдено там, и вот его подлинные слова: «Особое свойство…» и т. д.]</w:t>
      </w:r>
    </w:p>
    <w:p>
      <w:pPr>
        <w:spacing w:before="40" w:after="120"/>
        <w:jc w:val="both"/>
      </w:pPr>
      <w:r>
        <w:rPr>
          <w:rFonts w:ascii="Georgia" w:hAnsi="Georgia"/>
          <w:b w:val="0"/>
          <w:i w:val="0"/>
          <w:color w:val="000000"/>
          <w:sz w:val="24"/>
        </w:rPr>
        <w:t xml:space="preserve">Особое свойство (сгула) для страдающего падучей, избави нас Б-г: пусть напишет на железном зеркале, называемом по-арабски </w:t>
      </w:r>
      <w:r>
        <w:rPr>
          <w:rFonts w:ascii="Georgia" w:hAnsi="Georgia"/>
          <w:b w:val="0"/>
          <w:i/>
          <w:color w:val="000000"/>
          <w:sz w:val="24"/>
        </w:rPr>
        <w:t>мар’аят аль-хинд</w:t>
      </w:r>
      <w:r>
        <w:rPr>
          <w:rFonts w:ascii="Georgia" w:hAnsi="Georgia"/>
          <w:b w:val="0"/>
          <w:i w:val="0"/>
          <w:color w:val="000000"/>
          <w:sz w:val="24"/>
        </w:rPr>
        <w:t xml:space="preserve"> (</w:t>
      </w:r>
      <w:r>
        <w:rPr>
          <w:rFonts w:ascii="Georgia" w:hAnsi="Georgia" w:cs="Times New Roman"/>
          <w:b/>
          <w:i w:val="0"/>
          <w:color w:val="000000"/>
          <w:sz w:val="24"/>
          <w:rtl/>
          <w:szCs w:val="32"/>
        </w:rPr>
        <w:t>מראיי״ת אלהנ״ד</w:t>
      </w:r>
      <w:r>
        <w:rPr>
          <w:rFonts w:ascii="Georgia" w:hAnsi="Georgia"/>
          <w:b w:val="0"/>
          <w:i w:val="0"/>
          <w:color w:val="000000"/>
          <w:sz w:val="24"/>
        </w:rPr>
        <w:t xml:space="preserve">), одно из семидесяти двух Имен стихов </w:t>
      </w:r>
      <w:r>
        <w:rPr>
          <w:rFonts w:ascii="Georgia" w:hAnsi="Georgia"/>
          <w:b w:val="0"/>
          <w:i/>
          <w:color w:val="000000"/>
          <w:sz w:val="24"/>
        </w:rPr>
        <w:t>«И двинулся…»</w:t>
      </w:r>
      <w:r>
        <w:rPr>
          <w:rFonts w:ascii="Georgia" w:hAnsi="Georgia"/>
          <w:b w:val="0"/>
          <w:i w:val="0"/>
          <w:color w:val="000000"/>
          <w:sz w:val="24"/>
        </w:rPr>
        <w:t xml:space="preserve">, </w:t>
      </w:r>
      <w:r>
        <w:rPr>
          <w:rFonts w:ascii="Georgia" w:hAnsi="Georgia"/>
          <w:b w:val="0"/>
          <w:i/>
          <w:color w:val="000000"/>
          <w:sz w:val="24"/>
        </w:rPr>
        <w:t>«И вошел…»</w:t>
      </w:r>
      <w:r>
        <w:rPr>
          <w:rFonts w:ascii="Georgia" w:hAnsi="Georgia"/>
          <w:b w:val="0"/>
          <w:i w:val="0"/>
          <w:color w:val="000000"/>
          <w:sz w:val="24"/>
        </w:rPr>
        <w:t xml:space="preserve">, </w:t>
      </w:r>
      <w:r>
        <w:rPr>
          <w:rFonts w:ascii="Georgia" w:hAnsi="Georgia"/>
          <w:b w:val="0"/>
          <w:i/>
          <w:color w:val="000000"/>
          <w:sz w:val="24"/>
        </w:rPr>
        <w:t>«И простер…»</w:t>
      </w:r>
      <w:r>
        <w:rPr>
          <w:rFonts w:ascii="Georgia" w:hAnsi="Georgia"/>
          <w:b w:val="0"/>
          <w:i w:val="0"/>
          <w:color w:val="000000"/>
          <w:sz w:val="24"/>
        </w:rPr>
        <w:t xml:space="preserve"> (Шмот 14:19–21), а именно Имя Махаш (</w:t>
      </w:r>
      <w:r>
        <w:rPr>
          <w:rFonts w:ascii="Georgia" w:hAnsi="Georgia" w:cs="Times New Roman"/>
          <w:b/>
          <w:i w:val="0"/>
          <w:color w:val="000000"/>
          <w:sz w:val="24"/>
          <w:rtl/>
          <w:szCs w:val="32"/>
        </w:rPr>
        <w:t>מה״ש</w:t>
      </w:r>
      <w:r>
        <w:rPr>
          <w:rFonts w:ascii="Georgia" w:hAnsi="Georgia"/>
          <w:b w:val="0"/>
          <w:i w:val="0"/>
          <w:color w:val="000000"/>
          <w:sz w:val="24"/>
        </w:rPr>
        <w:t>) без огласовок, и покажет человеку, страдающему падучей. Но прежде чем показать ему, пусть ударит маленькой палочкой кислого граната по упомянутому Имени перед лицом больного, а затем покажет ему Имя и ударит [снова], пока показывает ему Имя, и тотчас нечистый дух заговорит с ним, избави нас Б-г.</w:t>
      </w:r>
    </w:p>
    <w:p>
      <w:pPr>
        <w:spacing w:before="40" w:after="120"/>
        <w:jc w:val="both"/>
      </w:pPr>
      <w:r>
        <w:rPr>
          <w:rFonts w:ascii="Georgia" w:hAnsi="Georgia"/>
          <w:b w:val="0"/>
          <w:i w:val="0"/>
          <w:color w:val="000000"/>
          <w:sz w:val="24"/>
        </w:rPr>
        <w:t xml:space="preserve">Традиция, найденная в рукописях АРИ, благословенной памяти: одна печать, и в ней буквы, сумма которых одинакова со всех сторон — по длине, по ширине и по диагонали — число сорок. И ее особое свойство — написать ее составом </w:t>
      </w:r>
      <w:r>
        <w:rPr>
          <w:rFonts w:ascii="Georgia" w:hAnsi="Georgia"/>
          <w:b w:val="0"/>
          <w:i/>
          <w:color w:val="000000"/>
          <w:sz w:val="24"/>
        </w:rPr>
        <w:t>кец</w:t>
      </w:r>
      <w:r>
        <w:rPr>
          <w:rFonts w:ascii="Georgia" w:hAnsi="Georgia"/>
          <w:b w:val="0"/>
          <w:i w:val="0"/>
          <w:color w:val="000000"/>
          <w:sz w:val="24"/>
        </w:rPr>
        <w:t xml:space="preserve"> (</w:t>
      </w:r>
      <w:r>
        <w:rPr>
          <w:rFonts w:ascii="Georgia" w:hAnsi="Georgia" w:cs="Times New Roman"/>
          <w:b/>
          <w:i w:val="0"/>
          <w:color w:val="000000"/>
          <w:sz w:val="24"/>
          <w:rtl/>
          <w:szCs w:val="32"/>
        </w:rPr>
        <w:t>ק״ץ</w:t>
      </w:r>
      <w:r>
        <w:rPr>
          <w:rFonts w:ascii="Georgia" w:hAnsi="Georgia"/>
          <w:b w:val="0"/>
          <w:i w:val="0"/>
          <w:color w:val="000000"/>
          <w:sz w:val="24"/>
        </w:rPr>
        <w:t>) и повесить на шею детям, которых еще не поразила болезнь оспа (</w:t>
      </w:r>
      <w:r>
        <w:rPr>
          <w:rFonts w:ascii="Georgia" w:hAnsi="Georgia"/>
          <w:b w:val="0"/>
          <w:i/>
          <w:color w:val="000000"/>
          <w:sz w:val="24"/>
        </w:rPr>
        <w:t>аль-джадари</w:t>
      </w:r>
      <w:r>
        <w:rPr>
          <w:rFonts w:ascii="Georgia" w:hAnsi="Georgia"/>
          <w:b w:val="0"/>
          <w:i w:val="0"/>
          <w:color w:val="000000"/>
          <w:sz w:val="24"/>
        </w:rPr>
        <w:t xml:space="preserve">, </w:t>
      </w:r>
      <w:r>
        <w:rPr>
          <w:rFonts w:ascii="Georgia" w:hAnsi="Georgia" w:cs="Times New Roman"/>
          <w:b/>
          <w:i w:val="0"/>
          <w:color w:val="000000"/>
          <w:sz w:val="24"/>
          <w:rtl/>
          <w:szCs w:val="32"/>
        </w:rPr>
        <w:t>אלגדר״י</w:t>
      </w:r>
      <w:r>
        <w:rPr>
          <w:rFonts w:ascii="Georgia" w:hAnsi="Georgia"/>
          <w:b w:val="0"/>
          <w:i w:val="0"/>
          <w:color w:val="000000"/>
          <w:sz w:val="24"/>
        </w:rPr>
        <w:t>), и с Б-жьей помощью благодаря этой печати [ребенок] не заболеет, а если заболеет, не понесет вреда; и так же от мора, избави нас Б-г. И вот ее изображение:</w:t>
      </w:r>
    </w:p>
    <w:p>
      <w:pPr>
        <w:spacing w:before="40" w:after="120"/>
        <w:jc w:val="center"/>
      </w:pPr>
      <w:r>
        <w:rPr>
          <w:rFonts w:ascii="Georgia" w:hAnsi="Georgia" w:cs="Times New Roman"/>
          <w:b/>
          <w:i w:val="0"/>
          <w:color w:val="000000"/>
          <w:sz w:val="32"/>
          <w:rtl/>
          <w:szCs w:val="44"/>
        </w:rPr>
        <w:t>א יח יג ח</w:t>
      </w:r>
    </w:p>
    <w:p>
      <w:pPr>
        <w:spacing w:before="40" w:after="120"/>
        <w:jc w:val="center"/>
      </w:pPr>
      <w:r>
        <w:rPr>
          <w:rFonts w:ascii="Georgia" w:hAnsi="Georgia" w:cs="Times New Roman"/>
          <w:b/>
          <w:i w:val="0"/>
          <w:color w:val="000000"/>
          <w:sz w:val="32"/>
          <w:rtl/>
          <w:szCs w:val="44"/>
        </w:rPr>
        <w:t>טו ו ג יו</w:t>
      </w:r>
    </w:p>
    <w:p>
      <w:pPr>
        <w:spacing w:before="40" w:after="120"/>
        <w:jc w:val="center"/>
      </w:pPr>
      <w:r>
        <w:rPr>
          <w:rFonts w:ascii="Georgia" w:hAnsi="Georgia" w:cs="Times New Roman"/>
          <w:b/>
          <w:i w:val="0"/>
          <w:color w:val="000000"/>
          <w:sz w:val="32"/>
          <w:rtl/>
          <w:szCs w:val="44"/>
        </w:rPr>
        <w:t>ז יב יט ב</w:t>
      </w:r>
    </w:p>
    <w:p>
      <w:pPr>
        <w:spacing w:before="40" w:after="120"/>
        <w:jc w:val="center"/>
      </w:pPr>
      <w:r>
        <w:rPr>
          <w:rFonts w:ascii="Georgia" w:hAnsi="Georgia" w:cs="Times New Roman"/>
          <w:b/>
          <w:i w:val="0"/>
          <w:color w:val="000000"/>
          <w:sz w:val="32"/>
          <w:rtl/>
          <w:szCs w:val="44"/>
        </w:rPr>
        <w:t>יז ד ה יד</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Шаар Руах а-Кодеш • Рабби Хаим Виталь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